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698A44D6" w:rsidR="007E5AF7" w:rsidRPr="00970C73" w:rsidRDefault="007E5AF7">
      <w:pPr>
        <w:widowControl w:val="0"/>
        <w:pBdr>
          <w:top w:val="nil"/>
          <w:left w:val="nil"/>
          <w:bottom w:val="nil"/>
          <w:right w:val="nil"/>
          <w:between w:val="nil"/>
        </w:pBdr>
        <w:spacing w:after="0"/>
        <w:rPr>
          <w:rFonts w:ascii="Times New Roman" w:eastAsia="Arial" w:hAnsi="Times New Roman" w:cs="Times New Roman"/>
        </w:rPr>
      </w:pPr>
    </w:p>
    <w:tbl>
      <w:tblPr>
        <w:tblStyle w:val="a3"/>
        <w:tblW w:w="9265" w:type="dxa"/>
        <w:tblBorders>
          <w:top w:val="nil"/>
          <w:left w:val="nil"/>
          <w:bottom w:val="nil"/>
          <w:right w:val="nil"/>
          <w:insideH w:val="nil"/>
          <w:insideV w:val="nil"/>
        </w:tblBorders>
        <w:tblLayout w:type="fixed"/>
        <w:tblLook w:val="0400" w:firstRow="0" w:lastRow="0" w:firstColumn="0" w:lastColumn="0" w:noHBand="0" w:noVBand="1"/>
      </w:tblPr>
      <w:tblGrid>
        <w:gridCol w:w="3955"/>
        <w:gridCol w:w="5310"/>
      </w:tblGrid>
      <w:tr w:rsidR="003A0182" w:rsidRPr="00970C73" w14:paraId="734439D5" w14:textId="77777777">
        <w:trPr>
          <w:trHeight w:val="900"/>
        </w:trPr>
        <w:tc>
          <w:tcPr>
            <w:tcW w:w="3955" w:type="dxa"/>
          </w:tcPr>
          <w:p w14:paraId="00000002" w14:textId="7AAF7581" w:rsidR="007E5AF7" w:rsidRPr="00970C73" w:rsidRDefault="00C70E00">
            <w:pPr>
              <w:widowControl w:val="0"/>
              <w:spacing w:before="40"/>
              <w:jc w:val="center"/>
              <w:rPr>
                <w:rFonts w:ascii="Times New Roman" w:eastAsia="Arial" w:hAnsi="Times New Roman" w:cs="Times New Roman"/>
              </w:rPr>
            </w:pPr>
            <w:r w:rsidRPr="00970C73">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58240" behindDoc="0" locked="0" layoutInCell="1" allowOverlap="1" wp14:anchorId="383BBEB0" wp14:editId="036FA197">
                      <wp:simplePos x="0" y="0"/>
                      <wp:positionH relativeFrom="column">
                        <wp:posOffset>596957</wp:posOffset>
                      </wp:positionH>
                      <wp:positionV relativeFrom="paragraph">
                        <wp:posOffset>244237</wp:posOffset>
                      </wp:positionV>
                      <wp:extent cx="1178451" cy="0"/>
                      <wp:effectExtent l="0" t="0" r="0" b="0"/>
                      <wp:wrapNone/>
                      <wp:docPr id="844332984" name="Straight Connector 4"/>
                      <wp:cNvGraphicFramePr/>
                      <a:graphic xmlns:a="http://schemas.openxmlformats.org/drawingml/2006/main">
                        <a:graphicData uri="http://schemas.microsoft.com/office/word/2010/wordprocessingShape">
                          <wps:wsp>
                            <wps:cNvCnPr/>
                            <wps:spPr>
                              <a:xfrm>
                                <a:off x="0" y="0"/>
                                <a:ext cx="11784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D769F45" id="Straight Connector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7pt,19.25pt" to="13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I8mQEAAIgDAAAOAAAAZHJzL2Uyb0RvYy54bWysU01P3DAQvSPxHyzfu0lQW1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" strokecolor="black [3040]"/>
                  </w:pict>
                </mc:Fallback>
              </mc:AlternateContent>
            </w:r>
            <w:r w:rsidRPr="00970C73">
              <w:rPr>
                <w:rFonts w:ascii="Times New Roman" w:eastAsia="Times New Roman" w:hAnsi="Times New Roman" w:cs="Times New Roman"/>
                <w:b/>
                <w:bCs/>
                <w:sz w:val="24"/>
                <w:szCs w:val="24"/>
              </w:rPr>
              <w:t>BỘ KHOA HỌC VÀ CÔNG NGHỆ</w:t>
            </w:r>
          </w:p>
        </w:tc>
        <w:tc>
          <w:tcPr>
            <w:tcW w:w="5310" w:type="dxa"/>
          </w:tcPr>
          <w:p w14:paraId="00000003" w14:textId="5E195689" w:rsidR="007E5AF7" w:rsidRPr="00970C73" w:rsidRDefault="00C70E00">
            <w:pPr>
              <w:widowControl w:val="0"/>
              <w:spacing w:before="40"/>
              <w:jc w:val="center"/>
              <w:rPr>
                <w:rFonts w:ascii="Times New Roman" w:eastAsia="Arial" w:hAnsi="Times New Roman" w:cs="Times New Roman"/>
              </w:rPr>
            </w:pPr>
            <w:r w:rsidRPr="00970C73">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58241" behindDoc="0" locked="0" layoutInCell="1" allowOverlap="1" wp14:anchorId="0D19ADD9" wp14:editId="6F28CA03">
                      <wp:simplePos x="0" y="0"/>
                      <wp:positionH relativeFrom="column">
                        <wp:posOffset>608690</wp:posOffset>
                      </wp:positionH>
                      <wp:positionV relativeFrom="paragraph">
                        <wp:posOffset>430051</wp:posOffset>
                      </wp:positionV>
                      <wp:extent cx="2024394" cy="0"/>
                      <wp:effectExtent l="0" t="0" r="0" b="0"/>
                      <wp:wrapNone/>
                      <wp:docPr id="1364486691" name="Straight Connector 5"/>
                      <wp:cNvGraphicFramePr/>
                      <a:graphic xmlns:a="http://schemas.openxmlformats.org/drawingml/2006/main">
                        <a:graphicData uri="http://schemas.microsoft.com/office/word/2010/wordprocessingShape">
                          <wps:wsp>
                            <wps:cNvCnPr/>
                            <wps:spPr>
                              <a:xfrm>
                                <a:off x="0" y="0"/>
                                <a:ext cx="20243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0ED695"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7.95pt,33.85pt" to="207.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cemQEAAIgDAAAOAAAAZHJzL2Uyb0RvYy54bWysU02P0zAQvSPxHyzfadKy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" strokecolor="black [3040]"/>
                  </w:pict>
                </mc:Fallback>
              </mc:AlternateContent>
            </w:r>
            <w:r w:rsidRPr="00970C73">
              <w:rPr>
                <w:rFonts w:ascii="Times New Roman" w:eastAsia="Times New Roman" w:hAnsi="Times New Roman" w:cs="Times New Roman"/>
                <w:b/>
                <w:bCs/>
                <w:sz w:val="24"/>
                <w:szCs w:val="24"/>
              </w:rPr>
              <w:t>CỘNG HÒA XÃ HỘI CHỦ NGHĨA VIỆT NAM</w:t>
            </w:r>
            <w:r w:rsidRPr="00970C73">
              <w:rPr>
                <w:rFonts w:ascii="Times New Roman" w:eastAsia="Times New Roman" w:hAnsi="Times New Roman" w:cs="Times New Roman"/>
                <w:b/>
                <w:bCs/>
                <w:sz w:val="28"/>
                <w:szCs w:val="28"/>
              </w:rPr>
              <w:br/>
            </w:r>
            <w:r w:rsidRPr="00970C73">
              <w:rPr>
                <w:rFonts w:ascii="Times New Roman" w:eastAsia="Times New Roman" w:hAnsi="Times New Roman" w:cs="Times New Roman"/>
                <w:b/>
                <w:bCs/>
                <w:sz w:val="26"/>
                <w:szCs w:val="26"/>
              </w:rPr>
              <w:t>Độc lập - Tự do - Hạnh phúc</w:t>
            </w:r>
          </w:p>
        </w:tc>
      </w:tr>
      <w:tr w:rsidR="003A0182" w:rsidRPr="00970C73" w14:paraId="1B6B82EA" w14:textId="77777777">
        <w:tc>
          <w:tcPr>
            <w:tcW w:w="3955" w:type="dxa"/>
          </w:tcPr>
          <w:p w14:paraId="00000004" w14:textId="77777777" w:rsidR="007E5AF7" w:rsidRPr="00970C73" w:rsidRDefault="00C21468">
            <w:pPr>
              <w:widowControl w:val="0"/>
              <w:spacing w:before="120" w:after="120" w:line="360" w:lineRule="auto"/>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sz w:val="28"/>
                <w:szCs w:val="28"/>
              </w:rPr>
              <w:t>Số:          /2026/TT-BKHCN</w:t>
            </w:r>
          </w:p>
        </w:tc>
        <w:tc>
          <w:tcPr>
            <w:tcW w:w="5310" w:type="dxa"/>
          </w:tcPr>
          <w:p w14:paraId="00000005" w14:textId="77777777" w:rsidR="007E5AF7" w:rsidRPr="00970C73" w:rsidRDefault="00C21468">
            <w:pPr>
              <w:widowControl w:val="0"/>
              <w:spacing w:before="120" w:after="120" w:line="360" w:lineRule="auto"/>
              <w:jc w:val="center"/>
              <w:rPr>
                <w:rFonts w:ascii="Times New Roman" w:eastAsia="Arial" w:hAnsi="Times New Roman" w:cs="Times New Roman"/>
                <w:sz w:val="28"/>
                <w:szCs w:val="28"/>
              </w:rPr>
            </w:pPr>
            <w:r w:rsidRPr="00970C73">
              <w:rPr>
                <w:rFonts w:ascii="Times New Roman" w:eastAsia="Times New Roman" w:hAnsi="Times New Roman" w:cs="Times New Roman"/>
                <w:i/>
                <w:iCs/>
                <w:sz w:val="28"/>
                <w:szCs w:val="28"/>
              </w:rPr>
              <w:t>Hà Nội, ngày         tháng       năm 2026</w:t>
            </w:r>
          </w:p>
        </w:tc>
      </w:tr>
    </w:tbl>
    <w:p w14:paraId="00000006" w14:textId="787FAD5D" w:rsidR="007E5AF7" w:rsidRPr="00970C73" w:rsidRDefault="006E66CB">
      <w:pPr>
        <w:widowControl w:val="0"/>
        <w:spacing w:before="120" w:after="120" w:line="360" w:lineRule="auto"/>
        <w:jc w:val="center"/>
        <w:rPr>
          <w:rFonts w:ascii="Times New Roman" w:eastAsia="Arial" w:hAnsi="Times New Roman" w:cs="Times New Roman"/>
          <w:sz w:val="24"/>
          <w:szCs w:val="24"/>
        </w:rPr>
      </w:pPr>
      <w:r w:rsidRPr="00970C73">
        <w:rPr>
          <w:rFonts w:ascii="Times New Roman" w:eastAsia="Times New Roman" w:hAnsi="Times New Roman" w:cs="Times New Roman"/>
          <w:i/>
          <w:iCs/>
          <w:noProof/>
          <w:color w:val="000000"/>
          <w:szCs w:val="26"/>
          <w:lang w:val="en-US"/>
        </w:rPr>
        <mc:AlternateContent>
          <mc:Choice Requires="wps">
            <w:drawing>
              <wp:anchor distT="45720" distB="45720" distL="114300" distR="114300" simplePos="0" relativeHeight="251658242" behindDoc="1" locked="0" layoutInCell="1" allowOverlap="1" wp14:anchorId="1BBBE90F" wp14:editId="6A259FB5">
                <wp:simplePos x="0" y="0"/>
                <wp:positionH relativeFrom="column">
                  <wp:posOffset>12344</wp:posOffset>
                </wp:positionH>
                <wp:positionV relativeFrom="paragraph">
                  <wp:posOffset>86995</wp:posOffset>
                </wp:positionV>
                <wp:extent cx="828675" cy="262255"/>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2255"/>
                        </a:xfrm>
                        <a:prstGeom prst="rect">
                          <a:avLst/>
                        </a:prstGeom>
                        <a:solidFill>
                          <a:srgbClr val="FFFFFF"/>
                        </a:solidFill>
                        <a:ln w="9525">
                          <a:solidFill>
                            <a:srgbClr val="000000"/>
                          </a:solidFill>
                          <a:miter lim="800000"/>
                          <a:headEnd/>
                          <a:tailEnd/>
                        </a:ln>
                      </wps:spPr>
                      <wps:txbx>
                        <w:txbxContent>
                          <w:p w14:paraId="57B84B11" w14:textId="49DE8896" w:rsidR="00567BBE" w:rsidRPr="006E66CB" w:rsidRDefault="00567BBE" w:rsidP="00EA3BC7">
                            <w:pPr>
                              <w:rPr>
                                <w:b/>
                                <w:bCs/>
                              </w:rPr>
                            </w:pPr>
                            <w:r w:rsidRPr="006E66CB">
                              <w:rPr>
                                <w:b/>
                                <w:bCs/>
                                <w:lang w:val="en-US"/>
                              </w:rP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BE90F" id="_x0000_t202" coordsize="21600,21600" o:spt="202" path="m,l,21600r21600,l21600,xe">
                <v:stroke joinstyle="miter"/>
                <v:path gradientshapeok="t" o:connecttype="rect"/>
              </v:shapetype>
              <v:shape id="Text Box 2" o:spid="_x0000_s1026" type="#_x0000_t202" style="position:absolute;left:0;text-align:left;margin-left:.95pt;margin-top:6.85pt;width:65.25pt;height:20.6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">
                <v:textbox>
                  <w:txbxContent>
                    <w:p w14:paraId="57B84B11" w14:textId="49DE8896" w:rsidR="00567BBE" w:rsidRPr="006E66CB" w:rsidRDefault="00567BBE" w:rsidP="00EA3BC7">
                      <w:pPr>
                        <w:rPr>
                          <w:b/>
                          <w:bCs/>
                        </w:rPr>
                      </w:pPr>
                      <w:r w:rsidRPr="006E66CB">
                        <w:rPr>
                          <w:b/>
                          <w:bCs/>
                          <w:lang w:val="en-US"/>
                        </w:rPr>
                        <w:t>DỰ THẢO</w:t>
                      </w:r>
                    </w:p>
                  </w:txbxContent>
                </v:textbox>
              </v:shape>
            </w:pict>
          </mc:Fallback>
        </mc:AlternateContent>
      </w:r>
    </w:p>
    <w:p w14:paraId="00000007" w14:textId="7C1BF5F9" w:rsidR="007E5AF7" w:rsidRPr="00970C73" w:rsidRDefault="00C21468">
      <w:pPr>
        <w:widowControl w:val="0"/>
        <w:spacing w:before="120" w:after="120" w:line="240" w:lineRule="auto"/>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b/>
          <w:bCs/>
          <w:sz w:val="28"/>
          <w:szCs w:val="28"/>
        </w:rPr>
        <w:t>THÔNG TƯ</w:t>
      </w:r>
    </w:p>
    <w:p w14:paraId="27819707" w14:textId="4D068FE1" w:rsidR="00EA3BC7" w:rsidRPr="00970C73" w:rsidRDefault="00EA3BC7" w:rsidP="00EA3BC7">
      <w:pPr>
        <w:widowControl w:val="0"/>
        <w:spacing w:before="120" w:after="120" w:line="240" w:lineRule="auto"/>
        <w:jc w:val="center"/>
        <w:rPr>
          <w:rFonts w:ascii="Times New Roman" w:eastAsia="Times New Roman" w:hAnsi="Times New Roman" w:cs="Times New Roman"/>
          <w:sz w:val="28"/>
          <w:szCs w:val="28"/>
        </w:rPr>
      </w:pPr>
      <w:r w:rsidRPr="00970C73">
        <w:rPr>
          <w:rFonts w:ascii="Times New Roman" w:eastAsia="Times New Roman" w:hAnsi="Times New Roman" w:cs="Times New Roman"/>
          <w:sz w:val="28"/>
          <w:szCs w:val="28"/>
        </w:rPr>
        <w:t>BAN HÀNH BIỂU MẪU</w:t>
      </w:r>
      <w:r w:rsidR="00DC1DC2" w:rsidRPr="00970C73">
        <w:rPr>
          <w:rFonts w:ascii="Times New Roman" w:eastAsia="Times New Roman" w:hAnsi="Times New Roman" w:cs="Times New Roman"/>
          <w:sz w:val="28"/>
          <w:szCs w:val="28"/>
        </w:rPr>
        <w:t xml:space="preserve"> HỒ SƠ THỰC HIỆN THỦ TỤC</w:t>
      </w:r>
      <w:r w:rsidRPr="00970C73">
        <w:rPr>
          <w:rFonts w:ascii="Times New Roman" w:eastAsia="Times New Roman" w:hAnsi="Times New Roman" w:cs="Times New Roman"/>
          <w:sz w:val="28"/>
          <w:szCs w:val="28"/>
        </w:rPr>
        <w:t xml:space="preserve"> THẨM ĐỊNH CÔNG NGHỆ TRONG TRƯỜNG HỢP ĐẶC THÙ</w:t>
      </w:r>
      <w:r w:rsidR="006A7752" w:rsidRPr="000F41D5">
        <w:rPr>
          <w:rFonts w:ascii="Times New Roman" w:eastAsia="Times New Roman" w:hAnsi="Times New Roman" w:cs="Times New Roman"/>
          <w:sz w:val="28"/>
          <w:szCs w:val="28"/>
        </w:rPr>
        <w:t>,</w:t>
      </w:r>
      <w:r w:rsidRPr="000F41D5">
        <w:rPr>
          <w:rFonts w:ascii="Times New Roman" w:eastAsia="Times New Roman" w:hAnsi="Times New Roman" w:cs="Times New Roman"/>
          <w:sz w:val="28"/>
          <w:szCs w:val="28"/>
        </w:rPr>
        <w:t xml:space="preserve"> </w:t>
      </w:r>
      <w:r w:rsidR="003C18B8" w:rsidRPr="00970C73">
        <w:rPr>
          <w:rFonts w:ascii="Times New Roman" w:eastAsia="Times New Roman" w:hAnsi="Times New Roman" w:cs="Times New Roman"/>
          <w:sz w:val="28"/>
          <w:szCs w:val="28"/>
        </w:rPr>
        <w:t xml:space="preserve">NHÀ NƯỚC </w:t>
      </w:r>
      <w:r w:rsidRPr="00970C73">
        <w:rPr>
          <w:rFonts w:ascii="Times New Roman" w:eastAsia="Times New Roman" w:hAnsi="Times New Roman" w:cs="Times New Roman"/>
          <w:sz w:val="28"/>
          <w:szCs w:val="28"/>
        </w:rPr>
        <w:t>MUA</w:t>
      </w:r>
      <w:r w:rsidR="003C18B8" w:rsidRPr="00970C73">
        <w:rPr>
          <w:rFonts w:ascii="Times New Roman" w:eastAsia="Times New Roman" w:hAnsi="Times New Roman" w:cs="Times New Roman"/>
          <w:sz w:val="28"/>
          <w:szCs w:val="28"/>
        </w:rPr>
        <w:t xml:space="preserve"> VÀ</w:t>
      </w:r>
      <w:r w:rsidRPr="00970C73">
        <w:rPr>
          <w:rFonts w:ascii="Times New Roman" w:eastAsia="Times New Roman" w:hAnsi="Times New Roman" w:cs="Times New Roman"/>
          <w:sz w:val="28"/>
          <w:szCs w:val="28"/>
        </w:rPr>
        <w:t xml:space="preserve"> PHỔ BIẾN CÔNG NGHỆ</w:t>
      </w:r>
    </w:p>
    <w:p w14:paraId="637F0CFB" w14:textId="3FA06A8C" w:rsidR="00887EB0" w:rsidRPr="00970C73" w:rsidRDefault="00887EB0">
      <w:pPr>
        <w:widowControl w:val="0"/>
        <w:spacing w:after="0" w:line="240" w:lineRule="auto"/>
        <w:jc w:val="center"/>
        <w:rPr>
          <w:rFonts w:ascii="Times New Roman" w:eastAsia="Times New Roman" w:hAnsi="Times New Roman" w:cs="Times New Roman"/>
          <w:b/>
          <w:bCs/>
          <w:sz w:val="28"/>
          <w:szCs w:val="28"/>
        </w:rPr>
      </w:pPr>
    </w:p>
    <w:p w14:paraId="0000000D" w14:textId="30911BB8" w:rsidR="007E5AF7" w:rsidRPr="00970C73" w:rsidRDefault="00C21468" w:rsidP="008B60F7">
      <w:pPr>
        <w:widowControl w:val="0"/>
        <w:spacing w:before="80" w:after="80" w:line="288" w:lineRule="auto"/>
        <w:ind w:firstLine="720"/>
        <w:jc w:val="both"/>
        <w:rPr>
          <w:rFonts w:ascii="Times New Roman" w:eastAsia="Times New Roman" w:hAnsi="Times New Roman" w:cs="Times New Roman"/>
          <w:i/>
          <w:iCs/>
          <w:sz w:val="28"/>
          <w:szCs w:val="28"/>
        </w:rPr>
      </w:pPr>
      <w:bookmarkStart w:id="0" w:name="_Hlk224152010"/>
      <w:r w:rsidRPr="00970C73">
        <w:rPr>
          <w:rFonts w:ascii="Times New Roman" w:eastAsia="Times New Roman" w:hAnsi="Times New Roman" w:cs="Times New Roman"/>
          <w:i/>
          <w:iCs/>
          <w:sz w:val="28"/>
          <w:szCs w:val="28"/>
        </w:rPr>
        <w:t xml:space="preserve">Căn cứ Luật Khoa học, công nghệ và đổi mới sáng tạo số 93/2025/QH15; </w:t>
      </w:r>
    </w:p>
    <w:p w14:paraId="6567FC6F" w14:textId="5AE6371F" w:rsidR="00991BBC" w:rsidRPr="00970C73" w:rsidRDefault="00073CD8" w:rsidP="008B60F7">
      <w:pPr>
        <w:widowControl w:val="0"/>
        <w:spacing w:before="80" w:after="80" w:line="288" w:lineRule="auto"/>
        <w:ind w:firstLine="720"/>
        <w:jc w:val="both"/>
        <w:rPr>
          <w:rFonts w:ascii="Times New Roman" w:eastAsia="Times New Roman" w:hAnsi="Times New Roman" w:cs="Times New Roman"/>
          <w:i/>
          <w:iCs/>
          <w:sz w:val="28"/>
          <w:szCs w:val="28"/>
        </w:rPr>
      </w:pPr>
      <w:r w:rsidRPr="00970C73">
        <w:rPr>
          <w:rFonts w:ascii="Times New Roman" w:eastAsia="Times New Roman" w:hAnsi="Times New Roman" w:cs="Times New Roman"/>
          <w:i/>
          <w:iCs/>
          <w:sz w:val="28"/>
          <w:szCs w:val="28"/>
        </w:rPr>
        <w:t>Căn cứ Luật Chuyển giao công nghệ số 07/2017/QH14; được sửa đổi, bổ sung bởi Luật số 115/2025/QH15;</w:t>
      </w:r>
    </w:p>
    <w:p w14:paraId="67D2A6D3" w14:textId="591AED7E" w:rsidR="00991BBC" w:rsidRPr="00970C73" w:rsidRDefault="001447F4" w:rsidP="00991BBC">
      <w:pPr>
        <w:widowControl w:val="0"/>
        <w:spacing w:before="80" w:after="80" w:line="288" w:lineRule="auto"/>
        <w:ind w:firstLine="720"/>
        <w:jc w:val="both"/>
        <w:rPr>
          <w:rFonts w:ascii="Times New Roman" w:eastAsia="Times New Roman" w:hAnsi="Times New Roman" w:cs="Times New Roman"/>
          <w:i/>
          <w:iCs/>
          <w:sz w:val="28"/>
          <w:szCs w:val="28"/>
        </w:rPr>
      </w:pPr>
      <w:r w:rsidRPr="00970C73">
        <w:rPr>
          <w:rFonts w:ascii="Times New Roman" w:eastAsia="Times New Roman" w:hAnsi="Times New Roman" w:cs="Times New Roman"/>
          <w:i/>
          <w:iCs/>
          <w:sz w:val="28"/>
          <w:szCs w:val="28"/>
        </w:rPr>
        <w:t xml:space="preserve">Căn cứ Nghị định số     /2026/NĐ-CP ngày    tháng    năm 2026 của Chính </w:t>
      </w:r>
      <w:r w:rsidR="006C3AC5" w:rsidRPr="006C3AC5">
        <w:rPr>
          <w:rFonts w:ascii="Times New Roman" w:eastAsia="Times New Roman" w:hAnsi="Times New Roman" w:cs="Times New Roman"/>
          <w:i/>
          <w:iCs/>
          <w:sz w:val="28"/>
          <w:szCs w:val="28"/>
        </w:rPr>
        <w:t>quy định chi tiết một số điều và hướng dẫn biện pháp thi hành Luật Chuyển giao công nghệ số 07/2017/QH14; được sửa đổi bổ sung bởi Luật số 93/2025/QH15 và Luật số 115/2025/QH15</w:t>
      </w:r>
      <w:r w:rsidRPr="00970C73">
        <w:rPr>
          <w:rFonts w:ascii="Times New Roman" w:eastAsia="Times New Roman" w:hAnsi="Times New Roman" w:cs="Times New Roman"/>
          <w:i/>
          <w:iCs/>
          <w:sz w:val="28"/>
          <w:szCs w:val="28"/>
        </w:rPr>
        <w:t>;</w:t>
      </w:r>
    </w:p>
    <w:p w14:paraId="00000014" w14:textId="5297AD09" w:rsidR="007E5AF7" w:rsidRPr="00970C73" w:rsidRDefault="00C21468" w:rsidP="008B60F7">
      <w:pPr>
        <w:widowControl w:val="0"/>
        <w:spacing w:before="80" w:after="80" w:line="288" w:lineRule="auto"/>
        <w:ind w:firstLine="720"/>
        <w:jc w:val="both"/>
        <w:rPr>
          <w:rFonts w:ascii="Times New Roman" w:eastAsia="Times New Roman" w:hAnsi="Times New Roman" w:cs="Times New Roman"/>
          <w:i/>
          <w:iCs/>
          <w:spacing w:val="-4"/>
          <w:sz w:val="28"/>
          <w:szCs w:val="28"/>
        </w:rPr>
      </w:pPr>
      <w:r w:rsidRPr="00970C73">
        <w:rPr>
          <w:rFonts w:ascii="Times New Roman" w:eastAsia="Times New Roman" w:hAnsi="Times New Roman" w:cs="Times New Roman"/>
          <w:i/>
          <w:iCs/>
          <w:spacing w:val="-4"/>
          <w:sz w:val="28"/>
          <w:szCs w:val="28"/>
        </w:rPr>
        <w:t>Theo đề nghị của</w:t>
      </w:r>
      <w:r w:rsidR="00991BBC" w:rsidRPr="00970C73">
        <w:rPr>
          <w:rFonts w:ascii="Times New Roman" w:eastAsia="Times New Roman" w:hAnsi="Times New Roman" w:cs="Times New Roman"/>
          <w:i/>
          <w:iCs/>
          <w:spacing w:val="-4"/>
          <w:sz w:val="28"/>
          <w:szCs w:val="28"/>
        </w:rPr>
        <w:t xml:space="preserve"> Cục trưởng Cục Đổi mới sáng tạo</w:t>
      </w:r>
      <w:r w:rsidRPr="00970C73">
        <w:rPr>
          <w:rFonts w:ascii="Times New Roman" w:eastAsia="Times New Roman" w:hAnsi="Times New Roman" w:cs="Times New Roman"/>
          <w:i/>
          <w:iCs/>
          <w:spacing w:val="-4"/>
          <w:sz w:val="28"/>
          <w:szCs w:val="28"/>
        </w:rPr>
        <w:t>;</w:t>
      </w:r>
    </w:p>
    <w:p w14:paraId="2B6A8DA9" w14:textId="06693BB8" w:rsidR="00184029" w:rsidRPr="006C3AC5" w:rsidRDefault="00184029" w:rsidP="00184029">
      <w:pPr>
        <w:widowControl w:val="0"/>
        <w:spacing w:before="80" w:after="80" w:line="288" w:lineRule="auto"/>
        <w:ind w:firstLine="720"/>
        <w:jc w:val="both"/>
        <w:rPr>
          <w:rFonts w:ascii="Times New Roman" w:eastAsia="Times New Roman" w:hAnsi="Times New Roman" w:cs="Times New Roman"/>
          <w:i/>
          <w:iCs/>
          <w:spacing w:val="-4"/>
          <w:sz w:val="28"/>
          <w:szCs w:val="28"/>
          <w:lang w:val="en-US"/>
        </w:rPr>
      </w:pPr>
      <w:r w:rsidRPr="00970C73">
        <w:rPr>
          <w:rFonts w:ascii="Times New Roman" w:eastAsia="Times New Roman" w:hAnsi="Times New Roman" w:cs="Times New Roman"/>
          <w:i/>
          <w:iCs/>
          <w:spacing w:val="-4"/>
          <w:sz w:val="28"/>
          <w:szCs w:val="28"/>
        </w:rPr>
        <w:t xml:space="preserve">Bộ trưởng Bộ Khoa học và Công nghệ ban hành </w:t>
      </w:r>
      <w:r w:rsidR="00E67824" w:rsidRPr="00970C73">
        <w:rPr>
          <w:rFonts w:ascii="Times New Roman" w:eastAsia="Times New Roman" w:hAnsi="Times New Roman" w:cs="Times New Roman"/>
          <w:i/>
          <w:iCs/>
          <w:spacing w:val="-4"/>
          <w:sz w:val="28"/>
          <w:szCs w:val="28"/>
        </w:rPr>
        <w:t>T</w:t>
      </w:r>
      <w:r w:rsidRPr="00970C73">
        <w:rPr>
          <w:rFonts w:ascii="Times New Roman" w:eastAsia="Times New Roman" w:hAnsi="Times New Roman" w:cs="Times New Roman"/>
          <w:i/>
          <w:iCs/>
          <w:spacing w:val="-4"/>
          <w:sz w:val="28"/>
          <w:szCs w:val="28"/>
        </w:rPr>
        <w:t xml:space="preserve">hông tư </w:t>
      </w:r>
      <w:r w:rsidR="00627E94" w:rsidRPr="00970C73">
        <w:rPr>
          <w:rFonts w:ascii="Times New Roman" w:eastAsia="Times New Roman" w:hAnsi="Times New Roman" w:cs="Times New Roman"/>
          <w:i/>
          <w:iCs/>
          <w:spacing w:val="-4"/>
          <w:sz w:val="28"/>
          <w:szCs w:val="28"/>
        </w:rPr>
        <w:t>ban hành</w:t>
      </w:r>
      <w:r w:rsidRPr="00970C73">
        <w:rPr>
          <w:rFonts w:ascii="Times New Roman" w:eastAsia="Times New Roman" w:hAnsi="Times New Roman" w:cs="Times New Roman"/>
          <w:i/>
          <w:iCs/>
          <w:spacing w:val="-4"/>
          <w:sz w:val="28"/>
          <w:szCs w:val="28"/>
        </w:rPr>
        <w:t xml:space="preserve"> </w:t>
      </w:r>
      <w:bookmarkEnd w:id="0"/>
      <w:r w:rsidR="00627E94" w:rsidRPr="00970C73">
        <w:rPr>
          <w:rFonts w:ascii="Times New Roman" w:eastAsia="Times New Roman" w:hAnsi="Times New Roman" w:cs="Times New Roman"/>
          <w:i/>
          <w:iCs/>
          <w:spacing w:val="-4"/>
          <w:sz w:val="28"/>
          <w:szCs w:val="28"/>
        </w:rPr>
        <w:t>B</w:t>
      </w:r>
      <w:r w:rsidRPr="00970C73">
        <w:rPr>
          <w:rFonts w:ascii="Times New Roman" w:eastAsia="Times New Roman" w:hAnsi="Times New Roman" w:cs="Times New Roman"/>
          <w:i/>
          <w:iCs/>
          <w:spacing w:val="-4"/>
          <w:sz w:val="28"/>
          <w:szCs w:val="28"/>
        </w:rPr>
        <w:t>iểu mẫu hồ sơ thực hiện thủ tục thẩm định công nghệ trong trường hợp đặc thù</w:t>
      </w:r>
      <w:r w:rsidR="00627E94" w:rsidRPr="000F41D5">
        <w:rPr>
          <w:rFonts w:ascii="Times New Roman" w:eastAsia="Times New Roman" w:hAnsi="Times New Roman" w:cs="Times New Roman"/>
          <w:i/>
          <w:iCs/>
          <w:spacing w:val="-4"/>
          <w:sz w:val="28"/>
          <w:szCs w:val="28"/>
        </w:rPr>
        <w:t>,</w:t>
      </w:r>
      <w:r w:rsidRPr="00970C73">
        <w:rPr>
          <w:rFonts w:ascii="Times New Roman" w:eastAsia="Times New Roman" w:hAnsi="Times New Roman" w:cs="Times New Roman"/>
          <w:i/>
          <w:iCs/>
          <w:spacing w:val="-4"/>
          <w:sz w:val="28"/>
          <w:szCs w:val="28"/>
        </w:rPr>
        <w:t xml:space="preserve"> </w:t>
      </w:r>
      <w:r w:rsidR="0038507E" w:rsidRPr="00970C73">
        <w:rPr>
          <w:rFonts w:ascii="Times New Roman" w:eastAsia="Times New Roman" w:hAnsi="Times New Roman" w:cs="Times New Roman"/>
          <w:i/>
          <w:iCs/>
          <w:spacing w:val="-4"/>
          <w:sz w:val="28"/>
          <w:szCs w:val="28"/>
        </w:rPr>
        <w:t>N</w:t>
      </w:r>
      <w:r w:rsidRPr="00970C73">
        <w:rPr>
          <w:rFonts w:ascii="Times New Roman" w:eastAsia="Times New Roman" w:hAnsi="Times New Roman" w:cs="Times New Roman"/>
          <w:i/>
          <w:iCs/>
          <w:spacing w:val="-4"/>
          <w:sz w:val="28"/>
          <w:szCs w:val="28"/>
        </w:rPr>
        <w:t>hà nước mua và phổ biến công nghệ</w:t>
      </w:r>
      <w:r w:rsidR="0038507E" w:rsidRPr="00970C73">
        <w:rPr>
          <w:rFonts w:ascii="Times New Roman" w:eastAsia="Times New Roman" w:hAnsi="Times New Roman" w:cs="Times New Roman"/>
          <w:i/>
          <w:iCs/>
          <w:spacing w:val="-4"/>
          <w:sz w:val="28"/>
          <w:szCs w:val="28"/>
        </w:rPr>
        <w:t>.</w:t>
      </w:r>
    </w:p>
    <w:p w14:paraId="06138DC3" w14:textId="31C95E98" w:rsidR="00887EB0" w:rsidRPr="00970C73" w:rsidRDefault="00887EB0" w:rsidP="008B60F7">
      <w:pPr>
        <w:widowControl w:val="0"/>
        <w:spacing w:before="80" w:after="80" w:line="288" w:lineRule="auto"/>
        <w:ind w:firstLine="720"/>
        <w:jc w:val="both"/>
        <w:rPr>
          <w:rFonts w:ascii="Times New Roman" w:eastAsia="Times New Roman" w:hAnsi="Times New Roman" w:cs="Times New Roman"/>
          <w:i/>
          <w:iCs/>
          <w:sz w:val="4"/>
          <w:szCs w:val="4"/>
        </w:rPr>
      </w:pPr>
    </w:p>
    <w:p w14:paraId="3695FD7F" w14:textId="3E1FE89C" w:rsidR="00EA3BC7" w:rsidRPr="00970C73" w:rsidRDefault="00EA3BC7" w:rsidP="00CA18E0">
      <w:pPr>
        <w:shd w:val="clear" w:color="auto" w:fill="FFFFFF"/>
        <w:spacing w:before="120" w:after="120" w:line="340" w:lineRule="exact"/>
        <w:ind w:firstLine="567"/>
        <w:rPr>
          <w:rFonts w:ascii="Times New Roman" w:eastAsia="Times New Roman" w:hAnsi="Times New Roman" w:cs="Times New Roman"/>
          <w:b/>
          <w:bCs/>
          <w:color w:val="000000"/>
          <w:sz w:val="28"/>
          <w:szCs w:val="28"/>
        </w:rPr>
      </w:pPr>
      <w:r w:rsidRPr="00970C73">
        <w:rPr>
          <w:rFonts w:ascii="Times New Roman" w:eastAsia="Times New Roman" w:hAnsi="Times New Roman" w:cs="Times New Roman"/>
          <w:b/>
          <w:bCs/>
          <w:color w:val="000000"/>
          <w:sz w:val="28"/>
          <w:szCs w:val="28"/>
        </w:rPr>
        <w:t>Điều 1. Phạm vi điều chỉnh</w:t>
      </w:r>
      <w:r w:rsidR="001C1512" w:rsidRPr="00970C73">
        <w:rPr>
          <w:rFonts w:ascii="Times New Roman" w:hAnsi="Times New Roman" w:cs="Times New Roman"/>
          <w:sz w:val="28"/>
          <w:szCs w:val="28"/>
        </w:rPr>
        <w:t xml:space="preserve"> </w:t>
      </w:r>
      <w:r w:rsidR="001C1512" w:rsidRPr="00970C73">
        <w:rPr>
          <w:rFonts w:ascii="Times New Roman" w:eastAsia="Times New Roman" w:hAnsi="Times New Roman" w:cs="Times New Roman"/>
          <w:b/>
          <w:bCs/>
          <w:color w:val="000000"/>
          <w:sz w:val="28"/>
          <w:szCs w:val="28"/>
        </w:rPr>
        <w:t>và đối tượng áp dụng</w:t>
      </w:r>
    </w:p>
    <w:p w14:paraId="14D1AEAA" w14:textId="1F2129EB" w:rsidR="001C1512" w:rsidRPr="00970C73" w:rsidRDefault="001C1512" w:rsidP="00AD7ECC">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 xml:space="preserve">1. </w:t>
      </w:r>
      <w:r w:rsidR="00AF7A05" w:rsidRPr="00AF7A05">
        <w:rPr>
          <w:rFonts w:ascii="Times New Roman" w:eastAsia="Times New Roman" w:hAnsi="Times New Roman" w:cs="Times New Roman"/>
          <w:color w:val="000000"/>
          <w:sz w:val="28"/>
          <w:szCs w:val="28"/>
        </w:rPr>
        <w:t xml:space="preserve">Thông tư này ban hành Biểu mẫu hồ sơ thực hiện thủ tục thẩm định công nghệ trong trường hợp đặc thù, Nhà nước mua và phổ biến công nghệ theo quy định tại </w:t>
      </w:r>
      <w:r w:rsidR="00610992" w:rsidRPr="00610992">
        <w:rPr>
          <w:rFonts w:ascii="Times New Roman" w:eastAsia="Times New Roman" w:hAnsi="Times New Roman" w:cs="Times New Roman"/>
          <w:color w:val="000000"/>
          <w:sz w:val="28"/>
          <w:szCs w:val="28"/>
        </w:rPr>
        <w:t xml:space="preserve">Điều 11, </w:t>
      </w:r>
      <w:r w:rsidR="00AD7ECC" w:rsidRPr="00AD7ECC">
        <w:rPr>
          <w:rFonts w:ascii="Times New Roman" w:eastAsia="Times New Roman" w:hAnsi="Times New Roman" w:cs="Times New Roman"/>
          <w:color w:val="000000"/>
          <w:sz w:val="28"/>
          <w:szCs w:val="28"/>
        </w:rPr>
        <w:t>k</w:t>
      </w:r>
      <w:r w:rsidR="00610992" w:rsidRPr="00610992">
        <w:rPr>
          <w:rFonts w:ascii="Times New Roman" w:eastAsia="Times New Roman" w:hAnsi="Times New Roman" w:cs="Times New Roman"/>
          <w:color w:val="000000"/>
          <w:sz w:val="28"/>
          <w:szCs w:val="28"/>
        </w:rPr>
        <w:t xml:space="preserve">hoản 6 và khoản 8 Điều 13, </w:t>
      </w:r>
      <w:r w:rsidR="00AD7ECC" w:rsidRPr="00AD7ECC">
        <w:rPr>
          <w:rFonts w:ascii="Times New Roman" w:eastAsia="Times New Roman" w:hAnsi="Times New Roman" w:cs="Times New Roman"/>
          <w:color w:val="000000"/>
          <w:sz w:val="28"/>
          <w:szCs w:val="28"/>
        </w:rPr>
        <w:t>k</w:t>
      </w:r>
      <w:r w:rsidR="00610992" w:rsidRPr="00610992">
        <w:rPr>
          <w:rFonts w:ascii="Times New Roman" w:eastAsia="Times New Roman" w:hAnsi="Times New Roman" w:cs="Times New Roman"/>
          <w:color w:val="000000"/>
          <w:sz w:val="28"/>
          <w:szCs w:val="28"/>
        </w:rPr>
        <w:t>hoản 4 Điều 14, khoản 2 Điều 15, khoản 3 Điều 36 và khoản 5 Điều 38</w:t>
      </w:r>
      <w:r w:rsidR="00AD7ECC" w:rsidRPr="00AD7ECC">
        <w:rPr>
          <w:rFonts w:ascii="Times New Roman" w:eastAsia="Times New Roman" w:hAnsi="Times New Roman" w:cs="Times New Roman"/>
          <w:color w:val="000000"/>
          <w:sz w:val="28"/>
          <w:szCs w:val="28"/>
        </w:rPr>
        <w:t xml:space="preserve"> </w:t>
      </w:r>
      <w:r w:rsidR="00AF7A05" w:rsidRPr="00AF7A05">
        <w:rPr>
          <w:rFonts w:ascii="Times New Roman" w:eastAsia="Times New Roman" w:hAnsi="Times New Roman" w:cs="Times New Roman"/>
          <w:color w:val="000000"/>
          <w:sz w:val="28"/>
          <w:szCs w:val="28"/>
        </w:rPr>
        <w:t>Nghị định số …./2026/NĐ-CP.</w:t>
      </w:r>
    </w:p>
    <w:p w14:paraId="34D20D9D" w14:textId="77777777" w:rsidR="00AF7A05" w:rsidRPr="00AF7A05" w:rsidRDefault="001C1512"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2.</w:t>
      </w:r>
      <w:r w:rsidRPr="00AF7A05">
        <w:rPr>
          <w:rFonts w:ascii="Times New Roman" w:eastAsia="Times New Roman" w:hAnsi="Times New Roman" w:cs="Times New Roman"/>
          <w:color w:val="000000"/>
          <w:sz w:val="28"/>
          <w:szCs w:val="28"/>
        </w:rPr>
        <w:t xml:space="preserve"> </w:t>
      </w:r>
      <w:r w:rsidR="00AF7A05" w:rsidRPr="00AF7A05">
        <w:rPr>
          <w:rFonts w:ascii="Times New Roman" w:eastAsia="Times New Roman" w:hAnsi="Times New Roman" w:cs="Times New Roman"/>
          <w:color w:val="000000"/>
          <w:sz w:val="28"/>
          <w:szCs w:val="28"/>
        </w:rPr>
        <w:t>Đối tượng áp dụng:</w:t>
      </w:r>
    </w:p>
    <w:p w14:paraId="7960FF7F" w14:textId="77777777" w:rsidR="00AF7A05" w:rsidRPr="00AF7A05" w:rsidRDefault="00AF7A05"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AF7A05">
        <w:rPr>
          <w:rFonts w:ascii="Times New Roman" w:eastAsia="Times New Roman" w:hAnsi="Times New Roman" w:cs="Times New Roman"/>
          <w:color w:val="000000"/>
          <w:sz w:val="28"/>
          <w:szCs w:val="28"/>
        </w:rPr>
        <w:t>a) Cơ quan có thẩm quyền quản lý nhà nước về khoa học và công nghệ đối với hoạt động chuyển giao công nghệ;</w:t>
      </w:r>
    </w:p>
    <w:p w14:paraId="1936A592" w14:textId="77777777" w:rsidR="00AF7A05" w:rsidRPr="00AF7A05" w:rsidRDefault="00AF7A05"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AF7A05">
        <w:rPr>
          <w:rFonts w:ascii="Times New Roman" w:eastAsia="Times New Roman" w:hAnsi="Times New Roman" w:cs="Times New Roman"/>
          <w:color w:val="000000"/>
          <w:sz w:val="28"/>
          <w:szCs w:val="28"/>
        </w:rPr>
        <w:t>b) Cơ quan, tổ chức, cá nhân có nhu cầu thẩm định công nghệ trong trường hợp đặc thù và nhận chuyển giao, phổ biến công nghệ;</w:t>
      </w:r>
    </w:p>
    <w:p w14:paraId="65CEA525" w14:textId="77777777" w:rsidR="00AF7A05" w:rsidRPr="00427CDA" w:rsidRDefault="00AF7A05" w:rsidP="00AF7A05">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AF7A05">
        <w:rPr>
          <w:rFonts w:ascii="Times New Roman" w:eastAsia="Times New Roman" w:hAnsi="Times New Roman" w:cs="Times New Roman"/>
          <w:color w:val="000000"/>
          <w:sz w:val="28"/>
          <w:szCs w:val="28"/>
        </w:rPr>
        <w:t>c) Tổ chức, cá nhân khác có liên quan.</w:t>
      </w:r>
    </w:p>
    <w:p w14:paraId="1C062AE1" w14:textId="1B780118" w:rsidR="00EA3BC7" w:rsidRPr="00970C73" w:rsidRDefault="00EA3BC7" w:rsidP="00AF7A05">
      <w:pPr>
        <w:shd w:val="clear" w:color="auto" w:fill="FFFFFF"/>
        <w:spacing w:before="120" w:after="120" w:line="340" w:lineRule="exact"/>
        <w:ind w:firstLine="567"/>
        <w:rPr>
          <w:rFonts w:ascii="Times New Roman" w:eastAsia="Times New Roman" w:hAnsi="Times New Roman" w:cs="Times New Roman"/>
          <w:b/>
          <w:bCs/>
          <w:color w:val="000000"/>
          <w:sz w:val="28"/>
          <w:szCs w:val="28"/>
        </w:rPr>
      </w:pPr>
      <w:r w:rsidRPr="00970C73">
        <w:rPr>
          <w:rFonts w:ascii="Times New Roman" w:eastAsia="Times New Roman" w:hAnsi="Times New Roman" w:cs="Times New Roman"/>
          <w:b/>
          <w:bCs/>
          <w:color w:val="000000"/>
          <w:sz w:val="28"/>
          <w:szCs w:val="28"/>
        </w:rPr>
        <w:t xml:space="preserve">Điều </w:t>
      </w:r>
      <w:r w:rsidR="005E292B" w:rsidRPr="009B55C7">
        <w:rPr>
          <w:rFonts w:ascii="Times New Roman" w:eastAsia="Times New Roman" w:hAnsi="Times New Roman" w:cs="Times New Roman"/>
          <w:b/>
          <w:bCs/>
          <w:color w:val="000000"/>
          <w:sz w:val="28"/>
          <w:szCs w:val="28"/>
        </w:rPr>
        <w:t>2</w:t>
      </w:r>
      <w:r w:rsidRPr="00970C73">
        <w:rPr>
          <w:rFonts w:ascii="Times New Roman" w:eastAsia="Times New Roman" w:hAnsi="Times New Roman" w:cs="Times New Roman"/>
          <w:b/>
          <w:bCs/>
          <w:color w:val="000000"/>
          <w:sz w:val="28"/>
          <w:szCs w:val="28"/>
        </w:rPr>
        <w:t xml:space="preserve">. Biểu mẫu </w:t>
      </w:r>
      <w:r w:rsidR="005E292B" w:rsidRPr="00970C73">
        <w:rPr>
          <w:rFonts w:ascii="Times New Roman" w:eastAsia="Times New Roman" w:hAnsi="Times New Roman" w:cs="Times New Roman"/>
          <w:b/>
          <w:bCs/>
          <w:color w:val="000000"/>
          <w:sz w:val="28"/>
          <w:szCs w:val="28"/>
        </w:rPr>
        <w:t>hồ sơ</w:t>
      </w:r>
    </w:p>
    <w:p w14:paraId="6B983A38" w14:textId="2EE10A91" w:rsidR="00184029" w:rsidRPr="00970C73" w:rsidRDefault="00184029" w:rsidP="00CA18E0">
      <w:pPr>
        <w:shd w:val="clear" w:color="auto" w:fill="FFFFFF"/>
        <w:spacing w:before="120" w:after="120" w:line="340" w:lineRule="exact"/>
        <w:ind w:firstLine="567"/>
        <w:jc w:val="both"/>
        <w:rPr>
          <w:rFonts w:ascii="Times New Roman" w:eastAsia="Times New Roman" w:hAnsi="Times New Roman" w:cs="Times New Roman"/>
          <w:sz w:val="28"/>
          <w:szCs w:val="28"/>
        </w:rPr>
      </w:pPr>
      <w:r w:rsidRPr="00970C73">
        <w:rPr>
          <w:rFonts w:ascii="Times New Roman" w:eastAsia="Times New Roman" w:hAnsi="Times New Roman" w:cs="Times New Roman"/>
          <w:sz w:val="28"/>
          <w:szCs w:val="28"/>
        </w:rPr>
        <w:lastRenderedPageBreak/>
        <w:t>Biểu mẫu hồ sơ thực hiện thủ tục thẩm định công nghệ trong trường hợp đặc thù</w:t>
      </w:r>
      <w:r w:rsidR="00B1766A" w:rsidRPr="000F41D5">
        <w:rPr>
          <w:rFonts w:ascii="Times New Roman" w:eastAsia="Times New Roman" w:hAnsi="Times New Roman" w:cs="Times New Roman"/>
          <w:sz w:val="28"/>
          <w:szCs w:val="28"/>
        </w:rPr>
        <w:t>,</w:t>
      </w:r>
      <w:r w:rsidRPr="00970C73">
        <w:rPr>
          <w:rFonts w:ascii="Times New Roman" w:eastAsia="Times New Roman" w:hAnsi="Times New Roman" w:cs="Times New Roman"/>
          <w:sz w:val="28"/>
          <w:szCs w:val="28"/>
        </w:rPr>
        <w:t xml:space="preserve"> </w:t>
      </w:r>
      <w:r w:rsidR="00B1766A" w:rsidRPr="00970C73">
        <w:rPr>
          <w:rFonts w:ascii="Times New Roman" w:eastAsia="Times New Roman" w:hAnsi="Times New Roman" w:cs="Times New Roman"/>
          <w:sz w:val="28"/>
          <w:szCs w:val="28"/>
        </w:rPr>
        <w:t>N</w:t>
      </w:r>
      <w:r w:rsidRPr="00970C73">
        <w:rPr>
          <w:rFonts w:ascii="Times New Roman" w:eastAsia="Times New Roman" w:hAnsi="Times New Roman" w:cs="Times New Roman"/>
          <w:sz w:val="28"/>
          <w:szCs w:val="28"/>
        </w:rPr>
        <w:t>hà nước mua và phổ biến công nghệ quy định tại Phụ lục ban hành kèm theo Thông tư này.</w:t>
      </w:r>
    </w:p>
    <w:p w14:paraId="37C96D3C" w14:textId="4F3E8242" w:rsidR="00EA3BC7" w:rsidRPr="00970C73" w:rsidRDefault="00EA3BC7" w:rsidP="00CA18E0">
      <w:pPr>
        <w:shd w:val="clear" w:color="auto" w:fill="FFFFFF"/>
        <w:spacing w:before="120" w:after="120" w:line="340" w:lineRule="exact"/>
        <w:ind w:firstLine="567"/>
        <w:rPr>
          <w:rFonts w:ascii="Times New Roman" w:eastAsia="Times New Roman" w:hAnsi="Times New Roman" w:cs="Times New Roman"/>
          <w:b/>
          <w:bCs/>
          <w:color w:val="000000"/>
          <w:sz w:val="28"/>
          <w:szCs w:val="28"/>
        </w:rPr>
      </w:pPr>
      <w:r w:rsidRPr="00970C73">
        <w:rPr>
          <w:rFonts w:ascii="Times New Roman" w:eastAsia="Times New Roman" w:hAnsi="Times New Roman" w:cs="Times New Roman"/>
          <w:b/>
          <w:bCs/>
          <w:color w:val="000000"/>
          <w:sz w:val="28"/>
          <w:szCs w:val="28"/>
        </w:rPr>
        <w:t xml:space="preserve">Điều </w:t>
      </w:r>
      <w:r w:rsidR="005E292B" w:rsidRPr="009B55C7">
        <w:rPr>
          <w:rFonts w:ascii="Times New Roman" w:eastAsia="Times New Roman" w:hAnsi="Times New Roman" w:cs="Times New Roman"/>
          <w:b/>
          <w:bCs/>
          <w:color w:val="000000"/>
          <w:sz w:val="28"/>
          <w:szCs w:val="28"/>
        </w:rPr>
        <w:t>3</w:t>
      </w:r>
      <w:r w:rsidRPr="00970C73">
        <w:rPr>
          <w:rFonts w:ascii="Times New Roman" w:eastAsia="Times New Roman" w:hAnsi="Times New Roman" w:cs="Times New Roman"/>
          <w:b/>
          <w:bCs/>
          <w:color w:val="000000"/>
          <w:sz w:val="28"/>
          <w:szCs w:val="28"/>
        </w:rPr>
        <w:t>. Hiệu lực thi hành</w:t>
      </w:r>
    </w:p>
    <w:p w14:paraId="45705CB4" w14:textId="62CAEEBF" w:rsidR="00EA3BC7" w:rsidRPr="00970C73" w:rsidRDefault="009A480A" w:rsidP="00CA18E0">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 xml:space="preserve">1. </w:t>
      </w:r>
      <w:r w:rsidR="00EA3BC7" w:rsidRPr="00970C73">
        <w:rPr>
          <w:rFonts w:ascii="Times New Roman" w:eastAsia="Times New Roman" w:hAnsi="Times New Roman" w:cs="Times New Roman"/>
          <w:color w:val="000000"/>
          <w:sz w:val="28"/>
          <w:szCs w:val="28"/>
        </w:rPr>
        <w:t xml:space="preserve">Thông tư này có hiệu lực thi hành từ ngày </w:t>
      </w:r>
      <w:r w:rsidR="00053F3A" w:rsidRPr="007E7008">
        <w:rPr>
          <w:rFonts w:ascii="Times New Roman" w:eastAsia="Times New Roman" w:hAnsi="Times New Roman" w:cs="Times New Roman"/>
          <w:color w:val="000000"/>
          <w:sz w:val="28"/>
          <w:szCs w:val="28"/>
        </w:rPr>
        <w:t xml:space="preserve">    </w:t>
      </w:r>
      <w:r w:rsidR="00EA3BC7" w:rsidRPr="00970C73">
        <w:rPr>
          <w:rFonts w:ascii="Times New Roman" w:eastAsia="Times New Roman" w:hAnsi="Times New Roman" w:cs="Times New Roman"/>
          <w:color w:val="000000"/>
          <w:sz w:val="28"/>
          <w:szCs w:val="28"/>
        </w:rPr>
        <w:t xml:space="preserve"> tháng 4 năm 2026.</w:t>
      </w:r>
    </w:p>
    <w:p w14:paraId="0834E13B" w14:textId="2D4F0312" w:rsidR="00304EF8" w:rsidRPr="009009CA" w:rsidRDefault="005A132C" w:rsidP="00CA18E0">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70C73">
        <w:rPr>
          <w:rFonts w:ascii="Times New Roman" w:eastAsia="Times New Roman" w:hAnsi="Times New Roman" w:cs="Times New Roman"/>
          <w:color w:val="000000"/>
          <w:sz w:val="28"/>
          <w:szCs w:val="28"/>
        </w:rPr>
        <w:t xml:space="preserve">2. </w:t>
      </w:r>
      <w:r w:rsidR="00304EF8" w:rsidRPr="00304EF8">
        <w:rPr>
          <w:rFonts w:ascii="Times New Roman" w:eastAsia="Times New Roman" w:hAnsi="Times New Roman" w:cs="Times New Roman"/>
          <w:color w:val="000000"/>
          <w:sz w:val="28"/>
          <w:szCs w:val="28"/>
        </w:rPr>
        <w:t>Cơ quan có thẩm quyền quản lý nhà nước về khoa học và công nghệ đối với hoạt động chuyển giao công nghệ,</w:t>
      </w:r>
      <w:r w:rsidR="007B5BEF" w:rsidRPr="007B5BEF">
        <w:rPr>
          <w:rFonts w:ascii="Times New Roman" w:eastAsia="Times New Roman" w:hAnsi="Times New Roman" w:cs="Times New Roman"/>
          <w:color w:val="000000"/>
          <w:sz w:val="28"/>
          <w:szCs w:val="28"/>
        </w:rPr>
        <w:t xml:space="preserve"> cơ quan,</w:t>
      </w:r>
      <w:r w:rsidR="00304EF8" w:rsidRPr="00304EF8">
        <w:rPr>
          <w:rFonts w:ascii="Times New Roman" w:eastAsia="Times New Roman" w:hAnsi="Times New Roman" w:cs="Times New Roman"/>
          <w:color w:val="000000"/>
          <w:sz w:val="28"/>
          <w:szCs w:val="28"/>
        </w:rPr>
        <w:t xml:space="preserve"> tổ chức, cá nhân có nhu cầu thẩm định công nghệ trong trường hợp đặc thù và nhận chuyển giao, phổ biến công nghệ và các tổ chức, cá nhân khác có liên quan</w:t>
      </w:r>
      <w:r w:rsidR="00304EF8" w:rsidRPr="00304EF8">
        <w:t xml:space="preserve"> </w:t>
      </w:r>
      <w:r w:rsidR="00304EF8" w:rsidRPr="00304EF8">
        <w:rPr>
          <w:rFonts w:ascii="Times New Roman" w:eastAsia="Times New Roman" w:hAnsi="Times New Roman" w:cs="Times New Roman"/>
          <w:color w:val="000000"/>
          <w:sz w:val="28"/>
          <w:szCs w:val="28"/>
        </w:rPr>
        <w:t>chịu trách nhiệm thi hành Thông tư này</w:t>
      </w:r>
      <w:r w:rsidR="009009CA" w:rsidRPr="009009CA">
        <w:rPr>
          <w:rFonts w:ascii="Times New Roman" w:eastAsia="Times New Roman" w:hAnsi="Times New Roman" w:cs="Times New Roman"/>
          <w:color w:val="000000"/>
          <w:sz w:val="28"/>
          <w:szCs w:val="28"/>
        </w:rPr>
        <w:t>.</w:t>
      </w:r>
    </w:p>
    <w:p w14:paraId="1558BD7B" w14:textId="781AADCB" w:rsidR="009A480A" w:rsidRPr="00970C73" w:rsidRDefault="005A132C" w:rsidP="00CA18E0">
      <w:pPr>
        <w:shd w:val="clear" w:color="auto" w:fill="FFFFFF"/>
        <w:spacing w:before="120" w:after="120" w:line="340" w:lineRule="exact"/>
        <w:ind w:firstLine="567"/>
        <w:jc w:val="both"/>
        <w:rPr>
          <w:rFonts w:ascii="Times New Roman" w:eastAsia="Times New Roman" w:hAnsi="Times New Roman" w:cs="Times New Roman"/>
          <w:color w:val="000000"/>
          <w:sz w:val="28"/>
          <w:szCs w:val="28"/>
        </w:rPr>
      </w:pPr>
      <w:r w:rsidRPr="009B55C7">
        <w:rPr>
          <w:rFonts w:ascii="Times New Roman" w:eastAsia="Times New Roman" w:hAnsi="Times New Roman" w:cs="Times New Roman"/>
          <w:color w:val="000000"/>
          <w:sz w:val="28"/>
          <w:szCs w:val="28"/>
        </w:rPr>
        <w:t>3</w:t>
      </w:r>
      <w:r w:rsidR="009A480A" w:rsidRPr="00970C73">
        <w:rPr>
          <w:rFonts w:ascii="Times New Roman" w:eastAsia="Times New Roman" w:hAnsi="Times New Roman" w:cs="Times New Roman"/>
          <w:color w:val="000000"/>
          <w:sz w:val="28"/>
          <w:szCs w:val="28"/>
        </w:rPr>
        <w:t>. Trong quá trình thực hiện, nếu phát sinh khó khăn, vướng mắc, đề nghị các cơ quan, tổ chức, cá nhân phản ánh về Bộ Khoa học và Công nghệ để nghiên cứu, sửa đổi, bổ sung phù hợp./.</w:t>
      </w:r>
    </w:p>
    <w:p w14:paraId="3DDBC426" w14:textId="77777777" w:rsidR="009A480A" w:rsidRPr="00970C73" w:rsidRDefault="009A480A">
      <w:pPr>
        <w:widowControl w:val="0"/>
        <w:spacing w:after="120" w:line="288" w:lineRule="auto"/>
        <w:ind w:firstLine="697"/>
        <w:jc w:val="both"/>
        <w:rPr>
          <w:rFonts w:ascii="Times New Roman" w:eastAsia="Times New Roman" w:hAnsi="Times New Roman" w:cs="Times New Roman"/>
          <w:sz w:val="4"/>
          <w:szCs w:val="4"/>
        </w:rPr>
      </w:pPr>
    </w:p>
    <w:tbl>
      <w:tblPr>
        <w:tblStyle w:val="a4"/>
        <w:tblW w:w="9074" w:type="dxa"/>
        <w:tblLayout w:type="fixed"/>
        <w:tblLook w:val="0400" w:firstRow="0" w:lastRow="0" w:firstColumn="0" w:lastColumn="0" w:noHBand="0" w:noVBand="1"/>
      </w:tblPr>
      <w:tblGrid>
        <w:gridCol w:w="5130"/>
        <w:gridCol w:w="3944"/>
      </w:tblGrid>
      <w:tr w:rsidR="003A0182" w:rsidRPr="00970C73" w14:paraId="4CA7433C" w14:textId="77777777" w:rsidTr="009A480A">
        <w:trPr>
          <w:trHeight w:val="4626"/>
        </w:trPr>
        <w:tc>
          <w:tcPr>
            <w:tcW w:w="5130" w:type="dxa"/>
          </w:tcPr>
          <w:p w14:paraId="00000023" w14:textId="77777777" w:rsidR="007E5AF7" w:rsidRPr="00970C73" w:rsidRDefault="00C21468">
            <w:pPr>
              <w:widowControl w:val="0"/>
              <w:spacing w:after="0" w:line="240" w:lineRule="auto"/>
              <w:ind w:right="84"/>
              <w:rPr>
                <w:rFonts w:ascii="Times New Roman" w:eastAsia="Times New Roman" w:hAnsi="Times New Roman" w:cs="Times New Roman"/>
                <w:b/>
                <w:bCs/>
                <w:i/>
                <w:iCs/>
              </w:rPr>
            </w:pPr>
            <w:r w:rsidRPr="00970C73">
              <w:rPr>
                <w:rFonts w:ascii="Times New Roman" w:eastAsia="Times New Roman" w:hAnsi="Times New Roman" w:cs="Times New Roman"/>
                <w:b/>
                <w:bCs/>
                <w:i/>
                <w:iCs/>
              </w:rPr>
              <w:t>Nơi nhận:</w:t>
            </w:r>
          </w:p>
          <w:p w14:paraId="313ABE06"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Thủ tướng, các Phó Thủ tướng Chính phủ;</w:t>
            </w:r>
          </w:p>
          <w:p w14:paraId="3598B709" w14:textId="01A347E2"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Các bộ, cơ quan ngang bộ, cơ quan thuộc Chính phủ;</w:t>
            </w:r>
          </w:p>
          <w:p w14:paraId="3EB2995B"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HĐND, UBND các tỉnh, thành phố trực thuộc trung ương;</w:t>
            </w:r>
          </w:p>
          <w:p w14:paraId="64B1FDAA"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Trung ương và các Ban của Đảng;</w:t>
            </w:r>
          </w:p>
          <w:p w14:paraId="1B5D5926"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Tổng Bí thư;</w:t>
            </w:r>
          </w:p>
          <w:p w14:paraId="6731B9FB"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Chủ tịch nước;</w:t>
            </w:r>
          </w:p>
          <w:p w14:paraId="79B8AE58"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Hội đồng Dân tộc và các Ủy ban của Quốc hội;</w:t>
            </w:r>
          </w:p>
          <w:p w14:paraId="3D054FD8"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Văn phòng Quốc hội;</w:t>
            </w:r>
          </w:p>
          <w:p w14:paraId="0FD4DE46"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Tòa án nhân dân tối cao;</w:t>
            </w:r>
          </w:p>
          <w:p w14:paraId="745FDDDF"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Viện kiểm sát nhân dân tối cao;</w:t>
            </w:r>
          </w:p>
          <w:p w14:paraId="1CCFA7EE"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Kiểm toán nhà nước;</w:t>
            </w:r>
          </w:p>
          <w:p w14:paraId="656A08EF"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Ủy ban Trung ương Mặt trận Tổ quốc Việt Nam;</w:t>
            </w:r>
          </w:p>
          <w:p w14:paraId="2FE5B0DC"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Cơ quan trung ương của các tổ chức chính trị - xã hội;</w:t>
            </w:r>
          </w:p>
          <w:p w14:paraId="19BEC150"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VPCP: BTCN, các PCN, Trợ lý TTg, TGĐ Cổng TTĐT, các Vụ, Cục, đơn vị trực thuộc, Công báo;</w:t>
            </w:r>
          </w:p>
          <w:p w14:paraId="460AE84A" w14:textId="77777777" w:rsidR="00C310B3" w:rsidRPr="00970C73" w:rsidRDefault="00C310B3" w:rsidP="00C310B3">
            <w:pPr>
              <w:widowControl w:val="0"/>
              <w:spacing w:after="0" w:line="240" w:lineRule="auto"/>
              <w:ind w:right="84"/>
              <w:jc w:val="both"/>
              <w:rPr>
                <w:rFonts w:ascii="Times New Roman" w:eastAsia="Times New Roman" w:hAnsi="Times New Roman" w:cs="Times New Roman"/>
              </w:rPr>
            </w:pPr>
            <w:r w:rsidRPr="00970C73">
              <w:rPr>
                <w:rFonts w:ascii="Times New Roman" w:eastAsia="Times New Roman" w:hAnsi="Times New Roman" w:cs="Times New Roman"/>
              </w:rPr>
              <w:t>- Sở KH&amp;CN các tỉnh, thành phố trực thuộc trung ương;</w:t>
            </w:r>
          </w:p>
          <w:p w14:paraId="57095119" w14:textId="77777777" w:rsidR="00C310B3" w:rsidRPr="009B55C7" w:rsidRDefault="00C310B3" w:rsidP="00C310B3">
            <w:pPr>
              <w:widowControl w:val="0"/>
              <w:spacing w:after="0"/>
              <w:ind w:right="84"/>
              <w:jc w:val="both"/>
              <w:rPr>
                <w:rFonts w:ascii="Times New Roman" w:eastAsia="Times New Roman" w:hAnsi="Times New Roman" w:cs="Times New Roman"/>
              </w:rPr>
            </w:pPr>
            <w:r w:rsidRPr="00970C73">
              <w:rPr>
                <w:rFonts w:ascii="Times New Roman" w:eastAsia="Times New Roman" w:hAnsi="Times New Roman" w:cs="Times New Roman"/>
              </w:rPr>
              <w:t>- Bộ KH&amp;CN: Bộ trưởng và các Thứ trưởng, các cơ quan, đơn vị thuộc Bộ, Cổng Thông tin điện tử Bộ;</w:t>
            </w:r>
          </w:p>
          <w:p w14:paraId="00000033" w14:textId="230C948A" w:rsidR="007E5AF7" w:rsidRPr="00970C73" w:rsidRDefault="00C21468" w:rsidP="00C310B3">
            <w:pPr>
              <w:widowControl w:val="0"/>
              <w:spacing w:after="0"/>
              <w:ind w:right="84"/>
              <w:jc w:val="both"/>
              <w:rPr>
                <w:rFonts w:ascii="Times New Roman" w:eastAsia="Times New Roman" w:hAnsi="Times New Roman" w:cs="Times New Roman"/>
              </w:rPr>
            </w:pPr>
            <w:r w:rsidRPr="00970C73">
              <w:rPr>
                <w:rFonts w:ascii="Times New Roman" w:eastAsia="Times New Roman" w:hAnsi="Times New Roman" w:cs="Times New Roman"/>
              </w:rPr>
              <w:t>- Lưu: VT, PC,</w:t>
            </w:r>
            <w:r w:rsidR="00887EB0" w:rsidRPr="00970C73">
              <w:rPr>
                <w:rFonts w:ascii="Times New Roman" w:eastAsia="Times New Roman" w:hAnsi="Times New Roman" w:cs="Times New Roman"/>
              </w:rPr>
              <w:t xml:space="preserve"> ĐMST</w:t>
            </w:r>
            <w:r w:rsidRPr="00970C73">
              <w:rPr>
                <w:rFonts w:ascii="Times New Roman" w:eastAsia="Times New Roman" w:hAnsi="Times New Roman" w:cs="Times New Roman"/>
              </w:rPr>
              <w:t>.</w:t>
            </w:r>
          </w:p>
        </w:tc>
        <w:tc>
          <w:tcPr>
            <w:tcW w:w="3944" w:type="dxa"/>
            <w:tcMar>
              <w:top w:w="0" w:type="dxa"/>
              <w:left w:w="108" w:type="dxa"/>
              <w:bottom w:w="0" w:type="dxa"/>
              <w:right w:w="108" w:type="dxa"/>
            </w:tcMar>
          </w:tcPr>
          <w:p w14:paraId="00000034" w14:textId="77777777" w:rsidR="007E5AF7" w:rsidRPr="00970C73" w:rsidRDefault="00C21468">
            <w:pPr>
              <w:widowControl w:val="0"/>
              <w:spacing w:after="0" w:line="240" w:lineRule="auto"/>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b/>
                <w:bCs/>
                <w:sz w:val="28"/>
                <w:szCs w:val="28"/>
              </w:rPr>
              <w:t>BỘ TRƯỞNG</w:t>
            </w:r>
          </w:p>
          <w:p w14:paraId="00000035" w14:textId="77777777" w:rsidR="007E5AF7" w:rsidRPr="00970C73" w:rsidRDefault="00C21468">
            <w:pPr>
              <w:widowControl w:val="0"/>
              <w:spacing w:after="0" w:line="240" w:lineRule="auto"/>
              <w:jc w:val="center"/>
              <w:rPr>
                <w:rFonts w:ascii="Times New Roman" w:eastAsia="Times New Roman" w:hAnsi="Times New Roman" w:cs="Times New Roman"/>
                <w:b/>
                <w:bCs/>
                <w:i/>
                <w:iCs/>
                <w:sz w:val="26"/>
                <w:szCs w:val="26"/>
              </w:rPr>
            </w:pPr>
            <w:r w:rsidRPr="00970C73">
              <w:rPr>
                <w:rFonts w:ascii="Times New Roman" w:eastAsia="Times New Roman" w:hAnsi="Times New Roman" w:cs="Times New Roman"/>
                <w:b/>
                <w:bCs/>
                <w:sz w:val="28"/>
                <w:szCs w:val="28"/>
              </w:rPr>
              <w:br/>
            </w:r>
            <w:r w:rsidRPr="00970C73">
              <w:rPr>
                <w:rFonts w:ascii="Times New Roman" w:eastAsia="Times New Roman" w:hAnsi="Times New Roman" w:cs="Times New Roman"/>
                <w:b/>
                <w:bCs/>
                <w:sz w:val="28"/>
                <w:szCs w:val="28"/>
              </w:rPr>
              <w:br/>
            </w:r>
          </w:p>
          <w:p w14:paraId="720BE398" w14:textId="77777777" w:rsidR="007E5AF7" w:rsidRPr="00427CDA" w:rsidRDefault="007E5AF7">
            <w:pPr>
              <w:widowControl w:val="0"/>
              <w:jc w:val="center"/>
              <w:rPr>
                <w:rFonts w:ascii="Times New Roman" w:eastAsia="Times New Roman" w:hAnsi="Times New Roman" w:cs="Times New Roman"/>
                <w:b/>
                <w:bCs/>
                <w:sz w:val="28"/>
                <w:szCs w:val="28"/>
              </w:rPr>
            </w:pPr>
          </w:p>
          <w:p w14:paraId="449444F9" w14:textId="77777777" w:rsidR="005D3734" w:rsidRPr="00427CDA" w:rsidRDefault="005D3734">
            <w:pPr>
              <w:widowControl w:val="0"/>
              <w:jc w:val="center"/>
              <w:rPr>
                <w:rFonts w:ascii="Times New Roman" w:eastAsia="Times New Roman" w:hAnsi="Times New Roman" w:cs="Times New Roman"/>
                <w:b/>
                <w:bCs/>
                <w:sz w:val="28"/>
                <w:szCs w:val="28"/>
              </w:rPr>
            </w:pPr>
          </w:p>
          <w:p w14:paraId="00000036" w14:textId="4D226CF0" w:rsidR="009A480A" w:rsidRPr="00970C73" w:rsidRDefault="009A480A" w:rsidP="009A480A">
            <w:pPr>
              <w:widowControl w:val="0"/>
              <w:jc w:val="center"/>
              <w:rPr>
                <w:rFonts w:ascii="Times New Roman" w:eastAsia="Times New Roman" w:hAnsi="Times New Roman" w:cs="Times New Roman"/>
                <w:b/>
                <w:bCs/>
                <w:sz w:val="28"/>
                <w:szCs w:val="28"/>
              </w:rPr>
            </w:pPr>
            <w:r w:rsidRPr="00970C73">
              <w:rPr>
                <w:rFonts w:ascii="Times New Roman" w:eastAsia="Times New Roman" w:hAnsi="Times New Roman" w:cs="Times New Roman"/>
                <w:b/>
                <w:bCs/>
                <w:color w:val="000000"/>
                <w:sz w:val="26"/>
                <w:szCs w:val="26"/>
              </w:rPr>
              <w:t>Nguyễn Mạnh Hùng</w:t>
            </w:r>
          </w:p>
        </w:tc>
      </w:tr>
    </w:tbl>
    <w:p w14:paraId="5263AF0F" w14:textId="77777777" w:rsidR="007E5AF7" w:rsidRPr="00970C73" w:rsidRDefault="007E5AF7">
      <w:pPr>
        <w:widowControl w:val="0"/>
        <w:rPr>
          <w:rFonts w:ascii="Times New Roman" w:eastAsia="Times New Roman" w:hAnsi="Times New Roman" w:cs="Times New Roman"/>
          <w:b/>
          <w:bCs/>
          <w:sz w:val="28"/>
          <w:szCs w:val="28"/>
        </w:rPr>
      </w:pPr>
    </w:p>
    <w:p w14:paraId="79A20C4E" w14:textId="77777777" w:rsidR="00A00E54" w:rsidRDefault="00A00E54">
      <w:pPr>
        <w:widowControl w:val="0"/>
        <w:rPr>
          <w:rFonts w:ascii="Times New Roman" w:eastAsia="Times New Roman" w:hAnsi="Times New Roman" w:cs="Times New Roman"/>
          <w:b/>
          <w:bCs/>
          <w:sz w:val="28"/>
          <w:szCs w:val="28"/>
        </w:rPr>
        <w:sectPr w:rsidR="00A00E54" w:rsidSect="00A00E54">
          <w:headerReference w:type="default" r:id="rId9"/>
          <w:headerReference w:type="first" r:id="rId10"/>
          <w:pgSz w:w="11909" w:h="16834"/>
          <w:pgMar w:top="1134" w:right="1134" w:bottom="1134" w:left="1701" w:header="720" w:footer="720" w:gutter="0"/>
          <w:pgNumType w:start="1"/>
          <w:cols w:space="720"/>
          <w:titlePg/>
          <w:docGrid w:linePitch="299"/>
        </w:sectPr>
      </w:pPr>
    </w:p>
    <w:p w14:paraId="2E8664F5" w14:textId="280AF74E" w:rsidR="009A480A" w:rsidRPr="00970C73" w:rsidRDefault="009A480A" w:rsidP="009A480A">
      <w:pPr>
        <w:widowControl w:val="0"/>
        <w:spacing w:after="0" w:line="240" w:lineRule="auto"/>
        <w:jc w:val="center"/>
        <w:rPr>
          <w:rFonts w:ascii="Times New Roman" w:eastAsia="Times New Roman" w:hAnsi="Times New Roman" w:cs="Times New Roman"/>
          <w:b/>
          <w:bCs/>
          <w:sz w:val="26"/>
          <w:szCs w:val="26"/>
        </w:rPr>
      </w:pPr>
      <w:r w:rsidRPr="00970C73">
        <w:rPr>
          <w:rFonts w:ascii="Times New Roman" w:eastAsia="Times New Roman" w:hAnsi="Times New Roman" w:cs="Times New Roman"/>
          <w:b/>
          <w:bCs/>
          <w:sz w:val="26"/>
          <w:szCs w:val="26"/>
        </w:rPr>
        <w:t>PHỤ LỤC</w:t>
      </w:r>
    </w:p>
    <w:p w14:paraId="76A83362" w14:textId="158F6722" w:rsidR="009F4994" w:rsidRPr="0052372F" w:rsidRDefault="009F4994" w:rsidP="009F4994">
      <w:pPr>
        <w:widowControl w:val="0"/>
        <w:spacing w:after="0" w:line="240" w:lineRule="auto"/>
        <w:jc w:val="center"/>
        <w:rPr>
          <w:rFonts w:ascii="Times New Roman" w:eastAsia="Times New Roman" w:hAnsi="Times New Roman" w:cs="Times New Roman"/>
          <w:color w:val="000000"/>
          <w:sz w:val="26"/>
          <w:szCs w:val="26"/>
        </w:rPr>
      </w:pPr>
      <w:r w:rsidRPr="00970C73">
        <w:rPr>
          <w:rFonts w:ascii="Times New Roman" w:eastAsia="Times New Roman" w:hAnsi="Times New Roman" w:cs="Times New Roman"/>
          <w:sz w:val="28"/>
          <w:szCs w:val="28"/>
        </w:rPr>
        <w:t xml:space="preserve">BIỂU MẪU HỒ SƠ THỰC </w:t>
      </w:r>
      <w:r w:rsidRPr="00725AF8">
        <w:rPr>
          <w:rFonts w:ascii="Times New Roman" w:eastAsia="Times New Roman" w:hAnsi="Times New Roman" w:cs="Times New Roman"/>
          <w:sz w:val="28"/>
          <w:szCs w:val="28"/>
        </w:rPr>
        <w:t>HIỆN THỦ TỤC THẨM ĐỊNH CÔNG NGHỆ TRONG TRƯỜNG HỢP ĐẶC THÙ</w:t>
      </w:r>
      <w:r w:rsidR="009B55C7" w:rsidRPr="00725AF8">
        <w:rPr>
          <w:rFonts w:ascii="Times New Roman" w:eastAsia="Times New Roman" w:hAnsi="Times New Roman" w:cs="Times New Roman"/>
          <w:sz w:val="28"/>
          <w:szCs w:val="28"/>
        </w:rPr>
        <w:t>,</w:t>
      </w:r>
      <w:r w:rsidRPr="00725AF8">
        <w:rPr>
          <w:rFonts w:ascii="Times New Roman" w:eastAsia="Times New Roman" w:hAnsi="Times New Roman" w:cs="Times New Roman"/>
          <w:sz w:val="28"/>
          <w:szCs w:val="28"/>
        </w:rPr>
        <w:t xml:space="preserve"> NHÀ NƯỚC MUA VÀ PHỔ BIẾN C</w:t>
      </w:r>
      <w:r w:rsidRPr="0052372F">
        <w:rPr>
          <w:rFonts w:ascii="Times New Roman" w:eastAsia="Times New Roman" w:hAnsi="Times New Roman" w:cs="Times New Roman"/>
          <w:sz w:val="28"/>
          <w:szCs w:val="28"/>
        </w:rPr>
        <w:t>ÔNG NGHỆ</w:t>
      </w:r>
    </w:p>
    <w:p w14:paraId="2931B874" w14:textId="77777777" w:rsidR="009A480A" w:rsidRPr="0052372F" w:rsidRDefault="009A480A" w:rsidP="009A480A">
      <w:pPr>
        <w:shd w:val="clear" w:color="auto" w:fill="FFFFFF"/>
        <w:spacing w:after="0" w:line="234" w:lineRule="atLeast"/>
        <w:jc w:val="center"/>
        <w:rPr>
          <w:rFonts w:ascii="Times New Roman" w:eastAsia="Times New Roman" w:hAnsi="Times New Roman" w:cs="Times New Roman"/>
          <w:color w:val="000000"/>
          <w:sz w:val="26"/>
          <w:szCs w:val="26"/>
        </w:rPr>
      </w:pPr>
      <w:r w:rsidRPr="0052372F">
        <w:rPr>
          <w:rFonts w:ascii="Times New Roman" w:eastAsia="Times New Roman" w:hAnsi="Times New Roman" w:cs="Times New Roman"/>
          <w:i/>
          <w:iCs/>
          <w:color w:val="000000"/>
          <w:sz w:val="26"/>
          <w:szCs w:val="26"/>
        </w:rPr>
        <w:t xml:space="preserve">(Kèm theo Thông tư số    /2026/TT-BKHCN ngày   tháng  năm 2026 của </w:t>
      </w:r>
    </w:p>
    <w:p w14:paraId="737DF9AD" w14:textId="77777777" w:rsidR="009A480A" w:rsidRPr="0052372F" w:rsidRDefault="009A480A" w:rsidP="009A480A">
      <w:pPr>
        <w:shd w:val="clear" w:color="auto" w:fill="FFFFFF"/>
        <w:spacing w:after="0" w:line="234" w:lineRule="atLeast"/>
        <w:jc w:val="center"/>
        <w:rPr>
          <w:rFonts w:ascii="Times New Roman" w:eastAsia="Times New Roman" w:hAnsi="Times New Roman" w:cs="Times New Roman"/>
          <w:i/>
          <w:iCs/>
          <w:color w:val="000000"/>
          <w:sz w:val="26"/>
          <w:szCs w:val="26"/>
        </w:rPr>
      </w:pPr>
      <w:r w:rsidRPr="0052372F">
        <w:rPr>
          <w:rFonts w:ascii="Times New Roman" w:eastAsia="Times New Roman" w:hAnsi="Times New Roman" w:cs="Times New Roman"/>
          <w:i/>
          <w:iCs/>
          <w:color w:val="000000"/>
          <w:sz w:val="26"/>
          <w:szCs w:val="26"/>
        </w:rPr>
        <w:t>Bộ trưởng Bộ Khoa học và Công nghệ)</w:t>
      </w:r>
    </w:p>
    <w:p w14:paraId="42E06340" w14:textId="77777777" w:rsidR="009A480A" w:rsidRPr="0052372F" w:rsidRDefault="009A480A" w:rsidP="009A480A">
      <w:pPr>
        <w:shd w:val="clear" w:color="auto" w:fill="FFFFFF"/>
        <w:spacing w:after="0" w:line="234" w:lineRule="atLeast"/>
        <w:jc w:val="center"/>
        <w:rPr>
          <w:rFonts w:ascii="Times New Roman" w:eastAsia="Times New Roman" w:hAnsi="Times New Roman" w:cs="Times New Roman"/>
          <w:i/>
          <w:iCs/>
          <w:color w:val="000000"/>
          <w:sz w:val="26"/>
          <w:szCs w:val="26"/>
        </w:rPr>
      </w:pPr>
    </w:p>
    <w:tbl>
      <w:tblPr>
        <w:tblStyle w:val="TableGrid"/>
        <w:tblW w:w="9072" w:type="dxa"/>
        <w:tblInd w:w="137" w:type="dxa"/>
        <w:tblLook w:val="04A0" w:firstRow="1" w:lastRow="0" w:firstColumn="1" w:lastColumn="0" w:noHBand="0" w:noVBand="1"/>
      </w:tblPr>
      <w:tblGrid>
        <w:gridCol w:w="709"/>
        <w:gridCol w:w="6946"/>
        <w:gridCol w:w="1417"/>
      </w:tblGrid>
      <w:tr w:rsidR="009A480A" w:rsidRPr="0052372F" w14:paraId="4D81A034" w14:textId="77777777" w:rsidTr="0021375C">
        <w:tc>
          <w:tcPr>
            <w:tcW w:w="9072" w:type="dxa"/>
            <w:gridSpan w:val="3"/>
            <w:vAlign w:val="center"/>
          </w:tcPr>
          <w:p w14:paraId="354C5C67" w14:textId="782D388F"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rPr>
            </w:pPr>
            <w:bookmarkStart w:id="1" w:name="_Hlk224230486"/>
            <w:r w:rsidRPr="0052372F">
              <w:rPr>
                <w:rFonts w:ascii="Times New Roman" w:eastAsia="Times New Roman" w:hAnsi="Times New Roman" w:cs="Times New Roman"/>
                <w:b/>
                <w:bCs/>
                <w:sz w:val="28"/>
                <w:szCs w:val="28"/>
              </w:rPr>
              <w:t>I. Biểu mẫu</w:t>
            </w:r>
            <w:r w:rsidR="00D41C23" w:rsidRPr="0052372F">
              <w:rPr>
                <w:rFonts w:ascii="Times New Roman" w:eastAsia="Times New Roman" w:hAnsi="Times New Roman" w:cs="Times New Roman"/>
                <w:b/>
                <w:bCs/>
                <w:sz w:val="28"/>
                <w:szCs w:val="28"/>
              </w:rPr>
              <w:t xml:space="preserve"> </w:t>
            </w:r>
            <w:r w:rsidR="005543EB" w:rsidRPr="0052372F">
              <w:rPr>
                <w:rFonts w:ascii="Times New Roman" w:eastAsia="Times New Roman" w:hAnsi="Times New Roman" w:cs="Times New Roman"/>
                <w:b/>
                <w:bCs/>
                <w:sz w:val="28"/>
                <w:szCs w:val="28"/>
              </w:rPr>
              <w:t>hồ sơ</w:t>
            </w:r>
            <w:r w:rsidR="00D41C23" w:rsidRPr="0052372F">
              <w:rPr>
                <w:rFonts w:ascii="Times New Roman" w:eastAsia="Times New Roman" w:hAnsi="Times New Roman" w:cs="Times New Roman"/>
                <w:b/>
                <w:bCs/>
                <w:sz w:val="28"/>
                <w:szCs w:val="28"/>
              </w:rPr>
              <w:t xml:space="preserve"> thực hiện thủ tục</w:t>
            </w:r>
            <w:r w:rsidR="005543EB" w:rsidRPr="0052372F">
              <w:rPr>
                <w:rFonts w:ascii="Times New Roman" w:eastAsia="Times New Roman" w:hAnsi="Times New Roman" w:cs="Times New Roman"/>
                <w:b/>
                <w:bCs/>
                <w:sz w:val="28"/>
                <w:szCs w:val="28"/>
              </w:rPr>
              <w:t xml:space="preserve"> </w:t>
            </w:r>
            <w:r w:rsidRPr="0052372F">
              <w:rPr>
                <w:rFonts w:ascii="Times New Roman" w:eastAsia="Times New Roman" w:hAnsi="Times New Roman" w:cs="Times New Roman"/>
                <w:b/>
                <w:bCs/>
                <w:sz w:val="28"/>
                <w:szCs w:val="28"/>
              </w:rPr>
              <w:t xml:space="preserve">thẩm định công nghệ trong trường hợp đặc thù </w:t>
            </w:r>
          </w:p>
        </w:tc>
      </w:tr>
      <w:tr w:rsidR="00635C6F" w:rsidRPr="0052372F" w14:paraId="49DA7C82" w14:textId="77777777" w:rsidTr="0021375C">
        <w:tc>
          <w:tcPr>
            <w:tcW w:w="709" w:type="dxa"/>
            <w:vAlign w:val="center"/>
          </w:tcPr>
          <w:p w14:paraId="00EBBAFE"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1</w:t>
            </w:r>
          </w:p>
        </w:tc>
        <w:tc>
          <w:tcPr>
            <w:tcW w:w="6946" w:type="dxa"/>
            <w:vAlign w:val="center"/>
          </w:tcPr>
          <w:p w14:paraId="6E715C6A" w14:textId="2B8445FA"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Đơn đề nghị thẩm định công nghệ</w:t>
            </w:r>
          </w:p>
        </w:tc>
        <w:tc>
          <w:tcPr>
            <w:tcW w:w="1417" w:type="dxa"/>
            <w:vAlign w:val="center"/>
          </w:tcPr>
          <w:p w14:paraId="0DF34CEB" w14:textId="02B1C6ED"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1" w:history="1">
              <w:r w:rsidR="009A480A" w:rsidRPr="0052372F">
                <w:rPr>
                  <w:rStyle w:val="Hyperlink"/>
                  <w:rFonts w:ascii="Times New Roman" w:eastAsia="Times New Roman" w:hAnsi="Times New Roman" w:cs="Times New Roman"/>
                  <w:color w:val="auto"/>
                  <w:sz w:val="28"/>
                  <w:szCs w:val="28"/>
                  <w:lang w:val="en-US"/>
                </w:rPr>
                <w:t>Mẫu I.1</w:t>
              </w:r>
            </w:hyperlink>
          </w:p>
        </w:tc>
      </w:tr>
      <w:tr w:rsidR="00635C6F" w:rsidRPr="0052372F" w14:paraId="64E99BEF" w14:textId="77777777" w:rsidTr="0021375C">
        <w:tc>
          <w:tcPr>
            <w:tcW w:w="709" w:type="dxa"/>
            <w:vAlign w:val="center"/>
          </w:tcPr>
          <w:p w14:paraId="5DE75659"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2</w:t>
            </w:r>
          </w:p>
        </w:tc>
        <w:tc>
          <w:tcPr>
            <w:tcW w:w="6946" w:type="dxa"/>
            <w:vAlign w:val="center"/>
          </w:tcPr>
          <w:p w14:paraId="0EE88D58" w14:textId="17A9D6CC"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Thuyết minh công nghệ đề nghị thẩm định</w:t>
            </w:r>
          </w:p>
        </w:tc>
        <w:tc>
          <w:tcPr>
            <w:tcW w:w="1417" w:type="dxa"/>
            <w:vAlign w:val="center"/>
          </w:tcPr>
          <w:p w14:paraId="0A8329DC" w14:textId="5CBB5945"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2" w:history="1">
              <w:r w:rsidR="009A480A" w:rsidRPr="0052372F">
                <w:rPr>
                  <w:rStyle w:val="Hyperlink"/>
                  <w:rFonts w:ascii="Times New Roman" w:eastAsia="Times New Roman" w:hAnsi="Times New Roman" w:cs="Times New Roman"/>
                  <w:color w:val="auto"/>
                  <w:sz w:val="28"/>
                  <w:szCs w:val="28"/>
                  <w:lang w:val="en-US"/>
                </w:rPr>
                <w:t>Mẫu I.2</w:t>
              </w:r>
            </w:hyperlink>
          </w:p>
        </w:tc>
      </w:tr>
      <w:tr w:rsidR="00635C6F" w:rsidRPr="0052372F" w14:paraId="48A0AAAB" w14:textId="77777777" w:rsidTr="0021375C">
        <w:tc>
          <w:tcPr>
            <w:tcW w:w="709" w:type="dxa"/>
            <w:vAlign w:val="center"/>
          </w:tcPr>
          <w:p w14:paraId="711016CF"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3</w:t>
            </w:r>
          </w:p>
        </w:tc>
        <w:tc>
          <w:tcPr>
            <w:tcW w:w="6946" w:type="dxa"/>
            <w:vAlign w:val="center"/>
          </w:tcPr>
          <w:p w14:paraId="1147EE20" w14:textId="1D51371E" w:rsidR="009A480A" w:rsidRPr="0052372F" w:rsidRDefault="00D41266"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Thông báo Dự toán kinh phí thẩm định công nghệ</w:t>
            </w:r>
          </w:p>
        </w:tc>
        <w:tc>
          <w:tcPr>
            <w:tcW w:w="1417" w:type="dxa"/>
            <w:vAlign w:val="center"/>
          </w:tcPr>
          <w:p w14:paraId="0F86FCE6" w14:textId="7A14825C" w:rsidR="0021375C"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3" w:history="1">
              <w:r w:rsidR="009A480A" w:rsidRPr="0052372F">
                <w:rPr>
                  <w:rStyle w:val="Hyperlink"/>
                  <w:rFonts w:ascii="Times New Roman" w:eastAsia="Times New Roman" w:hAnsi="Times New Roman" w:cs="Times New Roman"/>
                  <w:color w:val="auto"/>
                  <w:sz w:val="28"/>
                  <w:szCs w:val="28"/>
                  <w:lang w:val="en-US"/>
                </w:rPr>
                <w:t>Mẫu I.3</w:t>
              </w:r>
            </w:hyperlink>
          </w:p>
        </w:tc>
      </w:tr>
      <w:tr w:rsidR="009A480A" w:rsidRPr="0052372F" w14:paraId="74832458" w14:textId="77777777" w:rsidTr="0021375C">
        <w:tc>
          <w:tcPr>
            <w:tcW w:w="709" w:type="dxa"/>
            <w:vAlign w:val="center"/>
          </w:tcPr>
          <w:p w14:paraId="56C034EA"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4</w:t>
            </w:r>
          </w:p>
        </w:tc>
        <w:tc>
          <w:tcPr>
            <w:tcW w:w="6946" w:type="dxa"/>
            <w:vAlign w:val="center"/>
          </w:tcPr>
          <w:p w14:paraId="26BAEA33"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Quyết định thành lập Hội đồng tư vấn thẩm định công nghệ</w:t>
            </w:r>
          </w:p>
        </w:tc>
        <w:tc>
          <w:tcPr>
            <w:tcW w:w="1417" w:type="dxa"/>
            <w:vAlign w:val="center"/>
          </w:tcPr>
          <w:p w14:paraId="6BB75D4C" w14:textId="534229F5"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4" w:history="1">
              <w:r w:rsidR="009A480A" w:rsidRPr="0052372F">
                <w:rPr>
                  <w:rStyle w:val="Hyperlink"/>
                  <w:rFonts w:ascii="Times New Roman" w:eastAsia="Times New Roman" w:hAnsi="Times New Roman" w:cs="Times New Roman"/>
                  <w:sz w:val="28"/>
                  <w:szCs w:val="28"/>
                  <w:lang w:val="en-US"/>
                </w:rPr>
                <w:t>Mẫu I.4</w:t>
              </w:r>
            </w:hyperlink>
          </w:p>
        </w:tc>
      </w:tr>
      <w:tr w:rsidR="009A480A" w:rsidRPr="0052372F" w14:paraId="10538E43" w14:textId="77777777" w:rsidTr="0021375C">
        <w:tc>
          <w:tcPr>
            <w:tcW w:w="709" w:type="dxa"/>
            <w:vAlign w:val="center"/>
          </w:tcPr>
          <w:p w14:paraId="661627FF"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5</w:t>
            </w:r>
          </w:p>
        </w:tc>
        <w:tc>
          <w:tcPr>
            <w:tcW w:w="6946" w:type="dxa"/>
            <w:vAlign w:val="center"/>
          </w:tcPr>
          <w:p w14:paraId="7B094E5B" w14:textId="23562A43"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Phiếu nhận xét, đánh giá của thành viên Hội đồng tư vấn thẩm định công nghệ</w:t>
            </w:r>
          </w:p>
        </w:tc>
        <w:tc>
          <w:tcPr>
            <w:tcW w:w="1417" w:type="dxa"/>
            <w:vAlign w:val="center"/>
          </w:tcPr>
          <w:p w14:paraId="2F0FE867" w14:textId="3F853769"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5" w:history="1">
              <w:r w:rsidR="009A480A" w:rsidRPr="0052372F">
                <w:rPr>
                  <w:rStyle w:val="Hyperlink"/>
                  <w:rFonts w:ascii="Times New Roman" w:eastAsia="Times New Roman" w:hAnsi="Times New Roman" w:cs="Times New Roman"/>
                  <w:sz w:val="28"/>
                  <w:szCs w:val="28"/>
                  <w:lang w:val="en-US"/>
                </w:rPr>
                <w:t>Mẫu I.5</w:t>
              </w:r>
            </w:hyperlink>
          </w:p>
        </w:tc>
      </w:tr>
      <w:tr w:rsidR="009A480A" w:rsidRPr="0052372F" w14:paraId="0420ACB2" w14:textId="77777777" w:rsidTr="0021375C">
        <w:tc>
          <w:tcPr>
            <w:tcW w:w="709" w:type="dxa"/>
            <w:vAlign w:val="center"/>
          </w:tcPr>
          <w:p w14:paraId="708567D2"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6</w:t>
            </w:r>
          </w:p>
        </w:tc>
        <w:tc>
          <w:tcPr>
            <w:tcW w:w="6946" w:type="dxa"/>
            <w:vAlign w:val="center"/>
          </w:tcPr>
          <w:p w14:paraId="48ECC811"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Biên bản họp Hội đồng tư vấn thẩm định công nghệ</w:t>
            </w:r>
          </w:p>
        </w:tc>
        <w:tc>
          <w:tcPr>
            <w:tcW w:w="1417" w:type="dxa"/>
            <w:vAlign w:val="center"/>
          </w:tcPr>
          <w:p w14:paraId="3EC419DB" w14:textId="06301351"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6" w:history="1">
              <w:r w:rsidR="009A480A" w:rsidRPr="0052372F">
                <w:rPr>
                  <w:rStyle w:val="Hyperlink"/>
                  <w:rFonts w:ascii="Times New Roman" w:eastAsia="Times New Roman" w:hAnsi="Times New Roman" w:cs="Times New Roman"/>
                  <w:sz w:val="28"/>
                  <w:szCs w:val="28"/>
                  <w:lang w:val="en-US"/>
                </w:rPr>
                <w:t>Mẫu I.6</w:t>
              </w:r>
            </w:hyperlink>
          </w:p>
        </w:tc>
      </w:tr>
      <w:tr w:rsidR="009A480A" w:rsidRPr="0052372F" w14:paraId="2D02E9AB" w14:textId="77777777" w:rsidTr="0021375C">
        <w:tc>
          <w:tcPr>
            <w:tcW w:w="709" w:type="dxa"/>
            <w:vAlign w:val="center"/>
          </w:tcPr>
          <w:p w14:paraId="748DDCBD"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7</w:t>
            </w:r>
          </w:p>
        </w:tc>
        <w:tc>
          <w:tcPr>
            <w:tcW w:w="6946" w:type="dxa"/>
            <w:vAlign w:val="center"/>
          </w:tcPr>
          <w:p w14:paraId="015A21B8"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Biên bản đánh giá việc thử nghiệm công nghệ trong điều kiện thực tế</w:t>
            </w:r>
          </w:p>
        </w:tc>
        <w:tc>
          <w:tcPr>
            <w:tcW w:w="1417" w:type="dxa"/>
            <w:vAlign w:val="center"/>
          </w:tcPr>
          <w:p w14:paraId="79CC4869" w14:textId="1AF924B7"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7" w:history="1">
              <w:r w:rsidR="009A480A" w:rsidRPr="0052372F">
                <w:rPr>
                  <w:rStyle w:val="Hyperlink"/>
                  <w:rFonts w:ascii="Times New Roman" w:eastAsia="Times New Roman" w:hAnsi="Times New Roman" w:cs="Times New Roman"/>
                  <w:sz w:val="28"/>
                  <w:szCs w:val="28"/>
                  <w:lang w:val="en-US"/>
                </w:rPr>
                <w:t>Mẫu I.7</w:t>
              </w:r>
            </w:hyperlink>
          </w:p>
        </w:tc>
      </w:tr>
      <w:tr w:rsidR="009A480A" w:rsidRPr="0052372F" w14:paraId="6BB484C8" w14:textId="77777777" w:rsidTr="0021375C">
        <w:tc>
          <w:tcPr>
            <w:tcW w:w="709" w:type="dxa"/>
            <w:vAlign w:val="center"/>
          </w:tcPr>
          <w:p w14:paraId="63CB1E5C" w14:textId="77777777" w:rsidR="009A480A" w:rsidRPr="0052372F" w:rsidRDefault="009A480A"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8</w:t>
            </w:r>
          </w:p>
        </w:tc>
        <w:tc>
          <w:tcPr>
            <w:tcW w:w="6946" w:type="dxa"/>
            <w:vAlign w:val="center"/>
          </w:tcPr>
          <w:p w14:paraId="02589614" w14:textId="77777777" w:rsidR="009A480A" w:rsidRPr="0052372F" w:rsidRDefault="009A480A"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Thông báo kết quả thẩm định công nghệ trong trường hợp đặc thù</w:t>
            </w:r>
          </w:p>
        </w:tc>
        <w:tc>
          <w:tcPr>
            <w:tcW w:w="1417" w:type="dxa"/>
            <w:vAlign w:val="center"/>
          </w:tcPr>
          <w:p w14:paraId="1B822AE6" w14:textId="2656F5C1" w:rsidR="009A480A"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8" w:history="1">
              <w:r w:rsidR="009A480A" w:rsidRPr="0052372F">
                <w:rPr>
                  <w:rStyle w:val="Hyperlink"/>
                  <w:rFonts w:ascii="Times New Roman" w:eastAsia="Times New Roman" w:hAnsi="Times New Roman" w:cs="Times New Roman"/>
                  <w:sz w:val="28"/>
                  <w:szCs w:val="28"/>
                  <w:lang w:val="en-US"/>
                </w:rPr>
                <w:t>Mẫu I.8</w:t>
              </w:r>
            </w:hyperlink>
          </w:p>
        </w:tc>
      </w:tr>
      <w:tr w:rsidR="00E6317C" w:rsidRPr="0052372F" w14:paraId="3B765BB0" w14:textId="77777777" w:rsidTr="0021375C">
        <w:tc>
          <w:tcPr>
            <w:tcW w:w="9072" w:type="dxa"/>
            <w:gridSpan w:val="3"/>
            <w:vAlign w:val="center"/>
          </w:tcPr>
          <w:p w14:paraId="12149A76" w14:textId="6C6107B7" w:rsidR="00E6317C" w:rsidRPr="0052372F" w:rsidRDefault="00E6317C" w:rsidP="000B1353">
            <w:pPr>
              <w:widowControl w:val="0"/>
              <w:spacing w:before="120" w:after="120" w:line="340" w:lineRule="exact"/>
              <w:jc w:val="both"/>
              <w:rPr>
                <w:rFonts w:ascii="Times New Roman" w:eastAsia="Times New Roman" w:hAnsi="Times New Roman" w:cs="Times New Roman"/>
                <w:sz w:val="28"/>
                <w:szCs w:val="28"/>
              </w:rPr>
            </w:pPr>
            <w:r w:rsidRPr="0052372F">
              <w:rPr>
                <w:rFonts w:ascii="Times New Roman" w:eastAsia="Times New Roman" w:hAnsi="Times New Roman" w:cs="Times New Roman"/>
                <w:b/>
                <w:bCs/>
                <w:sz w:val="28"/>
                <w:szCs w:val="28"/>
              </w:rPr>
              <w:t>II.</w:t>
            </w:r>
            <w:r w:rsidR="005543EB" w:rsidRPr="0052372F">
              <w:rPr>
                <w:rFonts w:ascii="Times New Roman" w:eastAsia="Times New Roman" w:hAnsi="Times New Roman" w:cs="Times New Roman"/>
                <w:b/>
                <w:bCs/>
                <w:sz w:val="28"/>
                <w:szCs w:val="28"/>
              </w:rPr>
              <w:t xml:space="preserve"> Biểu mẫu</w:t>
            </w:r>
            <w:r w:rsidRPr="0052372F">
              <w:rPr>
                <w:rFonts w:ascii="Times New Roman" w:eastAsia="Times New Roman" w:hAnsi="Times New Roman" w:cs="Times New Roman"/>
                <w:b/>
                <w:bCs/>
                <w:sz w:val="28"/>
                <w:szCs w:val="28"/>
              </w:rPr>
              <w:t xml:space="preserve"> hồ sơ </w:t>
            </w:r>
            <w:r w:rsidR="00C91E77" w:rsidRPr="0052372F">
              <w:rPr>
                <w:rFonts w:ascii="Times New Roman" w:eastAsia="Times New Roman" w:hAnsi="Times New Roman" w:cs="Times New Roman"/>
                <w:b/>
                <w:bCs/>
                <w:sz w:val="28"/>
                <w:szCs w:val="28"/>
              </w:rPr>
              <w:t>thực hiện thủ tục</w:t>
            </w:r>
            <w:r w:rsidR="005543EB" w:rsidRPr="0052372F">
              <w:rPr>
                <w:rFonts w:ascii="Times New Roman" w:eastAsia="Times New Roman" w:hAnsi="Times New Roman" w:cs="Times New Roman"/>
                <w:b/>
                <w:bCs/>
                <w:sz w:val="28"/>
                <w:szCs w:val="28"/>
              </w:rPr>
              <w:t xml:space="preserve"> Nhà nước mua và phổ biến công nghệ</w:t>
            </w:r>
          </w:p>
        </w:tc>
      </w:tr>
      <w:tr w:rsidR="00E6317C" w:rsidRPr="0052372F" w14:paraId="39C6F0F6" w14:textId="77777777" w:rsidTr="0021375C">
        <w:tc>
          <w:tcPr>
            <w:tcW w:w="709" w:type="dxa"/>
            <w:vAlign w:val="center"/>
          </w:tcPr>
          <w:p w14:paraId="3C93AD2A" w14:textId="6DF346D8" w:rsidR="00E6317C" w:rsidRPr="0052372F" w:rsidRDefault="00F16ECD"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1</w:t>
            </w:r>
          </w:p>
        </w:tc>
        <w:tc>
          <w:tcPr>
            <w:tcW w:w="6946" w:type="dxa"/>
            <w:vAlign w:val="center"/>
          </w:tcPr>
          <w:p w14:paraId="0866E72C" w14:textId="79A45895" w:rsidR="00E6317C" w:rsidRPr="0052372F" w:rsidRDefault="00E6317C"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Đề án mua và phổ biến công nghệ</w:t>
            </w:r>
          </w:p>
        </w:tc>
        <w:tc>
          <w:tcPr>
            <w:tcW w:w="1417" w:type="dxa"/>
            <w:vAlign w:val="center"/>
          </w:tcPr>
          <w:p w14:paraId="6EBF3E53" w14:textId="333B8792" w:rsidR="00E6317C" w:rsidRPr="0052372F"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I1" w:history="1">
              <w:r w:rsidR="00E6317C" w:rsidRPr="0052372F">
                <w:rPr>
                  <w:rStyle w:val="Hyperlink"/>
                  <w:rFonts w:ascii="Times New Roman" w:eastAsia="Times New Roman" w:hAnsi="Times New Roman" w:cs="Times New Roman"/>
                  <w:sz w:val="28"/>
                  <w:szCs w:val="28"/>
                  <w:lang w:val="en-US"/>
                </w:rPr>
                <w:t>Mẫu II.1</w:t>
              </w:r>
            </w:hyperlink>
          </w:p>
        </w:tc>
      </w:tr>
      <w:tr w:rsidR="00E6317C" w:rsidRPr="00970C73" w14:paraId="3EAC7317" w14:textId="77777777" w:rsidTr="0021375C">
        <w:tc>
          <w:tcPr>
            <w:tcW w:w="709" w:type="dxa"/>
            <w:vAlign w:val="center"/>
          </w:tcPr>
          <w:p w14:paraId="487104B4" w14:textId="5B1E2415" w:rsidR="00E6317C" w:rsidRPr="0052372F" w:rsidRDefault="00F16ECD" w:rsidP="000B1353">
            <w:pPr>
              <w:widowControl w:val="0"/>
              <w:spacing w:before="120" w:after="120" w:line="340" w:lineRule="exact"/>
              <w:jc w:val="center"/>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2</w:t>
            </w:r>
          </w:p>
        </w:tc>
        <w:tc>
          <w:tcPr>
            <w:tcW w:w="6946" w:type="dxa"/>
            <w:vAlign w:val="center"/>
          </w:tcPr>
          <w:p w14:paraId="32CE474E" w14:textId="575C1151" w:rsidR="00E6317C" w:rsidRPr="0052372F" w:rsidRDefault="00E6317C" w:rsidP="000B1353">
            <w:pPr>
              <w:widowControl w:val="0"/>
              <w:spacing w:before="120" w:after="120" w:line="340" w:lineRule="exact"/>
              <w:jc w:val="both"/>
              <w:rPr>
                <w:rFonts w:ascii="Times New Roman" w:eastAsia="Times New Roman" w:hAnsi="Times New Roman" w:cs="Times New Roman"/>
                <w:sz w:val="28"/>
                <w:szCs w:val="28"/>
                <w:lang w:val="en-US"/>
              </w:rPr>
            </w:pPr>
            <w:r w:rsidRPr="0052372F">
              <w:rPr>
                <w:rFonts w:ascii="Times New Roman" w:eastAsia="Times New Roman" w:hAnsi="Times New Roman" w:cs="Times New Roman"/>
                <w:sz w:val="28"/>
                <w:szCs w:val="28"/>
                <w:lang w:val="en-US"/>
              </w:rPr>
              <w:t>Báo cáo thẩm định</w:t>
            </w:r>
            <w:r w:rsidR="00417C74" w:rsidRPr="0052372F">
              <w:rPr>
                <w:rFonts w:ascii="Times New Roman" w:eastAsia="Times New Roman" w:hAnsi="Times New Roman" w:cs="Times New Roman"/>
                <w:sz w:val="28"/>
                <w:szCs w:val="28"/>
                <w:lang w:val="en-US"/>
              </w:rPr>
              <w:t xml:space="preserve"> Đề án mua và phổ biến công nghệ</w:t>
            </w:r>
          </w:p>
        </w:tc>
        <w:tc>
          <w:tcPr>
            <w:tcW w:w="1417" w:type="dxa"/>
            <w:vAlign w:val="center"/>
          </w:tcPr>
          <w:p w14:paraId="2E9253FA" w14:textId="629F97C1" w:rsidR="00E6317C" w:rsidRPr="00970C73" w:rsidRDefault="00567BBE" w:rsidP="000B1353">
            <w:pPr>
              <w:widowControl w:val="0"/>
              <w:spacing w:before="120" w:after="120" w:line="340" w:lineRule="exact"/>
              <w:jc w:val="center"/>
              <w:rPr>
                <w:rFonts w:ascii="Times New Roman" w:eastAsia="Times New Roman" w:hAnsi="Times New Roman" w:cs="Times New Roman"/>
                <w:sz w:val="28"/>
                <w:szCs w:val="28"/>
                <w:lang w:val="en-US"/>
              </w:rPr>
            </w:pPr>
            <w:hyperlink w:anchor="II2" w:history="1">
              <w:r w:rsidR="00E6317C" w:rsidRPr="0052372F">
                <w:rPr>
                  <w:rStyle w:val="Hyperlink"/>
                  <w:rFonts w:ascii="Times New Roman" w:eastAsia="Times New Roman" w:hAnsi="Times New Roman" w:cs="Times New Roman"/>
                  <w:sz w:val="28"/>
                  <w:szCs w:val="28"/>
                  <w:lang w:val="en-US"/>
                </w:rPr>
                <w:t>Mẫu II.</w:t>
              </w:r>
              <w:r w:rsidR="00184029" w:rsidRPr="0052372F">
                <w:rPr>
                  <w:rStyle w:val="Hyperlink"/>
                  <w:rFonts w:ascii="Times New Roman" w:eastAsia="Times New Roman" w:hAnsi="Times New Roman" w:cs="Times New Roman"/>
                  <w:sz w:val="28"/>
                  <w:szCs w:val="28"/>
                  <w:lang w:val="en-US"/>
                </w:rPr>
                <w:t>2</w:t>
              </w:r>
            </w:hyperlink>
          </w:p>
        </w:tc>
      </w:tr>
      <w:bookmarkEnd w:id="1"/>
    </w:tbl>
    <w:p w14:paraId="0756EB97" w14:textId="77777777" w:rsidR="009A480A" w:rsidRPr="00970C73" w:rsidRDefault="009A480A" w:rsidP="009A480A">
      <w:pPr>
        <w:widowControl w:val="0"/>
        <w:spacing w:after="0" w:line="240" w:lineRule="auto"/>
        <w:jc w:val="center"/>
        <w:rPr>
          <w:rFonts w:ascii="Times New Roman" w:eastAsia="Times New Roman" w:hAnsi="Times New Roman" w:cs="Times New Roman"/>
          <w:i/>
          <w:iCs/>
          <w:sz w:val="28"/>
          <w:szCs w:val="28"/>
          <w:lang w:val="en-US"/>
        </w:rPr>
      </w:pPr>
    </w:p>
    <w:p w14:paraId="4F86C741" w14:textId="77777777" w:rsidR="00E6317C" w:rsidRPr="00970C73" w:rsidRDefault="00E6317C" w:rsidP="00E6317C">
      <w:pPr>
        <w:widowControl w:val="0"/>
        <w:spacing w:after="0" w:line="240" w:lineRule="auto"/>
        <w:jc w:val="center"/>
        <w:rPr>
          <w:rFonts w:ascii="Times New Roman" w:eastAsia="Times New Roman" w:hAnsi="Times New Roman" w:cs="Times New Roman"/>
          <w:sz w:val="28"/>
          <w:szCs w:val="28"/>
        </w:rPr>
      </w:pPr>
    </w:p>
    <w:p w14:paraId="4D824548" w14:textId="77777777" w:rsidR="00D5511F" w:rsidRDefault="00D5511F" w:rsidP="00D5511F">
      <w:pPr>
        <w:widowControl w:val="0"/>
        <w:spacing w:after="0" w:line="240" w:lineRule="auto"/>
        <w:rPr>
          <w:rFonts w:ascii="Times New Roman" w:eastAsia="Times New Roman" w:hAnsi="Times New Roman" w:cs="Times New Roman"/>
          <w:sz w:val="28"/>
          <w:szCs w:val="28"/>
          <w:lang w:val="en-US"/>
        </w:rPr>
        <w:sectPr w:rsidR="00D5511F" w:rsidSect="00A00E54">
          <w:pgSz w:w="11909" w:h="16834"/>
          <w:pgMar w:top="1134" w:right="1134" w:bottom="1134" w:left="1701" w:header="720" w:footer="720" w:gutter="0"/>
          <w:pgNumType w:start="1"/>
          <w:cols w:space="720"/>
          <w:titlePg/>
          <w:docGrid w:linePitch="299"/>
        </w:sectPr>
      </w:pPr>
    </w:p>
    <w:p w14:paraId="277AABED" w14:textId="6E77BFD0" w:rsidR="009A480A" w:rsidRPr="00970C73" w:rsidRDefault="009A480A" w:rsidP="009A480A">
      <w:pPr>
        <w:shd w:val="clear" w:color="auto" w:fill="FFFFFF"/>
        <w:spacing w:after="0" w:line="234" w:lineRule="atLeast"/>
        <w:jc w:val="right"/>
        <w:rPr>
          <w:rFonts w:ascii="Times New Roman" w:eastAsia="Times New Roman" w:hAnsi="Times New Roman" w:cs="Times New Roman"/>
          <w:i/>
          <w:iCs/>
          <w:color w:val="000000"/>
          <w:szCs w:val="26"/>
        </w:rPr>
      </w:pPr>
      <w:bookmarkStart w:id="2" w:name="I1"/>
      <w:r w:rsidRPr="00970C73">
        <w:rPr>
          <w:rFonts w:ascii="Times New Roman" w:eastAsia="Times New Roman" w:hAnsi="Times New Roman" w:cs="Times New Roman"/>
          <w:i/>
          <w:iCs/>
          <w:color w:val="000000"/>
          <w:szCs w:val="26"/>
          <w:lang w:val="vi-VN"/>
        </w:rPr>
        <w:lastRenderedPageBreak/>
        <w:t xml:space="preserve">Mẫu số </w:t>
      </w:r>
      <w:r w:rsidR="00624B28" w:rsidRPr="00970C73">
        <w:rPr>
          <w:rFonts w:ascii="Times New Roman" w:eastAsia="Times New Roman" w:hAnsi="Times New Roman" w:cs="Times New Roman"/>
          <w:i/>
          <w:iCs/>
          <w:color w:val="000000"/>
          <w:szCs w:val="26"/>
        </w:rPr>
        <w:t>I</w:t>
      </w:r>
      <w:r w:rsidRPr="00970C73">
        <w:rPr>
          <w:rFonts w:ascii="Times New Roman" w:eastAsia="Times New Roman" w:hAnsi="Times New Roman" w:cs="Times New Roman"/>
          <w:i/>
          <w:iCs/>
          <w:color w:val="000000"/>
          <w:szCs w:val="26"/>
        </w:rPr>
        <w:t>.1</w:t>
      </w:r>
      <w:bookmarkEnd w:id="2"/>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403085E1" w14:textId="438276D4" w:rsidR="003A0182" w:rsidRPr="00242ECD" w:rsidRDefault="00134E31" w:rsidP="00242ECD">
      <w:pPr>
        <w:autoSpaceDE w:val="0"/>
        <w:autoSpaceDN w:val="0"/>
        <w:adjustRightInd w:val="0"/>
        <w:spacing w:before="120" w:after="120" w:line="340" w:lineRule="exact"/>
        <w:jc w:val="center"/>
        <w:rPr>
          <w:rFonts w:ascii="Times New Roman" w:hAnsi="Times New Roman" w:cs="Times New Roman"/>
          <w:b/>
          <w:sz w:val="28"/>
          <w:szCs w:val="28"/>
        </w:rPr>
      </w:pPr>
      <w:r w:rsidRPr="00242ECD">
        <w:rPr>
          <w:rFonts w:ascii="Times New Roman" w:hAnsi="Times New Roman" w:cs="Times New Roman"/>
          <w:b/>
          <w:bCs/>
          <w:noProof/>
          <w:sz w:val="28"/>
          <w:szCs w:val="28"/>
          <w:lang w:val="en-US"/>
        </w:rPr>
        <mc:AlternateContent>
          <mc:Choice Requires="wps">
            <w:drawing>
              <wp:anchor distT="0" distB="0" distL="114300" distR="114300" simplePos="0" relativeHeight="251658244" behindDoc="0" locked="0" layoutInCell="1" allowOverlap="1" wp14:anchorId="7F157429" wp14:editId="0F7B910E">
                <wp:simplePos x="0" y="0"/>
                <wp:positionH relativeFrom="column">
                  <wp:posOffset>1806998</wp:posOffset>
                </wp:positionH>
                <wp:positionV relativeFrom="paragraph">
                  <wp:posOffset>575310</wp:posOffset>
                </wp:positionV>
                <wp:extent cx="2184400" cy="0"/>
                <wp:effectExtent l="0" t="0" r="0" b="0"/>
                <wp:wrapNone/>
                <wp:docPr id="1494410530" name="Straight Connector 4"/>
                <wp:cNvGraphicFramePr/>
                <a:graphic xmlns:a="http://schemas.openxmlformats.org/drawingml/2006/main">
                  <a:graphicData uri="http://schemas.microsoft.com/office/word/2010/wordprocessingShape">
                    <wps:wsp>
                      <wps:cNvCnPr/>
                      <wps:spPr>
                        <a:xfrm>
                          <a:off x="0" y="0"/>
                          <a:ext cx="2184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750B6F" id="Straight Connector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3pt,45.3pt" to="314.3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" strokecolor="black [3040]"/>
            </w:pict>
          </mc:Fallback>
        </mc:AlternateContent>
      </w:r>
      <w:r w:rsidR="003A0182" w:rsidRPr="00242ECD">
        <w:rPr>
          <w:rFonts w:ascii="Times New Roman" w:hAnsi="Times New Roman" w:cs="Times New Roman"/>
          <w:b/>
          <w:bCs/>
          <w:sz w:val="28"/>
          <w:szCs w:val="28"/>
        </w:rPr>
        <w:t>CỘNG HÒA XÃ HỘI CHỦ NGHĨA VIỆT NAM</w:t>
      </w:r>
      <w:r w:rsidR="003A0182" w:rsidRPr="00242ECD">
        <w:rPr>
          <w:rFonts w:ascii="Times New Roman" w:hAnsi="Times New Roman" w:cs="Times New Roman"/>
          <w:sz w:val="28"/>
          <w:szCs w:val="28"/>
        </w:rPr>
        <w:br/>
      </w:r>
      <w:r w:rsidR="003A0182" w:rsidRPr="00242ECD">
        <w:rPr>
          <w:rFonts w:ascii="Times New Roman" w:hAnsi="Times New Roman" w:cs="Times New Roman"/>
          <w:b/>
          <w:bCs/>
          <w:sz w:val="28"/>
          <w:szCs w:val="28"/>
        </w:rPr>
        <w:t>Độc lập - Tự do - Hạnh phúc</w:t>
      </w:r>
      <w:r w:rsidR="003A0182" w:rsidRPr="00242ECD">
        <w:rPr>
          <w:rFonts w:ascii="Times New Roman" w:hAnsi="Times New Roman" w:cs="Times New Roman"/>
          <w:b/>
          <w:bCs/>
          <w:sz w:val="28"/>
          <w:szCs w:val="28"/>
        </w:rPr>
        <w:br/>
      </w:r>
    </w:p>
    <w:p w14:paraId="208CD145" w14:textId="57934AD0" w:rsidR="003A0182" w:rsidRPr="00242ECD" w:rsidRDefault="003A0182" w:rsidP="00242ECD">
      <w:pPr>
        <w:autoSpaceDE w:val="0"/>
        <w:autoSpaceDN w:val="0"/>
        <w:adjustRightInd w:val="0"/>
        <w:spacing w:before="120" w:after="120" w:line="340" w:lineRule="exact"/>
        <w:jc w:val="center"/>
        <w:rPr>
          <w:rFonts w:ascii="Times New Roman" w:hAnsi="Times New Roman" w:cs="Times New Roman"/>
          <w:b/>
          <w:bCs/>
          <w:sz w:val="28"/>
          <w:szCs w:val="28"/>
        </w:rPr>
      </w:pPr>
      <w:r w:rsidRPr="00242ECD">
        <w:rPr>
          <w:rFonts w:ascii="Times New Roman" w:hAnsi="Times New Roman" w:cs="Times New Roman"/>
          <w:b/>
          <w:bCs/>
          <w:sz w:val="28"/>
          <w:szCs w:val="28"/>
        </w:rPr>
        <w:t>ĐƠN ĐỀ NGHỊ THẨM ĐỊNH CÔNG NGHỆ</w:t>
      </w:r>
    </w:p>
    <w:p w14:paraId="63E07F49" w14:textId="6641311E" w:rsidR="003A0182" w:rsidRPr="00C453CE" w:rsidRDefault="003A0182" w:rsidP="004E5A21">
      <w:pPr>
        <w:autoSpaceDE w:val="0"/>
        <w:autoSpaceDN w:val="0"/>
        <w:adjustRightInd w:val="0"/>
        <w:spacing w:before="360" w:after="360" w:line="340" w:lineRule="exact"/>
        <w:jc w:val="center"/>
        <w:rPr>
          <w:rFonts w:ascii="Times New Roman" w:hAnsi="Times New Roman" w:cs="Times New Roman"/>
          <w:sz w:val="28"/>
          <w:szCs w:val="28"/>
        </w:rPr>
      </w:pPr>
      <w:r w:rsidRPr="00242ECD">
        <w:rPr>
          <w:rFonts w:ascii="Times New Roman" w:eastAsia="Times New Roman" w:hAnsi="Times New Roman" w:cs="Times New Roman"/>
          <w:sz w:val="28"/>
          <w:szCs w:val="28"/>
          <w:lang w:val="vi-VN"/>
        </w:rPr>
        <w:t>Kính gửi:</w:t>
      </w:r>
      <w:r w:rsidR="006640CD" w:rsidRPr="00242ECD">
        <w:rPr>
          <w:rFonts w:ascii="Times New Roman" w:eastAsia="Times New Roman" w:hAnsi="Times New Roman" w:cs="Times New Roman"/>
          <w:sz w:val="28"/>
          <w:szCs w:val="28"/>
        </w:rPr>
        <w:t>……………………………….</w:t>
      </w:r>
      <w:r w:rsidR="00903C7F" w:rsidRPr="00242ECD">
        <w:rPr>
          <w:rStyle w:val="FootnoteReference"/>
          <w:rFonts w:ascii="Times New Roman" w:eastAsia="Times New Roman" w:hAnsi="Times New Roman" w:cs="Times New Roman"/>
          <w:sz w:val="28"/>
          <w:szCs w:val="28"/>
        </w:rPr>
        <w:footnoteReference w:id="1"/>
      </w:r>
    </w:p>
    <w:p w14:paraId="68D80504" w14:textId="73AECC17" w:rsidR="003A0182" w:rsidRPr="00242ECD" w:rsidRDefault="003A0182" w:rsidP="00242ECD">
      <w:pPr>
        <w:autoSpaceDE w:val="0"/>
        <w:autoSpaceDN w:val="0"/>
        <w:adjustRightInd w:val="0"/>
        <w:spacing w:before="120" w:after="120" w:line="340" w:lineRule="exact"/>
        <w:rPr>
          <w:rFonts w:ascii="Times New Roman" w:hAnsi="Times New Roman" w:cs="Times New Roman"/>
          <w:b/>
          <w:bCs/>
          <w:sz w:val="28"/>
          <w:szCs w:val="28"/>
          <w:lang w:val="vi-VN"/>
        </w:rPr>
      </w:pPr>
      <w:r w:rsidRPr="00242ECD">
        <w:rPr>
          <w:rFonts w:ascii="Times New Roman" w:hAnsi="Times New Roman" w:cs="Times New Roman"/>
          <w:b/>
          <w:bCs/>
          <w:sz w:val="28"/>
          <w:szCs w:val="28"/>
          <w:lang w:val="vi-VN"/>
        </w:rPr>
        <w:t>I. THÔNG TIN TỔ CHỨC/CÁ NHÂN ĐỀ NGHỊ THẨM ĐỊNH</w:t>
      </w:r>
    </w:p>
    <w:p w14:paraId="4245664F" w14:textId="09F55A3F" w:rsidR="003A0182" w:rsidRPr="00427CDA" w:rsidRDefault="003A0182" w:rsidP="00242ECD">
      <w:pPr>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eastAsia="Times New Roman" w:hAnsi="Times New Roman" w:cs="Times New Roman"/>
          <w:b/>
          <w:bCs/>
          <w:sz w:val="28"/>
          <w:szCs w:val="28"/>
          <w:lang w:val="vi-VN"/>
        </w:rPr>
        <w:t>1. Đối tượng đề nghị</w:t>
      </w:r>
      <w:r w:rsidR="005D4B56">
        <w:rPr>
          <w:rStyle w:val="FootnoteReference"/>
          <w:rFonts w:ascii="Times New Roman" w:eastAsia="Times New Roman" w:hAnsi="Times New Roman" w:cs="Times New Roman"/>
          <w:b/>
          <w:bCs/>
          <w:sz w:val="28"/>
          <w:szCs w:val="28"/>
          <w:lang w:val="vi-VN"/>
        </w:rPr>
        <w:footnoteReference w:id="2"/>
      </w:r>
    </w:p>
    <w:p w14:paraId="7B72C833" w14:textId="7F169EDB" w:rsidR="003A0182" w:rsidRPr="00242ECD" w:rsidRDefault="002E536F" w:rsidP="00242ECD">
      <w:pPr>
        <w:autoSpaceDE w:val="0"/>
        <w:autoSpaceDN w:val="0"/>
        <w:adjustRightInd w:val="0"/>
        <w:spacing w:before="120" w:after="120" w:line="340" w:lineRule="exact"/>
        <w:rPr>
          <w:rFonts w:ascii="Times New Roman" w:hAnsi="Times New Roman" w:cs="Times New Roman"/>
          <w:b/>
          <w:bCs/>
          <w:sz w:val="28"/>
          <w:szCs w:val="28"/>
          <w:lang w:val="vi-VN"/>
        </w:rPr>
      </w:pPr>
      <w:r w:rsidRPr="002E536F">
        <w:rPr>
          <w:rFonts w:ascii="Times New Roman" w:hAnsi="Times New Roman" w:cs="Times New Roman"/>
          <w:b/>
          <w:bCs/>
          <w:sz w:val="28"/>
          <w:szCs w:val="28"/>
          <w:lang w:val="vi-VN"/>
        </w:rPr>
        <w:t>1.1</w:t>
      </w:r>
      <w:r w:rsidRPr="005823F7">
        <w:rPr>
          <w:rFonts w:ascii="Times New Roman" w:hAnsi="Times New Roman" w:cs="Times New Roman"/>
          <w:b/>
          <w:bCs/>
          <w:sz w:val="28"/>
          <w:szCs w:val="28"/>
          <w:lang w:val="vi-VN"/>
        </w:rPr>
        <w:t>.</w:t>
      </w:r>
      <w:r w:rsidR="003A0182" w:rsidRPr="00242ECD">
        <w:rPr>
          <w:rFonts w:ascii="Times New Roman" w:hAnsi="Times New Roman" w:cs="Times New Roman"/>
          <w:b/>
          <w:bCs/>
          <w:sz w:val="28"/>
          <w:szCs w:val="28"/>
          <w:lang w:val="vi-VN"/>
        </w:rPr>
        <w:t xml:space="preserve"> </w:t>
      </w:r>
      <w:r w:rsidR="00635C6F" w:rsidRPr="00242ECD">
        <w:rPr>
          <w:rFonts w:ascii="Times New Roman" w:eastAsia="Times New Roman" w:hAnsi="Times New Roman" w:cs="Times New Roman"/>
          <w:b/>
          <w:bCs/>
          <w:sz w:val="28"/>
          <w:szCs w:val="28"/>
          <w:lang w:val="vi-VN"/>
        </w:rPr>
        <w:t>T</w:t>
      </w:r>
      <w:r w:rsidR="003A0182" w:rsidRPr="00242ECD">
        <w:rPr>
          <w:rFonts w:ascii="Times New Roman" w:eastAsia="Times New Roman" w:hAnsi="Times New Roman" w:cs="Times New Roman"/>
          <w:b/>
          <w:bCs/>
          <w:sz w:val="28"/>
          <w:szCs w:val="28"/>
          <w:lang w:val="vi-VN"/>
        </w:rPr>
        <w:t>ổ chức</w:t>
      </w:r>
    </w:p>
    <w:p w14:paraId="7D77551E" w14:textId="019B8804" w:rsidR="003A0182" w:rsidRPr="0012274F" w:rsidRDefault="003A0182" w:rsidP="00C453CE">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Tên tổ chức:</w:t>
      </w:r>
      <w:r w:rsidR="00C453CE" w:rsidRPr="0012274F">
        <w:rPr>
          <w:rFonts w:ascii="Times New Roman" w:hAnsi="Times New Roman" w:cs="Times New Roman"/>
          <w:sz w:val="28"/>
          <w:szCs w:val="28"/>
          <w:lang w:val="vi-VN"/>
        </w:rPr>
        <w:tab/>
      </w:r>
    </w:p>
    <w:p w14:paraId="66096532" w14:textId="77965756" w:rsidR="003A0182" w:rsidRPr="009C15D7" w:rsidRDefault="003A0182" w:rsidP="00C453CE">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Địa chỉ trụ sở chính:</w:t>
      </w:r>
      <w:r w:rsidR="00C453CE" w:rsidRPr="009C15D7">
        <w:rPr>
          <w:rFonts w:ascii="Times New Roman" w:hAnsi="Times New Roman" w:cs="Times New Roman"/>
          <w:sz w:val="28"/>
          <w:szCs w:val="28"/>
          <w:lang w:val="vi-VN"/>
        </w:rPr>
        <w:tab/>
      </w:r>
    </w:p>
    <w:p w14:paraId="117C0E67" w14:textId="1762CE67" w:rsidR="003A0182" w:rsidRPr="009C15D7" w:rsidRDefault="003A0182" w:rsidP="00AE1123">
      <w:pPr>
        <w:tabs>
          <w:tab w:val="left" w:leader="dot" w:pos="3969"/>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Điện thoại:</w:t>
      </w:r>
      <w:r w:rsidR="00AE1123" w:rsidRPr="009C15D7">
        <w:rPr>
          <w:rFonts w:ascii="Times New Roman" w:hAnsi="Times New Roman" w:cs="Times New Roman"/>
          <w:sz w:val="28"/>
          <w:szCs w:val="28"/>
          <w:lang w:val="vi-VN"/>
        </w:rPr>
        <w:tab/>
      </w:r>
      <w:r w:rsidRPr="00242ECD">
        <w:rPr>
          <w:rFonts w:ascii="Times New Roman" w:hAnsi="Times New Roman" w:cs="Times New Roman"/>
          <w:sz w:val="28"/>
          <w:szCs w:val="28"/>
          <w:lang w:val="vi-VN"/>
        </w:rPr>
        <w:t>Email:</w:t>
      </w:r>
      <w:r w:rsidR="00AE1123" w:rsidRPr="009C15D7">
        <w:rPr>
          <w:rFonts w:ascii="Times New Roman" w:hAnsi="Times New Roman" w:cs="Times New Roman"/>
          <w:sz w:val="28"/>
          <w:szCs w:val="28"/>
          <w:lang w:val="vi-VN"/>
        </w:rPr>
        <w:tab/>
      </w:r>
    </w:p>
    <w:p w14:paraId="5F4133B9" w14:textId="23F1C5C9" w:rsidR="003A0182" w:rsidRPr="00242ECD" w:rsidRDefault="003A0182" w:rsidP="00B03D5B">
      <w:pPr>
        <w:tabs>
          <w:tab w:val="left" w:leader="dot" w:pos="2694"/>
          <w:tab w:val="left" w:leader="dot" w:pos="6379"/>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Quyết định/Giấy phép thành lập/Đăng ký kinh doanh/Đăng ký hoạt động (nếu có) số:</w:t>
      </w:r>
      <w:r w:rsidR="00362BC7" w:rsidRPr="009C15D7">
        <w:rPr>
          <w:rFonts w:ascii="Times New Roman" w:hAnsi="Times New Roman" w:cs="Times New Roman"/>
          <w:sz w:val="28"/>
          <w:szCs w:val="28"/>
          <w:lang w:val="vi-VN"/>
        </w:rPr>
        <w:tab/>
      </w:r>
      <w:r w:rsidRPr="00242ECD">
        <w:rPr>
          <w:rFonts w:ascii="Times New Roman" w:hAnsi="Times New Roman" w:cs="Times New Roman"/>
          <w:sz w:val="28"/>
          <w:szCs w:val="28"/>
          <w:lang w:val="vi-VN"/>
        </w:rPr>
        <w:t>Nơi cấp:</w:t>
      </w:r>
      <w:r w:rsidR="00DE41A3" w:rsidRPr="009C15D7">
        <w:rPr>
          <w:rFonts w:ascii="Times New Roman" w:hAnsi="Times New Roman" w:cs="Times New Roman"/>
          <w:sz w:val="28"/>
          <w:szCs w:val="28"/>
          <w:lang w:val="vi-VN"/>
        </w:rPr>
        <w:tab/>
      </w:r>
      <w:r w:rsidRPr="00242ECD">
        <w:rPr>
          <w:rFonts w:ascii="Times New Roman" w:hAnsi="Times New Roman" w:cs="Times New Roman"/>
          <w:sz w:val="28"/>
          <w:szCs w:val="28"/>
          <w:lang w:val="vi-VN"/>
        </w:rPr>
        <w:t>Ngày cấp: ....../....../......</w:t>
      </w:r>
    </w:p>
    <w:p w14:paraId="636A23C9" w14:textId="0AE6A088" w:rsidR="003A0182" w:rsidRPr="009C15D7" w:rsidRDefault="003A0182" w:rsidP="00586DD5">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 xml:space="preserve">Mã số </w:t>
      </w:r>
      <w:r w:rsidR="00C4124F" w:rsidRPr="00427CDA">
        <w:rPr>
          <w:rFonts w:ascii="Times New Roman" w:hAnsi="Times New Roman" w:cs="Times New Roman"/>
          <w:sz w:val="28"/>
          <w:szCs w:val="28"/>
          <w:lang w:val="vi-VN"/>
        </w:rPr>
        <w:t>thuế</w:t>
      </w:r>
      <w:r w:rsidRPr="00242ECD">
        <w:rPr>
          <w:rFonts w:ascii="Times New Roman" w:hAnsi="Times New Roman" w:cs="Times New Roman"/>
          <w:sz w:val="28"/>
          <w:szCs w:val="28"/>
          <w:lang w:val="vi-VN"/>
        </w:rPr>
        <w:t>:</w:t>
      </w:r>
      <w:r w:rsidR="00586DD5" w:rsidRPr="009C15D7">
        <w:rPr>
          <w:rFonts w:ascii="Times New Roman" w:hAnsi="Times New Roman" w:cs="Times New Roman"/>
          <w:sz w:val="28"/>
          <w:szCs w:val="28"/>
          <w:lang w:val="vi-VN"/>
        </w:rPr>
        <w:tab/>
      </w:r>
    </w:p>
    <w:p w14:paraId="79EBBF37" w14:textId="3183D7D5" w:rsidR="003A0182" w:rsidRPr="009C15D7" w:rsidRDefault="002E7345" w:rsidP="00620156">
      <w:pPr>
        <w:tabs>
          <w:tab w:val="left" w:leader="dot" w:pos="5529"/>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620156">
        <w:rPr>
          <w:rFonts w:ascii="Times New Roman" w:hAnsi="Times New Roman" w:cs="Times New Roman"/>
          <w:sz w:val="28"/>
          <w:szCs w:val="28"/>
          <w:lang w:val="vi-VN"/>
        </w:rPr>
        <w:t>Tên n</w:t>
      </w:r>
      <w:r w:rsidRPr="002E7345">
        <w:rPr>
          <w:rFonts w:ascii="Times New Roman" w:hAnsi="Times New Roman" w:cs="Times New Roman"/>
          <w:sz w:val="28"/>
          <w:szCs w:val="28"/>
          <w:lang w:val="vi-VN"/>
        </w:rPr>
        <w:t>gười đ</w:t>
      </w:r>
      <w:r w:rsidR="003A0182" w:rsidRPr="00242ECD">
        <w:rPr>
          <w:rFonts w:ascii="Times New Roman" w:hAnsi="Times New Roman" w:cs="Times New Roman"/>
          <w:sz w:val="28"/>
          <w:szCs w:val="28"/>
          <w:lang w:val="vi-VN"/>
        </w:rPr>
        <w:t>ại diện theo pháp luật:</w:t>
      </w:r>
      <w:r w:rsidR="00011BC6" w:rsidRPr="009C15D7">
        <w:rPr>
          <w:rFonts w:ascii="Times New Roman" w:hAnsi="Times New Roman" w:cs="Times New Roman"/>
          <w:sz w:val="28"/>
          <w:szCs w:val="28"/>
          <w:lang w:val="vi-VN"/>
        </w:rPr>
        <w:tab/>
      </w:r>
      <w:r w:rsidR="003A0182" w:rsidRPr="00242ECD">
        <w:rPr>
          <w:rFonts w:ascii="Times New Roman" w:hAnsi="Times New Roman" w:cs="Times New Roman"/>
          <w:sz w:val="28"/>
          <w:szCs w:val="28"/>
          <w:lang w:val="vi-VN"/>
        </w:rPr>
        <w:t>Chức vụ</w:t>
      </w:r>
      <w:r w:rsidR="00011BC6" w:rsidRPr="009C15D7">
        <w:rPr>
          <w:rFonts w:ascii="Times New Roman" w:hAnsi="Times New Roman" w:cs="Times New Roman"/>
          <w:sz w:val="28"/>
          <w:szCs w:val="28"/>
          <w:lang w:val="vi-VN"/>
        </w:rPr>
        <w:t>:</w:t>
      </w:r>
      <w:r w:rsidR="001E00F3" w:rsidRPr="009C15D7">
        <w:rPr>
          <w:rFonts w:ascii="Times New Roman" w:hAnsi="Times New Roman" w:cs="Times New Roman"/>
          <w:sz w:val="28"/>
          <w:szCs w:val="28"/>
          <w:lang w:val="vi-VN"/>
        </w:rPr>
        <w:tab/>
      </w:r>
    </w:p>
    <w:p w14:paraId="10559A92" w14:textId="5D725DA8" w:rsidR="00086738" w:rsidRPr="009C15D7" w:rsidRDefault="003A0182" w:rsidP="0093774C">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Giấy tờ của người đại diện (CCCD/</w:t>
      </w:r>
      <w:r w:rsidR="00086738" w:rsidRPr="009C15D7">
        <w:rPr>
          <w:rFonts w:ascii="Times New Roman" w:hAnsi="Times New Roman" w:cs="Times New Roman"/>
          <w:sz w:val="28"/>
          <w:szCs w:val="28"/>
          <w:lang w:val="vi-VN"/>
        </w:rPr>
        <w:t>Căn cước/</w:t>
      </w:r>
      <w:r w:rsidRPr="00242ECD">
        <w:rPr>
          <w:rFonts w:ascii="Times New Roman" w:hAnsi="Times New Roman" w:cs="Times New Roman"/>
          <w:sz w:val="28"/>
          <w:szCs w:val="28"/>
          <w:lang w:val="vi-VN"/>
        </w:rPr>
        <w:t>Hộ chiếu): Số:</w:t>
      </w:r>
      <w:r w:rsidR="0093774C" w:rsidRPr="009C15D7">
        <w:rPr>
          <w:rFonts w:ascii="Times New Roman" w:hAnsi="Times New Roman" w:cs="Times New Roman"/>
          <w:sz w:val="28"/>
          <w:szCs w:val="28"/>
          <w:lang w:val="vi-VN"/>
        </w:rPr>
        <w:tab/>
      </w:r>
    </w:p>
    <w:p w14:paraId="6413A214" w14:textId="69CD19B8" w:rsidR="003A0182" w:rsidRPr="00242ECD" w:rsidRDefault="003A0182" w:rsidP="0093774C">
      <w:pPr>
        <w:tabs>
          <w:tab w:val="left" w:leader="dot" w:pos="2694"/>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Nơi cấp:</w:t>
      </w:r>
      <w:r w:rsidR="0093774C" w:rsidRPr="00696945">
        <w:rPr>
          <w:rFonts w:ascii="Times New Roman" w:hAnsi="Times New Roman" w:cs="Times New Roman"/>
          <w:sz w:val="28"/>
          <w:szCs w:val="28"/>
          <w:lang w:val="vi-VN"/>
        </w:rPr>
        <w:tab/>
      </w:r>
      <w:r w:rsidR="00B42E4F" w:rsidRPr="00696945">
        <w:rPr>
          <w:rFonts w:ascii="Times New Roman" w:hAnsi="Times New Roman" w:cs="Times New Roman"/>
          <w:sz w:val="28"/>
          <w:szCs w:val="28"/>
          <w:lang w:val="vi-VN"/>
        </w:rPr>
        <w:t>n</w:t>
      </w:r>
      <w:r w:rsidRPr="00242ECD">
        <w:rPr>
          <w:rFonts w:ascii="Times New Roman" w:hAnsi="Times New Roman" w:cs="Times New Roman"/>
          <w:sz w:val="28"/>
          <w:szCs w:val="28"/>
          <w:lang w:val="vi-VN"/>
        </w:rPr>
        <w:t>gày cấp: ....../....../......</w:t>
      </w:r>
    </w:p>
    <w:p w14:paraId="603DD844" w14:textId="13A6BFBE" w:rsidR="003A0182" w:rsidRPr="00242ECD" w:rsidRDefault="002E536F" w:rsidP="00242ECD">
      <w:pPr>
        <w:autoSpaceDE w:val="0"/>
        <w:autoSpaceDN w:val="0"/>
        <w:adjustRightInd w:val="0"/>
        <w:spacing w:before="120" w:after="120" w:line="340" w:lineRule="exact"/>
        <w:rPr>
          <w:rFonts w:ascii="Times New Roman" w:hAnsi="Times New Roman" w:cs="Times New Roman"/>
          <w:b/>
          <w:bCs/>
          <w:sz w:val="28"/>
          <w:szCs w:val="28"/>
          <w:lang w:val="vi-VN"/>
        </w:rPr>
      </w:pPr>
      <w:r w:rsidRPr="00822177">
        <w:rPr>
          <w:rFonts w:ascii="Times New Roman" w:hAnsi="Times New Roman" w:cs="Times New Roman"/>
          <w:b/>
          <w:bCs/>
          <w:sz w:val="28"/>
          <w:szCs w:val="28"/>
          <w:lang w:val="vi-VN"/>
        </w:rPr>
        <w:t>1.2.</w:t>
      </w:r>
      <w:r w:rsidR="003A0182" w:rsidRPr="00242ECD">
        <w:rPr>
          <w:rFonts w:ascii="Times New Roman" w:hAnsi="Times New Roman" w:cs="Times New Roman"/>
          <w:b/>
          <w:bCs/>
          <w:sz w:val="28"/>
          <w:szCs w:val="28"/>
          <w:lang w:val="vi-VN"/>
        </w:rPr>
        <w:t xml:space="preserve"> </w:t>
      </w:r>
      <w:r w:rsidR="00635C6F" w:rsidRPr="00242ECD">
        <w:rPr>
          <w:rFonts w:ascii="Times New Roman" w:eastAsia="Times New Roman" w:hAnsi="Times New Roman" w:cs="Times New Roman"/>
          <w:b/>
          <w:bCs/>
          <w:sz w:val="28"/>
          <w:szCs w:val="28"/>
          <w:lang w:val="vi-VN"/>
        </w:rPr>
        <w:t>C</w:t>
      </w:r>
      <w:r w:rsidR="003A0182" w:rsidRPr="00242ECD">
        <w:rPr>
          <w:rFonts w:ascii="Times New Roman" w:eastAsia="Times New Roman" w:hAnsi="Times New Roman" w:cs="Times New Roman"/>
          <w:b/>
          <w:bCs/>
          <w:sz w:val="28"/>
          <w:szCs w:val="28"/>
          <w:lang w:val="vi-VN"/>
        </w:rPr>
        <w:t>á nhân</w:t>
      </w:r>
    </w:p>
    <w:p w14:paraId="3F9EA456" w14:textId="11C5D5CB" w:rsidR="003A0182" w:rsidRPr="00696945" w:rsidRDefault="003A0182" w:rsidP="00973440">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Họ và tên:</w:t>
      </w:r>
      <w:r w:rsidR="00973440" w:rsidRPr="00822177">
        <w:rPr>
          <w:rFonts w:ascii="Times New Roman" w:hAnsi="Times New Roman" w:cs="Times New Roman"/>
          <w:sz w:val="28"/>
          <w:szCs w:val="28"/>
          <w:lang w:val="vi-VN"/>
        </w:rPr>
        <w:tab/>
      </w:r>
    </w:p>
    <w:p w14:paraId="441345D8" w14:textId="22CDCE90" w:rsidR="003A0182" w:rsidRPr="00696945" w:rsidRDefault="003A0182" w:rsidP="000B6EA4">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Ngày, tháng, năm sinh: ....../....../...... Quốc tịch:</w:t>
      </w:r>
      <w:r w:rsidR="000B6EA4" w:rsidRPr="00696945">
        <w:rPr>
          <w:rFonts w:ascii="Times New Roman" w:hAnsi="Times New Roman" w:cs="Times New Roman"/>
          <w:sz w:val="28"/>
          <w:szCs w:val="28"/>
          <w:lang w:val="vi-VN"/>
        </w:rPr>
        <w:tab/>
      </w:r>
    </w:p>
    <w:p w14:paraId="326B37B3" w14:textId="7426AFC6" w:rsidR="003A0182" w:rsidRPr="00242ECD" w:rsidRDefault="003A0182" w:rsidP="005803A0">
      <w:pPr>
        <w:tabs>
          <w:tab w:val="left" w:leader="dot" w:pos="4253"/>
          <w:tab w:val="left" w:leader="dot" w:pos="6379"/>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Số CCCD/</w:t>
      </w:r>
      <w:r w:rsidR="00EA4945" w:rsidRPr="00696945">
        <w:rPr>
          <w:rFonts w:ascii="Times New Roman" w:hAnsi="Times New Roman" w:cs="Times New Roman"/>
          <w:sz w:val="28"/>
          <w:szCs w:val="28"/>
          <w:lang w:val="vi-VN"/>
        </w:rPr>
        <w:t>Căn cước/</w:t>
      </w:r>
      <w:r w:rsidRPr="00242ECD">
        <w:rPr>
          <w:rFonts w:ascii="Times New Roman" w:hAnsi="Times New Roman" w:cs="Times New Roman"/>
          <w:sz w:val="28"/>
          <w:szCs w:val="28"/>
          <w:lang w:val="vi-VN"/>
        </w:rPr>
        <w:t xml:space="preserve">Hộ chiếu: </w:t>
      </w:r>
      <w:r w:rsidR="00CA6C9A" w:rsidRPr="00696945">
        <w:rPr>
          <w:rFonts w:ascii="Times New Roman" w:hAnsi="Times New Roman" w:cs="Times New Roman"/>
          <w:sz w:val="28"/>
          <w:szCs w:val="28"/>
          <w:lang w:val="vi-VN"/>
        </w:rPr>
        <w:tab/>
      </w:r>
      <w:r w:rsidRPr="00242ECD">
        <w:rPr>
          <w:rFonts w:ascii="Times New Roman" w:hAnsi="Times New Roman" w:cs="Times New Roman"/>
          <w:sz w:val="28"/>
          <w:szCs w:val="28"/>
          <w:lang w:val="vi-VN"/>
        </w:rPr>
        <w:t>Nơi cấp:</w:t>
      </w:r>
      <w:r w:rsidR="00CA6C9A" w:rsidRPr="00696945">
        <w:rPr>
          <w:rFonts w:ascii="Times New Roman" w:hAnsi="Times New Roman" w:cs="Times New Roman"/>
          <w:sz w:val="28"/>
          <w:szCs w:val="28"/>
          <w:lang w:val="vi-VN"/>
        </w:rPr>
        <w:tab/>
      </w:r>
      <w:r w:rsidR="005803A0" w:rsidRPr="00696945">
        <w:rPr>
          <w:rFonts w:ascii="Times New Roman" w:hAnsi="Times New Roman" w:cs="Times New Roman"/>
          <w:sz w:val="28"/>
          <w:szCs w:val="28"/>
          <w:lang w:val="vi-VN"/>
        </w:rPr>
        <w:t>n</w:t>
      </w:r>
      <w:r w:rsidRPr="00242ECD">
        <w:rPr>
          <w:rFonts w:ascii="Times New Roman" w:hAnsi="Times New Roman" w:cs="Times New Roman"/>
          <w:sz w:val="28"/>
          <w:szCs w:val="28"/>
          <w:lang w:val="vi-VN"/>
        </w:rPr>
        <w:t>gày cấp: ....../....../......</w:t>
      </w:r>
    </w:p>
    <w:p w14:paraId="5644ABC3" w14:textId="3C463B37" w:rsidR="003A0182" w:rsidRPr="00696945" w:rsidRDefault="003A0182" w:rsidP="00A23A36">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Địa chỉ thường trú:</w:t>
      </w:r>
      <w:r w:rsidR="00A23A36" w:rsidRPr="00696945">
        <w:rPr>
          <w:rFonts w:ascii="Times New Roman" w:hAnsi="Times New Roman" w:cs="Times New Roman"/>
          <w:sz w:val="28"/>
          <w:szCs w:val="28"/>
          <w:lang w:val="vi-VN"/>
        </w:rPr>
        <w:tab/>
      </w:r>
    </w:p>
    <w:p w14:paraId="237E3A99" w14:textId="44EA5859" w:rsidR="003A0182" w:rsidRPr="00696945" w:rsidRDefault="003A0182" w:rsidP="00A23A36">
      <w:pPr>
        <w:tabs>
          <w:tab w:val="left" w:leader="dot" w:pos="9072"/>
        </w:tabs>
        <w:autoSpaceDE w:val="0"/>
        <w:autoSpaceDN w:val="0"/>
        <w:adjustRightInd w:val="0"/>
        <w:spacing w:before="120" w:after="120" w:line="340" w:lineRule="exact"/>
        <w:rPr>
          <w:rFonts w:ascii="Times New Roman" w:hAnsi="Times New Roman" w:cs="Times New Roman"/>
          <w:sz w:val="28"/>
          <w:szCs w:val="28"/>
          <w:lang w:val="vi-VN"/>
        </w:rPr>
      </w:pPr>
      <w:r w:rsidRPr="00242ECD">
        <w:rPr>
          <w:rFonts w:ascii="Times New Roman" w:hAnsi="Times New Roman" w:cs="Times New Roman"/>
          <w:sz w:val="28"/>
          <w:szCs w:val="28"/>
          <w:lang w:val="vi-VN"/>
        </w:rPr>
        <w:t>Địa chỉ liên hệ:</w:t>
      </w:r>
      <w:r w:rsidR="00A23A36" w:rsidRPr="00696945">
        <w:rPr>
          <w:rFonts w:ascii="Times New Roman" w:hAnsi="Times New Roman" w:cs="Times New Roman"/>
          <w:sz w:val="28"/>
          <w:szCs w:val="28"/>
          <w:lang w:val="vi-VN"/>
        </w:rPr>
        <w:tab/>
      </w:r>
    </w:p>
    <w:p w14:paraId="3C9AC27E" w14:textId="1F79DCF7" w:rsidR="003A0182" w:rsidRPr="00242ECD" w:rsidRDefault="003A0182" w:rsidP="00E54C73">
      <w:pPr>
        <w:tabs>
          <w:tab w:val="left" w:leader="dot" w:pos="4395"/>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sidRPr="00242ECD">
        <w:rPr>
          <w:rFonts w:ascii="Times New Roman" w:hAnsi="Times New Roman" w:cs="Times New Roman"/>
          <w:sz w:val="28"/>
          <w:szCs w:val="28"/>
          <w:lang w:val="vi-VN"/>
        </w:rPr>
        <w:t>Điện thoại:</w:t>
      </w:r>
      <w:r w:rsidR="009722BC">
        <w:rPr>
          <w:rFonts w:ascii="Times New Roman" w:hAnsi="Times New Roman" w:cs="Times New Roman"/>
          <w:sz w:val="28"/>
          <w:szCs w:val="28"/>
          <w:lang w:val="en-US"/>
        </w:rPr>
        <w:tab/>
      </w:r>
      <w:r w:rsidRPr="00242ECD">
        <w:rPr>
          <w:rFonts w:ascii="Times New Roman" w:hAnsi="Times New Roman" w:cs="Times New Roman"/>
          <w:sz w:val="28"/>
          <w:szCs w:val="28"/>
          <w:lang w:val="en-US"/>
        </w:rPr>
        <w:t>Email:</w:t>
      </w:r>
      <w:r w:rsidR="00E54C73">
        <w:rPr>
          <w:rFonts w:ascii="Times New Roman" w:hAnsi="Times New Roman" w:cs="Times New Roman"/>
          <w:sz w:val="28"/>
          <w:szCs w:val="28"/>
          <w:lang w:val="en-US"/>
        </w:rPr>
        <w:tab/>
      </w:r>
    </w:p>
    <w:p w14:paraId="18243D7C" w14:textId="6D764C30" w:rsidR="003A0182" w:rsidRPr="00242ECD" w:rsidRDefault="003A0182" w:rsidP="00242ECD">
      <w:pPr>
        <w:autoSpaceDE w:val="0"/>
        <w:autoSpaceDN w:val="0"/>
        <w:adjustRightInd w:val="0"/>
        <w:spacing w:before="120" w:after="120" w:line="340" w:lineRule="exact"/>
        <w:rPr>
          <w:rFonts w:ascii="Times New Roman" w:hAnsi="Times New Roman" w:cs="Times New Roman"/>
          <w:b/>
          <w:bCs/>
          <w:sz w:val="28"/>
          <w:szCs w:val="28"/>
          <w:lang w:val="en-US"/>
        </w:rPr>
      </w:pPr>
      <w:r w:rsidRPr="00242ECD">
        <w:rPr>
          <w:rFonts w:ascii="Times New Roman" w:hAnsi="Times New Roman" w:cs="Times New Roman"/>
          <w:b/>
          <w:bCs/>
          <w:sz w:val="28"/>
          <w:szCs w:val="28"/>
          <w:lang w:val="en-US"/>
        </w:rPr>
        <w:t xml:space="preserve">II. THÔNG TIN VỀ CÔNG NGHỆ </w:t>
      </w:r>
    </w:p>
    <w:p w14:paraId="435A5190" w14:textId="23032B33" w:rsidR="003E2137" w:rsidRPr="00242ECD" w:rsidRDefault="00E8281D" w:rsidP="00FC3927">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3E2137" w:rsidRPr="00242ECD">
        <w:rPr>
          <w:rFonts w:ascii="Times New Roman" w:hAnsi="Times New Roman" w:cs="Times New Roman"/>
          <w:sz w:val="28"/>
          <w:szCs w:val="28"/>
          <w:lang w:val="en-US"/>
        </w:rPr>
        <w:t>Tên công nghệ</w:t>
      </w:r>
      <w:r w:rsidR="00EE1CEB" w:rsidRPr="00242ECD">
        <w:rPr>
          <w:rFonts w:ascii="Times New Roman" w:hAnsi="Times New Roman" w:cs="Times New Roman"/>
          <w:sz w:val="28"/>
          <w:szCs w:val="28"/>
          <w:lang w:val="en-US"/>
        </w:rPr>
        <w:t>:</w:t>
      </w:r>
      <w:r w:rsidR="00FC3927">
        <w:rPr>
          <w:rFonts w:ascii="Times New Roman" w:hAnsi="Times New Roman" w:cs="Times New Roman"/>
          <w:sz w:val="28"/>
          <w:szCs w:val="28"/>
          <w:lang w:val="en-US"/>
        </w:rPr>
        <w:tab/>
      </w:r>
    </w:p>
    <w:p w14:paraId="41576C21" w14:textId="39104A98" w:rsidR="003A0182" w:rsidRPr="00242ECD" w:rsidRDefault="00E8281D" w:rsidP="00FC3927">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r w:rsidR="00EE1CEB" w:rsidRPr="00242ECD">
        <w:rPr>
          <w:rFonts w:ascii="Times New Roman" w:hAnsi="Times New Roman" w:cs="Times New Roman"/>
          <w:sz w:val="28"/>
          <w:szCs w:val="28"/>
          <w:lang w:val="en-US"/>
        </w:rPr>
        <w:t xml:space="preserve">Thuộc lĩnh vực </w:t>
      </w:r>
      <w:r w:rsidR="003A0182" w:rsidRPr="00242ECD">
        <w:rPr>
          <w:rFonts w:ascii="Times New Roman" w:hAnsi="Times New Roman" w:cs="Times New Roman"/>
          <w:sz w:val="28"/>
          <w:szCs w:val="28"/>
          <w:lang w:val="en-US"/>
        </w:rPr>
        <w:t>công nghệ</w:t>
      </w:r>
      <w:r w:rsidR="00F01A53" w:rsidRPr="00242ECD">
        <w:rPr>
          <w:rStyle w:val="FootnoteReference"/>
          <w:rFonts w:ascii="Times New Roman" w:hAnsi="Times New Roman" w:cs="Times New Roman"/>
          <w:sz w:val="28"/>
          <w:szCs w:val="28"/>
          <w:lang w:val="en-US"/>
        </w:rPr>
        <w:footnoteReference w:id="3"/>
      </w:r>
      <w:r w:rsidR="003A0182" w:rsidRPr="00242ECD">
        <w:rPr>
          <w:rFonts w:ascii="Times New Roman" w:hAnsi="Times New Roman" w:cs="Times New Roman"/>
          <w:sz w:val="28"/>
          <w:szCs w:val="28"/>
          <w:lang w:val="en-US"/>
        </w:rPr>
        <w:t>:</w:t>
      </w:r>
      <w:r w:rsidR="00FC3927">
        <w:rPr>
          <w:rFonts w:ascii="Times New Roman" w:hAnsi="Times New Roman" w:cs="Times New Roman"/>
          <w:sz w:val="28"/>
          <w:szCs w:val="28"/>
          <w:lang w:val="en-US"/>
        </w:rPr>
        <w:tab/>
      </w:r>
    </w:p>
    <w:p w14:paraId="51DBFCAA" w14:textId="4B1371BD" w:rsidR="003A0182" w:rsidRPr="00242ECD" w:rsidRDefault="00E8281D" w:rsidP="00FC3927">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3.</w:t>
      </w:r>
      <w:r w:rsidR="003A0182" w:rsidRPr="00242ECD">
        <w:rPr>
          <w:rFonts w:ascii="Times New Roman" w:hAnsi="Times New Roman" w:cs="Times New Roman"/>
          <w:sz w:val="28"/>
          <w:szCs w:val="28"/>
          <w:lang w:val="en-US"/>
        </w:rPr>
        <w:t xml:space="preserve"> Lĩnh vực/ngành áp dụng</w:t>
      </w:r>
      <w:r w:rsidR="00443CC9" w:rsidRPr="00242ECD">
        <w:rPr>
          <w:rStyle w:val="FootnoteReference"/>
          <w:rFonts w:ascii="Times New Roman" w:hAnsi="Times New Roman" w:cs="Times New Roman"/>
          <w:sz w:val="28"/>
          <w:szCs w:val="28"/>
          <w:lang w:val="en-US"/>
        </w:rPr>
        <w:footnoteReference w:id="4"/>
      </w:r>
      <w:r w:rsidR="003A0182" w:rsidRPr="00242ECD">
        <w:rPr>
          <w:rFonts w:ascii="Times New Roman" w:hAnsi="Times New Roman" w:cs="Times New Roman"/>
          <w:sz w:val="28"/>
          <w:szCs w:val="28"/>
          <w:lang w:val="en-US"/>
        </w:rPr>
        <w:t>:</w:t>
      </w:r>
      <w:r w:rsidR="00FC3927">
        <w:rPr>
          <w:rFonts w:ascii="Times New Roman" w:hAnsi="Times New Roman" w:cs="Times New Roman"/>
          <w:sz w:val="28"/>
          <w:szCs w:val="28"/>
          <w:lang w:val="en-US"/>
        </w:rPr>
        <w:tab/>
      </w:r>
    </w:p>
    <w:p w14:paraId="6B8B158F" w14:textId="28683CCE" w:rsidR="00391286" w:rsidRDefault="00E8281D" w:rsidP="00242ECD">
      <w:pPr>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4.</w:t>
      </w:r>
      <w:r w:rsidR="003A0182" w:rsidRPr="00242ECD">
        <w:rPr>
          <w:rFonts w:ascii="Times New Roman" w:hAnsi="Times New Roman" w:cs="Times New Roman"/>
          <w:sz w:val="28"/>
          <w:szCs w:val="28"/>
          <w:lang w:val="en-US"/>
        </w:rPr>
        <w:t xml:space="preserve"> Nguồn gốc công nghệ:</w:t>
      </w:r>
    </w:p>
    <w:p w14:paraId="209245B1" w14:textId="70303C6E" w:rsidR="00391286" w:rsidRDefault="003A0182" w:rsidP="00242ECD">
      <w:pPr>
        <w:autoSpaceDE w:val="0"/>
        <w:autoSpaceDN w:val="0"/>
        <w:adjustRightInd w:val="0"/>
        <w:spacing w:before="120" w:after="120" w:line="340" w:lineRule="exact"/>
        <w:rPr>
          <w:rFonts w:ascii="Times New Roman" w:hAnsi="Times New Roman" w:cs="Times New Roman"/>
          <w:sz w:val="28"/>
          <w:szCs w:val="28"/>
          <w:lang w:val="en-US"/>
        </w:rPr>
      </w:pPr>
      <w:r w:rsidRPr="00E8281D">
        <w:rPr>
          <w:rFonts w:ascii="Times New Roman" w:hAnsi="Times New Roman" w:cs="Times New Roman"/>
          <w:sz w:val="40"/>
          <w:szCs w:val="40"/>
          <w:lang w:val="en-US"/>
        </w:rPr>
        <w:t>□</w:t>
      </w:r>
      <w:r w:rsidRPr="00242ECD">
        <w:rPr>
          <w:rFonts w:ascii="Times New Roman" w:hAnsi="Times New Roman" w:cs="Times New Roman"/>
          <w:sz w:val="28"/>
          <w:szCs w:val="28"/>
          <w:lang w:val="en-US"/>
        </w:rPr>
        <w:t xml:space="preserve"> Công nghệ do (tổ chức/cá nhân) nghiên cứu tạo ra</w:t>
      </w:r>
    </w:p>
    <w:p w14:paraId="7F78D4F4" w14:textId="047DFBC4" w:rsidR="003A0182" w:rsidRPr="00242ECD" w:rsidRDefault="003A0182" w:rsidP="00242ECD">
      <w:pPr>
        <w:autoSpaceDE w:val="0"/>
        <w:autoSpaceDN w:val="0"/>
        <w:adjustRightInd w:val="0"/>
        <w:spacing w:before="120" w:after="120" w:line="340" w:lineRule="exact"/>
        <w:rPr>
          <w:rFonts w:ascii="Times New Roman" w:hAnsi="Times New Roman" w:cs="Times New Roman"/>
          <w:sz w:val="28"/>
          <w:szCs w:val="28"/>
          <w:lang w:val="en-US"/>
        </w:rPr>
      </w:pPr>
      <w:r w:rsidRPr="00E8281D">
        <w:rPr>
          <w:rFonts w:ascii="Times New Roman" w:hAnsi="Times New Roman" w:cs="Times New Roman"/>
          <w:sz w:val="40"/>
          <w:szCs w:val="40"/>
          <w:lang w:val="en-US"/>
        </w:rPr>
        <w:t>□</w:t>
      </w:r>
      <w:r w:rsidRPr="00242ECD">
        <w:rPr>
          <w:rFonts w:ascii="Times New Roman" w:hAnsi="Times New Roman" w:cs="Times New Roman"/>
          <w:sz w:val="28"/>
          <w:szCs w:val="28"/>
          <w:lang w:val="en-US"/>
        </w:rPr>
        <w:t xml:space="preserve"> Công nghệ do (tổ chức/cá nhân) đầu tư</w:t>
      </w:r>
    </w:p>
    <w:p w14:paraId="5562045B" w14:textId="41A87A70" w:rsidR="003A0182" w:rsidRPr="00242ECD" w:rsidRDefault="003A0182" w:rsidP="00242ECD">
      <w:pPr>
        <w:autoSpaceDE w:val="0"/>
        <w:autoSpaceDN w:val="0"/>
        <w:adjustRightInd w:val="0"/>
        <w:spacing w:before="120" w:after="120" w:line="340" w:lineRule="exact"/>
        <w:rPr>
          <w:rFonts w:ascii="Times New Roman" w:hAnsi="Times New Roman" w:cs="Times New Roman"/>
          <w:b/>
          <w:bCs/>
          <w:sz w:val="28"/>
          <w:szCs w:val="28"/>
          <w:lang w:val="en-US"/>
        </w:rPr>
      </w:pPr>
      <w:r w:rsidRPr="00242ECD">
        <w:rPr>
          <w:rFonts w:ascii="Times New Roman" w:hAnsi="Times New Roman" w:cs="Times New Roman"/>
          <w:b/>
          <w:bCs/>
          <w:sz w:val="28"/>
          <w:szCs w:val="28"/>
          <w:lang w:val="en-US"/>
        </w:rPr>
        <w:t>I</w:t>
      </w:r>
      <w:r w:rsidR="00CF0890" w:rsidRPr="00242ECD">
        <w:rPr>
          <w:rFonts w:ascii="Times New Roman" w:hAnsi="Times New Roman" w:cs="Times New Roman"/>
          <w:b/>
          <w:bCs/>
          <w:sz w:val="28"/>
          <w:szCs w:val="28"/>
          <w:lang w:val="en-US"/>
        </w:rPr>
        <w:t>II</w:t>
      </w:r>
      <w:r w:rsidRPr="00242ECD">
        <w:rPr>
          <w:rFonts w:ascii="Times New Roman" w:hAnsi="Times New Roman" w:cs="Times New Roman"/>
          <w:b/>
          <w:bCs/>
          <w:sz w:val="28"/>
          <w:szCs w:val="28"/>
          <w:lang w:val="en-US"/>
        </w:rPr>
        <w:t>. HỒ SƠ GỬI KÈM</w:t>
      </w:r>
    </w:p>
    <w:p w14:paraId="44D1DCB8" w14:textId="27F03579" w:rsidR="003A0182" w:rsidRPr="00242ECD" w:rsidRDefault="00D7395B" w:rsidP="0024040A">
      <w:pPr>
        <w:autoSpaceDE w:val="0"/>
        <w:autoSpaceDN w:val="0"/>
        <w:adjustRightInd w:val="0"/>
        <w:spacing w:before="120" w:after="120" w:line="340" w:lineRule="exact"/>
        <w:jc w:val="both"/>
        <w:rPr>
          <w:rFonts w:ascii="Times New Roman" w:hAnsi="Times New Roman" w:cs="Times New Roman"/>
          <w:sz w:val="28"/>
          <w:szCs w:val="28"/>
          <w:lang w:val="en-US"/>
        </w:rPr>
      </w:pPr>
      <w:r w:rsidRPr="00375E59">
        <w:rPr>
          <w:rFonts w:ascii="Times New Roman" w:hAnsi="Times New Roman" w:cs="Times New Roman"/>
          <w:sz w:val="40"/>
          <w:szCs w:val="40"/>
          <w:lang w:val="en-US"/>
        </w:rPr>
        <w:t>□</w:t>
      </w:r>
      <w:r w:rsidR="00983940">
        <w:rPr>
          <w:rFonts w:ascii="Times New Roman" w:hAnsi="Times New Roman" w:cs="Times New Roman"/>
          <w:sz w:val="40"/>
          <w:szCs w:val="40"/>
          <w:lang w:val="en-US"/>
        </w:rPr>
        <w:t xml:space="preserve"> </w:t>
      </w:r>
      <w:r w:rsidR="003A0182" w:rsidRPr="00CA1233">
        <w:rPr>
          <w:rFonts w:ascii="Times New Roman" w:hAnsi="Times New Roman" w:cs="Times New Roman"/>
          <w:spacing w:val="-6"/>
          <w:sz w:val="28"/>
          <w:szCs w:val="28"/>
          <w:lang w:val="en-US"/>
        </w:rPr>
        <w:t>Thuyết minh công nghệ đề nghị thẩm định trong trường hợp đặc thù (Mẫu I.2</w:t>
      </w:r>
      <w:r w:rsidR="00C80547">
        <w:rPr>
          <w:rFonts w:ascii="Times New Roman" w:hAnsi="Times New Roman" w:cs="Times New Roman"/>
          <w:spacing w:val="-6"/>
          <w:sz w:val="28"/>
          <w:szCs w:val="28"/>
          <w:lang w:val="en-US"/>
        </w:rPr>
        <w:t xml:space="preserve"> Thông tư …/TT-BKHCN</w:t>
      </w:r>
      <w:r w:rsidR="003A0182" w:rsidRPr="00CA1233">
        <w:rPr>
          <w:rFonts w:ascii="Times New Roman" w:hAnsi="Times New Roman" w:cs="Times New Roman"/>
          <w:spacing w:val="-6"/>
          <w:sz w:val="28"/>
          <w:szCs w:val="28"/>
          <w:lang w:val="en-US"/>
        </w:rPr>
        <w:t>).</w:t>
      </w:r>
    </w:p>
    <w:p w14:paraId="6804AD59" w14:textId="3F8F2D8E" w:rsidR="003A0182" w:rsidRPr="00242ECD" w:rsidRDefault="00D7395B" w:rsidP="002517A9">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sidRPr="00375E59">
        <w:rPr>
          <w:rFonts w:ascii="Times New Roman" w:hAnsi="Times New Roman" w:cs="Times New Roman"/>
          <w:sz w:val="40"/>
          <w:szCs w:val="40"/>
          <w:lang w:val="en-US"/>
        </w:rPr>
        <w:t>□</w:t>
      </w:r>
      <w:r w:rsidR="003A0182" w:rsidRPr="00242ECD">
        <w:rPr>
          <w:rFonts w:ascii="Times New Roman" w:hAnsi="Times New Roman" w:cs="Times New Roman"/>
          <w:sz w:val="28"/>
          <w:szCs w:val="28"/>
          <w:lang w:val="en-US"/>
        </w:rPr>
        <w:t xml:space="preserve"> Tài liệu khác (</w:t>
      </w:r>
      <w:r>
        <w:rPr>
          <w:rFonts w:ascii="Times New Roman" w:hAnsi="Times New Roman" w:cs="Times New Roman"/>
          <w:sz w:val="28"/>
          <w:szCs w:val="28"/>
          <w:lang w:val="en-US"/>
        </w:rPr>
        <w:t>nếu có</w:t>
      </w:r>
      <w:r w:rsidR="003A0182" w:rsidRPr="00242ECD">
        <w:rPr>
          <w:rFonts w:ascii="Times New Roman" w:hAnsi="Times New Roman" w:cs="Times New Roman"/>
          <w:sz w:val="28"/>
          <w:szCs w:val="28"/>
          <w:lang w:val="en-US"/>
        </w:rPr>
        <w:t>):</w:t>
      </w:r>
      <w:r w:rsidR="002517A9">
        <w:rPr>
          <w:rFonts w:ascii="Times New Roman" w:hAnsi="Times New Roman" w:cs="Times New Roman"/>
          <w:sz w:val="28"/>
          <w:szCs w:val="28"/>
          <w:lang w:val="en-US"/>
        </w:rPr>
        <w:tab/>
      </w:r>
    </w:p>
    <w:p w14:paraId="167B1889" w14:textId="76C6B3DD" w:rsidR="003A0182" w:rsidRPr="00242ECD" w:rsidRDefault="00924019" w:rsidP="00242ECD">
      <w:pPr>
        <w:autoSpaceDE w:val="0"/>
        <w:autoSpaceDN w:val="0"/>
        <w:adjustRightInd w:val="0"/>
        <w:spacing w:before="120" w:after="120" w:line="340" w:lineRule="exact"/>
        <w:rPr>
          <w:rFonts w:ascii="Times New Roman" w:hAnsi="Times New Roman" w:cs="Times New Roman"/>
          <w:b/>
          <w:bCs/>
          <w:sz w:val="28"/>
          <w:szCs w:val="28"/>
          <w:lang w:val="en-US"/>
        </w:rPr>
      </w:pPr>
      <w:r w:rsidRPr="00242ECD">
        <w:rPr>
          <w:rFonts w:ascii="Times New Roman" w:hAnsi="Times New Roman" w:cs="Times New Roman"/>
          <w:b/>
          <w:bCs/>
          <w:sz w:val="28"/>
          <w:szCs w:val="28"/>
          <w:lang w:val="en-US"/>
        </w:rPr>
        <w:t>I</w:t>
      </w:r>
      <w:r w:rsidR="003A0182" w:rsidRPr="00242ECD">
        <w:rPr>
          <w:rFonts w:ascii="Times New Roman" w:hAnsi="Times New Roman" w:cs="Times New Roman"/>
          <w:b/>
          <w:bCs/>
          <w:sz w:val="28"/>
          <w:szCs w:val="28"/>
          <w:lang w:val="en-US"/>
        </w:rPr>
        <w:t xml:space="preserve">V. THÔNG TIN ĐẦU MỐI LIÊN HỆ </w:t>
      </w:r>
    </w:p>
    <w:p w14:paraId="0B68F426" w14:textId="2457257C" w:rsidR="003A0182" w:rsidRPr="00242ECD" w:rsidRDefault="00FF3970" w:rsidP="004441AE">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1.</w:t>
      </w:r>
      <w:r w:rsidR="003A0182" w:rsidRPr="00242ECD">
        <w:rPr>
          <w:rFonts w:ascii="Times New Roman" w:hAnsi="Times New Roman" w:cs="Times New Roman"/>
          <w:sz w:val="28"/>
          <w:szCs w:val="28"/>
          <w:lang w:val="en-US"/>
        </w:rPr>
        <w:t xml:space="preserve"> Họ và tên:</w:t>
      </w:r>
      <w:r w:rsidR="004441AE">
        <w:rPr>
          <w:rFonts w:ascii="Times New Roman" w:hAnsi="Times New Roman" w:cs="Times New Roman"/>
          <w:sz w:val="28"/>
          <w:szCs w:val="28"/>
          <w:lang w:val="en-US"/>
        </w:rPr>
        <w:tab/>
      </w:r>
    </w:p>
    <w:p w14:paraId="546B0801" w14:textId="21AD8920" w:rsidR="003A0182" w:rsidRPr="00242ECD" w:rsidRDefault="00FF3970" w:rsidP="004441AE">
      <w:pPr>
        <w:tabs>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2.</w:t>
      </w:r>
      <w:r w:rsidR="003A0182" w:rsidRPr="00242ECD">
        <w:rPr>
          <w:rFonts w:ascii="Times New Roman" w:hAnsi="Times New Roman" w:cs="Times New Roman"/>
          <w:sz w:val="28"/>
          <w:szCs w:val="28"/>
          <w:lang w:val="en-US"/>
        </w:rPr>
        <w:t xml:space="preserve"> Chức vụ (đối với tổ chức):</w:t>
      </w:r>
      <w:r w:rsidR="004441AE">
        <w:rPr>
          <w:rFonts w:ascii="Times New Roman" w:hAnsi="Times New Roman" w:cs="Times New Roman"/>
          <w:sz w:val="28"/>
          <w:szCs w:val="28"/>
          <w:lang w:val="en-US"/>
        </w:rPr>
        <w:tab/>
      </w:r>
    </w:p>
    <w:p w14:paraId="291F0307" w14:textId="218D4667" w:rsidR="003A0182" w:rsidRPr="00242ECD" w:rsidRDefault="00FF3970" w:rsidP="00A65332">
      <w:pPr>
        <w:tabs>
          <w:tab w:val="left" w:leader="dot" w:pos="4678"/>
          <w:tab w:val="left" w:leader="dot" w:pos="9072"/>
        </w:tabs>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3.</w:t>
      </w:r>
      <w:r w:rsidR="003A0182" w:rsidRPr="00242ECD">
        <w:rPr>
          <w:rFonts w:ascii="Times New Roman" w:hAnsi="Times New Roman" w:cs="Times New Roman"/>
          <w:sz w:val="28"/>
          <w:szCs w:val="28"/>
          <w:lang w:val="en-US"/>
        </w:rPr>
        <w:t xml:space="preserve"> Điện thoại:</w:t>
      </w:r>
      <w:r w:rsidR="00391286">
        <w:rPr>
          <w:rFonts w:ascii="Times New Roman" w:hAnsi="Times New Roman" w:cs="Times New Roman"/>
          <w:sz w:val="28"/>
          <w:szCs w:val="28"/>
          <w:lang w:val="en-US"/>
        </w:rPr>
        <w:tab/>
      </w:r>
      <w:r w:rsidR="003A0182" w:rsidRPr="00242ECD">
        <w:rPr>
          <w:rFonts w:ascii="Times New Roman" w:hAnsi="Times New Roman" w:cs="Times New Roman"/>
          <w:sz w:val="28"/>
          <w:szCs w:val="28"/>
          <w:lang w:val="en-US"/>
        </w:rPr>
        <w:t xml:space="preserve"> Email:</w:t>
      </w:r>
      <w:r w:rsidR="00A65332">
        <w:rPr>
          <w:rFonts w:ascii="Times New Roman" w:hAnsi="Times New Roman" w:cs="Times New Roman"/>
          <w:sz w:val="28"/>
          <w:szCs w:val="28"/>
          <w:lang w:val="en-US"/>
        </w:rPr>
        <w:tab/>
      </w:r>
    </w:p>
    <w:p w14:paraId="1E862FD6" w14:textId="548BE9CD" w:rsidR="00FC6A2C" w:rsidRPr="00532343" w:rsidRDefault="00FC6A2C" w:rsidP="00532343">
      <w:pPr>
        <w:autoSpaceDE w:val="0"/>
        <w:autoSpaceDN w:val="0"/>
        <w:adjustRightInd w:val="0"/>
        <w:spacing w:before="120" w:after="120" w:line="340" w:lineRule="exact"/>
        <w:jc w:val="both"/>
        <w:rPr>
          <w:rFonts w:ascii="Times New Roman" w:hAnsi="Times New Roman" w:cs="Times New Roman"/>
          <w:sz w:val="28"/>
          <w:szCs w:val="28"/>
          <w:lang w:val="en-US"/>
        </w:rPr>
      </w:pPr>
      <w:r w:rsidRPr="00532343">
        <w:rPr>
          <w:rFonts w:ascii="Times New Roman" w:hAnsi="Times New Roman" w:cs="Times New Roman"/>
          <w:sz w:val="28"/>
          <w:szCs w:val="28"/>
          <w:lang w:val="en-US"/>
        </w:rPr>
        <w:t xml:space="preserve">Chúng tôi/tôi cam </w:t>
      </w:r>
      <w:r w:rsidR="00970C73" w:rsidRPr="00532343">
        <w:rPr>
          <w:rFonts w:ascii="Times New Roman" w:hAnsi="Times New Roman" w:cs="Times New Roman"/>
          <w:sz w:val="28"/>
          <w:szCs w:val="28"/>
          <w:lang w:val="en-US"/>
        </w:rPr>
        <w:t>kết</w:t>
      </w:r>
      <w:r w:rsidRPr="00532343">
        <w:rPr>
          <w:rFonts w:ascii="Times New Roman" w:hAnsi="Times New Roman" w:cs="Times New Roman"/>
          <w:sz w:val="28"/>
          <w:szCs w:val="28"/>
          <w:lang w:val="en-US"/>
        </w:rPr>
        <w:t xml:space="preserve"> </w:t>
      </w:r>
      <w:r w:rsidR="00532343">
        <w:rPr>
          <w:rFonts w:ascii="Times New Roman" w:hAnsi="Times New Roman" w:cs="Times New Roman"/>
          <w:sz w:val="28"/>
          <w:szCs w:val="28"/>
          <w:lang w:val="en-US"/>
        </w:rPr>
        <w:t>tất cả các</w:t>
      </w:r>
      <w:r w:rsidRPr="00532343">
        <w:rPr>
          <w:rFonts w:ascii="Times New Roman" w:hAnsi="Times New Roman" w:cs="Times New Roman"/>
          <w:sz w:val="28"/>
          <w:szCs w:val="28"/>
          <w:lang w:val="en-US"/>
        </w:rPr>
        <w:t xml:space="preserve"> nội dung và thông tin kê khai trong hồ sơ này là đúng sự thật và chịu trách nhiệm trước pháp luật về tính xác thực của hồ sơ</w:t>
      </w:r>
      <w:r w:rsidR="00992AE3" w:rsidRPr="00532343">
        <w:rPr>
          <w:rFonts w:ascii="Times New Roman" w:hAnsi="Times New Roman" w:cs="Times New Roman"/>
          <w:sz w:val="28"/>
          <w:szCs w:val="28"/>
          <w:lang w:val="en-US"/>
        </w:rPr>
        <w:t xml:space="preserve">; tuân thủ </w:t>
      </w:r>
      <w:r w:rsidR="004554EF" w:rsidRPr="00532343">
        <w:rPr>
          <w:rFonts w:ascii="Times New Roman" w:hAnsi="Times New Roman" w:cs="Times New Roman"/>
          <w:sz w:val="28"/>
          <w:szCs w:val="28"/>
          <w:lang w:val="en-US"/>
        </w:rPr>
        <w:t xml:space="preserve">quy định tại điểm c khoản 3 Điều 11 </w:t>
      </w:r>
      <w:r w:rsidR="00892014" w:rsidRPr="00892014">
        <w:rPr>
          <w:rFonts w:ascii="Times New Roman" w:hAnsi="Times New Roman" w:cs="Times New Roman"/>
          <w:sz w:val="28"/>
          <w:szCs w:val="28"/>
          <w:lang w:val="en-US"/>
        </w:rPr>
        <w:t>Nghị định số…/2026/NĐ-CP ngày … tháng … năm …của Chính phủ quy định chi tiết một số điều và hướng dẫn biện pháp thi hành Luật Chuyển giao công nghệ số 07/2017/QH14; được sửa đổi bổ sung bởi Luật số 93/2025/QH15 và Luật số 115/2025/QH15</w:t>
      </w:r>
      <w:r w:rsidR="00992AE3" w:rsidRPr="00532343">
        <w:rPr>
          <w:rFonts w:ascii="Times New Roman" w:hAnsi="Times New Roman" w:cs="Times New Roman"/>
          <w:sz w:val="28"/>
          <w:szCs w:val="28"/>
          <w:lang w:val="en-US"/>
        </w:rPr>
        <w:t>.</w:t>
      </w:r>
    </w:p>
    <w:p w14:paraId="3707BD31" w14:textId="5D2C99C1" w:rsidR="00011AE2" w:rsidRPr="00242ECD" w:rsidRDefault="00B87B19" w:rsidP="00242ECD">
      <w:pPr>
        <w:autoSpaceDE w:val="0"/>
        <w:autoSpaceDN w:val="0"/>
        <w:adjustRightInd w:val="0"/>
        <w:spacing w:before="120" w:after="120" w:line="340" w:lineRule="exact"/>
        <w:rPr>
          <w:rFonts w:ascii="Times New Roman" w:hAnsi="Times New Roman" w:cs="Times New Roman"/>
          <w:sz w:val="28"/>
          <w:szCs w:val="28"/>
          <w:lang w:val="en-US"/>
        </w:rPr>
      </w:pPr>
      <w:r>
        <w:rPr>
          <w:rFonts w:ascii="Times New Roman" w:hAnsi="Times New Roman" w:cs="Times New Roman"/>
          <w:sz w:val="28"/>
          <w:szCs w:val="28"/>
          <w:lang w:val="en-US"/>
        </w:rPr>
        <w:t>Đ</w:t>
      </w:r>
      <w:r w:rsidR="003A0182" w:rsidRPr="00242ECD">
        <w:rPr>
          <w:rFonts w:ascii="Times New Roman" w:hAnsi="Times New Roman" w:cs="Times New Roman"/>
          <w:sz w:val="28"/>
          <w:szCs w:val="28"/>
          <w:lang w:val="en-US"/>
        </w:rPr>
        <w:t>ề ngh</w:t>
      </w:r>
      <w:r w:rsidR="002F2210">
        <w:rPr>
          <w:rFonts w:ascii="Times New Roman" w:hAnsi="Times New Roman" w:cs="Times New Roman"/>
          <w:sz w:val="28"/>
          <w:szCs w:val="28"/>
          <w:lang w:val="en-US"/>
        </w:rPr>
        <w:t>ị</w:t>
      </w:r>
      <w:r w:rsidR="005C3EDC" w:rsidRPr="00242ECD">
        <w:rPr>
          <w:rFonts w:ascii="Times New Roman" w:hAnsi="Times New Roman" w:cs="Times New Roman"/>
          <w:sz w:val="28"/>
          <w:szCs w:val="28"/>
          <w:lang w:val="en-US"/>
        </w:rPr>
        <w:t xml:space="preserve"> Quý cơ quan</w:t>
      </w:r>
      <w:r w:rsidR="003A0182" w:rsidRPr="00242ECD">
        <w:rPr>
          <w:rFonts w:ascii="Times New Roman" w:hAnsi="Times New Roman" w:cs="Times New Roman"/>
          <w:sz w:val="28"/>
          <w:szCs w:val="28"/>
          <w:lang w:val="en-US"/>
        </w:rPr>
        <w:t xml:space="preserve"> xem xét, tổ chức thẩm định theo quy định.</w:t>
      </w:r>
    </w:p>
    <w:tbl>
      <w:tblPr>
        <w:tblW w:w="5000" w:type="pct"/>
        <w:tblCellMar>
          <w:left w:w="0" w:type="dxa"/>
          <w:right w:w="0" w:type="dxa"/>
        </w:tblCellMar>
        <w:tblLook w:val="0000" w:firstRow="0" w:lastRow="0" w:firstColumn="0" w:lastColumn="0" w:noHBand="0" w:noVBand="0"/>
      </w:tblPr>
      <w:tblGrid>
        <w:gridCol w:w="4285"/>
        <w:gridCol w:w="4789"/>
      </w:tblGrid>
      <w:tr w:rsidR="003A0182" w:rsidRPr="00970C73" w14:paraId="49F5304B" w14:textId="77777777" w:rsidTr="00624B28">
        <w:trPr>
          <w:trHeight w:val="74"/>
        </w:trPr>
        <w:tc>
          <w:tcPr>
            <w:tcW w:w="2361" w:type="pct"/>
            <w:tcBorders>
              <w:top w:val="nil"/>
              <w:left w:val="nil"/>
              <w:bottom w:val="nil"/>
              <w:right w:val="nil"/>
            </w:tcBorders>
            <w:shd w:val="clear" w:color="auto" w:fill="FFFFFF"/>
          </w:tcPr>
          <w:p w14:paraId="766408E6" w14:textId="77777777" w:rsidR="003A0182" w:rsidRPr="00970C73" w:rsidRDefault="003A0182" w:rsidP="00624B28">
            <w:pPr>
              <w:autoSpaceDE w:val="0"/>
              <w:autoSpaceDN w:val="0"/>
              <w:adjustRightInd w:val="0"/>
              <w:spacing w:before="80" w:after="0" w:line="240" w:lineRule="auto"/>
              <w:jc w:val="right"/>
              <w:rPr>
                <w:rFonts w:ascii="Times New Roman" w:hAnsi="Times New Roman" w:cs="Times New Roman"/>
                <w:lang w:val="en"/>
              </w:rPr>
            </w:pPr>
          </w:p>
        </w:tc>
        <w:tc>
          <w:tcPr>
            <w:tcW w:w="2639" w:type="pct"/>
            <w:tcBorders>
              <w:top w:val="nil"/>
              <w:left w:val="nil"/>
              <w:bottom w:val="nil"/>
              <w:right w:val="nil"/>
            </w:tcBorders>
            <w:shd w:val="clear" w:color="auto" w:fill="FFFFFF"/>
          </w:tcPr>
          <w:p w14:paraId="76B64800" w14:textId="77777777" w:rsidR="003A0182" w:rsidRPr="00C53955" w:rsidRDefault="003A0182" w:rsidP="00C453CE">
            <w:pPr>
              <w:autoSpaceDE w:val="0"/>
              <w:autoSpaceDN w:val="0"/>
              <w:adjustRightInd w:val="0"/>
              <w:spacing w:before="80" w:after="0" w:line="240" w:lineRule="auto"/>
              <w:jc w:val="center"/>
              <w:rPr>
                <w:rFonts w:ascii="Times New Roman" w:hAnsi="Times New Roman" w:cs="Times New Roman"/>
                <w:sz w:val="28"/>
                <w:szCs w:val="28"/>
                <w:lang w:val="en"/>
              </w:rPr>
            </w:pPr>
            <w:r w:rsidRPr="00C53955">
              <w:rPr>
                <w:rFonts w:ascii="Times New Roman" w:hAnsi="Times New Roman" w:cs="Times New Roman"/>
                <w:i/>
                <w:iCs/>
                <w:sz w:val="28"/>
                <w:szCs w:val="28"/>
                <w:lang w:val="en"/>
              </w:rPr>
              <w:t>..., ngày ... tháng ... năm...</w:t>
            </w:r>
            <w:r w:rsidRPr="00C53955">
              <w:rPr>
                <w:rFonts w:ascii="Times New Roman" w:hAnsi="Times New Roman" w:cs="Times New Roman"/>
                <w:sz w:val="28"/>
                <w:szCs w:val="28"/>
                <w:lang w:val="en"/>
              </w:rPr>
              <w:br/>
            </w:r>
            <w:r w:rsidRPr="00C53955">
              <w:rPr>
                <w:rFonts w:ascii="Times New Roman" w:hAnsi="Times New Roman" w:cs="Times New Roman"/>
                <w:b/>
                <w:bCs/>
                <w:sz w:val="28"/>
                <w:szCs w:val="28"/>
                <w:lang w:val="en"/>
              </w:rPr>
              <w:t>Đ</w:t>
            </w:r>
            <w:r w:rsidRPr="00C53955">
              <w:rPr>
                <w:rFonts w:ascii="Times New Roman" w:hAnsi="Times New Roman" w:cs="Times New Roman"/>
                <w:b/>
                <w:bCs/>
                <w:sz w:val="28"/>
                <w:szCs w:val="28"/>
              </w:rPr>
              <w:t>ẠI DIỆN TỔ CHỨC/</w:t>
            </w:r>
            <w:r w:rsidRPr="00C53955">
              <w:rPr>
                <w:rFonts w:ascii="Times New Roman" w:hAnsi="Times New Roman" w:cs="Times New Roman"/>
                <w:b/>
                <w:bCs/>
                <w:sz w:val="28"/>
                <w:szCs w:val="28"/>
                <w:lang w:val="en-US"/>
              </w:rPr>
              <w:t>CÁ NHÂN</w:t>
            </w:r>
            <w:r w:rsidRPr="00C53955">
              <w:rPr>
                <w:rFonts w:ascii="Times New Roman" w:hAnsi="Times New Roman" w:cs="Times New Roman"/>
                <w:sz w:val="28"/>
                <w:szCs w:val="28"/>
              </w:rPr>
              <w:br/>
            </w:r>
            <w:r w:rsidRPr="00C53955">
              <w:rPr>
                <w:rFonts w:ascii="Times New Roman" w:hAnsi="Times New Roman" w:cs="Times New Roman"/>
                <w:i/>
                <w:iCs/>
                <w:sz w:val="28"/>
                <w:szCs w:val="28"/>
                <w:lang w:val="en"/>
              </w:rPr>
              <w:t>(Ký, ghi rõ h</w:t>
            </w:r>
            <w:r w:rsidRPr="00C53955">
              <w:rPr>
                <w:rFonts w:ascii="Times New Roman" w:hAnsi="Times New Roman" w:cs="Times New Roman"/>
                <w:i/>
                <w:iCs/>
                <w:sz w:val="28"/>
                <w:szCs w:val="28"/>
              </w:rPr>
              <w:t>ọ t</w:t>
            </w:r>
            <w:r w:rsidRPr="00C53955">
              <w:rPr>
                <w:rFonts w:ascii="Times New Roman" w:hAnsi="Times New Roman" w:cs="Times New Roman"/>
                <w:i/>
                <w:iCs/>
                <w:sz w:val="28"/>
                <w:szCs w:val="28"/>
                <w:lang w:val="en-US"/>
              </w:rPr>
              <w:t>ên và đóng d</w:t>
            </w:r>
            <w:r w:rsidRPr="00C53955">
              <w:rPr>
                <w:rFonts w:ascii="Times New Roman" w:hAnsi="Times New Roman" w:cs="Times New Roman"/>
                <w:i/>
                <w:iCs/>
                <w:sz w:val="28"/>
                <w:szCs w:val="28"/>
              </w:rPr>
              <w:t>ấu)</w:t>
            </w:r>
            <w:r w:rsidRPr="00C53955">
              <w:rPr>
                <w:rFonts w:ascii="Times New Roman" w:hAnsi="Times New Roman" w:cs="Times New Roman"/>
                <w:sz w:val="28"/>
                <w:szCs w:val="28"/>
              </w:rPr>
              <w:br/>
            </w:r>
          </w:p>
        </w:tc>
      </w:tr>
    </w:tbl>
    <w:p w14:paraId="19869093" w14:textId="77777777" w:rsidR="00D5511F" w:rsidRDefault="00D5511F" w:rsidP="00D5511F">
      <w:pPr>
        <w:shd w:val="clear" w:color="auto" w:fill="FFFFFF"/>
        <w:spacing w:after="0" w:line="234" w:lineRule="atLeast"/>
        <w:ind w:right="660"/>
        <w:rPr>
          <w:rFonts w:ascii="Times New Roman" w:eastAsia="Times New Roman" w:hAnsi="Times New Roman" w:cs="Times New Roman"/>
          <w:i/>
          <w:iCs/>
          <w:color w:val="000000"/>
          <w:szCs w:val="26"/>
          <w:lang w:val="en-US"/>
        </w:rPr>
        <w:sectPr w:rsidR="00D5511F" w:rsidSect="00A37CF3">
          <w:footnotePr>
            <w:numRestart w:val="eachSect"/>
          </w:footnotePr>
          <w:pgSz w:w="11909" w:h="16834"/>
          <w:pgMar w:top="1134" w:right="1134" w:bottom="1134" w:left="1701" w:header="720" w:footer="720" w:gutter="0"/>
          <w:pgNumType w:start="2"/>
          <w:cols w:space="720"/>
          <w:docGrid w:linePitch="299"/>
        </w:sectPr>
      </w:pPr>
      <w:bookmarkStart w:id="3" w:name="I2"/>
    </w:p>
    <w:p w14:paraId="2CBDE99A" w14:textId="41CA3F04" w:rsidR="00624B28" w:rsidRPr="00970C73" w:rsidRDefault="00624B28" w:rsidP="00CA1233">
      <w:pPr>
        <w:jc w:val="right"/>
        <w:rPr>
          <w:rFonts w:ascii="Times New Roman" w:eastAsia="Times New Roman" w:hAnsi="Times New Roman" w:cs="Times New Roman"/>
          <w:i/>
          <w:iCs/>
          <w:color w:val="000000"/>
          <w:szCs w:val="26"/>
        </w:rPr>
      </w:pPr>
      <w:r w:rsidRPr="00970C73">
        <w:rPr>
          <w:rFonts w:ascii="Times New Roman" w:eastAsia="Times New Roman" w:hAnsi="Times New Roman" w:cs="Times New Roman"/>
          <w:i/>
          <w:iCs/>
          <w:color w:val="000000"/>
          <w:szCs w:val="26"/>
          <w:lang w:val="vi-VN"/>
        </w:rPr>
        <w:lastRenderedPageBreak/>
        <w:t xml:space="preserve">Mẫu số </w:t>
      </w:r>
      <w:r w:rsidRPr="00CA1233">
        <w:rPr>
          <w:rFonts w:ascii="Times New Roman" w:eastAsia="Times New Roman" w:hAnsi="Times New Roman" w:cs="Times New Roman"/>
          <w:i/>
          <w:iCs/>
          <w:color w:val="000000"/>
          <w:szCs w:val="26"/>
          <w:lang w:val="vi-VN"/>
        </w:rPr>
        <w:t>I</w:t>
      </w:r>
      <w:r w:rsidRPr="00970C73">
        <w:rPr>
          <w:rFonts w:ascii="Times New Roman" w:eastAsia="Times New Roman" w:hAnsi="Times New Roman" w:cs="Times New Roman"/>
          <w:i/>
          <w:iCs/>
          <w:color w:val="000000"/>
          <w:szCs w:val="26"/>
        </w:rPr>
        <w:t>.</w:t>
      </w:r>
      <w:r w:rsidRPr="00CA1233">
        <w:rPr>
          <w:rFonts w:ascii="Times New Roman" w:eastAsia="Times New Roman" w:hAnsi="Times New Roman" w:cs="Times New Roman"/>
          <w:i/>
          <w:iCs/>
          <w:color w:val="000000"/>
          <w:szCs w:val="26"/>
          <w:lang w:val="vi-VN"/>
        </w:rPr>
        <w:t>2</w:t>
      </w:r>
      <w:bookmarkEnd w:id="3"/>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17A4271E" w14:textId="1402F6BE" w:rsidR="00462F41" w:rsidRPr="00CA1233" w:rsidRDefault="005C1F25" w:rsidP="003A0182">
      <w:pPr>
        <w:autoSpaceDE w:val="0"/>
        <w:autoSpaceDN w:val="0"/>
        <w:adjustRightInd w:val="0"/>
        <w:spacing w:before="80" w:after="0" w:line="240" w:lineRule="auto"/>
        <w:jc w:val="center"/>
        <w:rPr>
          <w:rFonts w:ascii="Times New Roman" w:hAnsi="Times New Roman" w:cs="Times New Roman"/>
          <w:b/>
          <w:sz w:val="26"/>
          <w:szCs w:val="26"/>
          <w:lang w:val="vi-VN"/>
        </w:rPr>
      </w:pPr>
      <w:r w:rsidRPr="00970C73">
        <w:rPr>
          <w:rFonts w:ascii="Times New Roman" w:hAnsi="Times New Roman" w:cs="Times New Roman"/>
          <w:b/>
          <w:bCs/>
          <w:noProof/>
          <w:sz w:val="24"/>
          <w:szCs w:val="24"/>
          <w:lang w:val="en-US"/>
        </w:rPr>
        <mc:AlternateContent>
          <mc:Choice Requires="wps">
            <w:drawing>
              <wp:anchor distT="0" distB="0" distL="114300" distR="114300" simplePos="0" relativeHeight="251658243" behindDoc="0" locked="0" layoutInCell="1" allowOverlap="1" wp14:anchorId="50EC285D" wp14:editId="262662D1">
                <wp:simplePos x="0" y="0"/>
                <wp:positionH relativeFrom="column">
                  <wp:posOffset>1871295</wp:posOffset>
                </wp:positionH>
                <wp:positionV relativeFrom="paragraph">
                  <wp:posOffset>490849</wp:posOffset>
                </wp:positionV>
                <wp:extent cx="2027976" cy="0"/>
                <wp:effectExtent l="0" t="0" r="0" b="0"/>
                <wp:wrapNone/>
                <wp:docPr id="849402400" name="Straight Connector 4"/>
                <wp:cNvGraphicFramePr/>
                <a:graphic xmlns:a="http://schemas.openxmlformats.org/drawingml/2006/main">
                  <a:graphicData uri="http://schemas.microsoft.com/office/word/2010/wordprocessingShape">
                    <wps:wsp>
                      <wps:cNvCnPr/>
                      <wps:spPr>
                        <a:xfrm>
                          <a:off x="0" y="0"/>
                          <a:ext cx="202797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221A51" id="Straight Connector 4"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38.65pt" to="307.0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" strokecolor="black [3040]"/>
            </w:pict>
          </mc:Fallback>
        </mc:AlternateContent>
      </w:r>
      <w:r w:rsidR="00462F41" w:rsidRPr="00970C73">
        <w:rPr>
          <w:rFonts w:ascii="Times New Roman" w:hAnsi="Times New Roman" w:cs="Times New Roman"/>
          <w:b/>
          <w:sz w:val="26"/>
          <w:szCs w:val="26"/>
        </w:rPr>
        <w:t>CỘNG HÒA XÃ HỘI CHỦ NGHĨA VIỆT NAM</w:t>
      </w:r>
      <w:r w:rsidR="00462F41" w:rsidRPr="00970C73">
        <w:rPr>
          <w:rFonts w:ascii="Times New Roman" w:hAnsi="Times New Roman" w:cs="Times New Roman"/>
          <w:b/>
          <w:sz w:val="26"/>
          <w:szCs w:val="26"/>
        </w:rPr>
        <w:br/>
        <w:t>Độc lập - Tự do - Hạnh phúc</w:t>
      </w:r>
      <w:r w:rsidR="00462F41" w:rsidRPr="00970C73">
        <w:rPr>
          <w:rFonts w:ascii="Times New Roman" w:hAnsi="Times New Roman" w:cs="Times New Roman"/>
          <w:b/>
          <w:sz w:val="26"/>
          <w:szCs w:val="26"/>
        </w:rPr>
        <w:br/>
      </w:r>
    </w:p>
    <w:p w14:paraId="34B3E468" w14:textId="5961CA8B" w:rsidR="003A0182" w:rsidRPr="00CA1233" w:rsidRDefault="003A0182" w:rsidP="00427CDA">
      <w:pPr>
        <w:autoSpaceDE w:val="0"/>
        <w:autoSpaceDN w:val="0"/>
        <w:adjustRightInd w:val="0"/>
        <w:spacing w:before="240" w:after="240" w:line="340" w:lineRule="exact"/>
        <w:jc w:val="center"/>
        <w:rPr>
          <w:rFonts w:ascii="Times New Roman" w:hAnsi="Times New Roman" w:cs="Times New Roman"/>
          <w:b/>
          <w:bCs/>
          <w:sz w:val="28"/>
          <w:szCs w:val="28"/>
          <w:lang w:val="vi-VN"/>
        </w:rPr>
      </w:pPr>
      <w:r w:rsidRPr="00CA1233">
        <w:rPr>
          <w:rFonts w:ascii="Times New Roman" w:hAnsi="Times New Roman" w:cs="Times New Roman"/>
          <w:b/>
          <w:bCs/>
          <w:sz w:val="28"/>
          <w:szCs w:val="28"/>
          <w:lang w:val="vi-VN"/>
        </w:rPr>
        <w:t>THUYẾT MINH CÔNG NGHỆ ĐỀ NGHỊ THẨM ĐỊNH</w:t>
      </w:r>
    </w:p>
    <w:p w14:paraId="2A1D4375" w14:textId="5DD2A606" w:rsidR="003A0182" w:rsidRPr="00CA1233" w:rsidRDefault="003A0182" w:rsidP="00C0217A">
      <w:pPr>
        <w:autoSpaceDE w:val="0"/>
        <w:autoSpaceDN w:val="0"/>
        <w:adjustRightInd w:val="0"/>
        <w:spacing w:before="120" w:after="120" w:line="340" w:lineRule="exact"/>
        <w:jc w:val="both"/>
        <w:rPr>
          <w:rFonts w:ascii="Times New Roman" w:hAnsi="Times New Roman" w:cs="Times New Roman"/>
          <w:b/>
          <w:bCs/>
          <w:sz w:val="28"/>
          <w:szCs w:val="28"/>
          <w:lang w:val="vi-VN"/>
        </w:rPr>
      </w:pPr>
      <w:r w:rsidRPr="00CA1233">
        <w:rPr>
          <w:rFonts w:ascii="Times New Roman" w:hAnsi="Times New Roman" w:cs="Times New Roman"/>
          <w:b/>
          <w:bCs/>
          <w:sz w:val="28"/>
          <w:szCs w:val="28"/>
          <w:lang w:val="vi-VN"/>
        </w:rPr>
        <w:t>I. THÔNG TIN TỔ CHỨC, CÁ NHÂN ĐỀ NGHỊ THẨM ĐỊNH</w:t>
      </w:r>
    </w:p>
    <w:p w14:paraId="3FB1AC02" w14:textId="28700278" w:rsidR="003A0182" w:rsidRPr="009E6DEB"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9E6DEB">
        <w:rPr>
          <w:rFonts w:ascii="Times New Roman" w:hAnsi="Times New Roman" w:cs="Times New Roman"/>
          <w:sz w:val="28"/>
          <w:szCs w:val="28"/>
          <w:lang w:val="vi-VN"/>
        </w:rPr>
        <w:t xml:space="preserve">1. </w:t>
      </w:r>
      <w:r w:rsidR="003A0182" w:rsidRPr="009E6DEB">
        <w:rPr>
          <w:rFonts w:ascii="Times New Roman" w:hAnsi="Times New Roman" w:cs="Times New Roman"/>
          <w:sz w:val="28"/>
          <w:szCs w:val="28"/>
          <w:lang w:val="vi-VN"/>
        </w:rPr>
        <w:t>Tên tổ chức/cá nhân:</w:t>
      </w:r>
      <w:r w:rsidR="009E6DEB" w:rsidRPr="009E6DEB">
        <w:rPr>
          <w:rFonts w:ascii="Times New Roman" w:hAnsi="Times New Roman" w:cs="Times New Roman"/>
          <w:sz w:val="28"/>
          <w:szCs w:val="28"/>
          <w:lang w:val="vi-VN"/>
        </w:rPr>
        <w:tab/>
      </w:r>
    </w:p>
    <w:p w14:paraId="1E208DAA" w14:textId="3D251ECF"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8C22BF">
        <w:rPr>
          <w:rFonts w:ascii="Times New Roman" w:hAnsi="Times New Roman" w:cs="Times New Roman"/>
          <w:sz w:val="28"/>
          <w:szCs w:val="28"/>
          <w:lang w:val="vi-VN"/>
        </w:rPr>
        <w:t xml:space="preserve">2. </w:t>
      </w:r>
      <w:r w:rsidR="003A0182" w:rsidRPr="008C22BF">
        <w:rPr>
          <w:rFonts w:ascii="Times New Roman" w:hAnsi="Times New Roman" w:cs="Times New Roman"/>
          <w:sz w:val="28"/>
          <w:szCs w:val="28"/>
          <w:lang w:val="vi-VN"/>
        </w:rPr>
        <w:t xml:space="preserve">Mã số </w:t>
      </w:r>
      <w:r w:rsidR="00EC2EEB" w:rsidRPr="00696945">
        <w:rPr>
          <w:rFonts w:ascii="Times New Roman" w:hAnsi="Times New Roman" w:cs="Times New Roman"/>
          <w:sz w:val="28"/>
          <w:szCs w:val="28"/>
          <w:lang w:val="vi-VN"/>
        </w:rPr>
        <w:t>thuế</w:t>
      </w:r>
      <w:r w:rsidR="003A0182" w:rsidRPr="008C22BF">
        <w:rPr>
          <w:rFonts w:ascii="Times New Roman" w:hAnsi="Times New Roman" w:cs="Times New Roman"/>
          <w:sz w:val="28"/>
          <w:szCs w:val="28"/>
          <w:lang w:val="vi-VN"/>
        </w:rPr>
        <w:t>:</w:t>
      </w:r>
      <w:r w:rsidR="00EC2EEB" w:rsidRPr="00696945">
        <w:rPr>
          <w:rFonts w:ascii="Times New Roman" w:hAnsi="Times New Roman" w:cs="Times New Roman"/>
          <w:sz w:val="28"/>
          <w:szCs w:val="28"/>
          <w:lang w:val="vi-VN"/>
        </w:rPr>
        <w:tab/>
      </w:r>
    </w:p>
    <w:p w14:paraId="61E76A6E" w14:textId="4E93EBD4"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3. </w:t>
      </w:r>
      <w:r w:rsidR="003A0182" w:rsidRPr="00696945">
        <w:rPr>
          <w:rFonts w:ascii="Times New Roman" w:hAnsi="Times New Roman" w:cs="Times New Roman"/>
          <w:sz w:val="28"/>
          <w:szCs w:val="28"/>
          <w:lang w:val="vi-VN"/>
        </w:rPr>
        <w:t>Địa chỉ trụ sở chính</w:t>
      </w:r>
      <w:r w:rsidR="00F8758C" w:rsidRPr="00696945">
        <w:rPr>
          <w:rFonts w:ascii="Times New Roman" w:hAnsi="Times New Roman" w:cs="Times New Roman"/>
          <w:sz w:val="28"/>
          <w:szCs w:val="28"/>
          <w:lang w:val="vi-VN"/>
        </w:rPr>
        <w:t xml:space="preserve"> (đối với tổ ch</w:t>
      </w:r>
      <w:bookmarkStart w:id="4" w:name="_GoBack"/>
      <w:bookmarkEnd w:id="4"/>
      <w:r w:rsidR="00F8758C" w:rsidRPr="00696945">
        <w:rPr>
          <w:rFonts w:ascii="Times New Roman" w:hAnsi="Times New Roman" w:cs="Times New Roman"/>
          <w:sz w:val="28"/>
          <w:szCs w:val="28"/>
          <w:lang w:val="vi-VN"/>
        </w:rPr>
        <w:t>ức)</w:t>
      </w:r>
      <w:r w:rsidR="003A0182" w:rsidRPr="00696945">
        <w:rPr>
          <w:rFonts w:ascii="Times New Roman" w:hAnsi="Times New Roman" w:cs="Times New Roman"/>
          <w:sz w:val="28"/>
          <w:szCs w:val="28"/>
          <w:lang w:val="vi-VN"/>
        </w:rPr>
        <w:t>/địa chỉ thường trú</w:t>
      </w:r>
      <w:r w:rsidR="00F8758C" w:rsidRPr="00696945">
        <w:rPr>
          <w:rFonts w:ascii="Times New Roman" w:hAnsi="Times New Roman" w:cs="Times New Roman"/>
          <w:sz w:val="28"/>
          <w:szCs w:val="28"/>
          <w:lang w:val="vi-VN"/>
        </w:rPr>
        <w:t xml:space="preserve"> (đối với cá nhân)</w:t>
      </w:r>
      <w:r w:rsidR="003A0182" w:rsidRPr="00696945">
        <w:rPr>
          <w:rFonts w:ascii="Times New Roman" w:hAnsi="Times New Roman" w:cs="Times New Roman"/>
          <w:sz w:val="28"/>
          <w:szCs w:val="28"/>
          <w:lang w:val="vi-VN"/>
        </w:rPr>
        <w:t>:</w:t>
      </w:r>
      <w:r w:rsidR="00F8758C" w:rsidRPr="00696945">
        <w:rPr>
          <w:rFonts w:ascii="Times New Roman" w:hAnsi="Times New Roman" w:cs="Times New Roman"/>
          <w:sz w:val="28"/>
          <w:szCs w:val="28"/>
          <w:lang w:val="vi-VN"/>
        </w:rPr>
        <w:tab/>
      </w:r>
    </w:p>
    <w:p w14:paraId="05EAD63B" w14:textId="0093C6CE"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4. </w:t>
      </w:r>
      <w:r w:rsidR="003A0182" w:rsidRPr="00696945">
        <w:rPr>
          <w:rFonts w:ascii="Times New Roman" w:hAnsi="Times New Roman" w:cs="Times New Roman"/>
          <w:sz w:val="28"/>
          <w:szCs w:val="28"/>
          <w:lang w:val="vi-VN"/>
        </w:rPr>
        <w:t>Địa điểm thử nghiệm/vận hành/địa điểm đề nghị đánh giá thực tế (nếu có):</w:t>
      </w:r>
      <w:r w:rsidR="00743D6C" w:rsidRPr="00696945">
        <w:rPr>
          <w:rFonts w:ascii="Times New Roman" w:hAnsi="Times New Roman" w:cs="Times New Roman"/>
          <w:sz w:val="28"/>
          <w:szCs w:val="28"/>
          <w:lang w:val="vi-VN"/>
        </w:rPr>
        <w:tab/>
      </w:r>
    </w:p>
    <w:p w14:paraId="1D2947DD" w14:textId="01A1DB5C" w:rsidR="003A0182" w:rsidRPr="00696945" w:rsidRDefault="00992AE3" w:rsidP="00C0217A">
      <w:pPr>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5. </w:t>
      </w:r>
      <w:r w:rsidR="003A0182" w:rsidRPr="00696945">
        <w:rPr>
          <w:rFonts w:ascii="Times New Roman" w:hAnsi="Times New Roman" w:cs="Times New Roman"/>
          <w:sz w:val="28"/>
          <w:szCs w:val="28"/>
          <w:lang w:val="vi-VN"/>
        </w:rPr>
        <w:t xml:space="preserve">Điện thoại: ........................................... Email: ................................................... </w:t>
      </w:r>
    </w:p>
    <w:p w14:paraId="53B6A620" w14:textId="5DB4C274" w:rsidR="003A0182" w:rsidRPr="00696945" w:rsidRDefault="00992AE3"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vi-VN"/>
        </w:rPr>
      </w:pPr>
      <w:r w:rsidRPr="00696945">
        <w:rPr>
          <w:rFonts w:ascii="Times New Roman" w:hAnsi="Times New Roman" w:cs="Times New Roman"/>
          <w:sz w:val="28"/>
          <w:szCs w:val="28"/>
          <w:lang w:val="vi-VN"/>
        </w:rPr>
        <w:t xml:space="preserve">6. </w:t>
      </w:r>
      <w:r w:rsidR="003A0182" w:rsidRPr="00696945">
        <w:rPr>
          <w:rFonts w:ascii="Times New Roman" w:hAnsi="Times New Roman" w:cs="Times New Roman"/>
          <w:sz w:val="28"/>
          <w:szCs w:val="28"/>
          <w:lang w:val="vi-VN"/>
        </w:rPr>
        <w:t>Người đại diện theo pháp luật (đối với tổ chức):</w:t>
      </w:r>
      <w:r w:rsidR="00C97C09" w:rsidRPr="00696945">
        <w:rPr>
          <w:rFonts w:ascii="Times New Roman" w:hAnsi="Times New Roman" w:cs="Times New Roman"/>
          <w:sz w:val="28"/>
          <w:szCs w:val="28"/>
          <w:lang w:val="vi-VN"/>
        </w:rPr>
        <w:tab/>
      </w:r>
    </w:p>
    <w:p w14:paraId="7ED04D4F" w14:textId="69781BE1" w:rsidR="003A0182" w:rsidRPr="00CA1233" w:rsidRDefault="003A0182" w:rsidP="00C0217A">
      <w:pPr>
        <w:autoSpaceDE w:val="0"/>
        <w:autoSpaceDN w:val="0"/>
        <w:adjustRightInd w:val="0"/>
        <w:spacing w:before="120" w:after="120" w:line="340" w:lineRule="exact"/>
        <w:jc w:val="both"/>
        <w:rPr>
          <w:rFonts w:ascii="Times New Roman" w:hAnsi="Times New Roman" w:cs="Times New Roman"/>
          <w:b/>
          <w:bCs/>
          <w:sz w:val="28"/>
          <w:szCs w:val="28"/>
          <w:lang w:val="en-US"/>
        </w:rPr>
      </w:pPr>
      <w:r w:rsidRPr="00CA1233">
        <w:rPr>
          <w:rFonts w:ascii="Times New Roman" w:hAnsi="Times New Roman" w:cs="Times New Roman"/>
          <w:b/>
          <w:bCs/>
          <w:sz w:val="28"/>
          <w:szCs w:val="28"/>
          <w:lang w:val="en-US"/>
        </w:rPr>
        <w:t>II. THÔNG TIN</w:t>
      </w:r>
      <w:r w:rsidR="00DF2333" w:rsidRPr="00CA1233">
        <w:rPr>
          <w:rFonts w:ascii="Times New Roman" w:hAnsi="Times New Roman" w:cs="Times New Roman"/>
          <w:b/>
          <w:bCs/>
          <w:sz w:val="28"/>
          <w:szCs w:val="28"/>
          <w:lang w:val="en-US"/>
        </w:rPr>
        <w:t xml:space="preserve"> CHUNG</w:t>
      </w:r>
      <w:r w:rsidRPr="00CA1233">
        <w:rPr>
          <w:rFonts w:ascii="Times New Roman" w:hAnsi="Times New Roman" w:cs="Times New Roman"/>
          <w:b/>
          <w:bCs/>
          <w:sz w:val="28"/>
          <w:szCs w:val="28"/>
          <w:lang w:val="en-US"/>
        </w:rPr>
        <w:t xml:space="preserve"> VỀ CÔNG NGHỆ</w:t>
      </w:r>
      <w:r w:rsidR="00DF2333" w:rsidRPr="00CA1233">
        <w:rPr>
          <w:rFonts w:ascii="Times New Roman" w:hAnsi="Times New Roman" w:cs="Times New Roman"/>
          <w:b/>
          <w:bCs/>
          <w:sz w:val="28"/>
          <w:szCs w:val="28"/>
          <w:lang w:val="en-US"/>
        </w:rPr>
        <w:t xml:space="preserve">  </w:t>
      </w:r>
    </w:p>
    <w:p w14:paraId="7EFACBC4" w14:textId="68FDCFD6" w:rsidR="00831C4F" w:rsidRPr="00CA1233" w:rsidRDefault="00BC3AA5"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1. </w:t>
      </w:r>
      <w:r w:rsidR="00831C4F" w:rsidRPr="00CA1233">
        <w:rPr>
          <w:rFonts w:ascii="Times New Roman" w:hAnsi="Times New Roman" w:cs="Times New Roman"/>
          <w:sz w:val="28"/>
          <w:szCs w:val="28"/>
          <w:lang w:val="en-US"/>
        </w:rPr>
        <w:t>Tên công nghệ:</w:t>
      </w:r>
      <w:r w:rsidR="002742E1">
        <w:rPr>
          <w:rFonts w:ascii="Times New Roman" w:hAnsi="Times New Roman" w:cs="Times New Roman"/>
          <w:sz w:val="28"/>
          <w:szCs w:val="28"/>
          <w:lang w:val="en-US"/>
        </w:rPr>
        <w:tab/>
      </w:r>
    </w:p>
    <w:p w14:paraId="766822E6" w14:textId="1CA85E9D" w:rsidR="00831C4F" w:rsidRPr="00CA1233" w:rsidRDefault="00BC3AA5"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2. </w:t>
      </w:r>
      <w:r w:rsidR="00831C4F" w:rsidRPr="00CA1233">
        <w:rPr>
          <w:rFonts w:ascii="Times New Roman" w:hAnsi="Times New Roman" w:cs="Times New Roman"/>
          <w:sz w:val="28"/>
          <w:szCs w:val="28"/>
          <w:lang w:val="en-US"/>
        </w:rPr>
        <w:t>Thuộc lĩnh vực công nghệ</w:t>
      </w:r>
      <w:r w:rsidR="00831C4F" w:rsidRPr="00CA1233">
        <w:rPr>
          <w:rStyle w:val="FootnoteReference"/>
          <w:rFonts w:ascii="Times New Roman" w:hAnsi="Times New Roman" w:cs="Times New Roman"/>
          <w:sz w:val="28"/>
          <w:szCs w:val="28"/>
          <w:lang w:val="en-US"/>
        </w:rPr>
        <w:footnoteReference w:id="5"/>
      </w:r>
      <w:r w:rsidR="00831C4F" w:rsidRPr="00CA1233">
        <w:rPr>
          <w:rFonts w:ascii="Times New Roman" w:hAnsi="Times New Roman" w:cs="Times New Roman"/>
          <w:sz w:val="28"/>
          <w:szCs w:val="28"/>
          <w:lang w:val="en-US"/>
        </w:rPr>
        <w:t>:</w:t>
      </w:r>
      <w:r w:rsidR="002742E1">
        <w:rPr>
          <w:rFonts w:ascii="Times New Roman" w:hAnsi="Times New Roman" w:cs="Times New Roman"/>
          <w:sz w:val="28"/>
          <w:szCs w:val="28"/>
          <w:lang w:val="en-US"/>
        </w:rPr>
        <w:tab/>
      </w:r>
    </w:p>
    <w:p w14:paraId="140FC5C5" w14:textId="16B64C3D" w:rsidR="00831C4F" w:rsidRPr="00CA1233" w:rsidRDefault="00BC3AA5" w:rsidP="00C0217A">
      <w:pPr>
        <w:tabs>
          <w:tab w:val="left" w:leader="dot" w:pos="9072"/>
        </w:tabs>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3. </w:t>
      </w:r>
      <w:r w:rsidR="00831C4F" w:rsidRPr="00CA1233">
        <w:rPr>
          <w:rFonts w:ascii="Times New Roman" w:hAnsi="Times New Roman" w:cs="Times New Roman"/>
          <w:sz w:val="28"/>
          <w:szCs w:val="28"/>
          <w:lang w:val="en-US"/>
        </w:rPr>
        <w:t>Lĩnh vực/ngành áp dụng</w:t>
      </w:r>
      <w:r w:rsidR="00831C4F" w:rsidRPr="00CA1233">
        <w:rPr>
          <w:rStyle w:val="FootnoteReference"/>
          <w:rFonts w:ascii="Times New Roman" w:hAnsi="Times New Roman" w:cs="Times New Roman"/>
          <w:sz w:val="28"/>
          <w:szCs w:val="28"/>
          <w:lang w:val="en-US"/>
        </w:rPr>
        <w:footnoteReference w:id="6"/>
      </w:r>
      <w:r w:rsidR="00831C4F" w:rsidRPr="00CA1233">
        <w:rPr>
          <w:rFonts w:ascii="Times New Roman" w:hAnsi="Times New Roman" w:cs="Times New Roman"/>
          <w:sz w:val="28"/>
          <w:szCs w:val="28"/>
          <w:lang w:val="en-US"/>
        </w:rPr>
        <w:t>:</w:t>
      </w:r>
      <w:r w:rsidR="002742E1">
        <w:rPr>
          <w:rFonts w:ascii="Times New Roman" w:hAnsi="Times New Roman" w:cs="Times New Roman"/>
          <w:sz w:val="28"/>
          <w:szCs w:val="28"/>
          <w:lang w:val="en-US"/>
        </w:rPr>
        <w:tab/>
      </w:r>
    </w:p>
    <w:p w14:paraId="69BB4461" w14:textId="77777777" w:rsidR="00970C73" w:rsidRPr="00CA1233" w:rsidRDefault="00BC3AA5"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4. </w:t>
      </w:r>
      <w:r w:rsidR="00831C4F" w:rsidRPr="00CA1233">
        <w:rPr>
          <w:rFonts w:ascii="Times New Roman" w:hAnsi="Times New Roman" w:cs="Times New Roman"/>
          <w:sz w:val="28"/>
          <w:szCs w:val="28"/>
          <w:lang w:val="en-US"/>
        </w:rPr>
        <w:t>Nguồn gốc công nghệ:</w:t>
      </w:r>
    </w:p>
    <w:p w14:paraId="44940761" w14:textId="77777777" w:rsidR="00970C73" w:rsidRPr="00CA1233" w:rsidRDefault="00831C4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376E4D">
        <w:rPr>
          <w:rFonts w:ascii="Times New Roman" w:hAnsi="Times New Roman" w:cs="Times New Roman"/>
          <w:sz w:val="40"/>
          <w:szCs w:val="40"/>
          <w:lang w:val="en-US"/>
        </w:rPr>
        <w:t>□</w:t>
      </w:r>
      <w:r w:rsidRPr="00CA1233">
        <w:rPr>
          <w:rFonts w:ascii="Times New Roman" w:hAnsi="Times New Roman" w:cs="Times New Roman"/>
          <w:sz w:val="28"/>
          <w:szCs w:val="28"/>
          <w:lang w:val="en-US"/>
        </w:rPr>
        <w:t xml:space="preserve"> Công nghệ do (tổ chức/cá nhân) nghiên cứu tạo ra</w:t>
      </w:r>
    </w:p>
    <w:p w14:paraId="3C22E5EB" w14:textId="71ABA251" w:rsidR="00831C4F" w:rsidRPr="00CA1233" w:rsidRDefault="00831C4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376E4D">
        <w:rPr>
          <w:rFonts w:ascii="Times New Roman" w:hAnsi="Times New Roman" w:cs="Times New Roman"/>
          <w:sz w:val="40"/>
          <w:szCs w:val="40"/>
          <w:lang w:val="en-US"/>
        </w:rPr>
        <w:t>□</w:t>
      </w:r>
      <w:r w:rsidRPr="00CA1233">
        <w:rPr>
          <w:rFonts w:ascii="Times New Roman" w:hAnsi="Times New Roman" w:cs="Times New Roman"/>
          <w:sz w:val="28"/>
          <w:szCs w:val="28"/>
          <w:lang w:val="en-US"/>
        </w:rPr>
        <w:t xml:space="preserve"> Công nghệ do (tổ chức/cá nhân) đầu tư</w:t>
      </w:r>
    </w:p>
    <w:p w14:paraId="2145E5BE" w14:textId="3BFE2D52" w:rsidR="003A0182" w:rsidRPr="00CA1233" w:rsidRDefault="003A0182" w:rsidP="00C0217A">
      <w:pPr>
        <w:autoSpaceDE w:val="0"/>
        <w:autoSpaceDN w:val="0"/>
        <w:adjustRightInd w:val="0"/>
        <w:spacing w:before="120" w:after="120" w:line="340" w:lineRule="exact"/>
        <w:jc w:val="both"/>
        <w:rPr>
          <w:rFonts w:ascii="Times New Roman" w:hAnsi="Times New Roman" w:cs="Times New Roman"/>
          <w:b/>
          <w:bCs/>
          <w:sz w:val="28"/>
          <w:szCs w:val="28"/>
          <w:lang w:val="en-US"/>
        </w:rPr>
      </w:pPr>
      <w:r w:rsidRPr="00CA1233">
        <w:rPr>
          <w:rFonts w:ascii="Times New Roman" w:hAnsi="Times New Roman" w:cs="Times New Roman"/>
          <w:b/>
          <w:bCs/>
          <w:sz w:val="28"/>
          <w:szCs w:val="28"/>
          <w:lang w:val="en-US"/>
        </w:rPr>
        <w:t xml:space="preserve">III. </w:t>
      </w:r>
      <w:r w:rsidR="001E3B23" w:rsidRPr="00CA1233">
        <w:rPr>
          <w:rFonts w:ascii="Times New Roman" w:hAnsi="Times New Roman" w:cs="Times New Roman"/>
          <w:b/>
          <w:bCs/>
          <w:sz w:val="28"/>
          <w:szCs w:val="28"/>
          <w:lang w:val="en-US"/>
        </w:rPr>
        <w:t>THUYẾT MINH VỀ CÔNG NGHỆ</w:t>
      </w:r>
    </w:p>
    <w:p w14:paraId="65F9524D" w14:textId="008752AE" w:rsidR="004B511D" w:rsidRDefault="0055181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1. </w:t>
      </w:r>
      <w:r w:rsidR="002F1380">
        <w:rPr>
          <w:rFonts w:ascii="Times New Roman" w:hAnsi="Times New Roman" w:cs="Times New Roman"/>
          <w:sz w:val="28"/>
          <w:szCs w:val="28"/>
          <w:lang w:val="en-US"/>
        </w:rPr>
        <w:t>P</w:t>
      </w:r>
      <w:r w:rsidR="002F1380" w:rsidRPr="002F1380">
        <w:rPr>
          <w:rFonts w:ascii="Times New Roman" w:hAnsi="Times New Roman" w:cs="Times New Roman"/>
          <w:sz w:val="28"/>
          <w:szCs w:val="28"/>
          <w:lang w:val="en-US"/>
        </w:rPr>
        <w:t xml:space="preserve">hương án, quy trình công nghệ, giải pháp kỹ thuật </w:t>
      </w:r>
      <w:r w:rsidR="00C45515" w:rsidRPr="00C45515">
        <w:rPr>
          <w:rFonts w:ascii="Times New Roman" w:hAnsi="Times New Roman" w:cs="Times New Roman"/>
          <w:i/>
          <w:iCs/>
          <w:sz w:val="28"/>
          <w:szCs w:val="28"/>
          <w:lang w:val="en-US"/>
        </w:rPr>
        <w:t>(</w:t>
      </w:r>
      <w:r w:rsidR="002F1380" w:rsidRPr="00C45515">
        <w:rPr>
          <w:rFonts w:ascii="Times New Roman" w:hAnsi="Times New Roman" w:cs="Times New Roman"/>
          <w:i/>
          <w:iCs/>
          <w:sz w:val="28"/>
          <w:szCs w:val="28"/>
          <w:lang w:val="en-US"/>
        </w:rPr>
        <w:t>mô tả rõ ràng về nguyên lý hoạt động và cách thức vận hành</w:t>
      </w:r>
      <w:r w:rsidR="00C45515" w:rsidRPr="00C45515">
        <w:rPr>
          <w:rFonts w:ascii="Times New Roman" w:hAnsi="Times New Roman" w:cs="Times New Roman"/>
          <w:i/>
          <w:iCs/>
          <w:sz w:val="28"/>
          <w:szCs w:val="28"/>
          <w:lang w:val="en-US"/>
        </w:rPr>
        <w:t>)</w:t>
      </w:r>
      <w:r w:rsidR="00B83162">
        <w:rPr>
          <w:rFonts w:ascii="Times New Roman" w:hAnsi="Times New Roman" w:cs="Times New Roman"/>
          <w:i/>
          <w:iCs/>
          <w:sz w:val="28"/>
          <w:szCs w:val="28"/>
          <w:lang w:val="en-US"/>
        </w:rPr>
        <w:t>.</w:t>
      </w:r>
    </w:p>
    <w:p w14:paraId="4F47BA9C" w14:textId="14C2641C" w:rsidR="0055181F" w:rsidRDefault="0055181F" w:rsidP="00C0217A">
      <w:pPr>
        <w:autoSpaceDE w:val="0"/>
        <w:autoSpaceDN w:val="0"/>
        <w:adjustRightInd w:val="0"/>
        <w:spacing w:before="120" w:after="120" w:line="340" w:lineRule="exact"/>
        <w:jc w:val="both"/>
        <w:rPr>
          <w:rFonts w:ascii="Times New Roman" w:hAnsi="Times New Roman" w:cs="Times New Roman"/>
          <w:i/>
          <w:iCs/>
          <w:sz w:val="28"/>
          <w:szCs w:val="28"/>
          <w:lang w:val="en-US"/>
        </w:rPr>
      </w:pPr>
      <w:r w:rsidRPr="00CA1233">
        <w:rPr>
          <w:rFonts w:ascii="Times New Roman" w:hAnsi="Times New Roman" w:cs="Times New Roman"/>
          <w:sz w:val="28"/>
          <w:szCs w:val="28"/>
          <w:lang w:val="en-US"/>
        </w:rPr>
        <w:t xml:space="preserve">2. </w:t>
      </w:r>
      <w:r w:rsidR="002C72CE">
        <w:rPr>
          <w:rFonts w:ascii="Times New Roman" w:hAnsi="Times New Roman" w:cs="Times New Roman"/>
          <w:sz w:val="28"/>
          <w:szCs w:val="28"/>
          <w:lang w:val="en-US"/>
        </w:rPr>
        <w:t>C</w:t>
      </w:r>
      <w:r w:rsidRPr="00CA1233">
        <w:rPr>
          <w:rFonts w:ascii="Times New Roman" w:hAnsi="Times New Roman" w:cs="Times New Roman"/>
          <w:sz w:val="28"/>
          <w:szCs w:val="28"/>
          <w:lang w:val="en-US"/>
        </w:rPr>
        <w:t xml:space="preserve">ác yếu tố kỹ thuật </w:t>
      </w:r>
      <w:r w:rsidR="002C72CE" w:rsidRPr="002C72CE">
        <w:rPr>
          <w:rFonts w:ascii="Times New Roman" w:hAnsi="Times New Roman" w:cs="Times New Roman"/>
          <w:sz w:val="28"/>
          <w:szCs w:val="28"/>
          <w:lang w:val="en-US"/>
        </w:rPr>
        <w:t>để thực hiện phương án, quy trình công nghệ, giải pháp kỹ thuật</w:t>
      </w:r>
      <w:r w:rsidRPr="00CA1233">
        <w:rPr>
          <w:rFonts w:ascii="Times New Roman" w:hAnsi="Times New Roman" w:cs="Times New Roman"/>
          <w:sz w:val="28"/>
          <w:szCs w:val="28"/>
          <w:lang w:val="en-US"/>
        </w:rPr>
        <w:t xml:space="preserve"> </w:t>
      </w:r>
      <w:r w:rsidRPr="002C72CE">
        <w:rPr>
          <w:rFonts w:ascii="Times New Roman" w:hAnsi="Times New Roman" w:cs="Times New Roman"/>
          <w:i/>
          <w:iCs/>
          <w:sz w:val="28"/>
          <w:szCs w:val="28"/>
          <w:lang w:val="en-US"/>
        </w:rPr>
        <w:t>(</w:t>
      </w:r>
      <w:r w:rsidR="002C72CE">
        <w:rPr>
          <w:rFonts w:ascii="Times New Roman" w:hAnsi="Times New Roman" w:cs="Times New Roman"/>
          <w:i/>
          <w:iCs/>
          <w:sz w:val="28"/>
          <w:szCs w:val="28"/>
          <w:lang w:val="en-US"/>
        </w:rPr>
        <w:t>bao gồm:</w:t>
      </w:r>
      <w:r w:rsidR="002C72CE" w:rsidRPr="002C72CE">
        <w:t xml:space="preserve"> </w:t>
      </w:r>
      <w:r w:rsidR="002C72CE" w:rsidRPr="002C72CE">
        <w:rPr>
          <w:rFonts w:ascii="Times New Roman" w:hAnsi="Times New Roman" w:cs="Times New Roman"/>
          <w:i/>
          <w:iCs/>
          <w:sz w:val="28"/>
          <w:szCs w:val="28"/>
          <w:lang w:val="en-US"/>
        </w:rPr>
        <w:t>công cụ, thiết bị, thông số, thiết kế, sơ đồ kỹ thuật, mô hình, thuật toán, công thức, phần mềm, thông tin, dữ liệu, vật liệu hoặc yếu tố kỹ thuật khác</w:t>
      </w:r>
      <w:r w:rsidRPr="002C72CE">
        <w:rPr>
          <w:rFonts w:ascii="Times New Roman" w:hAnsi="Times New Roman" w:cs="Times New Roman"/>
          <w:i/>
          <w:iCs/>
          <w:sz w:val="28"/>
          <w:szCs w:val="28"/>
          <w:lang w:val="en-US"/>
        </w:rPr>
        <w:t>)</w:t>
      </w:r>
      <w:r w:rsidR="00B83162">
        <w:rPr>
          <w:rFonts w:ascii="Times New Roman" w:hAnsi="Times New Roman" w:cs="Times New Roman"/>
          <w:i/>
          <w:iCs/>
          <w:sz w:val="28"/>
          <w:szCs w:val="28"/>
          <w:lang w:val="en-US"/>
        </w:rPr>
        <w:t>.</w:t>
      </w:r>
    </w:p>
    <w:p w14:paraId="0DCEC326" w14:textId="7B4803B0" w:rsidR="0055181F" w:rsidRPr="00CA1233" w:rsidRDefault="0055181F"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3. </w:t>
      </w:r>
      <w:r w:rsidR="00483F52">
        <w:rPr>
          <w:rFonts w:ascii="Times New Roman" w:hAnsi="Times New Roman" w:cs="Times New Roman"/>
          <w:sz w:val="28"/>
          <w:szCs w:val="28"/>
          <w:lang w:val="en-US"/>
        </w:rPr>
        <w:t>K</w:t>
      </w:r>
      <w:r w:rsidR="00483F52" w:rsidRPr="00483F52">
        <w:rPr>
          <w:rFonts w:ascii="Times New Roman" w:hAnsi="Times New Roman" w:cs="Times New Roman"/>
          <w:sz w:val="28"/>
          <w:szCs w:val="28"/>
          <w:lang w:val="en-US"/>
        </w:rPr>
        <w:t>hả năng tạo ra sản phẩm, dịch vụ hoặc kết quả cụ thể</w:t>
      </w:r>
      <w:r w:rsidR="00483F52">
        <w:rPr>
          <w:rFonts w:ascii="Times New Roman" w:hAnsi="Times New Roman" w:cs="Times New Roman"/>
          <w:sz w:val="28"/>
          <w:szCs w:val="28"/>
          <w:lang w:val="en-US"/>
        </w:rPr>
        <w:t xml:space="preserve"> </w:t>
      </w:r>
      <w:r w:rsidR="00483F52" w:rsidRPr="00483F52">
        <w:rPr>
          <w:rFonts w:ascii="Times New Roman" w:hAnsi="Times New Roman" w:cs="Times New Roman"/>
          <w:i/>
          <w:iCs/>
          <w:sz w:val="28"/>
          <w:szCs w:val="28"/>
          <w:lang w:val="en-US"/>
        </w:rPr>
        <w:t>(</w:t>
      </w:r>
      <w:r w:rsidR="009F7701">
        <w:rPr>
          <w:rFonts w:ascii="Times New Roman" w:hAnsi="Times New Roman" w:cs="Times New Roman"/>
          <w:i/>
          <w:iCs/>
          <w:sz w:val="28"/>
          <w:szCs w:val="28"/>
          <w:lang w:val="en-US"/>
        </w:rPr>
        <w:t>m</w:t>
      </w:r>
      <w:r w:rsidR="009F7701" w:rsidRPr="009F7701">
        <w:rPr>
          <w:rFonts w:ascii="Times New Roman" w:hAnsi="Times New Roman" w:cs="Times New Roman"/>
          <w:i/>
          <w:iCs/>
          <w:sz w:val="28"/>
          <w:szCs w:val="28"/>
          <w:lang w:val="en-US"/>
        </w:rPr>
        <w:t>ô tả sản phẩm, dịch vụ hoặc kết quả thử nghiệm trong điều kiện thực tế</w:t>
      </w:r>
      <w:r w:rsidR="00483F52" w:rsidRPr="00483F52">
        <w:rPr>
          <w:rFonts w:ascii="Times New Roman" w:hAnsi="Times New Roman" w:cs="Times New Roman"/>
          <w:i/>
          <w:iCs/>
          <w:sz w:val="28"/>
          <w:szCs w:val="28"/>
          <w:lang w:val="en-US"/>
        </w:rPr>
        <w:t>)</w:t>
      </w:r>
      <w:r w:rsidR="00B83162">
        <w:rPr>
          <w:rFonts w:ascii="Times New Roman" w:hAnsi="Times New Roman" w:cs="Times New Roman"/>
          <w:i/>
          <w:iCs/>
          <w:sz w:val="28"/>
          <w:szCs w:val="28"/>
          <w:lang w:val="en-US"/>
        </w:rPr>
        <w:t>.</w:t>
      </w:r>
    </w:p>
    <w:p w14:paraId="2A77644E" w14:textId="3798C846" w:rsidR="00305A1E" w:rsidRDefault="0054398B"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4.</w:t>
      </w:r>
      <w:r w:rsidR="0055181F" w:rsidRPr="00CA1233">
        <w:rPr>
          <w:rFonts w:ascii="Times New Roman" w:hAnsi="Times New Roman" w:cs="Times New Roman"/>
          <w:sz w:val="28"/>
          <w:szCs w:val="28"/>
          <w:lang w:val="en-US"/>
        </w:rPr>
        <w:t xml:space="preserve"> </w:t>
      </w:r>
      <w:r w:rsidR="009E7109" w:rsidRPr="00CA1233">
        <w:rPr>
          <w:rFonts w:ascii="Times New Roman" w:hAnsi="Times New Roman" w:cs="Times New Roman"/>
          <w:sz w:val="28"/>
          <w:szCs w:val="28"/>
          <w:lang w:val="en-US"/>
        </w:rPr>
        <w:t xml:space="preserve">Minh chứng/mô tả công nghệ không thuộc đối </w:t>
      </w:r>
      <w:r w:rsidR="009E7109" w:rsidRPr="009878DF">
        <w:rPr>
          <w:rFonts w:ascii="Times New Roman" w:hAnsi="Times New Roman" w:cs="Times New Roman"/>
          <w:sz w:val="28"/>
          <w:szCs w:val="28"/>
          <w:lang w:val="en-US"/>
        </w:rPr>
        <w:t xml:space="preserve">tượng công nghệ </w:t>
      </w:r>
      <w:r w:rsidR="006A5372" w:rsidRPr="009878DF">
        <w:rPr>
          <w:rFonts w:ascii="Times New Roman" w:hAnsi="Times New Roman" w:cs="Times New Roman"/>
          <w:sz w:val="28"/>
          <w:szCs w:val="28"/>
          <w:lang w:val="en-US"/>
        </w:rPr>
        <w:t>cấm</w:t>
      </w:r>
      <w:r w:rsidR="009E7109" w:rsidRPr="009878DF">
        <w:rPr>
          <w:rFonts w:ascii="Times New Roman" w:hAnsi="Times New Roman" w:cs="Times New Roman"/>
          <w:sz w:val="28"/>
          <w:szCs w:val="28"/>
          <w:lang w:val="en-US"/>
        </w:rPr>
        <w:t xml:space="preserve"> chuyển giao quy định tại khoản 1 Điều 11 </w:t>
      </w:r>
      <w:r w:rsidR="006A5372" w:rsidRPr="009878DF">
        <w:rPr>
          <w:rFonts w:ascii="Times New Roman" w:hAnsi="Times New Roman" w:cs="Times New Roman"/>
          <w:sz w:val="28"/>
          <w:szCs w:val="28"/>
          <w:lang w:val="en-US"/>
        </w:rPr>
        <w:t>Luật số 07/2017/QH14</w:t>
      </w:r>
      <w:r w:rsidR="00B83162" w:rsidRPr="009878DF">
        <w:rPr>
          <w:rFonts w:ascii="Times New Roman" w:hAnsi="Times New Roman" w:cs="Times New Roman"/>
          <w:sz w:val="28"/>
          <w:szCs w:val="28"/>
          <w:lang w:val="en-US"/>
        </w:rPr>
        <w:t>.</w:t>
      </w:r>
    </w:p>
    <w:p w14:paraId="1F8C577C" w14:textId="3ED6200F" w:rsidR="00476115" w:rsidRPr="00CA1233" w:rsidRDefault="0054398B"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lastRenderedPageBreak/>
        <w:t>5.</w:t>
      </w:r>
      <w:r w:rsidR="0055181F" w:rsidRPr="00CA1233">
        <w:rPr>
          <w:rFonts w:ascii="Times New Roman" w:hAnsi="Times New Roman" w:cs="Times New Roman"/>
          <w:sz w:val="28"/>
          <w:szCs w:val="28"/>
          <w:lang w:val="en-US"/>
        </w:rPr>
        <w:t xml:space="preserve"> </w:t>
      </w:r>
      <w:r w:rsidR="00DC6381" w:rsidRPr="00CA1233">
        <w:rPr>
          <w:rFonts w:ascii="Times New Roman" w:hAnsi="Times New Roman" w:cs="Times New Roman"/>
          <w:sz w:val="28"/>
          <w:szCs w:val="28"/>
          <w:lang w:val="en-US"/>
        </w:rPr>
        <w:t>Minh chứng</w:t>
      </w:r>
      <w:r w:rsidR="000514A3">
        <w:rPr>
          <w:rFonts w:ascii="Times New Roman" w:hAnsi="Times New Roman" w:cs="Times New Roman"/>
          <w:sz w:val="28"/>
          <w:szCs w:val="28"/>
          <w:lang w:val="en-US"/>
        </w:rPr>
        <w:t>/mô tả</w:t>
      </w:r>
      <w:r w:rsidR="00763CF3" w:rsidRPr="00CA1233">
        <w:rPr>
          <w:rFonts w:ascii="Times New Roman" w:hAnsi="Times New Roman" w:cs="Times New Roman"/>
          <w:sz w:val="28"/>
          <w:szCs w:val="28"/>
          <w:lang w:val="en-US"/>
        </w:rPr>
        <w:t xml:space="preserve"> công nghệ đã được thử nghiệm, vận hành ngoài phạm vi phòng thí nghiệm trong điều kiện phù hợp với mục đích ứng dụng </w:t>
      </w:r>
      <w:r w:rsidR="00763CF3" w:rsidRPr="00274837">
        <w:rPr>
          <w:rFonts w:ascii="Times New Roman" w:hAnsi="Times New Roman" w:cs="Times New Roman"/>
          <w:i/>
          <w:iCs/>
          <w:sz w:val="28"/>
          <w:szCs w:val="28"/>
          <w:lang w:val="en-US"/>
        </w:rPr>
        <w:t>(mô hình, dây chuyền thử, vận hành thử hoặc tương đương)</w:t>
      </w:r>
      <w:r w:rsidR="00B83162">
        <w:rPr>
          <w:rFonts w:ascii="Times New Roman" w:hAnsi="Times New Roman" w:cs="Times New Roman"/>
          <w:i/>
          <w:iCs/>
          <w:sz w:val="28"/>
          <w:szCs w:val="28"/>
          <w:lang w:val="en-US"/>
        </w:rPr>
        <w:t>.</w:t>
      </w:r>
    </w:p>
    <w:p w14:paraId="3E581838" w14:textId="3F241CB5" w:rsidR="008C67DB" w:rsidRPr="00CA1233" w:rsidRDefault="0054398B"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6.</w:t>
      </w:r>
      <w:r w:rsidR="0055181F" w:rsidRPr="00CA1233">
        <w:rPr>
          <w:rFonts w:ascii="Times New Roman" w:hAnsi="Times New Roman" w:cs="Times New Roman"/>
          <w:sz w:val="28"/>
          <w:szCs w:val="28"/>
          <w:lang w:val="en-US"/>
        </w:rPr>
        <w:t xml:space="preserve"> </w:t>
      </w:r>
      <w:r w:rsidR="007D40F0" w:rsidRPr="00CA1233">
        <w:rPr>
          <w:rFonts w:ascii="Times New Roman" w:hAnsi="Times New Roman" w:cs="Times New Roman"/>
          <w:sz w:val="28"/>
          <w:szCs w:val="28"/>
          <w:lang w:val="en-US"/>
        </w:rPr>
        <w:t>Minh chứng</w:t>
      </w:r>
      <w:r w:rsidR="00B12A3A">
        <w:rPr>
          <w:rFonts w:ascii="Times New Roman" w:hAnsi="Times New Roman" w:cs="Times New Roman"/>
          <w:sz w:val="28"/>
          <w:szCs w:val="28"/>
          <w:lang w:val="en-US"/>
        </w:rPr>
        <w:t>/mô tả</w:t>
      </w:r>
      <w:r w:rsidR="007D40F0" w:rsidRPr="00CA1233">
        <w:rPr>
          <w:rFonts w:ascii="Times New Roman" w:hAnsi="Times New Roman" w:cs="Times New Roman"/>
          <w:sz w:val="28"/>
          <w:szCs w:val="28"/>
          <w:lang w:val="en-US"/>
        </w:rPr>
        <w:t xml:space="preserve"> về thông số kỹ thuật vận hành thực tế và kết quả đầu ra đo được, thể hiện công nghệ vận hành theo quy trình dự kiến và đạt các chỉ tiêu kỹ thuật chủ yếu</w:t>
      </w:r>
      <w:r w:rsidR="00B83162">
        <w:rPr>
          <w:rFonts w:ascii="Times New Roman" w:hAnsi="Times New Roman" w:cs="Times New Roman"/>
          <w:sz w:val="28"/>
          <w:szCs w:val="28"/>
          <w:lang w:val="en-US"/>
        </w:rPr>
        <w:t>.</w:t>
      </w:r>
    </w:p>
    <w:p w14:paraId="77C8D185" w14:textId="36824880" w:rsidR="0055181F" w:rsidRPr="00CA1233" w:rsidRDefault="00DE2ECA"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7. </w:t>
      </w:r>
      <w:r w:rsidR="00AD43E2" w:rsidRPr="00CA1233">
        <w:rPr>
          <w:rFonts w:ascii="Times New Roman" w:hAnsi="Times New Roman" w:cs="Times New Roman"/>
          <w:sz w:val="28"/>
          <w:szCs w:val="28"/>
          <w:lang w:val="en-US"/>
        </w:rPr>
        <w:t>Minh chứng</w:t>
      </w:r>
      <w:r w:rsidR="00391275">
        <w:rPr>
          <w:rFonts w:ascii="Times New Roman" w:hAnsi="Times New Roman" w:cs="Times New Roman"/>
          <w:sz w:val="28"/>
          <w:szCs w:val="28"/>
          <w:lang w:val="en-US"/>
        </w:rPr>
        <w:t>/mô tả</w:t>
      </w:r>
      <w:r w:rsidR="00AD43E2" w:rsidRPr="00CA1233">
        <w:rPr>
          <w:rFonts w:ascii="Times New Roman" w:hAnsi="Times New Roman" w:cs="Times New Roman"/>
          <w:sz w:val="28"/>
          <w:szCs w:val="28"/>
          <w:lang w:val="en-US"/>
        </w:rPr>
        <w:t xml:space="preserve"> về </w:t>
      </w:r>
      <w:r w:rsidR="0055181F" w:rsidRPr="00CA1233">
        <w:rPr>
          <w:rFonts w:ascii="Times New Roman" w:hAnsi="Times New Roman" w:cs="Times New Roman"/>
          <w:sz w:val="28"/>
          <w:szCs w:val="28"/>
          <w:lang w:val="en-US"/>
        </w:rPr>
        <w:t>sản phẩm</w:t>
      </w:r>
      <w:r w:rsidR="00C35312">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dịch vụ</w:t>
      </w:r>
      <w:r w:rsidR="00C35312">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kết quả thực tế đã tạo ra trong quá trình thử nghiệm</w:t>
      </w:r>
      <w:r w:rsidR="00DC156B">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vận hành</w:t>
      </w:r>
      <w:r w:rsidR="00B83162">
        <w:rPr>
          <w:rFonts w:ascii="Times New Roman" w:hAnsi="Times New Roman" w:cs="Times New Roman"/>
          <w:sz w:val="28"/>
          <w:szCs w:val="28"/>
          <w:lang w:val="en-US"/>
        </w:rPr>
        <w:t>.</w:t>
      </w:r>
    </w:p>
    <w:p w14:paraId="590C6DAD" w14:textId="676E2D29" w:rsidR="00DC6381" w:rsidRPr="00CA1233" w:rsidRDefault="00AD43E2"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8. </w:t>
      </w:r>
      <w:r w:rsidR="00FD54FD" w:rsidRPr="00CA1233">
        <w:rPr>
          <w:rFonts w:ascii="Times New Roman" w:hAnsi="Times New Roman" w:cs="Times New Roman"/>
          <w:sz w:val="28"/>
          <w:szCs w:val="28"/>
          <w:lang w:val="en-US"/>
        </w:rPr>
        <w:t>Minh chứng</w:t>
      </w:r>
      <w:r w:rsidR="007223CA">
        <w:rPr>
          <w:rFonts w:ascii="Times New Roman" w:hAnsi="Times New Roman" w:cs="Times New Roman"/>
          <w:sz w:val="28"/>
          <w:szCs w:val="28"/>
          <w:lang w:val="en-US"/>
        </w:rPr>
        <w:t>/mô tả</w:t>
      </w:r>
      <w:r w:rsidR="00FD54FD" w:rsidRPr="00CA1233">
        <w:rPr>
          <w:rFonts w:ascii="Times New Roman" w:hAnsi="Times New Roman" w:cs="Times New Roman"/>
          <w:sz w:val="28"/>
          <w:szCs w:val="28"/>
          <w:lang w:val="en-US"/>
        </w:rPr>
        <w:t xml:space="preserve"> về việc đáp ứng tiêu chuẩn, quy chuẩn kỹ thuật </w:t>
      </w:r>
      <w:r w:rsidR="00DC6381" w:rsidRPr="00CA1233">
        <w:rPr>
          <w:rFonts w:ascii="Times New Roman" w:hAnsi="Times New Roman" w:cs="Times New Roman"/>
          <w:sz w:val="28"/>
          <w:szCs w:val="28"/>
          <w:lang w:val="en-US"/>
        </w:rPr>
        <w:t xml:space="preserve">đối với </w:t>
      </w:r>
      <w:r w:rsidR="00DC6381" w:rsidRPr="00192E5A">
        <w:rPr>
          <w:rFonts w:ascii="Times New Roman" w:hAnsi="Times New Roman" w:cs="Times New Roman"/>
          <w:sz w:val="28"/>
          <w:szCs w:val="28"/>
          <w:lang w:val="en-US"/>
        </w:rPr>
        <w:t>sản phẩm, dịch vụ hoặc kết quả thực tế của công nghệ</w:t>
      </w:r>
      <w:r w:rsidR="00B83162" w:rsidRPr="00192E5A">
        <w:rPr>
          <w:rFonts w:ascii="Times New Roman" w:hAnsi="Times New Roman" w:cs="Times New Roman"/>
          <w:sz w:val="28"/>
          <w:szCs w:val="28"/>
          <w:lang w:val="en-US"/>
        </w:rPr>
        <w:t>.</w:t>
      </w:r>
    </w:p>
    <w:p w14:paraId="2213B163" w14:textId="08C75CD5" w:rsidR="00AD43E2"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9. Mô tả về quy trình công nghệ, hướng dẫn vận hành, bảo trì, xác định được điều kiện hạ tầng, thiết bị phụ trợ, nguyên liệu, nhiên liệu, vật liệu đầu vào, nhân lực cần thiết để triển khai trong sản xuất, kinh doanh</w:t>
      </w:r>
      <w:r w:rsidR="00B83162">
        <w:rPr>
          <w:rFonts w:ascii="Times New Roman" w:hAnsi="Times New Roman" w:cs="Times New Roman"/>
          <w:sz w:val="28"/>
          <w:szCs w:val="28"/>
          <w:lang w:val="en-US"/>
        </w:rPr>
        <w:t>.</w:t>
      </w:r>
    </w:p>
    <w:p w14:paraId="204598EA" w14:textId="4C76FCBD" w:rsidR="00DC6381"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10. Minh chứng</w:t>
      </w:r>
      <w:r w:rsidR="007434CA">
        <w:rPr>
          <w:rFonts w:ascii="Times New Roman" w:hAnsi="Times New Roman" w:cs="Times New Roman"/>
          <w:sz w:val="28"/>
          <w:szCs w:val="28"/>
          <w:lang w:val="en-US"/>
        </w:rPr>
        <w:t>/mô tả</w:t>
      </w:r>
      <w:r w:rsidRPr="00CA1233">
        <w:rPr>
          <w:rFonts w:ascii="Times New Roman" w:hAnsi="Times New Roman" w:cs="Times New Roman"/>
          <w:sz w:val="28"/>
          <w:szCs w:val="28"/>
          <w:lang w:val="en-US"/>
        </w:rPr>
        <w:t xml:space="preserve"> về khả năng vận hành ổn định</w:t>
      </w:r>
      <w:r w:rsidR="00DC6381" w:rsidRPr="00CA1233">
        <w:rPr>
          <w:rFonts w:ascii="Times New Roman" w:hAnsi="Times New Roman" w:cs="Times New Roman"/>
          <w:sz w:val="28"/>
          <w:szCs w:val="28"/>
          <w:lang w:val="en-US"/>
        </w:rPr>
        <w:t xml:space="preserve"> và </w:t>
      </w:r>
      <w:r w:rsidRPr="00CA1233">
        <w:rPr>
          <w:rFonts w:ascii="Times New Roman" w:hAnsi="Times New Roman" w:cs="Times New Roman"/>
          <w:sz w:val="28"/>
          <w:szCs w:val="28"/>
          <w:lang w:val="en-US"/>
        </w:rPr>
        <w:t xml:space="preserve">kiểm soát chất lượng theo các thông số kỹ thuật chủ yếu trong phạm vi, điều kiện ứng dụng </w:t>
      </w:r>
      <w:r w:rsidR="00053E6C" w:rsidRPr="00CA1233">
        <w:rPr>
          <w:rFonts w:ascii="Times New Roman" w:hAnsi="Times New Roman" w:cs="Times New Roman"/>
          <w:sz w:val="28"/>
          <w:szCs w:val="28"/>
          <w:lang w:val="en-US"/>
        </w:rPr>
        <w:t>công nghệ</w:t>
      </w:r>
      <w:r w:rsidR="00B83162">
        <w:rPr>
          <w:rFonts w:ascii="Times New Roman" w:hAnsi="Times New Roman" w:cs="Times New Roman"/>
          <w:sz w:val="28"/>
          <w:szCs w:val="28"/>
          <w:lang w:val="en-US"/>
        </w:rPr>
        <w:t>.</w:t>
      </w:r>
    </w:p>
    <w:p w14:paraId="0E7C25E0" w14:textId="112E8F9B" w:rsidR="00D44E4C"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 xml:space="preserve">11. </w:t>
      </w:r>
      <w:r w:rsidR="00053E6C" w:rsidRPr="00CA1233">
        <w:rPr>
          <w:rFonts w:ascii="Times New Roman" w:hAnsi="Times New Roman" w:cs="Times New Roman"/>
          <w:sz w:val="28"/>
          <w:szCs w:val="28"/>
          <w:lang w:val="en-US"/>
        </w:rPr>
        <w:t>P</w:t>
      </w:r>
      <w:r w:rsidRPr="00CA1233">
        <w:rPr>
          <w:rFonts w:ascii="Times New Roman" w:hAnsi="Times New Roman" w:cs="Times New Roman"/>
          <w:sz w:val="28"/>
          <w:szCs w:val="28"/>
          <w:lang w:val="en-US"/>
        </w:rPr>
        <w:t xml:space="preserve">hương </w:t>
      </w:r>
      <w:r w:rsidR="003B744F">
        <w:rPr>
          <w:rFonts w:ascii="Times New Roman" w:hAnsi="Times New Roman" w:cs="Times New Roman"/>
          <w:sz w:val="28"/>
          <w:szCs w:val="28"/>
          <w:lang w:val="en-US"/>
        </w:rPr>
        <w:t>án/biện pháp</w:t>
      </w:r>
      <w:r w:rsidRPr="00CA1233">
        <w:rPr>
          <w:rFonts w:ascii="Times New Roman" w:hAnsi="Times New Roman" w:cs="Times New Roman"/>
          <w:sz w:val="28"/>
          <w:szCs w:val="28"/>
          <w:lang w:val="en-US"/>
        </w:rPr>
        <w:t xml:space="preserve"> </w:t>
      </w:r>
      <w:r w:rsidR="00053E6C" w:rsidRPr="00CA1233">
        <w:rPr>
          <w:rFonts w:ascii="Times New Roman" w:hAnsi="Times New Roman" w:cs="Times New Roman"/>
          <w:sz w:val="28"/>
          <w:szCs w:val="28"/>
          <w:lang w:val="en-US"/>
        </w:rPr>
        <w:t xml:space="preserve">quản lý </w:t>
      </w:r>
      <w:r w:rsidRPr="00CA1233">
        <w:rPr>
          <w:rFonts w:ascii="Times New Roman" w:hAnsi="Times New Roman" w:cs="Times New Roman"/>
          <w:sz w:val="28"/>
          <w:szCs w:val="28"/>
          <w:lang w:val="en-US"/>
        </w:rPr>
        <w:t>rủi ro và bảo đảm an toàn, môi trường phù hợp với phương án ứng dụng</w:t>
      </w:r>
      <w:r w:rsidR="00B83162">
        <w:rPr>
          <w:rFonts w:ascii="Times New Roman" w:hAnsi="Times New Roman" w:cs="Times New Roman"/>
          <w:sz w:val="28"/>
          <w:szCs w:val="28"/>
          <w:lang w:val="en-US"/>
        </w:rPr>
        <w:t>.</w:t>
      </w:r>
    </w:p>
    <w:p w14:paraId="7BA6DB4E" w14:textId="3AF549DA" w:rsidR="0055181F" w:rsidRPr="00CA1233" w:rsidRDefault="00D44E4C" w:rsidP="00C0217A">
      <w:pPr>
        <w:autoSpaceDE w:val="0"/>
        <w:autoSpaceDN w:val="0"/>
        <w:adjustRightInd w:val="0"/>
        <w:spacing w:before="120" w:after="120" w:line="340" w:lineRule="exact"/>
        <w:jc w:val="both"/>
        <w:rPr>
          <w:rFonts w:ascii="Times New Roman" w:hAnsi="Times New Roman" w:cs="Times New Roman"/>
          <w:sz w:val="28"/>
          <w:szCs w:val="28"/>
          <w:lang w:val="en-US"/>
        </w:rPr>
      </w:pPr>
      <w:r w:rsidRPr="00CA1233">
        <w:rPr>
          <w:rFonts w:ascii="Times New Roman" w:hAnsi="Times New Roman" w:cs="Times New Roman"/>
          <w:sz w:val="28"/>
          <w:szCs w:val="28"/>
          <w:lang w:val="en-US"/>
        </w:rPr>
        <w:t>12.</w:t>
      </w:r>
      <w:r w:rsidR="0055181F" w:rsidRPr="00CA1233">
        <w:rPr>
          <w:rFonts w:ascii="Times New Roman" w:hAnsi="Times New Roman" w:cs="Times New Roman"/>
          <w:sz w:val="28"/>
          <w:szCs w:val="28"/>
          <w:lang w:val="en-US"/>
        </w:rPr>
        <w:t xml:space="preserve"> </w:t>
      </w:r>
      <w:r w:rsidR="00053E6C" w:rsidRPr="00CA1233">
        <w:rPr>
          <w:rFonts w:ascii="Times New Roman" w:hAnsi="Times New Roman" w:cs="Times New Roman"/>
          <w:sz w:val="28"/>
          <w:szCs w:val="28"/>
          <w:lang w:val="en-US"/>
        </w:rPr>
        <w:t xml:space="preserve">Minh chứng </w:t>
      </w:r>
      <w:r w:rsidR="0055181F" w:rsidRPr="00CA1233">
        <w:rPr>
          <w:rFonts w:ascii="Times New Roman" w:hAnsi="Times New Roman" w:cs="Times New Roman"/>
          <w:sz w:val="28"/>
          <w:szCs w:val="28"/>
          <w:lang w:val="en-US"/>
        </w:rPr>
        <w:t>hoặc cam kết về quyền sở hữu</w:t>
      </w:r>
      <w:r w:rsidR="00045CE5">
        <w:rPr>
          <w:rFonts w:ascii="Times New Roman" w:hAnsi="Times New Roman" w:cs="Times New Roman"/>
          <w:sz w:val="28"/>
          <w:szCs w:val="28"/>
          <w:lang w:val="en-US"/>
        </w:rPr>
        <w:t xml:space="preserve">, </w:t>
      </w:r>
      <w:r w:rsidR="0055181F" w:rsidRPr="00CA1233">
        <w:rPr>
          <w:rFonts w:ascii="Times New Roman" w:hAnsi="Times New Roman" w:cs="Times New Roman"/>
          <w:sz w:val="28"/>
          <w:szCs w:val="28"/>
          <w:lang w:val="en-US"/>
        </w:rPr>
        <w:t>quyền sử dụng hợp pháp và quyền khai thác công nghệ phục vụ sản xuất kinh doanh</w:t>
      </w:r>
      <w:r w:rsidR="00676947" w:rsidRPr="00CA1233">
        <w:rPr>
          <w:rFonts w:ascii="Times New Roman" w:hAnsi="Times New Roman" w:cs="Times New Roman"/>
          <w:sz w:val="28"/>
          <w:szCs w:val="28"/>
          <w:lang w:val="en-US"/>
        </w:rPr>
        <w:t>.</w:t>
      </w:r>
    </w:p>
    <w:p w14:paraId="5592E76C" w14:textId="10CB3E13" w:rsidR="003A0182" w:rsidRDefault="00A31F79" w:rsidP="00C0217A">
      <w:pPr>
        <w:autoSpaceDE w:val="0"/>
        <w:autoSpaceDN w:val="0"/>
        <w:adjustRightInd w:val="0"/>
        <w:spacing w:before="120" w:after="120" w:line="340" w:lineRule="exact"/>
        <w:rPr>
          <w:rFonts w:ascii="Times New Roman" w:hAnsi="Times New Roman" w:cs="Times New Roman"/>
          <w:b/>
          <w:bCs/>
          <w:sz w:val="28"/>
          <w:szCs w:val="28"/>
          <w:lang w:val="en-US"/>
        </w:rPr>
      </w:pPr>
      <w:r w:rsidRPr="00CA1233">
        <w:rPr>
          <w:rFonts w:ascii="Times New Roman" w:hAnsi="Times New Roman" w:cs="Times New Roman"/>
          <w:b/>
          <w:bCs/>
          <w:sz w:val="28"/>
          <w:szCs w:val="28"/>
          <w:lang w:val="en-US"/>
        </w:rPr>
        <w:t>I</w:t>
      </w:r>
      <w:r>
        <w:rPr>
          <w:rFonts w:ascii="Times New Roman" w:hAnsi="Times New Roman" w:cs="Times New Roman"/>
          <w:b/>
          <w:bCs/>
          <w:sz w:val="28"/>
          <w:szCs w:val="28"/>
          <w:lang w:val="en-US"/>
        </w:rPr>
        <w:t>V</w:t>
      </w:r>
      <w:r w:rsidRPr="00CA1233">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KIẾN NGHỊ</w:t>
      </w:r>
    </w:p>
    <w:p w14:paraId="3CFFA39E" w14:textId="79B044CF" w:rsidR="00A31F79" w:rsidRPr="00CA1233" w:rsidRDefault="004C0C61" w:rsidP="00C0217A">
      <w:pPr>
        <w:autoSpaceDE w:val="0"/>
        <w:autoSpaceDN w:val="0"/>
        <w:adjustRightInd w:val="0"/>
        <w:spacing w:before="120" w:after="120" w:line="340" w:lineRule="exact"/>
        <w:rPr>
          <w:rFonts w:ascii="Times New Roman" w:hAnsi="Times New Roman" w:cs="Times New Roman"/>
          <w:sz w:val="28"/>
          <w:szCs w:val="28"/>
          <w:lang w:val="en"/>
        </w:rPr>
      </w:pPr>
      <w:r>
        <w:rPr>
          <w:rFonts w:ascii="Times New Roman" w:hAnsi="Times New Roman" w:cs="Times New Roman"/>
          <w:sz w:val="28"/>
          <w:szCs w:val="28"/>
          <w:lang w:val="en"/>
        </w:rPr>
        <w:t xml:space="preserve">Đề nghị </w:t>
      </w:r>
      <w:r w:rsidR="00133843">
        <w:rPr>
          <w:rFonts w:ascii="Times New Roman" w:hAnsi="Times New Roman" w:cs="Times New Roman"/>
          <w:sz w:val="28"/>
          <w:szCs w:val="28"/>
          <w:lang w:val="en"/>
        </w:rPr>
        <w:t>C</w:t>
      </w:r>
      <w:r>
        <w:rPr>
          <w:rFonts w:ascii="Times New Roman" w:hAnsi="Times New Roman" w:cs="Times New Roman"/>
          <w:sz w:val="28"/>
          <w:szCs w:val="28"/>
          <w:lang w:val="en"/>
        </w:rPr>
        <w:t xml:space="preserve">ơ quan có thẩm quyền </w:t>
      </w:r>
      <w:r w:rsidRPr="004C0C61">
        <w:rPr>
          <w:rFonts w:ascii="Times New Roman" w:hAnsi="Times New Roman" w:cs="Times New Roman"/>
          <w:sz w:val="28"/>
          <w:szCs w:val="28"/>
          <w:lang w:val="en"/>
        </w:rPr>
        <w:t>xem xét, tổ chức thẩm định theo quy định.</w:t>
      </w:r>
    </w:p>
    <w:tbl>
      <w:tblPr>
        <w:tblW w:w="5000" w:type="pct"/>
        <w:tblCellMar>
          <w:left w:w="0" w:type="dxa"/>
          <w:right w:w="0" w:type="dxa"/>
        </w:tblCellMar>
        <w:tblLook w:val="0000" w:firstRow="0" w:lastRow="0" w:firstColumn="0" w:lastColumn="0" w:noHBand="0" w:noVBand="0"/>
      </w:tblPr>
      <w:tblGrid>
        <w:gridCol w:w="3827"/>
        <w:gridCol w:w="5247"/>
      </w:tblGrid>
      <w:tr w:rsidR="003A0182" w:rsidRPr="00CA1233" w14:paraId="26194265" w14:textId="77777777" w:rsidTr="00542E2E">
        <w:tc>
          <w:tcPr>
            <w:tcW w:w="2109" w:type="pct"/>
            <w:tcBorders>
              <w:top w:val="nil"/>
              <w:left w:val="nil"/>
              <w:bottom w:val="nil"/>
              <w:right w:val="nil"/>
            </w:tcBorders>
            <w:shd w:val="clear" w:color="auto" w:fill="FFFFFF"/>
          </w:tcPr>
          <w:p w14:paraId="7FC4FF4F" w14:textId="77777777" w:rsidR="003A0182" w:rsidRPr="00CA1233" w:rsidRDefault="003A0182" w:rsidP="00567BBE">
            <w:pPr>
              <w:autoSpaceDE w:val="0"/>
              <w:autoSpaceDN w:val="0"/>
              <w:adjustRightInd w:val="0"/>
              <w:spacing w:before="80" w:after="0" w:line="240" w:lineRule="auto"/>
              <w:jc w:val="center"/>
              <w:rPr>
                <w:rFonts w:ascii="Times New Roman" w:hAnsi="Times New Roman" w:cs="Times New Roman"/>
                <w:sz w:val="28"/>
                <w:szCs w:val="28"/>
                <w:lang w:val="en"/>
              </w:rPr>
            </w:pPr>
          </w:p>
        </w:tc>
        <w:tc>
          <w:tcPr>
            <w:tcW w:w="2891" w:type="pct"/>
            <w:tcBorders>
              <w:top w:val="nil"/>
              <w:left w:val="nil"/>
              <w:bottom w:val="nil"/>
              <w:right w:val="nil"/>
            </w:tcBorders>
            <w:shd w:val="clear" w:color="auto" w:fill="FFFFFF"/>
          </w:tcPr>
          <w:p w14:paraId="43837B2D" w14:textId="27E71345" w:rsidR="003A0182" w:rsidRPr="00CA1233" w:rsidRDefault="003A0182" w:rsidP="00567BBE">
            <w:pPr>
              <w:autoSpaceDE w:val="0"/>
              <w:autoSpaceDN w:val="0"/>
              <w:adjustRightInd w:val="0"/>
              <w:spacing w:before="80" w:after="0" w:line="240" w:lineRule="auto"/>
              <w:jc w:val="center"/>
              <w:rPr>
                <w:rFonts w:ascii="Times New Roman" w:hAnsi="Times New Roman" w:cs="Times New Roman"/>
                <w:sz w:val="28"/>
                <w:szCs w:val="28"/>
                <w:lang w:val="en"/>
              </w:rPr>
            </w:pPr>
            <w:r w:rsidRPr="00CA1233">
              <w:rPr>
                <w:rFonts w:ascii="Times New Roman" w:hAnsi="Times New Roman" w:cs="Times New Roman"/>
                <w:i/>
                <w:iCs/>
                <w:sz w:val="28"/>
                <w:szCs w:val="28"/>
                <w:lang w:val="en"/>
              </w:rPr>
              <w:t>..., ngày ... tháng ... năm...</w:t>
            </w:r>
            <w:r w:rsidRPr="00CA1233">
              <w:rPr>
                <w:rFonts w:ascii="Times New Roman" w:hAnsi="Times New Roman" w:cs="Times New Roman"/>
                <w:sz w:val="28"/>
                <w:szCs w:val="28"/>
                <w:lang w:val="en"/>
              </w:rPr>
              <w:br/>
            </w:r>
            <w:r w:rsidRPr="00CA1233">
              <w:rPr>
                <w:rFonts w:ascii="Times New Roman" w:hAnsi="Times New Roman" w:cs="Times New Roman"/>
                <w:b/>
                <w:bCs/>
                <w:sz w:val="28"/>
                <w:szCs w:val="28"/>
                <w:lang w:val="en"/>
              </w:rPr>
              <w:t>Đ</w:t>
            </w:r>
            <w:r w:rsidRPr="00CA1233">
              <w:rPr>
                <w:rFonts w:ascii="Times New Roman" w:hAnsi="Times New Roman" w:cs="Times New Roman"/>
                <w:b/>
                <w:bCs/>
                <w:sz w:val="28"/>
                <w:szCs w:val="28"/>
              </w:rPr>
              <w:t xml:space="preserve">ẠI DIỆN </w:t>
            </w:r>
            <w:r w:rsidR="004B5432">
              <w:rPr>
                <w:rFonts w:ascii="Times New Roman" w:hAnsi="Times New Roman" w:cs="Times New Roman"/>
                <w:b/>
                <w:bCs/>
                <w:sz w:val="28"/>
                <w:szCs w:val="28"/>
                <w:lang w:val="en-US"/>
              </w:rPr>
              <w:t>TỔ CHỨC</w:t>
            </w:r>
            <w:r w:rsidR="00012E05">
              <w:rPr>
                <w:rFonts w:ascii="Times New Roman" w:hAnsi="Times New Roman" w:cs="Times New Roman"/>
                <w:b/>
                <w:bCs/>
                <w:sz w:val="28"/>
                <w:szCs w:val="28"/>
                <w:lang w:val="en-US"/>
              </w:rPr>
              <w:t>/</w:t>
            </w:r>
            <w:r w:rsidR="004B5432">
              <w:rPr>
                <w:rFonts w:ascii="Times New Roman" w:hAnsi="Times New Roman" w:cs="Times New Roman"/>
                <w:b/>
                <w:bCs/>
                <w:sz w:val="28"/>
                <w:szCs w:val="28"/>
                <w:lang w:val="en-US"/>
              </w:rPr>
              <w:t>CÁ NHÂN</w:t>
            </w:r>
            <w:r w:rsidRPr="00CA1233">
              <w:rPr>
                <w:rFonts w:ascii="Times New Roman" w:hAnsi="Times New Roman" w:cs="Times New Roman"/>
                <w:sz w:val="28"/>
                <w:szCs w:val="28"/>
              </w:rPr>
              <w:br/>
            </w:r>
            <w:r w:rsidRPr="00CA1233">
              <w:rPr>
                <w:rFonts w:ascii="Times New Roman" w:hAnsi="Times New Roman" w:cs="Times New Roman"/>
                <w:i/>
                <w:iCs/>
                <w:sz w:val="28"/>
                <w:szCs w:val="28"/>
                <w:lang w:val="en"/>
              </w:rPr>
              <w:t>(Ký, ghi rõ h</w:t>
            </w:r>
            <w:r w:rsidRPr="00CA1233">
              <w:rPr>
                <w:rFonts w:ascii="Times New Roman" w:hAnsi="Times New Roman" w:cs="Times New Roman"/>
                <w:i/>
                <w:iCs/>
                <w:sz w:val="28"/>
                <w:szCs w:val="28"/>
              </w:rPr>
              <w:t>ọ t</w:t>
            </w:r>
            <w:r w:rsidRPr="00CA1233">
              <w:rPr>
                <w:rFonts w:ascii="Times New Roman" w:hAnsi="Times New Roman" w:cs="Times New Roman"/>
                <w:i/>
                <w:iCs/>
                <w:sz w:val="28"/>
                <w:szCs w:val="28"/>
                <w:lang w:val="en-US"/>
              </w:rPr>
              <w:t>ên và đóng d</w:t>
            </w:r>
            <w:r w:rsidRPr="00CA1233">
              <w:rPr>
                <w:rFonts w:ascii="Times New Roman" w:hAnsi="Times New Roman" w:cs="Times New Roman"/>
                <w:i/>
                <w:iCs/>
                <w:sz w:val="28"/>
                <w:szCs w:val="28"/>
              </w:rPr>
              <w:t>ấu)</w:t>
            </w:r>
          </w:p>
        </w:tc>
      </w:tr>
    </w:tbl>
    <w:p w14:paraId="39560328" w14:textId="11960134" w:rsidR="003A0182" w:rsidRDefault="003A0182" w:rsidP="00B94698">
      <w:pPr>
        <w:ind w:right="660"/>
        <w:rPr>
          <w:rFonts w:ascii="Times New Roman" w:hAnsi="Times New Roman" w:cs="Times New Roman"/>
          <w:lang w:val="en-US"/>
        </w:rPr>
      </w:pPr>
    </w:p>
    <w:p w14:paraId="46A8A22E" w14:textId="77777777" w:rsidR="00696945" w:rsidRDefault="00696945" w:rsidP="00A72149">
      <w:pPr>
        <w:ind w:right="770"/>
        <w:rPr>
          <w:rFonts w:ascii="Times New Roman" w:hAnsi="Times New Roman" w:cs="Times New Roman"/>
          <w:lang w:val="en-US"/>
        </w:rPr>
        <w:sectPr w:rsidR="00696945" w:rsidSect="00A37CF3">
          <w:footnotePr>
            <w:numRestart w:val="eachSect"/>
          </w:footnotePr>
          <w:pgSz w:w="11909" w:h="16834"/>
          <w:pgMar w:top="1134" w:right="1134" w:bottom="1134" w:left="1701" w:header="720" w:footer="720" w:gutter="0"/>
          <w:cols w:space="720"/>
          <w:docGrid w:linePitch="299"/>
        </w:sectPr>
      </w:pPr>
    </w:p>
    <w:p w14:paraId="2222BEE2" w14:textId="186EC30D" w:rsidR="00462F41" w:rsidRPr="00D43628" w:rsidRDefault="00462F41" w:rsidP="00567BBE">
      <w:pPr>
        <w:shd w:val="clear" w:color="auto" w:fill="FFFFFF"/>
        <w:spacing w:after="0" w:line="234" w:lineRule="atLeast"/>
        <w:jc w:val="right"/>
        <w:rPr>
          <w:rFonts w:ascii="Times New Roman" w:eastAsia="Times New Roman" w:hAnsi="Times New Roman" w:cs="Times New Roman"/>
          <w:i/>
          <w:iCs/>
          <w:color w:val="000000"/>
          <w:lang w:val="vi-VN"/>
        </w:rPr>
      </w:pPr>
      <w:bookmarkStart w:id="5" w:name="I3"/>
      <w:r w:rsidRPr="00D43628">
        <w:rPr>
          <w:rFonts w:ascii="Times New Roman" w:eastAsia="Times New Roman" w:hAnsi="Times New Roman" w:cs="Times New Roman"/>
          <w:i/>
          <w:iCs/>
          <w:color w:val="000000"/>
          <w:lang w:val="vi-VN"/>
        </w:rPr>
        <w:lastRenderedPageBreak/>
        <w:t>Mẫu số I</w:t>
      </w:r>
      <w:r w:rsidRPr="00D43628">
        <w:rPr>
          <w:rFonts w:ascii="Times New Roman" w:eastAsia="Times New Roman" w:hAnsi="Times New Roman" w:cs="Times New Roman"/>
          <w:i/>
          <w:iCs/>
          <w:color w:val="000000"/>
        </w:rPr>
        <w:t>.</w:t>
      </w:r>
      <w:r w:rsidRPr="00D43628">
        <w:rPr>
          <w:rFonts w:ascii="Times New Roman" w:eastAsia="Times New Roman" w:hAnsi="Times New Roman" w:cs="Times New Roman"/>
          <w:i/>
          <w:iCs/>
          <w:color w:val="000000"/>
          <w:lang w:val="vi-VN"/>
        </w:rPr>
        <w:t>3</w:t>
      </w:r>
      <w:bookmarkEnd w:id="5"/>
      <w:r w:rsidRPr="00D43628">
        <w:rPr>
          <w:rFonts w:ascii="Times New Roman" w:eastAsia="Times New Roman" w:hAnsi="Times New Roman" w:cs="Times New Roman"/>
          <w:i/>
          <w:iCs/>
          <w:color w:val="000000"/>
        </w:rPr>
        <w:br/>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r>
      <w:r w:rsidRPr="00D43628">
        <w:rPr>
          <w:rFonts w:ascii="Times New Roman" w:eastAsia="Times New Roman" w:hAnsi="Times New Roman" w:cs="Times New Roman"/>
          <w:i/>
          <w:iCs/>
          <w:color w:val="000000"/>
        </w:rPr>
        <w:softHyphen/>
        <w:t>.....</w:t>
      </w:r>
      <w:r w:rsidRPr="00D43628">
        <w:rPr>
          <w:rFonts w:ascii="Times New Roman" w:eastAsia="Times New Roman" w:hAnsi="Times New Roman" w:cs="Times New Roman"/>
          <w:i/>
          <w:iCs/>
          <w:color w:val="000000"/>
          <w:lang w:val="vi-VN"/>
        </w:rPr>
        <w:t>/20</w:t>
      </w:r>
      <w:r w:rsidRPr="00D43628">
        <w:rPr>
          <w:rFonts w:ascii="Times New Roman" w:eastAsia="Times New Roman" w:hAnsi="Times New Roman" w:cs="Times New Roman"/>
          <w:i/>
          <w:iCs/>
          <w:color w:val="000000"/>
        </w:rPr>
        <w:t>26</w:t>
      </w:r>
      <w:r w:rsidRPr="00D43628">
        <w:rPr>
          <w:rFonts w:ascii="Times New Roman" w:eastAsia="Times New Roman" w:hAnsi="Times New Roman" w:cs="Times New Roman"/>
          <w:i/>
          <w:iCs/>
          <w:color w:val="000000"/>
          <w:lang w:val="vi-VN"/>
        </w:rPr>
        <w:t>/TT-BKHCN</w:t>
      </w:r>
    </w:p>
    <w:p w14:paraId="1E4C88DE" w14:textId="77777777" w:rsidR="00462F41" w:rsidRPr="0084707C" w:rsidRDefault="00462F41" w:rsidP="00567BBE">
      <w:pPr>
        <w:shd w:val="clear" w:color="auto" w:fill="FFFFFF"/>
        <w:spacing w:after="0" w:line="234" w:lineRule="atLeast"/>
        <w:jc w:val="right"/>
        <w:rPr>
          <w:rFonts w:ascii="Times New Roman" w:eastAsia="Times New Roman" w:hAnsi="Times New Roman" w:cs="Times New Roman"/>
          <w:i/>
          <w:iCs/>
          <w:color w:val="000000"/>
          <w:szCs w:val="26"/>
          <w:lang w:val="vi-VN"/>
        </w:rPr>
      </w:pPr>
    </w:p>
    <w:tbl>
      <w:tblPr>
        <w:tblW w:w="5155" w:type="pct"/>
        <w:tblLook w:val="01E0" w:firstRow="1" w:lastRow="1" w:firstColumn="1" w:lastColumn="1" w:noHBand="0" w:noVBand="0"/>
      </w:tblPr>
      <w:tblGrid>
        <w:gridCol w:w="3686"/>
        <w:gridCol w:w="5669"/>
      </w:tblGrid>
      <w:tr w:rsidR="00D41266" w:rsidRPr="00D43628" w14:paraId="196B0D39" w14:textId="77777777" w:rsidTr="001A67DB">
        <w:trPr>
          <w:trHeight w:val="1087"/>
        </w:trPr>
        <w:tc>
          <w:tcPr>
            <w:tcW w:w="1970" w:type="pct"/>
          </w:tcPr>
          <w:p w14:paraId="402E4154" w14:textId="1206A93E" w:rsidR="00D41266" w:rsidRPr="00EA00A1" w:rsidRDefault="00CD6C8B" w:rsidP="00D41266">
            <w:pPr>
              <w:spacing w:after="0" w:line="240" w:lineRule="auto"/>
              <w:jc w:val="center"/>
              <w:rPr>
                <w:rStyle w:val="Strong"/>
                <w:rFonts w:ascii="Times New Roman" w:hAnsi="Times New Roman" w:cs="Times New Roman"/>
                <w:noProof/>
                <w:sz w:val="24"/>
                <w:szCs w:val="24"/>
              </w:rPr>
            </w:pPr>
            <w:r w:rsidRPr="00CD6C8B">
              <w:rPr>
                <w:rFonts w:ascii="Times New Roman" w:hAnsi="Times New Roman" w:cs="Times New Roman"/>
                <w:noProof/>
                <w:sz w:val="24"/>
                <w:szCs w:val="24"/>
                <w:lang w:val="vi-VN"/>
              </w:rPr>
              <w:t>U</w:t>
            </w:r>
            <w:r w:rsidR="008C688C">
              <w:rPr>
                <w:rFonts w:ascii="Times New Roman" w:hAnsi="Times New Roman" w:cs="Times New Roman"/>
                <w:noProof/>
                <w:sz w:val="24"/>
                <w:szCs w:val="24"/>
                <w:lang w:val="vi-VN"/>
              </w:rPr>
              <w:t>Ỷ BAN NH</w:t>
            </w:r>
            <w:r w:rsidR="008C688C" w:rsidRPr="008C688C">
              <w:rPr>
                <w:rFonts w:ascii="Times New Roman" w:hAnsi="Times New Roman" w:cs="Times New Roman"/>
                <w:noProof/>
                <w:sz w:val="24"/>
                <w:szCs w:val="24"/>
                <w:lang w:val="vi-VN"/>
              </w:rPr>
              <w:t>ÂN DÂN</w:t>
            </w:r>
            <w:r w:rsidRPr="00CD6C8B">
              <w:rPr>
                <w:rFonts w:ascii="Times New Roman" w:hAnsi="Times New Roman" w:cs="Times New Roman"/>
                <w:noProof/>
                <w:sz w:val="24"/>
                <w:szCs w:val="24"/>
                <w:lang w:val="vi-VN"/>
              </w:rPr>
              <w:t xml:space="preserve"> TỈNH</w:t>
            </w:r>
            <w:r w:rsidR="001A67DB" w:rsidRPr="00494679">
              <w:rPr>
                <w:rFonts w:ascii="Times New Roman" w:hAnsi="Times New Roman" w:cs="Times New Roman"/>
                <w:noProof/>
                <w:sz w:val="24"/>
                <w:szCs w:val="24"/>
                <w:lang w:val="vi-VN"/>
              </w:rPr>
              <w:t>…</w:t>
            </w:r>
            <w:r w:rsidR="00D41266" w:rsidRPr="00D43628">
              <w:rPr>
                <w:rFonts w:ascii="Times New Roman" w:hAnsi="Times New Roman" w:cs="Times New Roman"/>
                <w:b/>
                <w:bCs/>
                <w:noProof/>
                <w:sz w:val="24"/>
                <w:szCs w:val="24"/>
              </w:rPr>
              <w:br/>
            </w:r>
            <w:r w:rsidR="00494679" w:rsidRPr="00494679">
              <w:rPr>
                <w:rFonts w:ascii="Times New Roman" w:hAnsi="Times New Roman" w:cs="Times New Roman"/>
                <w:b/>
                <w:bCs/>
                <w:noProof/>
                <w:sz w:val="24"/>
                <w:szCs w:val="24"/>
              </w:rPr>
              <w:t xml:space="preserve">CƠ QUAN CHUYÊN MÔN VỀ KHOA HỌC VÀ CÔNG NGHỆ THUỘC </w:t>
            </w:r>
            <w:r w:rsidR="00494679" w:rsidRPr="00494679">
              <w:rPr>
                <w:rFonts w:ascii="Times New Roman" w:hAnsi="Times New Roman" w:cs="Times New Roman"/>
                <w:b/>
                <w:bCs/>
                <w:noProof/>
                <w:sz w:val="24"/>
                <w:szCs w:val="24"/>
                <w:lang w:val="vi-VN"/>
              </w:rPr>
              <w:t>UBND</w:t>
            </w:r>
            <w:r w:rsidR="00494679" w:rsidRPr="00494679">
              <w:rPr>
                <w:rFonts w:ascii="Times New Roman" w:hAnsi="Times New Roman" w:cs="Times New Roman"/>
                <w:b/>
                <w:bCs/>
                <w:noProof/>
                <w:sz w:val="24"/>
                <w:szCs w:val="24"/>
              </w:rPr>
              <w:t xml:space="preserve"> CẤP TỈNH</w:t>
            </w:r>
          </w:p>
          <w:p w14:paraId="498D1BD1" w14:textId="1BE01625" w:rsidR="00D41266" w:rsidRPr="00D43628" w:rsidRDefault="004F3165" w:rsidP="00D41266">
            <w:pPr>
              <w:spacing w:after="0" w:line="240" w:lineRule="auto"/>
              <w:jc w:val="center"/>
              <w:rPr>
                <w:rFonts w:ascii="Times New Roman" w:hAnsi="Times New Roman" w:cs="Times New Roman"/>
                <w:b/>
                <w:bCs/>
                <w:noProof/>
                <w:sz w:val="24"/>
                <w:szCs w:val="24"/>
              </w:rPr>
            </w:pPr>
            <w:r w:rsidRPr="00D43628">
              <w:rPr>
                <w:rFonts w:ascii="Times New Roman" w:hAnsi="Times New Roman" w:cs="Times New Roman"/>
                <w:b/>
                <w:bCs/>
                <w:noProof/>
                <w:sz w:val="24"/>
                <w:szCs w:val="24"/>
              </w:rPr>
              <mc:AlternateContent>
                <mc:Choice Requires="wps">
                  <w:drawing>
                    <wp:anchor distT="0" distB="0" distL="114300" distR="114300" simplePos="0" relativeHeight="251658245" behindDoc="0" locked="0" layoutInCell="1" allowOverlap="1" wp14:anchorId="7EBE4382" wp14:editId="3E3686F2">
                      <wp:simplePos x="0" y="0"/>
                      <wp:positionH relativeFrom="column">
                        <wp:posOffset>657860</wp:posOffset>
                      </wp:positionH>
                      <wp:positionV relativeFrom="paragraph">
                        <wp:posOffset>60234</wp:posOffset>
                      </wp:positionV>
                      <wp:extent cx="936171" cy="0"/>
                      <wp:effectExtent l="0" t="0" r="0" b="0"/>
                      <wp:wrapNone/>
                      <wp:docPr id="758989143" name="Straight Connector 6"/>
                      <wp:cNvGraphicFramePr/>
                      <a:graphic xmlns:a="http://schemas.openxmlformats.org/drawingml/2006/main">
                        <a:graphicData uri="http://schemas.microsoft.com/office/word/2010/wordprocessingShape">
                          <wps:wsp>
                            <wps:cNvCnPr/>
                            <wps:spPr>
                              <a:xfrm>
                                <a:off x="0" y="0"/>
                                <a:ext cx="9361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B7C805"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1.8pt,4.75pt" to="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" strokecolor="black [3040]"/>
                  </w:pict>
                </mc:Fallback>
              </mc:AlternateContent>
            </w:r>
          </w:p>
        </w:tc>
        <w:tc>
          <w:tcPr>
            <w:tcW w:w="3030" w:type="pct"/>
          </w:tcPr>
          <w:p w14:paraId="4570F4C5" w14:textId="2949DE3E" w:rsidR="00D41266" w:rsidRPr="00D43628" w:rsidRDefault="000D7B9E" w:rsidP="00D41266">
            <w:pPr>
              <w:spacing w:after="0" w:line="240" w:lineRule="auto"/>
              <w:jc w:val="center"/>
              <w:rPr>
                <w:rFonts w:ascii="Times New Roman" w:hAnsi="Times New Roman" w:cs="Times New Roman"/>
                <w:b/>
                <w:bCs/>
                <w:noProof/>
                <w:sz w:val="24"/>
                <w:szCs w:val="24"/>
              </w:rPr>
            </w:pPr>
            <w:r w:rsidRPr="00D43628">
              <w:rPr>
                <w:rFonts w:ascii="Times New Roman" w:hAnsi="Times New Roman" w:cs="Times New Roman"/>
                <w:b/>
                <w:bCs/>
                <w:noProof/>
                <w:sz w:val="24"/>
                <w:szCs w:val="24"/>
              </w:rPr>
              <mc:AlternateContent>
                <mc:Choice Requires="wps">
                  <w:drawing>
                    <wp:anchor distT="0" distB="0" distL="114300" distR="114300" simplePos="0" relativeHeight="251658246" behindDoc="0" locked="0" layoutInCell="1" allowOverlap="1" wp14:anchorId="11DFB576" wp14:editId="122CC400">
                      <wp:simplePos x="0" y="0"/>
                      <wp:positionH relativeFrom="column">
                        <wp:posOffset>803275</wp:posOffset>
                      </wp:positionH>
                      <wp:positionV relativeFrom="paragraph">
                        <wp:posOffset>415078</wp:posOffset>
                      </wp:positionV>
                      <wp:extent cx="1896979" cy="0"/>
                      <wp:effectExtent l="0" t="0" r="0" b="0"/>
                      <wp:wrapNone/>
                      <wp:docPr id="1807675158" name="Straight Connector 7"/>
                      <wp:cNvGraphicFramePr/>
                      <a:graphic xmlns:a="http://schemas.openxmlformats.org/drawingml/2006/main">
                        <a:graphicData uri="http://schemas.microsoft.com/office/word/2010/wordprocessingShape">
                          <wps:wsp>
                            <wps:cNvCnPr/>
                            <wps:spPr>
                              <a:xfrm>
                                <a:off x="0" y="0"/>
                                <a:ext cx="18969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1EEA6D5"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25pt,32.7pt" to="212.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" strokecolor="black [3040]"/>
                  </w:pict>
                </mc:Fallback>
              </mc:AlternateContent>
            </w:r>
            <w:r w:rsidR="00D41266" w:rsidRPr="00D43628">
              <w:rPr>
                <w:rFonts w:ascii="Times New Roman" w:hAnsi="Times New Roman" w:cs="Times New Roman"/>
                <w:b/>
                <w:bCs/>
                <w:noProof/>
                <w:sz w:val="24"/>
                <w:szCs w:val="24"/>
              </w:rPr>
              <w:t>CỘNG HÒA XÃ HỘI CHỦ NGHĨA VIỆT NAM</w:t>
            </w:r>
            <w:r w:rsidR="00D41266" w:rsidRPr="00D43628">
              <w:rPr>
                <w:rFonts w:ascii="Times New Roman" w:hAnsi="Times New Roman" w:cs="Times New Roman"/>
                <w:b/>
                <w:bCs/>
                <w:noProof/>
                <w:sz w:val="24"/>
                <w:szCs w:val="24"/>
              </w:rPr>
              <w:br/>
              <w:t xml:space="preserve">Độc lập - Tự do - Hạnh phúc </w:t>
            </w:r>
            <w:r w:rsidR="00D41266" w:rsidRPr="00D43628">
              <w:rPr>
                <w:rFonts w:ascii="Times New Roman" w:hAnsi="Times New Roman" w:cs="Times New Roman"/>
                <w:b/>
                <w:bCs/>
                <w:noProof/>
                <w:sz w:val="24"/>
                <w:szCs w:val="24"/>
              </w:rPr>
              <w:br/>
            </w:r>
          </w:p>
        </w:tc>
      </w:tr>
      <w:tr w:rsidR="00D41266" w:rsidRPr="00D43628" w14:paraId="4EB29731" w14:textId="77777777" w:rsidTr="00895B06">
        <w:trPr>
          <w:trHeight w:val="264"/>
        </w:trPr>
        <w:tc>
          <w:tcPr>
            <w:tcW w:w="1970" w:type="pct"/>
          </w:tcPr>
          <w:p w14:paraId="3AE70D83" w14:textId="4143F059" w:rsidR="00D41266" w:rsidRPr="00D43628" w:rsidRDefault="00D41266" w:rsidP="00D41266">
            <w:pPr>
              <w:spacing w:after="0" w:line="240" w:lineRule="auto"/>
              <w:jc w:val="center"/>
              <w:rPr>
                <w:rFonts w:ascii="Times New Roman" w:hAnsi="Times New Roman" w:cs="Times New Roman"/>
                <w:i/>
                <w:iCs/>
                <w:noProof/>
                <w:sz w:val="24"/>
                <w:szCs w:val="24"/>
                <w:lang w:val="en-US"/>
              </w:rPr>
            </w:pPr>
            <w:r w:rsidRPr="00F833E1">
              <w:rPr>
                <w:rFonts w:ascii="Times New Roman" w:hAnsi="Times New Roman" w:cs="Times New Roman"/>
                <w:noProof/>
                <w:sz w:val="24"/>
                <w:szCs w:val="24"/>
              </w:rPr>
              <w:t>Số:</w:t>
            </w:r>
            <w:r w:rsidRPr="00D43628">
              <w:rPr>
                <w:rFonts w:ascii="Times New Roman" w:hAnsi="Times New Roman" w:cs="Times New Roman"/>
                <w:i/>
                <w:iCs/>
                <w:noProof/>
                <w:sz w:val="24"/>
                <w:szCs w:val="24"/>
              </w:rPr>
              <w:t xml:space="preserve"> </w:t>
            </w:r>
            <w:r w:rsidR="00D020DE" w:rsidRPr="00F833E1">
              <w:rPr>
                <w:rFonts w:ascii="Times New Roman" w:hAnsi="Times New Roman" w:cs="Times New Roman"/>
                <w:noProof/>
                <w:sz w:val="24"/>
                <w:szCs w:val="24"/>
                <w:lang w:val="en-US"/>
              </w:rPr>
              <w:t>…/</w:t>
            </w:r>
            <w:r w:rsidR="00F833E1" w:rsidRPr="00F833E1">
              <w:rPr>
                <w:rFonts w:ascii="Times New Roman" w:hAnsi="Times New Roman" w:cs="Times New Roman"/>
                <w:noProof/>
                <w:sz w:val="24"/>
                <w:szCs w:val="24"/>
                <w:lang w:val="en-US"/>
              </w:rPr>
              <w:t>TB-…</w:t>
            </w:r>
          </w:p>
        </w:tc>
        <w:tc>
          <w:tcPr>
            <w:tcW w:w="3030" w:type="pct"/>
          </w:tcPr>
          <w:p w14:paraId="4CFE3135" w14:textId="7DA5C653" w:rsidR="00D41266" w:rsidRPr="00D43628" w:rsidRDefault="00614F48" w:rsidP="00D41266">
            <w:pPr>
              <w:spacing w:after="0" w:line="240" w:lineRule="auto"/>
              <w:jc w:val="center"/>
              <w:rPr>
                <w:rFonts w:ascii="Times New Roman" w:hAnsi="Times New Roman" w:cs="Times New Roman"/>
                <w:i/>
                <w:iCs/>
                <w:noProof/>
                <w:sz w:val="24"/>
                <w:szCs w:val="24"/>
                <w:lang w:val="en-US"/>
              </w:rPr>
            </w:pPr>
            <w:r>
              <w:rPr>
                <w:rFonts w:ascii="Times New Roman" w:hAnsi="Times New Roman" w:cs="Times New Roman"/>
                <w:i/>
                <w:iCs/>
                <w:noProof/>
                <w:sz w:val="24"/>
                <w:szCs w:val="24"/>
                <w:lang w:val="en-US"/>
              </w:rPr>
              <w:t>…</w:t>
            </w:r>
            <w:r w:rsidR="00D41266" w:rsidRPr="00D43628">
              <w:rPr>
                <w:rFonts w:ascii="Times New Roman" w:hAnsi="Times New Roman" w:cs="Times New Roman"/>
                <w:i/>
                <w:iCs/>
                <w:noProof/>
                <w:sz w:val="24"/>
                <w:szCs w:val="24"/>
              </w:rPr>
              <w:t>, ngày</w:t>
            </w:r>
            <w:r w:rsidR="007527BC" w:rsidRPr="00D43628">
              <w:rPr>
                <w:rFonts w:ascii="Times New Roman" w:hAnsi="Times New Roman" w:cs="Times New Roman"/>
                <w:i/>
                <w:iCs/>
                <w:noProof/>
                <w:sz w:val="24"/>
                <w:szCs w:val="24"/>
                <w:lang w:val="en-US"/>
              </w:rPr>
              <w:t xml:space="preserve">     </w:t>
            </w:r>
            <w:r w:rsidR="00D41266" w:rsidRPr="00D43628">
              <w:rPr>
                <w:rFonts w:ascii="Times New Roman" w:hAnsi="Times New Roman" w:cs="Times New Roman"/>
                <w:i/>
                <w:iCs/>
                <w:noProof/>
                <w:sz w:val="24"/>
                <w:szCs w:val="24"/>
              </w:rPr>
              <w:t xml:space="preserve">   tháng </w:t>
            </w:r>
            <w:r w:rsidR="007527BC" w:rsidRPr="00D43628">
              <w:rPr>
                <w:rFonts w:ascii="Times New Roman" w:hAnsi="Times New Roman" w:cs="Times New Roman"/>
                <w:i/>
                <w:iCs/>
                <w:noProof/>
                <w:sz w:val="24"/>
                <w:szCs w:val="24"/>
                <w:lang w:val="en-US"/>
              </w:rPr>
              <w:t xml:space="preserve">    </w:t>
            </w:r>
            <w:r w:rsidR="00D41266" w:rsidRPr="00D43628">
              <w:rPr>
                <w:rFonts w:ascii="Times New Roman" w:hAnsi="Times New Roman" w:cs="Times New Roman"/>
                <w:i/>
                <w:iCs/>
                <w:noProof/>
                <w:sz w:val="24"/>
                <w:szCs w:val="24"/>
              </w:rPr>
              <w:t xml:space="preserve">  năm </w:t>
            </w:r>
            <w:r w:rsidR="007527BC" w:rsidRPr="00D43628">
              <w:rPr>
                <w:rFonts w:ascii="Times New Roman" w:hAnsi="Times New Roman" w:cs="Times New Roman"/>
                <w:i/>
                <w:iCs/>
                <w:noProof/>
                <w:sz w:val="24"/>
                <w:szCs w:val="24"/>
                <w:lang w:val="en-US"/>
              </w:rPr>
              <w:t>…</w:t>
            </w:r>
          </w:p>
        </w:tc>
      </w:tr>
    </w:tbl>
    <w:p w14:paraId="7377158D" w14:textId="77777777" w:rsidR="00D41266" w:rsidRPr="00970C73" w:rsidRDefault="00D41266" w:rsidP="003A0182">
      <w:pPr>
        <w:spacing w:after="0"/>
        <w:jc w:val="center"/>
        <w:rPr>
          <w:rFonts w:ascii="Times New Roman" w:hAnsi="Times New Roman" w:cs="Times New Roman"/>
          <w:b/>
          <w:bCs/>
          <w:lang w:val="en-US"/>
        </w:rPr>
      </w:pPr>
    </w:p>
    <w:p w14:paraId="574CC2C7" w14:textId="5B5CA0EF" w:rsidR="00BC2E0A" w:rsidRPr="00BE3C49" w:rsidRDefault="003A0182" w:rsidP="00BE3C49">
      <w:pPr>
        <w:spacing w:before="120" w:after="120" w:line="340" w:lineRule="exact"/>
        <w:jc w:val="center"/>
        <w:rPr>
          <w:rFonts w:ascii="Times New Roman" w:hAnsi="Times New Roman" w:cs="Times New Roman"/>
          <w:b/>
          <w:bCs/>
          <w:sz w:val="28"/>
          <w:szCs w:val="28"/>
          <w:lang w:val="en-US"/>
        </w:rPr>
      </w:pPr>
      <w:r w:rsidRPr="00C07268">
        <w:rPr>
          <w:rFonts w:ascii="Times New Roman" w:hAnsi="Times New Roman" w:cs="Times New Roman"/>
          <w:b/>
          <w:bCs/>
          <w:sz w:val="28"/>
          <w:szCs w:val="28"/>
        </w:rPr>
        <w:t>THÔNG BÁ</w:t>
      </w:r>
      <w:r w:rsidR="00BC2E0A" w:rsidRPr="00C07268">
        <w:rPr>
          <w:rFonts w:ascii="Times New Roman" w:hAnsi="Times New Roman" w:cs="Times New Roman"/>
          <w:b/>
          <w:bCs/>
          <w:sz w:val="28"/>
          <w:szCs w:val="28"/>
          <w:lang w:val="en-US"/>
        </w:rPr>
        <w:t>O</w:t>
      </w:r>
      <w:r w:rsidR="00BE3C49">
        <w:rPr>
          <w:rFonts w:ascii="Times New Roman" w:hAnsi="Times New Roman" w:cs="Times New Roman"/>
          <w:b/>
          <w:bCs/>
          <w:sz w:val="28"/>
          <w:szCs w:val="28"/>
          <w:lang w:val="en-US"/>
        </w:rPr>
        <w:br/>
      </w:r>
      <w:r w:rsidR="00BC2E0A" w:rsidRPr="00C07268">
        <w:rPr>
          <w:rFonts w:ascii="Times New Roman" w:hAnsi="Times New Roman" w:cs="Times New Roman"/>
          <w:b/>
          <w:bCs/>
          <w:sz w:val="28"/>
          <w:szCs w:val="28"/>
        </w:rPr>
        <w:t>Về dự toán kinh phí thẩm định công nghệ</w:t>
      </w:r>
    </w:p>
    <w:p w14:paraId="4398B242" w14:textId="41BF46AC" w:rsidR="00635C6F" w:rsidRPr="00C07268" w:rsidRDefault="003A0182" w:rsidP="00BE3C49">
      <w:pPr>
        <w:spacing w:before="360" w:after="360" w:line="340" w:lineRule="exact"/>
        <w:jc w:val="center"/>
        <w:rPr>
          <w:rFonts w:ascii="Times New Roman" w:hAnsi="Times New Roman" w:cs="Times New Roman"/>
          <w:sz w:val="28"/>
          <w:szCs w:val="28"/>
          <w:lang w:val="en-US"/>
        </w:rPr>
      </w:pPr>
      <w:r w:rsidRPr="00C07268">
        <w:rPr>
          <w:rFonts w:ascii="Times New Roman" w:eastAsia="Times New Roman" w:hAnsi="Times New Roman" w:cs="Times New Roman"/>
          <w:sz w:val="28"/>
          <w:szCs w:val="28"/>
        </w:rPr>
        <w:t>Kính gửi:</w:t>
      </w:r>
      <w:r w:rsidRPr="00C07268">
        <w:rPr>
          <w:rFonts w:ascii="Times New Roman" w:hAnsi="Times New Roman" w:cs="Times New Roman"/>
          <w:sz w:val="28"/>
          <w:szCs w:val="28"/>
        </w:rPr>
        <w:t xml:space="preserve"> </w:t>
      </w:r>
      <w:r w:rsidR="00FE6C48" w:rsidRPr="00C07268">
        <w:rPr>
          <w:rFonts w:ascii="Times New Roman" w:hAnsi="Times New Roman" w:cs="Times New Roman"/>
          <w:sz w:val="28"/>
          <w:szCs w:val="28"/>
        </w:rPr>
        <w:t>…………………………………………………….</w:t>
      </w:r>
      <w:r w:rsidR="00470B5E">
        <w:rPr>
          <w:rStyle w:val="FootnoteReference"/>
          <w:rFonts w:ascii="Times New Roman" w:hAnsi="Times New Roman" w:cs="Times New Roman"/>
          <w:sz w:val="28"/>
          <w:szCs w:val="28"/>
        </w:rPr>
        <w:footnoteReference w:id="7"/>
      </w:r>
    </w:p>
    <w:p w14:paraId="754222BC" w14:textId="14D49430" w:rsidR="00BC2E0A" w:rsidRPr="001819FD" w:rsidRDefault="00BC2E0A" w:rsidP="00FC2F00">
      <w:pPr>
        <w:tabs>
          <w:tab w:val="left" w:leader="dot" w:pos="6521"/>
          <w:tab w:val="left" w:leader="dot" w:pos="8931"/>
        </w:tabs>
        <w:autoSpaceDE w:val="0"/>
        <w:autoSpaceDN w:val="0"/>
        <w:adjustRightInd w:val="0"/>
        <w:spacing w:before="120" w:after="120" w:line="340" w:lineRule="exact"/>
        <w:rPr>
          <w:rFonts w:ascii="Times New Roman" w:hAnsi="Times New Roman" w:cs="Times New Roman"/>
          <w:sz w:val="28"/>
          <w:szCs w:val="28"/>
          <w:lang w:val="en-US"/>
        </w:rPr>
      </w:pPr>
      <w:r w:rsidRPr="00BE3C49">
        <w:rPr>
          <w:rFonts w:ascii="Times New Roman" w:hAnsi="Times New Roman" w:cs="Times New Roman"/>
          <w:sz w:val="28"/>
          <w:szCs w:val="28"/>
        </w:rPr>
        <w:t xml:space="preserve">Căn cứ </w:t>
      </w:r>
      <w:r w:rsidR="009328D2">
        <w:rPr>
          <w:rFonts w:ascii="Times New Roman" w:hAnsi="Times New Roman" w:cs="Times New Roman"/>
          <w:sz w:val="28"/>
          <w:szCs w:val="28"/>
          <w:lang w:val="en-US"/>
        </w:rPr>
        <w:t>H</w:t>
      </w:r>
      <w:r w:rsidRPr="00BE3C49">
        <w:rPr>
          <w:rFonts w:ascii="Times New Roman" w:hAnsi="Times New Roman" w:cs="Times New Roman"/>
          <w:sz w:val="28"/>
          <w:szCs w:val="28"/>
        </w:rPr>
        <w:t>ồ sơ đề nghị thẩm định công nghệ của</w:t>
      </w:r>
      <w:r w:rsidR="00AE1F2D" w:rsidRPr="00BE3C49">
        <w:rPr>
          <w:rFonts w:ascii="Times New Roman" w:hAnsi="Times New Roman" w:cs="Times New Roman"/>
          <w:sz w:val="28"/>
          <w:szCs w:val="28"/>
        </w:rPr>
        <w:tab/>
      </w:r>
      <w:r w:rsidR="001819FD">
        <w:rPr>
          <w:rFonts w:ascii="Times New Roman" w:hAnsi="Times New Roman" w:cs="Times New Roman"/>
          <w:sz w:val="28"/>
          <w:szCs w:val="28"/>
          <w:lang w:val="en-US"/>
        </w:rPr>
        <w:t>, Mã hồ sơ:</w:t>
      </w:r>
      <w:r w:rsidR="001819FD">
        <w:rPr>
          <w:rFonts w:ascii="Times New Roman" w:hAnsi="Times New Roman" w:cs="Times New Roman"/>
          <w:sz w:val="28"/>
          <w:szCs w:val="28"/>
          <w:lang w:val="en-US"/>
        </w:rPr>
        <w:tab/>
        <w:t>, ngày tiếp nhận: …/…/…</w:t>
      </w:r>
    </w:p>
    <w:p w14:paraId="053B7977" w14:textId="32B876A6" w:rsidR="00BC2E0A" w:rsidRPr="00C07268" w:rsidRDefault="00A93E80" w:rsidP="00FC2F00">
      <w:pPr>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A93E80">
        <w:rPr>
          <w:rFonts w:ascii="Times New Roman" w:hAnsi="Times New Roman" w:cs="Times New Roman"/>
          <w:sz w:val="28"/>
          <w:szCs w:val="28"/>
          <w:lang w:val="en-US"/>
        </w:rPr>
        <w:t>ơ quan chuyên môn về khoa học và công nghệ thuộc Uỷ ban nhân dân cấp tỉnh</w:t>
      </w:r>
      <w:r w:rsidR="00BC2E0A" w:rsidRPr="00C07268">
        <w:rPr>
          <w:rFonts w:ascii="Times New Roman" w:hAnsi="Times New Roman" w:cs="Times New Roman"/>
          <w:sz w:val="28"/>
          <w:szCs w:val="28"/>
          <w:lang w:val="en-US"/>
        </w:rPr>
        <w:t xml:space="preserve"> thông báo dự toán kinh phí thẩm định công nghệ như sau:</w:t>
      </w:r>
    </w:p>
    <w:p w14:paraId="13A21E19" w14:textId="08B38B33" w:rsidR="0098652B" w:rsidRPr="00C07268" w:rsidRDefault="0098652B" w:rsidP="00FC2F00">
      <w:pPr>
        <w:spacing w:before="120" w:after="120" w:line="340" w:lineRule="exact"/>
        <w:rPr>
          <w:rFonts w:ascii="Times New Roman" w:hAnsi="Times New Roman" w:cs="Times New Roman"/>
          <w:sz w:val="28"/>
          <w:szCs w:val="28"/>
          <w:lang w:val="en-US"/>
        </w:rPr>
      </w:pPr>
      <w:r w:rsidRPr="0037251D">
        <w:rPr>
          <w:rFonts w:ascii="Times New Roman" w:hAnsi="Times New Roman" w:cs="Times New Roman"/>
          <w:b/>
          <w:bCs/>
          <w:sz w:val="28"/>
          <w:szCs w:val="28"/>
          <w:lang w:val="en-US"/>
        </w:rPr>
        <w:t>1. Dự toán kinh phí</w:t>
      </w:r>
      <w:r w:rsidRPr="00C07268">
        <w:rPr>
          <w:rFonts w:ascii="Times New Roman" w:hAnsi="Times New Roman" w:cs="Times New Roman"/>
          <w:sz w:val="28"/>
          <w:szCs w:val="28"/>
          <w:lang w:val="en-US"/>
        </w:rPr>
        <w:t xml:space="preserve"> (khoản 1 Điều 15 Nghị định số</w:t>
      </w:r>
      <w:proofErr w:type="gramStart"/>
      <w:r w:rsidRPr="00C07268">
        <w:rPr>
          <w:rFonts w:ascii="Times New Roman" w:hAnsi="Times New Roman" w:cs="Times New Roman"/>
          <w:sz w:val="28"/>
          <w:szCs w:val="28"/>
          <w:lang w:val="en-US"/>
        </w:rPr>
        <w:t>…./</w:t>
      </w:r>
      <w:proofErr w:type="gramEnd"/>
      <w:r w:rsidRPr="00C07268">
        <w:rPr>
          <w:rFonts w:ascii="Times New Roman" w:hAnsi="Times New Roman" w:cs="Times New Roman"/>
          <w:sz w:val="28"/>
          <w:szCs w:val="28"/>
          <w:lang w:val="en-US"/>
        </w:rPr>
        <w:t>2026/NĐ-CP)</w:t>
      </w:r>
    </w:p>
    <w:p w14:paraId="0F310032" w14:textId="77777777" w:rsidR="0098652B" w:rsidRPr="00C07268"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xml:space="preserve">- Tổng dự toán kinh </w:t>
      </w:r>
      <w:proofErr w:type="gramStart"/>
      <w:r w:rsidRPr="00C07268">
        <w:rPr>
          <w:rFonts w:ascii="Times New Roman" w:hAnsi="Times New Roman" w:cs="Times New Roman"/>
          <w:sz w:val="28"/>
          <w:szCs w:val="28"/>
          <w:lang w:val="en-US"/>
        </w:rPr>
        <w:t>phí:…</w:t>
      </w:r>
      <w:proofErr w:type="gramEnd"/>
      <w:r w:rsidRPr="00C07268">
        <w:rPr>
          <w:rFonts w:ascii="Times New Roman" w:hAnsi="Times New Roman" w:cs="Times New Roman"/>
          <w:sz w:val="28"/>
          <w:szCs w:val="28"/>
          <w:lang w:val="en-US"/>
        </w:rPr>
        <w:t>……(đồng)</w:t>
      </w:r>
    </w:p>
    <w:p w14:paraId="797C8A22" w14:textId="0A0454FC" w:rsidR="00F51452"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Dự toán kinh phí chi tiết kèm theo</w:t>
      </w:r>
      <w:r w:rsidR="004B0F04">
        <w:rPr>
          <w:rFonts w:ascii="Times New Roman" w:hAnsi="Times New Roman" w:cs="Times New Roman"/>
          <w:sz w:val="28"/>
          <w:szCs w:val="28"/>
          <w:lang w:val="en-US"/>
        </w:rPr>
        <w:t>.</w:t>
      </w:r>
    </w:p>
    <w:p w14:paraId="120A5222" w14:textId="0FE5AF23" w:rsidR="0098652B" w:rsidRPr="00C07268" w:rsidRDefault="0098652B" w:rsidP="00FC2F00">
      <w:pPr>
        <w:spacing w:before="120" w:after="120" w:line="340" w:lineRule="exact"/>
        <w:rPr>
          <w:rFonts w:ascii="Times New Roman" w:hAnsi="Times New Roman" w:cs="Times New Roman"/>
          <w:sz w:val="28"/>
          <w:szCs w:val="28"/>
          <w:lang w:val="en-US"/>
        </w:rPr>
      </w:pPr>
      <w:r w:rsidRPr="0037251D">
        <w:rPr>
          <w:rFonts w:ascii="Times New Roman" w:hAnsi="Times New Roman" w:cs="Times New Roman"/>
          <w:b/>
          <w:bCs/>
          <w:sz w:val="28"/>
          <w:szCs w:val="28"/>
          <w:lang w:val="en-US"/>
        </w:rPr>
        <w:t>2. Dự toán kinh phí bổ sung</w:t>
      </w:r>
      <w:r w:rsidRPr="00C07268">
        <w:rPr>
          <w:rFonts w:ascii="Times New Roman" w:hAnsi="Times New Roman" w:cs="Times New Roman"/>
          <w:sz w:val="28"/>
          <w:szCs w:val="28"/>
          <w:lang w:val="en-US"/>
        </w:rPr>
        <w:t xml:space="preserve"> (khoản 2 Điều 15 Nghị định số</w:t>
      </w:r>
      <w:proofErr w:type="gramStart"/>
      <w:r w:rsidRPr="00C07268">
        <w:rPr>
          <w:rFonts w:ascii="Times New Roman" w:hAnsi="Times New Roman" w:cs="Times New Roman"/>
          <w:sz w:val="28"/>
          <w:szCs w:val="28"/>
          <w:lang w:val="en-US"/>
        </w:rPr>
        <w:t>…./</w:t>
      </w:r>
      <w:proofErr w:type="gramEnd"/>
      <w:r w:rsidRPr="00C07268">
        <w:rPr>
          <w:rFonts w:ascii="Times New Roman" w:hAnsi="Times New Roman" w:cs="Times New Roman"/>
          <w:sz w:val="28"/>
          <w:szCs w:val="28"/>
          <w:lang w:val="en-US"/>
        </w:rPr>
        <w:t>2026/NĐ-CP)</w:t>
      </w:r>
    </w:p>
    <w:p w14:paraId="2DDD9B01" w14:textId="77777777" w:rsidR="0098652B" w:rsidRPr="00C07268"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xml:space="preserve">- Tổng dự toán kinh </w:t>
      </w:r>
      <w:proofErr w:type="gramStart"/>
      <w:r w:rsidRPr="00C07268">
        <w:rPr>
          <w:rFonts w:ascii="Times New Roman" w:hAnsi="Times New Roman" w:cs="Times New Roman"/>
          <w:sz w:val="28"/>
          <w:szCs w:val="28"/>
          <w:lang w:val="en-US"/>
        </w:rPr>
        <w:t>phí:…</w:t>
      </w:r>
      <w:proofErr w:type="gramEnd"/>
      <w:r w:rsidRPr="00C07268">
        <w:rPr>
          <w:rFonts w:ascii="Times New Roman" w:hAnsi="Times New Roman" w:cs="Times New Roman"/>
          <w:sz w:val="28"/>
          <w:szCs w:val="28"/>
          <w:lang w:val="en-US"/>
        </w:rPr>
        <w:t>……(đồng)</w:t>
      </w:r>
    </w:p>
    <w:p w14:paraId="476C0349" w14:textId="3D29DCB1" w:rsidR="0098652B" w:rsidRPr="00C07268" w:rsidRDefault="0098652B" w:rsidP="00FC2F00">
      <w:pPr>
        <w:spacing w:before="120" w:after="120" w:line="340" w:lineRule="exact"/>
        <w:rPr>
          <w:rFonts w:ascii="Times New Roman" w:hAnsi="Times New Roman" w:cs="Times New Roman"/>
          <w:sz w:val="28"/>
          <w:szCs w:val="28"/>
          <w:lang w:val="en-US"/>
        </w:rPr>
      </w:pPr>
      <w:r w:rsidRPr="00C07268">
        <w:rPr>
          <w:rFonts w:ascii="Times New Roman" w:hAnsi="Times New Roman" w:cs="Times New Roman"/>
          <w:sz w:val="28"/>
          <w:szCs w:val="28"/>
          <w:lang w:val="en-US"/>
        </w:rPr>
        <w:t>- Dự toán kinh phí chi tiết kèm theo</w:t>
      </w:r>
      <w:r w:rsidR="004B0F04">
        <w:rPr>
          <w:rFonts w:ascii="Times New Roman" w:hAnsi="Times New Roman" w:cs="Times New Roman"/>
          <w:sz w:val="28"/>
          <w:szCs w:val="28"/>
          <w:lang w:val="en-US"/>
        </w:rPr>
        <w:t>.</w:t>
      </w:r>
    </w:p>
    <w:p w14:paraId="2BC9CB03" w14:textId="0C5CA5B0" w:rsidR="003066C0" w:rsidRDefault="00B10BB4" w:rsidP="00FC2F00">
      <w:pPr>
        <w:spacing w:before="120" w:after="120" w:line="340" w:lineRule="exact"/>
        <w:jc w:val="both"/>
        <w:rPr>
          <w:rFonts w:ascii="Times New Roman" w:hAnsi="Times New Roman" w:cs="Times New Roman"/>
          <w:sz w:val="28"/>
          <w:szCs w:val="28"/>
          <w:lang w:val="en-US"/>
        </w:rPr>
      </w:pPr>
      <w:r w:rsidRPr="00C07268">
        <w:rPr>
          <w:rFonts w:ascii="Times New Roman" w:hAnsi="Times New Roman" w:cs="Times New Roman"/>
          <w:b/>
          <w:bCs/>
          <w:i/>
          <w:iCs/>
          <w:sz w:val="28"/>
          <w:szCs w:val="28"/>
          <w:lang w:val="en-US"/>
        </w:rPr>
        <w:t>Ghi chú:</w:t>
      </w:r>
      <w:r w:rsidRPr="00C07268">
        <w:rPr>
          <w:rFonts w:ascii="Times New Roman" w:hAnsi="Times New Roman" w:cs="Times New Roman"/>
          <w:sz w:val="28"/>
          <w:szCs w:val="28"/>
          <w:lang w:val="en-US"/>
        </w:rPr>
        <w:t xml:space="preserve"> </w:t>
      </w:r>
      <w:r w:rsidR="003C74FF" w:rsidRPr="00C07268">
        <w:rPr>
          <w:rFonts w:ascii="Times New Roman" w:hAnsi="Times New Roman" w:cs="Times New Roman"/>
          <w:sz w:val="28"/>
          <w:szCs w:val="28"/>
          <w:lang w:val="en-US"/>
        </w:rPr>
        <w:t>Tổ chức, c</w:t>
      </w:r>
      <w:r w:rsidR="003C74FF" w:rsidRPr="00024A3C">
        <w:rPr>
          <w:rFonts w:ascii="Times New Roman" w:hAnsi="Times New Roman" w:cs="Times New Roman"/>
          <w:sz w:val="28"/>
          <w:szCs w:val="28"/>
          <w:lang w:val="en-US"/>
        </w:rPr>
        <w:t>ác nhân đề nghị thẩm công nghệ có văn bản trả lời theo quy định tại k</w:t>
      </w:r>
      <w:r w:rsidRPr="00024A3C">
        <w:rPr>
          <w:rFonts w:ascii="Times New Roman" w:hAnsi="Times New Roman" w:cs="Times New Roman"/>
          <w:sz w:val="28"/>
          <w:szCs w:val="28"/>
          <w:lang w:val="en-US"/>
        </w:rPr>
        <w:t xml:space="preserve">hoản </w:t>
      </w:r>
      <w:r w:rsidR="003C74FF" w:rsidRPr="00024A3C">
        <w:rPr>
          <w:rFonts w:ascii="Times New Roman" w:hAnsi="Times New Roman" w:cs="Times New Roman"/>
          <w:sz w:val="28"/>
          <w:szCs w:val="28"/>
          <w:lang w:val="en-US"/>
        </w:rPr>
        <w:t>3</w:t>
      </w:r>
      <w:r w:rsidRPr="00024A3C">
        <w:rPr>
          <w:rFonts w:ascii="Times New Roman" w:hAnsi="Times New Roman" w:cs="Times New Roman"/>
          <w:sz w:val="28"/>
          <w:szCs w:val="28"/>
          <w:lang w:val="en-US"/>
        </w:rPr>
        <w:t xml:space="preserve"> Điều 15 </w:t>
      </w:r>
      <w:r w:rsidR="003C74FF" w:rsidRPr="00024A3C">
        <w:rPr>
          <w:rFonts w:ascii="Times New Roman" w:hAnsi="Times New Roman" w:cs="Times New Roman"/>
          <w:sz w:val="28"/>
          <w:szCs w:val="28"/>
          <w:lang w:val="en-US"/>
        </w:rPr>
        <w:t>Nghị đị</w:t>
      </w:r>
      <w:r w:rsidR="003C74FF" w:rsidRPr="00C07268">
        <w:rPr>
          <w:rFonts w:ascii="Times New Roman" w:hAnsi="Times New Roman" w:cs="Times New Roman"/>
          <w:sz w:val="28"/>
          <w:szCs w:val="28"/>
          <w:lang w:val="en-US"/>
        </w:rPr>
        <w:t>nh số</w:t>
      </w:r>
      <w:proofErr w:type="gramStart"/>
      <w:r w:rsidR="003C74FF" w:rsidRPr="00C07268">
        <w:rPr>
          <w:rFonts w:ascii="Times New Roman" w:hAnsi="Times New Roman" w:cs="Times New Roman"/>
          <w:sz w:val="28"/>
          <w:szCs w:val="28"/>
          <w:lang w:val="en-US"/>
        </w:rPr>
        <w:t>…./</w:t>
      </w:r>
      <w:proofErr w:type="gramEnd"/>
      <w:r w:rsidR="003C74FF" w:rsidRPr="00C07268">
        <w:rPr>
          <w:rFonts w:ascii="Times New Roman" w:hAnsi="Times New Roman" w:cs="Times New Roman"/>
          <w:sz w:val="28"/>
          <w:szCs w:val="28"/>
          <w:lang w:val="en-US"/>
        </w:rPr>
        <w:t>2026/NĐ-CP</w:t>
      </w:r>
      <w:r w:rsidR="00014F63">
        <w:rPr>
          <w:rFonts w:ascii="Times New Roman" w:hAnsi="Times New Roman" w:cs="Times New Roman"/>
          <w:sz w:val="28"/>
          <w:szCs w:val="28"/>
          <w:lang w:val="en-US"/>
        </w:rPr>
        <w:t xml:space="preserve"> ngày … tháng … năm …của Chính phủ </w:t>
      </w:r>
      <w:r w:rsidR="00014F63" w:rsidRPr="00014F63">
        <w:rPr>
          <w:rFonts w:ascii="Times New Roman" w:hAnsi="Times New Roman" w:cs="Times New Roman"/>
          <w:sz w:val="28"/>
          <w:szCs w:val="28"/>
          <w:lang w:val="en-US"/>
        </w:rPr>
        <w:t>quy định chi tiết một số điều và hướng dẫn biện pháp thi hành Luật Chuyển giao công nghệ số 07/2017/QH14; được sửa đổi bổ sung bởi Luật số 93/2025/QH15 và Luật số 115/2025/QH15</w:t>
      </w:r>
      <w:r w:rsidR="00014F63">
        <w:rPr>
          <w:rFonts w:ascii="Times New Roman" w:hAnsi="Times New Roman" w:cs="Times New Roman"/>
          <w:sz w:val="28"/>
          <w:szCs w:val="28"/>
          <w:lang w:val="en-US"/>
        </w:rPr>
        <w:t>.</w:t>
      </w:r>
    </w:p>
    <w:p w14:paraId="26610D79" w14:textId="77777777" w:rsidR="0052124D" w:rsidRDefault="0052124D" w:rsidP="00F95042">
      <w:pPr>
        <w:spacing w:before="120" w:after="120" w:line="340" w:lineRule="exact"/>
        <w:jc w:val="both"/>
        <w:rPr>
          <w:rFonts w:ascii="Times New Roman" w:hAnsi="Times New Roman" w:cs="Times New Roman"/>
          <w:sz w:val="28"/>
          <w:szCs w:val="28"/>
          <w:lang w:val="en-US"/>
        </w:rPr>
      </w:pPr>
    </w:p>
    <w:tbl>
      <w:tblPr>
        <w:tblW w:w="5000" w:type="pct"/>
        <w:tblCellMar>
          <w:left w:w="0" w:type="dxa"/>
          <w:right w:w="0" w:type="dxa"/>
        </w:tblCellMar>
        <w:tblLook w:val="0000" w:firstRow="0" w:lastRow="0" w:firstColumn="0" w:lastColumn="0" w:noHBand="0" w:noVBand="0"/>
      </w:tblPr>
      <w:tblGrid>
        <w:gridCol w:w="4537"/>
        <w:gridCol w:w="4537"/>
      </w:tblGrid>
      <w:tr w:rsidR="00D41266" w:rsidRPr="00970C73" w14:paraId="730434F3" w14:textId="77777777" w:rsidTr="00567BBE">
        <w:tc>
          <w:tcPr>
            <w:tcW w:w="2500" w:type="pct"/>
            <w:shd w:val="clear" w:color="auto" w:fill="FFFFFF"/>
          </w:tcPr>
          <w:p w14:paraId="582BAC0E" w14:textId="77777777" w:rsidR="00D41266" w:rsidRPr="00970C73" w:rsidRDefault="00D41266" w:rsidP="00567BBE">
            <w:pPr>
              <w:autoSpaceDE w:val="0"/>
              <w:autoSpaceDN w:val="0"/>
              <w:adjustRightInd w:val="0"/>
              <w:spacing w:before="120"/>
              <w:rPr>
                <w:rFonts w:ascii="Times New Roman" w:hAnsi="Times New Roman" w:cs="Times New Roman"/>
                <w:lang w:val="en-US"/>
              </w:rPr>
            </w:pPr>
            <w:r w:rsidRPr="00970C73">
              <w:rPr>
                <w:rFonts w:ascii="Times New Roman" w:hAnsi="Times New Roman" w:cs="Times New Roman"/>
                <w:b/>
                <w:bCs/>
                <w:i/>
                <w:iCs/>
                <w:lang w:val="en"/>
              </w:rPr>
              <w:t>Nơi nh</w:t>
            </w:r>
            <w:r w:rsidRPr="00970C73">
              <w:rPr>
                <w:rFonts w:ascii="Times New Roman" w:hAnsi="Times New Roman" w:cs="Times New Roman"/>
                <w:b/>
                <w:bCs/>
                <w:i/>
                <w:iCs/>
              </w:rPr>
              <w:t>ận:</w:t>
            </w:r>
            <w:r w:rsidRPr="00970C73">
              <w:rPr>
                <w:rFonts w:ascii="Times New Roman" w:hAnsi="Times New Roman" w:cs="Times New Roman"/>
                <w:b/>
                <w:bCs/>
                <w:i/>
                <w:iCs/>
              </w:rPr>
              <w:br/>
            </w:r>
            <w:r w:rsidRPr="00970C73">
              <w:rPr>
                <w:rFonts w:ascii="Times New Roman" w:hAnsi="Times New Roman" w:cs="Times New Roman"/>
              </w:rPr>
              <w:t>- Như</w:t>
            </w:r>
            <w:r w:rsidRPr="00970C73">
              <w:rPr>
                <w:rFonts w:ascii="Times New Roman" w:hAnsi="Times New Roman" w:cs="Times New Roman"/>
                <w:lang w:val="en-US"/>
              </w:rPr>
              <w:t xml:space="preserve"> trên</w:t>
            </w:r>
            <w:r w:rsidRPr="00970C73">
              <w:rPr>
                <w:rFonts w:ascii="Times New Roman" w:hAnsi="Times New Roman" w:cs="Times New Roman"/>
              </w:rPr>
              <w:t>;</w:t>
            </w:r>
            <w:r w:rsidRPr="00970C73">
              <w:rPr>
                <w:rFonts w:ascii="Times New Roman" w:hAnsi="Times New Roman" w:cs="Times New Roman"/>
              </w:rPr>
              <w:br/>
            </w:r>
            <w:r w:rsidRPr="00970C73">
              <w:rPr>
                <w:rFonts w:ascii="Times New Roman" w:hAnsi="Times New Roman" w:cs="Times New Roman"/>
                <w:lang w:val="en"/>
              </w:rPr>
              <w:t xml:space="preserve">- </w:t>
            </w:r>
            <w:proofErr w:type="gramStart"/>
            <w:r w:rsidRPr="00970C73">
              <w:rPr>
                <w:rFonts w:ascii="Times New Roman" w:hAnsi="Times New Roman" w:cs="Times New Roman"/>
                <w:lang w:val="en"/>
              </w:rPr>
              <w:t>Lưu:…</w:t>
            </w:r>
            <w:proofErr w:type="gramEnd"/>
            <w:r w:rsidRPr="00970C73">
              <w:rPr>
                <w:rFonts w:ascii="Times New Roman" w:hAnsi="Times New Roman" w:cs="Times New Roman"/>
                <w:lang w:val="en"/>
              </w:rPr>
              <w:t>…</w:t>
            </w:r>
          </w:p>
        </w:tc>
        <w:tc>
          <w:tcPr>
            <w:tcW w:w="2500" w:type="pct"/>
            <w:shd w:val="clear" w:color="auto" w:fill="FFFFFF"/>
          </w:tcPr>
          <w:p w14:paraId="1E74699C" w14:textId="77777777" w:rsidR="00D41266" w:rsidRPr="005A7C10" w:rsidRDefault="00D41266" w:rsidP="00567BBE">
            <w:pPr>
              <w:autoSpaceDE w:val="0"/>
              <w:autoSpaceDN w:val="0"/>
              <w:adjustRightInd w:val="0"/>
              <w:spacing w:before="120"/>
              <w:jc w:val="center"/>
              <w:rPr>
                <w:rFonts w:ascii="Times New Roman" w:hAnsi="Times New Roman" w:cs="Times New Roman"/>
                <w:sz w:val="28"/>
                <w:szCs w:val="28"/>
                <w:lang w:val="en"/>
              </w:rPr>
            </w:pPr>
            <w:r w:rsidRPr="005A7C10">
              <w:rPr>
                <w:rFonts w:ascii="Times New Roman" w:hAnsi="Times New Roman" w:cs="Times New Roman"/>
                <w:b/>
                <w:bCs/>
                <w:sz w:val="28"/>
                <w:szCs w:val="28"/>
                <w:lang w:val="en"/>
              </w:rPr>
              <w:t>TH</w:t>
            </w:r>
            <w:r w:rsidRPr="005A7C10">
              <w:rPr>
                <w:rFonts w:ascii="Times New Roman" w:hAnsi="Times New Roman" w:cs="Times New Roman"/>
                <w:b/>
                <w:bCs/>
                <w:sz w:val="28"/>
                <w:szCs w:val="28"/>
              </w:rPr>
              <w:t>Ủ TRƯỞNG</w:t>
            </w:r>
            <w:r w:rsidRPr="005A7C10">
              <w:rPr>
                <w:rFonts w:ascii="Times New Roman" w:hAnsi="Times New Roman" w:cs="Times New Roman"/>
                <w:b/>
                <w:bCs/>
                <w:sz w:val="28"/>
                <w:szCs w:val="28"/>
              </w:rPr>
              <w:br/>
            </w:r>
            <w:r w:rsidRPr="005A7C10">
              <w:rPr>
                <w:rFonts w:ascii="Times New Roman" w:hAnsi="Times New Roman" w:cs="Times New Roman"/>
                <w:i/>
                <w:iCs/>
                <w:sz w:val="28"/>
                <w:szCs w:val="28"/>
                <w:lang w:val="en"/>
              </w:rPr>
              <w:t>(Ký, ghi rõ h</w:t>
            </w:r>
            <w:r w:rsidRPr="005A7C10">
              <w:rPr>
                <w:rFonts w:ascii="Times New Roman" w:hAnsi="Times New Roman" w:cs="Times New Roman"/>
                <w:i/>
                <w:iCs/>
                <w:sz w:val="28"/>
                <w:szCs w:val="28"/>
              </w:rPr>
              <w:t>ọ t</w:t>
            </w:r>
            <w:r w:rsidRPr="005A7C10">
              <w:rPr>
                <w:rFonts w:ascii="Times New Roman" w:hAnsi="Times New Roman" w:cs="Times New Roman"/>
                <w:i/>
                <w:iCs/>
                <w:sz w:val="28"/>
                <w:szCs w:val="28"/>
                <w:lang w:val="en-US"/>
              </w:rPr>
              <w:t>ên và đóng d</w:t>
            </w:r>
            <w:r w:rsidRPr="005A7C10">
              <w:rPr>
                <w:rFonts w:ascii="Times New Roman" w:hAnsi="Times New Roman" w:cs="Times New Roman"/>
                <w:i/>
                <w:iCs/>
                <w:sz w:val="28"/>
                <w:szCs w:val="28"/>
              </w:rPr>
              <w:t>ấu)</w:t>
            </w:r>
          </w:p>
        </w:tc>
      </w:tr>
    </w:tbl>
    <w:p w14:paraId="4FEC8E39" w14:textId="77777777" w:rsidR="00EC120D" w:rsidRDefault="00EC120D" w:rsidP="00635C6F">
      <w:pPr>
        <w:shd w:val="clear" w:color="auto" w:fill="FFFFFF"/>
        <w:spacing w:after="0" w:line="234" w:lineRule="atLeast"/>
        <w:rPr>
          <w:rFonts w:ascii="Times New Roman" w:eastAsia="Times New Roman" w:hAnsi="Times New Roman" w:cs="Times New Roman"/>
          <w:i/>
          <w:iCs/>
          <w:color w:val="000000"/>
          <w:szCs w:val="26"/>
          <w:lang w:val="en-US"/>
        </w:rPr>
        <w:sectPr w:rsidR="00EC120D" w:rsidSect="00A37CF3">
          <w:footnotePr>
            <w:numRestart w:val="eachSect"/>
          </w:footnotePr>
          <w:pgSz w:w="11909" w:h="16834"/>
          <w:pgMar w:top="1134" w:right="1134" w:bottom="1134" w:left="1701" w:header="720" w:footer="720" w:gutter="0"/>
          <w:cols w:space="720"/>
          <w:docGrid w:linePitch="299"/>
        </w:sectPr>
      </w:pPr>
      <w:bookmarkStart w:id="6" w:name="I4"/>
    </w:p>
    <w:p w14:paraId="2B7C0041" w14:textId="7C7BB4D6" w:rsidR="00B63F40" w:rsidRDefault="003A41F3" w:rsidP="00B63F40">
      <w:pPr>
        <w:shd w:val="clear" w:color="auto" w:fill="FFFFFF"/>
        <w:spacing w:after="0" w:line="234" w:lineRule="atLeast"/>
        <w:jc w:val="right"/>
        <w:rPr>
          <w:rFonts w:ascii="Times New Roman" w:eastAsia="Times New Roman" w:hAnsi="Times New Roman" w:cs="Times New Roman"/>
          <w:i/>
          <w:iCs/>
          <w:color w:val="000000"/>
          <w:szCs w:val="26"/>
          <w:lang w:val="en-US"/>
        </w:rPr>
      </w:pPr>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4</w:t>
      </w:r>
      <w:bookmarkEnd w:id="6"/>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45FB64EC" w14:textId="77777777" w:rsidR="00B63F40" w:rsidRPr="00B63F40" w:rsidRDefault="00B63F40" w:rsidP="00B63F40">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390" w:type="pct"/>
        <w:tblLook w:val="01E0" w:firstRow="1" w:lastRow="1" w:firstColumn="1" w:lastColumn="1" w:noHBand="0" w:noVBand="0"/>
      </w:tblPr>
      <w:tblGrid>
        <w:gridCol w:w="3686"/>
        <w:gridCol w:w="6096"/>
      </w:tblGrid>
      <w:tr w:rsidR="00B63F40" w:rsidRPr="000C3C3F" w14:paraId="17B4E1F0" w14:textId="77777777" w:rsidTr="00567BBE">
        <w:trPr>
          <w:trHeight w:val="1502"/>
        </w:trPr>
        <w:tc>
          <w:tcPr>
            <w:tcW w:w="1884" w:type="pct"/>
          </w:tcPr>
          <w:p w14:paraId="474CD3D3" w14:textId="77777777" w:rsidR="009B411C" w:rsidRPr="00EA00A1" w:rsidRDefault="009B411C" w:rsidP="009B411C">
            <w:pPr>
              <w:spacing w:after="0" w:line="240" w:lineRule="auto"/>
              <w:jc w:val="center"/>
              <w:rPr>
                <w:rStyle w:val="Strong"/>
                <w:rFonts w:ascii="Times New Roman" w:hAnsi="Times New Roman" w:cs="Times New Roman"/>
                <w:noProof/>
                <w:sz w:val="24"/>
                <w:szCs w:val="24"/>
              </w:rPr>
            </w:pPr>
            <w:r w:rsidRPr="00CD6C8B">
              <w:rPr>
                <w:rFonts w:ascii="Times New Roman" w:hAnsi="Times New Roman" w:cs="Times New Roman"/>
                <w:noProof/>
                <w:sz w:val="24"/>
                <w:szCs w:val="24"/>
                <w:lang w:val="vi-VN"/>
              </w:rPr>
              <w:t>U</w:t>
            </w:r>
            <w:r>
              <w:rPr>
                <w:rFonts w:ascii="Times New Roman" w:hAnsi="Times New Roman" w:cs="Times New Roman"/>
                <w:noProof/>
                <w:sz w:val="24"/>
                <w:szCs w:val="24"/>
                <w:lang w:val="vi-VN"/>
              </w:rPr>
              <w:t>Ỷ BAN NH</w:t>
            </w:r>
            <w:r w:rsidRPr="008C688C">
              <w:rPr>
                <w:rFonts w:ascii="Times New Roman" w:hAnsi="Times New Roman" w:cs="Times New Roman"/>
                <w:noProof/>
                <w:sz w:val="24"/>
                <w:szCs w:val="24"/>
                <w:lang w:val="vi-VN"/>
              </w:rPr>
              <w:t>ÂN DÂN</w:t>
            </w:r>
            <w:r w:rsidRPr="00CD6C8B">
              <w:rPr>
                <w:rFonts w:ascii="Times New Roman" w:hAnsi="Times New Roman" w:cs="Times New Roman"/>
                <w:noProof/>
                <w:sz w:val="24"/>
                <w:szCs w:val="24"/>
                <w:lang w:val="vi-VN"/>
              </w:rPr>
              <w:t xml:space="preserve"> TỈNH</w:t>
            </w:r>
            <w:r w:rsidRPr="00494679">
              <w:rPr>
                <w:rFonts w:ascii="Times New Roman" w:hAnsi="Times New Roman" w:cs="Times New Roman"/>
                <w:noProof/>
                <w:sz w:val="24"/>
                <w:szCs w:val="24"/>
                <w:lang w:val="vi-VN"/>
              </w:rPr>
              <w:t>…</w:t>
            </w:r>
            <w:r w:rsidRPr="00D43628">
              <w:rPr>
                <w:rFonts w:ascii="Times New Roman" w:hAnsi="Times New Roman" w:cs="Times New Roman"/>
                <w:b/>
                <w:bCs/>
                <w:noProof/>
                <w:sz w:val="24"/>
                <w:szCs w:val="24"/>
              </w:rPr>
              <w:br/>
            </w:r>
            <w:r w:rsidRPr="00494679">
              <w:rPr>
                <w:rFonts w:ascii="Times New Roman" w:hAnsi="Times New Roman" w:cs="Times New Roman"/>
                <w:b/>
                <w:bCs/>
                <w:noProof/>
                <w:sz w:val="24"/>
                <w:szCs w:val="24"/>
              </w:rPr>
              <w:t xml:space="preserve">CƠ QUAN CHUYÊN MÔN VỀ KHOA HỌC VÀ CÔNG NGHỆ THUỘC </w:t>
            </w:r>
            <w:r w:rsidRPr="00494679">
              <w:rPr>
                <w:rFonts w:ascii="Times New Roman" w:hAnsi="Times New Roman" w:cs="Times New Roman"/>
                <w:b/>
                <w:bCs/>
                <w:noProof/>
                <w:sz w:val="24"/>
                <w:szCs w:val="24"/>
                <w:lang w:val="vi-VN"/>
              </w:rPr>
              <w:t>UBND</w:t>
            </w:r>
            <w:r w:rsidRPr="00494679">
              <w:rPr>
                <w:rFonts w:ascii="Times New Roman" w:hAnsi="Times New Roman" w:cs="Times New Roman"/>
                <w:b/>
                <w:bCs/>
                <w:noProof/>
                <w:sz w:val="24"/>
                <w:szCs w:val="24"/>
              </w:rPr>
              <w:t xml:space="preserve"> CẤP TỈNH</w:t>
            </w:r>
          </w:p>
          <w:p w14:paraId="09CC5BAA" w14:textId="77777777" w:rsidR="00B63F40" w:rsidRPr="000C3C3F" w:rsidRDefault="00B63F40" w:rsidP="00567BBE">
            <w:pPr>
              <w:spacing w:after="0" w:line="240" w:lineRule="auto"/>
              <w:jc w:val="center"/>
              <w:rPr>
                <w:rFonts w:ascii="Times New Roman" w:hAnsi="Times New Roman" w:cs="Times New Roman"/>
                <w:b/>
                <w:bCs/>
                <w:noProof/>
                <w:sz w:val="24"/>
                <w:szCs w:val="24"/>
              </w:rPr>
            </w:pPr>
            <w:r w:rsidRPr="000C3C3F">
              <w:rPr>
                <w:rFonts w:ascii="Times New Roman" w:hAnsi="Times New Roman" w:cs="Times New Roman"/>
                <w:b/>
                <w:bCs/>
                <w:noProof/>
                <w:sz w:val="24"/>
                <w:szCs w:val="24"/>
              </w:rPr>
              <mc:AlternateContent>
                <mc:Choice Requires="wps">
                  <w:drawing>
                    <wp:anchor distT="0" distB="0" distL="114300" distR="114300" simplePos="0" relativeHeight="251658251" behindDoc="0" locked="0" layoutInCell="1" allowOverlap="1" wp14:anchorId="259FB73B" wp14:editId="7B452261">
                      <wp:simplePos x="0" y="0"/>
                      <wp:positionH relativeFrom="column">
                        <wp:posOffset>657860</wp:posOffset>
                      </wp:positionH>
                      <wp:positionV relativeFrom="paragraph">
                        <wp:posOffset>60234</wp:posOffset>
                      </wp:positionV>
                      <wp:extent cx="936171" cy="0"/>
                      <wp:effectExtent l="0" t="0" r="0" b="0"/>
                      <wp:wrapNone/>
                      <wp:docPr id="981212861" name="Straight Connector 6"/>
                      <wp:cNvGraphicFramePr/>
                      <a:graphic xmlns:a="http://schemas.openxmlformats.org/drawingml/2006/main">
                        <a:graphicData uri="http://schemas.microsoft.com/office/word/2010/wordprocessingShape">
                          <wps:wsp>
                            <wps:cNvCnPr/>
                            <wps:spPr>
                              <a:xfrm>
                                <a:off x="0" y="0"/>
                                <a:ext cx="93617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6BE5026" id="Straight Connector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1.8pt,4.75pt" to="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"/>
                  </w:pict>
                </mc:Fallback>
              </mc:AlternateContent>
            </w:r>
          </w:p>
        </w:tc>
        <w:tc>
          <w:tcPr>
            <w:tcW w:w="3116" w:type="pct"/>
          </w:tcPr>
          <w:p w14:paraId="7FE5387C" w14:textId="77777777" w:rsidR="00B63F40" w:rsidRPr="000C3C3F" w:rsidRDefault="00B63F40" w:rsidP="00567BBE">
            <w:pPr>
              <w:spacing w:after="0" w:line="240" w:lineRule="auto"/>
              <w:jc w:val="center"/>
              <w:rPr>
                <w:rFonts w:ascii="Times New Roman" w:hAnsi="Times New Roman" w:cs="Times New Roman"/>
                <w:b/>
                <w:bCs/>
                <w:noProof/>
                <w:sz w:val="24"/>
                <w:szCs w:val="24"/>
              </w:rPr>
            </w:pPr>
            <w:r w:rsidRPr="000C3C3F">
              <w:rPr>
                <w:rFonts w:ascii="Times New Roman" w:hAnsi="Times New Roman" w:cs="Times New Roman"/>
                <w:b/>
                <w:bCs/>
                <w:noProof/>
                <w:sz w:val="24"/>
                <w:szCs w:val="24"/>
              </w:rPr>
              <mc:AlternateContent>
                <mc:Choice Requires="wps">
                  <w:drawing>
                    <wp:anchor distT="0" distB="0" distL="114300" distR="114300" simplePos="0" relativeHeight="251658252" behindDoc="0" locked="0" layoutInCell="1" allowOverlap="1" wp14:anchorId="2644DC2D" wp14:editId="10F0BE72">
                      <wp:simplePos x="0" y="0"/>
                      <wp:positionH relativeFrom="column">
                        <wp:posOffset>934086</wp:posOffset>
                      </wp:positionH>
                      <wp:positionV relativeFrom="paragraph">
                        <wp:posOffset>398145</wp:posOffset>
                      </wp:positionV>
                      <wp:extent cx="1874520" cy="0"/>
                      <wp:effectExtent l="0" t="0" r="0" b="0"/>
                      <wp:wrapNone/>
                      <wp:docPr id="1306956404" name="Straight Connector 7"/>
                      <wp:cNvGraphicFramePr/>
                      <a:graphic xmlns:a="http://schemas.openxmlformats.org/drawingml/2006/main">
                        <a:graphicData uri="http://schemas.microsoft.com/office/word/2010/wordprocessingShape">
                          <wps:wsp>
                            <wps:cNvCnPr/>
                            <wps:spPr>
                              <a:xfrm>
                                <a:off x="0" y="0"/>
                                <a:ext cx="1874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BA55B1" id="Straight Connector 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5pt,31.35pt" to="221.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"/>
                  </w:pict>
                </mc:Fallback>
              </mc:AlternateContent>
            </w:r>
            <w:r w:rsidRPr="000C3C3F">
              <w:rPr>
                <w:rFonts w:ascii="Times New Roman" w:hAnsi="Times New Roman" w:cs="Times New Roman"/>
                <w:b/>
                <w:bCs/>
                <w:noProof/>
                <w:sz w:val="24"/>
                <w:szCs w:val="24"/>
              </w:rPr>
              <w:t>CỘNG HÒA XÃ HỘI CHỦ NGHĨA VIỆT NAM</w:t>
            </w:r>
            <w:r w:rsidRPr="000C3C3F">
              <w:rPr>
                <w:rFonts w:ascii="Times New Roman" w:hAnsi="Times New Roman" w:cs="Times New Roman"/>
                <w:b/>
                <w:bCs/>
                <w:noProof/>
                <w:sz w:val="24"/>
                <w:szCs w:val="24"/>
              </w:rPr>
              <w:br/>
              <w:t xml:space="preserve">Độc lập - Tự do - Hạnh phúc </w:t>
            </w:r>
            <w:r w:rsidRPr="000C3C3F">
              <w:rPr>
                <w:rFonts w:ascii="Times New Roman" w:hAnsi="Times New Roman" w:cs="Times New Roman"/>
                <w:b/>
                <w:bCs/>
                <w:noProof/>
                <w:sz w:val="24"/>
                <w:szCs w:val="24"/>
              </w:rPr>
              <w:br/>
            </w:r>
          </w:p>
        </w:tc>
      </w:tr>
      <w:tr w:rsidR="00B63F40" w:rsidRPr="000C3C3F" w14:paraId="3FCC8F3C" w14:textId="77777777" w:rsidTr="00567BBE">
        <w:trPr>
          <w:trHeight w:val="264"/>
        </w:trPr>
        <w:tc>
          <w:tcPr>
            <w:tcW w:w="1884" w:type="pct"/>
          </w:tcPr>
          <w:p w14:paraId="114C7574" w14:textId="72511176" w:rsidR="00B63F40" w:rsidRPr="00924654" w:rsidRDefault="00B63F40" w:rsidP="00567BBE">
            <w:pPr>
              <w:spacing w:after="0" w:line="240" w:lineRule="auto"/>
              <w:jc w:val="center"/>
              <w:rPr>
                <w:rFonts w:ascii="Times New Roman" w:hAnsi="Times New Roman" w:cs="Times New Roman"/>
                <w:noProof/>
                <w:sz w:val="24"/>
                <w:szCs w:val="24"/>
                <w:lang w:val="en-US"/>
              </w:rPr>
            </w:pPr>
            <w:r w:rsidRPr="00924654">
              <w:rPr>
                <w:rFonts w:ascii="Times New Roman" w:hAnsi="Times New Roman" w:cs="Times New Roman"/>
                <w:noProof/>
                <w:sz w:val="24"/>
                <w:szCs w:val="24"/>
              </w:rPr>
              <w:t xml:space="preserve">Số: </w:t>
            </w:r>
            <w:r w:rsidRPr="00924654">
              <w:rPr>
                <w:rFonts w:ascii="Times New Roman" w:hAnsi="Times New Roman" w:cs="Times New Roman"/>
                <w:noProof/>
                <w:sz w:val="24"/>
                <w:szCs w:val="24"/>
                <w:lang w:val="en-US"/>
              </w:rPr>
              <w:t>…/</w:t>
            </w:r>
            <w:r w:rsidR="00924654">
              <w:rPr>
                <w:rFonts w:ascii="Times New Roman" w:hAnsi="Times New Roman" w:cs="Times New Roman"/>
                <w:noProof/>
                <w:sz w:val="24"/>
                <w:szCs w:val="24"/>
                <w:lang w:val="en-US"/>
              </w:rPr>
              <w:t>QĐ-</w:t>
            </w:r>
            <w:r w:rsidRPr="00924654">
              <w:rPr>
                <w:rFonts w:ascii="Times New Roman" w:hAnsi="Times New Roman" w:cs="Times New Roman"/>
                <w:noProof/>
                <w:sz w:val="24"/>
                <w:szCs w:val="24"/>
                <w:lang w:val="en-US"/>
              </w:rPr>
              <w:t>…</w:t>
            </w:r>
          </w:p>
        </w:tc>
        <w:tc>
          <w:tcPr>
            <w:tcW w:w="3116" w:type="pct"/>
          </w:tcPr>
          <w:p w14:paraId="3D429EA2" w14:textId="05E5BE10" w:rsidR="00B63F40" w:rsidRPr="000C3C3F" w:rsidRDefault="00B63F40" w:rsidP="00567BBE">
            <w:pPr>
              <w:spacing w:after="0" w:line="240" w:lineRule="auto"/>
              <w:jc w:val="center"/>
              <w:rPr>
                <w:rFonts w:ascii="Times New Roman" w:hAnsi="Times New Roman" w:cs="Times New Roman"/>
                <w:i/>
                <w:iCs/>
                <w:noProof/>
                <w:sz w:val="24"/>
                <w:szCs w:val="24"/>
                <w:lang w:val="en-US"/>
              </w:rPr>
            </w:pPr>
            <w:r w:rsidRPr="000C3C3F">
              <w:rPr>
                <w:rFonts w:ascii="Times New Roman" w:hAnsi="Times New Roman" w:cs="Times New Roman"/>
                <w:i/>
                <w:iCs/>
                <w:noProof/>
                <w:sz w:val="24"/>
                <w:szCs w:val="24"/>
              </w:rPr>
              <w:t>…, ngày</w:t>
            </w:r>
            <w:r w:rsidRPr="000C3C3F">
              <w:rPr>
                <w:rFonts w:ascii="Times New Roman" w:hAnsi="Times New Roman" w:cs="Times New Roman"/>
                <w:i/>
                <w:iCs/>
                <w:noProof/>
                <w:sz w:val="24"/>
                <w:szCs w:val="24"/>
                <w:lang w:val="en-US"/>
              </w:rPr>
              <w:t xml:space="preserve">     </w:t>
            </w:r>
            <w:r w:rsidRPr="000C3C3F">
              <w:rPr>
                <w:rFonts w:ascii="Times New Roman" w:hAnsi="Times New Roman" w:cs="Times New Roman"/>
                <w:i/>
                <w:iCs/>
                <w:noProof/>
                <w:sz w:val="24"/>
                <w:szCs w:val="24"/>
              </w:rPr>
              <w:t xml:space="preserve">   tháng </w:t>
            </w:r>
            <w:r w:rsidRPr="000C3C3F">
              <w:rPr>
                <w:rFonts w:ascii="Times New Roman" w:hAnsi="Times New Roman" w:cs="Times New Roman"/>
                <w:i/>
                <w:iCs/>
                <w:noProof/>
                <w:sz w:val="24"/>
                <w:szCs w:val="24"/>
                <w:lang w:val="en-US"/>
              </w:rPr>
              <w:t xml:space="preserve">    </w:t>
            </w:r>
            <w:r w:rsidRPr="000C3C3F">
              <w:rPr>
                <w:rFonts w:ascii="Times New Roman" w:hAnsi="Times New Roman" w:cs="Times New Roman"/>
                <w:i/>
                <w:iCs/>
                <w:noProof/>
                <w:sz w:val="24"/>
                <w:szCs w:val="24"/>
              </w:rPr>
              <w:t xml:space="preserve">  năm </w:t>
            </w:r>
            <w:r w:rsidRPr="000C3C3F">
              <w:rPr>
                <w:rFonts w:ascii="Times New Roman" w:hAnsi="Times New Roman" w:cs="Times New Roman"/>
                <w:i/>
                <w:iCs/>
                <w:noProof/>
                <w:sz w:val="24"/>
                <w:szCs w:val="24"/>
                <w:lang w:val="en-US"/>
              </w:rPr>
              <w:t>…</w:t>
            </w:r>
          </w:p>
        </w:tc>
      </w:tr>
    </w:tbl>
    <w:p w14:paraId="08095771" w14:textId="77777777" w:rsidR="00B63F40" w:rsidRPr="00B63F40" w:rsidRDefault="00B63F40" w:rsidP="00B63F40">
      <w:pPr>
        <w:shd w:val="clear" w:color="auto" w:fill="FFFFFF"/>
        <w:spacing w:after="0" w:line="234" w:lineRule="atLeast"/>
        <w:ind w:right="440"/>
        <w:rPr>
          <w:rFonts w:ascii="Times New Roman" w:eastAsia="Times New Roman" w:hAnsi="Times New Roman" w:cs="Times New Roman"/>
          <w:color w:val="000000"/>
          <w:szCs w:val="26"/>
          <w:lang w:val="en-US"/>
        </w:rPr>
      </w:pPr>
    </w:p>
    <w:p w14:paraId="0A4DA3D7" w14:textId="77777777" w:rsidR="00E8399B" w:rsidRPr="00657B8A" w:rsidRDefault="003A0182" w:rsidP="00657B8A">
      <w:pPr>
        <w:autoSpaceDE w:val="0"/>
        <w:autoSpaceDN w:val="0"/>
        <w:adjustRightInd w:val="0"/>
        <w:spacing w:before="120" w:after="120" w:line="340" w:lineRule="exact"/>
        <w:jc w:val="center"/>
        <w:rPr>
          <w:rFonts w:ascii="Times New Roman" w:hAnsi="Times New Roman" w:cs="Times New Roman"/>
          <w:sz w:val="28"/>
          <w:szCs w:val="28"/>
          <w:lang w:val="en-US"/>
        </w:rPr>
      </w:pPr>
      <w:r w:rsidRPr="00657B8A">
        <w:rPr>
          <w:rFonts w:ascii="Times New Roman" w:hAnsi="Times New Roman" w:cs="Times New Roman"/>
          <w:b/>
          <w:bCs/>
          <w:sz w:val="28"/>
          <w:szCs w:val="28"/>
        </w:rPr>
        <w:t>QUYẾT ĐỊNH</w:t>
      </w:r>
    </w:p>
    <w:p w14:paraId="5CF5D8B2" w14:textId="2304CD88" w:rsidR="003A0182" w:rsidRPr="00657B8A" w:rsidRDefault="003A0182" w:rsidP="00657B8A">
      <w:pPr>
        <w:autoSpaceDE w:val="0"/>
        <w:autoSpaceDN w:val="0"/>
        <w:adjustRightInd w:val="0"/>
        <w:spacing w:before="120" w:after="120" w:line="340" w:lineRule="exact"/>
        <w:jc w:val="center"/>
        <w:rPr>
          <w:rFonts w:ascii="Times New Roman" w:hAnsi="Times New Roman" w:cs="Times New Roman"/>
          <w:sz w:val="28"/>
          <w:szCs w:val="28"/>
        </w:rPr>
      </w:pPr>
      <w:r w:rsidRPr="00657B8A">
        <w:rPr>
          <w:rFonts w:ascii="Times New Roman" w:hAnsi="Times New Roman" w:cs="Times New Roman"/>
          <w:b/>
          <w:bCs/>
          <w:sz w:val="28"/>
          <w:szCs w:val="28"/>
          <w:lang w:val="vi-VN"/>
        </w:rPr>
        <w:t>Về việc thành lập Hội đồng tư vấn thẩm định công nghệ</w:t>
      </w:r>
    </w:p>
    <w:p w14:paraId="7F066D8A" w14:textId="7D2794D7" w:rsidR="002658E2" w:rsidRPr="00657B8A" w:rsidRDefault="00E8399B" w:rsidP="00657B8A">
      <w:pPr>
        <w:autoSpaceDE w:val="0"/>
        <w:autoSpaceDN w:val="0"/>
        <w:adjustRightInd w:val="0"/>
        <w:spacing w:before="120" w:after="120" w:line="340" w:lineRule="exact"/>
        <w:jc w:val="center"/>
        <w:rPr>
          <w:rFonts w:ascii="Times New Roman" w:hAnsi="Times New Roman" w:cs="Times New Roman"/>
          <w:b/>
          <w:bCs/>
          <w:sz w:val="28"/>
          <w:szCs w:val="28"/>
          <w:lang w:val="en-US"/>
        </w:rPr>
      </w:pPr>
      <w:r w:rsidRPr="00657B8A">
        <w:rPr>
          <w:rFonts w:ascii="Times New Roman" w:hAnsi="Times New Roman" w:cs="Times New Roman"/>
          <w:b/>
          <w:bCs/>
          <w:noProof/>
          <w:sz w:val="28"/>
          <w:szCs w:val="28"/>
          <w:lang w:val="en-US"/>
        </w:rPr>
        <mc:AlternateContent>
          <mc:Choice Requires="wps">
            <w:drawing>
              <wp:anchor distT="0" distB="0" distL="114300" distR="114300" simplePos="0" relativeHeight="251658259" behindDoc="0" locked="0" layoutInCell="1" allowOverlap="1" wp14:anchorId="7285F88F" wp14:editId="44EACFFA">
                <wp:simplePos x="0" y="0"/>
                <wp:positionH relativeFrom="column">
                  <wp:posOffset>2188845</wp:posOffset>
                </wp:positionH>
                <wp:positionV relativeFrom="paragraph">
                  <wp:posOffset>62230</wp:posOffset>
                </wp:positionV>
                <wp:extent cx="1394460" cy="0"/>
                <wp:effectExtent l="0" t="0" r="0" b="0"/>
                <wp:wrapNone/>
                <wp:docPr id="515721769" name="Straight Connector 14"/>
                <wp:cNvGraphicFramePr/>
                <a:graphic xmlns:a="http://schemas.openxmlformats.org/drawingml/2006/main">
                  <a:graphicData uri="http://schemas.microsoft.com/office/word/2010/wordprocessingShape">
                    <wps:wsp>
                      <wps:cNvCnPr/>
                      <wps:spPr>
                        <a:xfrm>
                          <a:off x="0" y="0"/>
                          <a:ext cx="1394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F2D4F5" id="Straight Connector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2.35pt,4.9pt" to="282.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mQEAAIgDAAAOAAAAZHJzL2Uyb0RvYy54bWysU9uO0zAQfUfiHyy/06TLagV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" strokecolor="black [3040]"/>
            </w:pict>
          </mc:Fallback>
        </mc:AlternateContent>
      </w:r>
    </w:p>
    <w:p w14:paraId="5E87167B" w14:textId="37361E17" w:rsidR="003A0182" w:rsidRPr="00657B8A" w:rsidRDefault="003A0182" w:rsidP="00657B8A">
      <w:pPr>
        <w:autoSpaceDE w:val="0"/>
        <w:autoSpaceDN w:val="0"/>
        <w:adjustRightInd w:val="0"/>
        <w:spacing w:before="120" w:after="120" w:line="340" w:lineRule="exact"/>
        <w:jc w:val="center"/>
        <w:rPr>
          <w:rFonts w:ascii="Times New Roman" w:hAnsi="Times New Roman" w:cs="Times New Roman"/>
          <w:b/>
          <w:bCs/>
          <w:sz w:val="28"/>
          <w:szCs w:val="28"/>
          <w:lang w:val="en-US"/>
        </w:rPr>
      </w:pPr>
      <w:r w:rsidRPr="00657B8A">
        <w:rPr>
          <w:rFonts w:ascii="Times New Roman" w:hAnsi="Times New Roman" w:cs="Times New Roman"/>
          <w:b/>
          <w:bCs/>
          <w:sz w:val="28"/>
          <w:szCs w:val="28"/>
        </w:rPr>
        <w:t>THỦ TRƯỞNG</w:t>
      </w:r>
      <w:r w:rsidR="002658E2" w:rsidRPr="00657B8A">
        <w:rPr>
          <w:rFonts w:ascii="Times New Roman" w:hAnsi="Times New Roman" w:cs="Times New Roman"/>
          <w:b/>
          <w:bCs/>
          <w:sz w:val="28"/>
          <w:szCs w:val="28"/>
          <w:lang w:val="en-US"/>
        </w:rPr>
        <w:t xml:space="preserve"> </w:t>
      </w:r>
      <w:r w:rsidR="007738FC" w:rsidRPr="00657B8A">
        <w:rPr>
          <w:rFonts w:ascii="Times New Roman" w:hAnsi="Times New Roman" w:cs="Times New Roman"/>
          <w:b/>
          <w:bCs/>
          <w:sz w:val="28"/>
          <w:szCs w:val="28"/>
        </w:rPr>
        <w:t>CƠ QUAN CHUYÊN MÔN VỀ KHOA HỌC VÀ CÔNG NGHỆ</w:t>
      </w:r>
      <w:r w:rsidR="00F103FA" w:rsidRPr="00657B8A">
        <w:rPr>
          <w:rFonts w:ascii="Times New Roman" w:hAnsi="Times New Roman" w:cs="Times New Roman"/>
          <w:b/>
          <w:bCs/>
          <w:sz w:val="28"/>
          <w:szCs w:val="28"/>
        </w:rPr>
        <w:t xml:space="preserve"> </w:t>
      </w:r>
      <w:r w:rsidR="007738FC" w:rsidRPr="00657B8A">
        <w:rPr>
          <w:rFonts w:ascii="Times New Roman" w:hAnsi="Times New Roman" w:cs="Times New Roman"/>
          <w:b/>
          <w:bCs/>
          <w:sz w:val="28"/>
          <w:szCs w:val="28"/>
        </w:rPr>
        <w:t>THUỘC UỶ BAN NHÂN DÂN CẤP TỈNH</w:t>
      </w:r>
    </w:p>
    <w:p w14:paraId="4A511C64" w14:textId="77777777" w:rsidR="002930BD" w:rsidRDefault="002930BD" w:rsidP="00657B8A">
      <w:pPr>
        <w:autoSpaceDE w:val="0"/>
        <w:autoSpaceDN w:val="0"/>
        <w:adjustRightInd w:val="0"/>
        <w:spacing w:before="120" w:after="120" w:line="340" w:lineRule="exact"/>
        <w:ind w:firstLine="720"/>
        <w:rPr>
          <w:rFonts w:ascii="Times New Roman" w:hAnsi="Times New Roman" w:cs="Times New Roman"/>
          <w:i/>
          <w:iCs/>
          <w:sz w:val="28"/>
          <w:szCs w:val="28"/>
          <w:lang w:val="en-US"/>
        </w:rPr>
      </w:pPr>
    </w:p>
    <w:p w14:paraId="202FE47C" w14:textId="7B962688" w:rsidR="0056397C" w:rsidRPr="00657B8A" w:rsidRDefault="003A0182" w:rsidP="00657B8A">
      <w:pPr>
        <w:autoSpaceDE w:val="0"/>
        <w:autoSpaceDN w:val="0"/>
        <w:adjustRightInd w:val="0"/>
        <w:spacing w:before="120" w:after="120" w:line="340" w:lineRule="exact"/>
        <w:ind w:firstLine="720"/>
        <w:rPr>
          <w:rFonts w:ascii="Times New Roman" w:hAnsi="Times New Roman" w:cs="Times New Roman"/>
          <w:i/>
          <w:iCs/>
          <w:sz w:val="28"/>
          <w:szCs w:val="28"/>
        </w:rPr>
      </w:pPr>
      <w:r w:rsidRPr="00657B8A">
        <w:rPr>
          <w:rFonts w:ascii="Times New Roman" w:hAnsi="Times New Roman" w:cs="Times New Roman"/>
          <w:i/>
          <w:iCs/>
          <w:sz w:val="28"/>
          <w:szCs w:val="28"/>
        </w:rPr>
        <w:t>Căn cứ Luật Chuyển giao công nghệ ngày … tháng … năm …;</w:t>
      </w:r>
    </w:p>
    <w:p w14:paraId="727913DD" w14:textId="167B97F2" w:rsidR="0056397C" w:rsidRPr="00657B8A" w:rsidRDefault="003A0182" w:rsidP="00EE4D4F">
      <w:pPr>
        <w:autoSpaceDE w:val="0"/>
        <w:autoSpaceDN w:val="0"/>
        <w:adjustRightInd w:val="0"/>
        <w:spacing w:before="120" w:after="120" w:line="340" w:lineRule="exact"/>
        <w:ind w:firstLine="720"/>
        <w:jc w:val="both"/>
        <w:rPr>
          <w:rFonts w:ascii="Times New Roman" w:hAnsi="Times New Roman" w:cs="Times New Roman"/>
          <w:i/>
          <w:iCs/>
          <w:sz w:val="28"/>
          <w:szCs w:val="28"/>
        </w:rPr>
      </w:pPr>
      <w:r w:rsidRPr="00657B8A">
        <w:rPr>
          <w:rFonts w:ascii="Times New Roman" w:hAnsi="Times New Roman" w:cs="Times New Roman"/>
          <w:i/>
          <w:iCs/>
          <w:sz w:val="28"/>
          <w:szCs w:val="28"/>
        </w:rPr>
        <w:t xml:space="preserve">Căn cứ Nghị định số …../2026/NĐ-CP ngày … tháng … năm 2026 của Chính phủ </w:t>
      </w:r>
      <w:r w:rsidR="00EE4D4F" w:rsidRPr="00EE4D4F">
        <w:rPr>
          <w:rFonts w:ascii="Times New Roman" w:hAnsi="Times New Roman" w:cs="Times New Roman"/>
          <w:i/>
          <w:iCs/>
          <w:sz w:val="28"/>
          <w:szCs w:val="28"/>
        </w:rPr>
        <w:t>quy định chi tiết một số điều và hướng dẫn biện pháp thi hành Luật Chuyển giao công nghệ số 07/2017/QH14; được sửa đổi bổ sung bởi Luật số 93/2025/QH15 và Luật số 115/2025/QH15</w:t>
      </w:r>
      <w:r w:rsidRPr="00657B8A">
        <w:rPr>
          <w:rFonts w:ascii="Times New Roman" w:hAnsi="Times New Roman" w:cs="Times New Roman"/>
          <w:i/>
          <w:iCs/>
          <w:sz w:val="28"/>
          <w:szCs w:val="28"/>
        </w:rPr>
        <w:t>;</w:t>
      </w:r>
    </w:p>
    <w:p w14:paraId="469B32CA" w14:textId="77777777" w:rsidR="0056397C" w:rsidRPr="00657B8A" w:rsidRDefault="007738FC" w:rsidP="00657B8A">
      <w:pPr>
        <w:autoSpaceDE w:val="0"/>
        <w:autoSpaceDN w:val="0"/>
        <w:adjustRightInd w:val="0"/>
        <w:spacing w:before="120" w:after="120" w:line="340" w:lineRule="exact"/>
        <w:ind w:firstLine="720"/>
        <w:rPr>
          <w:rFonts w:ascii="Times New Roman" w:hAnsi="Times New Roman" w:cs="Times New Roman"/>
          <w:i/>
          <w:iCs/>
          <w:sz w:val="28"/>
          <w:szCs w:val="28"/>
        </w:rPr>
      </w:pPr>
      <w:r w:rsidRPr="00657B8A">
        <w:rPr>
          <w:rFonts w:ascii="Times New Roman" w:hAnsi="Times New Roman" w:cs="Times New Roman"/>
          <w:i/>
          <w:iCs/>
          <w:sz w:val="28"/>
          <w:szCs w:val="28"/>
        </w:rPr>
        <w:t>Căn cứ …… ;</w:t>
      </w:r>
    </w:p>
    <w:p w14:paraId="16E1905E" w14:textId="0BA1FA3F" w:rsidR="007738FC" w:rsidRPr="00657B8A" w:rsidRDefault="005C3431" w:rsidP="00657B8A">
      <w:pPr>
        <w:autoSpaceDE w:val="0"/>
        <w:autoSpaceDN w:val="0"/>
        <w:adjustRightInd w:val="0"/>
        <w:spacing w:before="120" w:after="120" w:line="340" w:lineRule="exact"/>
        <w:ind w:firstLine="720"/>
        <w:rPr>
          <w:rFonts w:ascii="Times New Roman" w:hAnsi="Times New Roman" w:cs="Times New Roman"/>
          <w:i/>
          <w:iCs/>
          <w:sz w:val="28"/>
          <w:szCs w:val="28"/>
        </w:rPr>
      </w:pPr>
      <w:r w:rsidRPr="00C56218">
        <w:rPr>
          <w:rFonts w:ascii="Times New Roman" w:hAnsi="Times New Roman" w:cs="Times New Roman"/>
          <w:i/>
          <w:iCs/>
          <w:sz w:val="28"/>
          <w:szCs w:val="28"/>
        </w:rPr>
        <w:t>Theo</w:t>
      </w:r>
      <w:r w:rsidR="007738FC" w:rsidRPr="00657B8A">
        <w:rPr>
          <w:rFonts w:ascii="Times New Roman" w:hAnsi="Times New Roman" w:cs="Times New Roman"/>
          <w:i/>
          <w:iCs/>
          <w:sz w:val="28"/>
          <w:szCs w:val="28"/>
        </w:rPr>
        <w:t xml:space="preserve"> đề nghị của ……….,</w:t>
      </w:r>
    </w:p>
    <w:p w14:paraId="494D21E6" w14:textId="77777777" w:rsidR="0056397C" w:rsidRPr="00657B8A" w:rsidRDefault="003A0182" w:rsidP="002930BD">
      <w:pPr>
        <w:spacing w:before="240" w:after="240" w:line="340" w:lineRule="exact"/>
        <w:jc w:val="center"/>
        <w:rPr>
          <w:rFonts w:ascii="Times New Roman" w:eastAsia="Times New Roman" w:hAnsi="Times New Roman" w:cs="Times New Roman"/>
          <w:b/>
          <w:bCs/>
          <w:sz w:val="28"/>
          <w:szCs w:val="28"/>
        </w:rPr>
      </w:pPr>
      <w:r w:rsidRPr="00657B8A">
        <w:rPr>
          <w:rFonts w:ascii="Times New Roman" w:eastAsia="Times New Roman" w:hAnsi="Times New Roman" w:cs="Times New Roman"/>
          <w:b/>
          <w:bCs/>
          <w:sz w:val="28"/>
          <w:szCs w:val="28"/>
        </w:rPr>
        <w:t>QUYẾT ĐỊNH:</w:t>
      </w:r>
    </w:p>
    <w:p w14:paraId="41BD2A5B" w14:textId="77777777" w:rsidR="009A0F8B" w:rsidRPr="009A0F8B" w:rsidRDefault="007738FC" w:rsidP="009A0F8B">
      <w:pPr>
        <w:spacing w:before="120" w:after="120" w:line="340" w:lineRule="exact"/>
        <w:ind w:firstLine="720"/>
        <w:rPr>
          <w:rFonts w:ascii="Times New Roman" w:hAnsi="Times New Roman" w:cs="Times New Roman"/>
          <w:sz w:val="28"/>
          <w:szCs w:val="28"/>
        </w:rPr>
      </w:pPr>
      <w:r w:rsidRPr="00657B8A">
        <w:rPr>
          <w:rFonts w:ascii="Times New Roman" w:hAnsi="Times New Roman" w:cs="Times New Roman"/>
          <w:b/>
          <w:bCs/>
          <w:sz w:val="28"/>
          <w:szCs w:val="28"/>
        </w:rPr>
        <w:t xml:space="preserve">Điều 1. </w:t>
      </w:r>
      <w:r w:rsidRPr="00657B8A">
        <w:rPr>
          <w:rFonts w:ascii="Times New Roman" w:hAnsi="Times New Roman" w:cs="Times New Roman"/>
          <w:sz w:val="28"/>
          <w:szCs w:val="28"/>
        </w:rPr>
        <w:t xml:space="preserve">Thành lập Hội đồng </w:t>
      </w:r>
      <w:r w:rsidR="002930BD" w:rsidRPr="002930BD">
        <w:rPr>
          <w:rFonts w:ascii="Times New Roman" w:hAnsi="Times New Roman" w:cs="Times New Roman"/>
          <w:sz w:val="28"/>
          <w:szCs w:val="28"/>
        </w:rPr>
        <w:t>tư vấn thẩm định công nghệ</w:t>
      </w:r>
      <w:r w:rsidR="009A0F8B" w:rsidRPr="009A0F8B">
        <w:rPr>
          <w:rFonts w:ascii="Times New Roman" w:hAnsi="Times New Roman" w:cs="Times New Roman"/>
          <w:sz w:val="28"/>
          <w:szCs w:val="28"/>
        </w:rPr>
        <w:t xml:space="preserve"> của </w:t>
      </w:r>
      <w:r w:rsidR="009A0F8B">
        <w:rPr>
          <w:rFonts w:ascii="Times New Roman" w:hAnsi="Times New Roman" w:cs="Times New Roman"/>
          <w:sz w:val="28"/>
          <w:szCs w:val="28"/>
        </w:rPr>
        <w:t>…</w:t>
      </w:r>
    </w:p>
    <w:p w14:paraId="6F6ADD06" w14:textId="6819D2E9" w:rsidR="0056397C" w:rsidRPr="00657B8A" w:rsidRDefault="007738FC" w:rsidP="009A0F8B">
      <w:pPr>
        <w:spacing w:before="120" w:after="120" w:line="340" w:lineRule="exact"/>
        <w:ind w:firstLine="720"/>
        <w:rPr>
          <w:rFonts w:ascii="Times New Roman" w:eastAsia="Times New Roman" w:hAnsi="Times New Roman" w:cs="Times New Roman"/>
          <w:b/>
          <w:bCs/>
          <w:sz w:val="28"/>
          <w:szCs w:val="28"/>
        </w:rPr>
      </w:pPr>
      <w:r w:rsidRPr="00657B8A">
        <w:rPr>
          <w:rFonts w:ascii="Times New Roman" w:hAnsi="Times New Roman" w:cs="Times New Roman"/>
          <w:sz w:val="28"/>
          <w:szCs w:val="28"/>
        </w:rPr>
        <w:t>Danh sách các thành viên Hội đồng kèm theo Quyết định này.</w:t>
      </w:r>
    </w:p>
    <w:p w14:paraId="01EDD1B3" w14:textId="5232516E" w:rsidR="00F17038" w:rsidRPr="00657B8A" w:rsidRDefault="00F17038" w:rsidP="00657B8A">
      <w:pPr>
        <w:spacing w:before="120" w:after="120" w:line="340" w:lineRule="exact"/>
        <w:ind w:firstLine="720"/>
        <w:rPr>
          <w:rFonts w:ascii="Times New Roman" w:eastAsia="Times New Roman" w:hAnsi="Times New Roman" w:cs="Times New Roman"/>
          <w:b/>
          <w:bCs/>
          <w:sz w:val="28"/>
          <w:szCs w:val="28"/>
        </w:rPr>
      </w:pPr>
      <w:r w:rsidRPr="00657B8A">
        <w:rPr>
          <w:rFonts w:ascii="Times New Roman" w:hAnsi="Times New Roman" w:cs="Times New Roman"/>
          <w:b/>
          <w:bCs/>
          <w:sz w:val="28"/>
          <w:szCs w:val="28"/>
        </w:rPr>
        <w:t xml:space="preserve">Điều 2. </w:t>
      </w:r>
      <w:r w:rsidRPr="00657B8A">
        <w:rPr>
          <w:rFonts w:ascii="Times New Roman" w:hAnsi="Times New Roman" w:cs="Times New Roman"/>
          <w:sz w:val="28"/>
          <w:szCs w:val="28"/>
        </w:rPr>
        <w:t>Nhiệm vụ và nguyên tắc làm việc của Hội đồng</w:t>
      </w:r>
    </w:p>
    <w:p w14:paraId="1B92657E" w14:textId="0BC93DB0" w:rsidR="00F17038" w:rsidRPr="00657B8A" w:rsidRDefault="00F17038" w:rsidP="00657B8A">
      <w:pPr>
        <w:autoSpaceDE w:val="0"/>
        <w:autoSpaceDN w:val="0"/>
        <w:adjustRightInd w:val="0"/>
        <w:spacing w:before="120" w:after="120" w:line="340" w:lineRule="exact"/>
        <w:ind w:firstLine="720"/>
        <w:jc w:val="both"/>
        <w:rPr>
          <w:rFonts w:ascii="Times New Roman" w:hAnsi="Times New Roman" w:cs="Times New Roman"/>
          <w:sz w:val="28"/>
          <w:szCs w:val="28"/>
        </w:rPr>
      </w:pPr>
      <w:r w:rsidRPr="00657B8A">
        <w:rPr>
          <w:rFonts w:ascii="Times New Roman" w:hAnsi="Times New Roman" w:cs="Times New Roman"/>
          <w:sz w:val="28"/>
          <w:szCs w:val="28"/>
        </w:rPr>
        <w:t>1. Hội đồng có trách nhiệm</w:t>
      </w:r>
      <w:r w:rsidR="00A63576" w:rsidRPr="00A63576">
        <w:rPr>
          <w:rFonts w:ascii="Times New Roman" w:hAnsi="Times New Roman" w:cs="Times New Roman"/>
          <w:sz w:val="28"/>
          <w:szCs w:val="28"/>
        </w:rPr>
        <w:t xml:space="preserve"> tư vấn</w:t>
      </w:r>
      <w:r w:rsidRPr="00657B8A">
        <w:rPr>
          <w:rFonts w:ascii="Times New Roman" w:hAnsi="Times New Roman" w:cs="Times New Roman"/>
          <w:sz w:val="28"/>
          <w:szCs w:val="28"/>
        </w:rPr>
        <w:t xml:space="preserve"> thẩm định</w:t>
      </w:r>
      <w:r w:rsidR="00D922E3" w:rsidRPr="00D922E3">
        <w:rPr>
          <w:rFonts w:ascii="Times New Roman" w:hAnsi="Times New Roman" w:cs="Times New Roman"/>
          <w:sz w:val="28"/>
          <w:szCs w:val="28"/>
        </w:rPr>
        <w:t xml:space="preserve"> đối với</w:t>
      </w:r>
      <w:r w:rsidRPr="00657B8A">
        <w:rPr>
          <w:rFonts w:ascii="Times New Roman" w:hAnsi="Times New Roman" w:cs="Times New Roman"/>
          <w:sz w:val="28"/>
          <w:szCs w:val="28"/>
        </w:rPr>
        <w:t xml:space="preserve"> </w:t>
      </w:r>
      <w:r w:rsidR="006479BA" w:rsidRPr="006479BA">
        <w:rPr>
          <w:rFonts w:ascii="Times New Roman" w:hAnsi="Times New Roman" w:cs="Times New Roman"/>
          <w:sz w:val="28"/>
          <w:szCs w:val="28"/>
        </w:rPr>
        <w:t>h</w:t>
      </w:r>
      <w:r w:rsidRPr="00657B8A">
        <w:rPr>
          <w:rFonts w:ascii="Times New Roman" w:hAnsi="Times New Roman" w:cs="Times New Roman"/>
          <w:sz w:val="28"/>
          <w:szCs w:val="28"/>
        </w:rPr>
        <w:t>ồ sơ</w:t>
      </w:r>
      <w:r w:rsidR="006479BA" w:rsidRPr="006479BA">
        <w:rPr>
          <w:rFonts w:ascii="Times New Roman" w:hAnsi="Times New Roman" w:cs="Times New Roman"/>
          <w:sz w:val="28"/>
          <w:szCs w:val="28"/>
        </w:rPr>
        <w:t xml:space="preserve"> đề nghị thẩm định</w:t>
      </w:r>
      <w:r w:rsidRPr="00657B8A">
        <w:rPr>
          <w:rFonts w:ascii="Times New Roman" w:hAnsi="Times New Roman" w:cs="Times New Roman"/>
          <w:sz w:val="28"/>
          <w:szCs w:val="28"/>
        </w:rPr>
        <w:t xml:space="preserve"> công nghệ </w:t>
      </w:r>
      <w:r w:rsidR="00D922E3" w:rsidRPr="00D922E3">
        <w:rPr>
          <w:rFonts w:ascii="Times New Roman" w:hAnsi="Times New Roman" w:cs="Times New Roman"/>
          <w:sz w:val="28"/>
          <w:szCs w:val="28"/>
        </w:rPr>
        <w:t>cho</w:t>
      </w:r>
      <w:r w:rsidR="00D922E3" w:rsidRPr="00D922E3">
        <w:t xml:space="preserve"> </w:t>
      </w:r>
      <w:r w:rsidR="00D922E3" w:rsidRPr="00D922E3">
        <w:rPr>
          <w:rFonts w:ascii="Times New Roman" w:hAnsi="Times New Roman" w:cs="Times New Roman"/>
          <w:sz w:val="28"/>
          <w:szCs w:val="28"/>
        </w:rPr>
        <w:t xml:space="preserve">(Cơ quan chuyên môn về khoa học và công nghệ thuộc Uỷ ban nhân dân cấp tỉnh) </w:t>
      </w:r>
      <w:r w:rsidRPr="00657B8A">
        <w:rPr>
          <w:rFonts w:ascii="Times New Roman" w:hAnsi="Times New Roman" w:cs="Times New Roman"/>
          <w:sz w:val="28"/>
          <w:szCs w:val="28"/>
        </w:rPr>
        <w:t>theo quy định của pháp luật về chuyển giao công nghệ.</w:t>
      </w:r>
    </w:p>
    <w:p w14:paraId="2CE4F1E0" w14:textId="1277A102" w:rsidR="00F17038" w:rsidRPr="00657B8A" w:rsidRDefault="00F17038" w:rsidP="00657B8A">
      <w:pPr>
        <w:autoSpaceDE w:val="0"/>
        <w:autoSpaceDN w:val="0"/>
        <w:adjustRightInd w:val="0"/>
        <w:spacing w:before="120" w:after="120" w:line="340" w:lineRule="exact"/>
        <w:ind w:firstLine="720"/>
        <w:jc w:val="both"/>
        <w:rPr>
          <w:rFonts w:ascii="Times New Roman" w:hAnsi="Times New Roman" w:cs="Times New Roman"/>
          <w:sz w:val="28"/>
          <w:szCs w:val="28"/>
        </w:rPr>
      </w:pPr>
      <w:r w:rsidRPr="00657B8A">
        <w:rPr>
          <w:rFonts w:ascii="Times New Roman" w:hAnsi="Times New Roman" w:cs="Times New Roman"/>
          <w:sz w:val="28"/>
          <w:szCs w:val="28"/>
        </w:rPr>
        <w:t xml:space="preserve">2. Nguyên tắc, trình tự, nội dung thẩm định và chế độ làm việc của Hội đồng thực hiện theo quy định tại Điều </w:t>
      </w:r>
      <w:r w:rsidR="007E2EEF" w:rsidRPr="007E2EEF">
        <w:rPr>
          <w:rFonts w:ascii="Times New Roman" w:hAnsi="Times New Roman" w:cs="Times New Roman"/>
          <w:sz w:val="28"/>
          <w:szCs w:val="28"/>
        </w:rPr>
        <w:t xml:space="preserve">13 và </w:t>
      </w:r>
      <w:r w:rsidR="00FC64D2" w:rsidRPr="00FC64D2">
        <w:rPr>
          <w:rFonts w:ascii="Times New Roman" w:hAnsi="Times New Roman" w:cs="Times New Roman"/>
          <w:sz w:val="28"/>
          <w:szCs w:val="28"/>
        </w:rPr>
        <w:t xml:space="preserve">Điều </w:t>
      </w:r>
      <w:r w:rsidR="007E2EEF" w:rsidRPr="007E2EEF">
        <w:rPr>
          <w:rFonts w:ascii="Times New Roman" w:hAnsi="Times New Roman" w:cs="Times New Roman"/>
          <w:sz w:val="28"/>
          <w:szCs w:val="28"/>
        </w:rPr>
        <w:t>14</w:t>
      </w:r>
      <w:r w:rsidRPr="00657B8A">
        <w:rPr>
          <w:rFonts w:ascii="Times New Roman" w:hAnsi="Times New Roman" w:cs="Times New Roman"/>
          <w:sz w:val="28"/>
          <w:szCs w:val="28"/>
        </w:rPr>
        <w:t xml:space="preserve"> Nghị định số …/2026/NĐ-CP ngày … tháng … năm 2026 của Chính phủ </w:t>
      </w:r>
      <w:r w:rsidR="008F5144" w:rsidRPr="008F5144">
        <w:rPr>
          <w:rFonts w:ascii="Times New Roman" w:hAnsi="Times New Roman" w:cs="Times New Roman"/>
          <w:sz w:val="28"/>
          <w:szCs w:val="28"/>
        </w:rPr>
        <w:t>quy định chi tiết một số điều và hướng dẫn biện pháp thi hành Luật Chuyển giao công nghệ số 07/2017/QH14; được sửa đổi bổ sung bởi Luật số 93/2025/QH15 và Luật số 115/2025/QH15</w:t>
      </w:r>
      <w:r w:rsidRPr="00657B8A">
        <w:rPr>
          <w:rFonts w:ascii="Times New Roman" w:hAnsi="Times New Roman" w:cs="Times New Roman"/>
          <w:sz w:val="28"/>
          <w:szCs w:val="28"/>
        </w:rPr>
        <w:t>.</w:t>
      </w:r>
    </w:p>
    <w:p w14:paraId="77462142" w14:textId="77777777" w:rsidR="007738FC" w:rsidRPr="00657B8A" w:rsidRDefault="007738FC" w:rsidP="00657B8A">
      <w:pPr>
        <w:autoSpaceDE w:val="0"/>
        <w:autoSpaceDN w:val="0"/>
        <w:adjustRightInd w:val="0"/>
        <w:spacing w:before="120" w:after="120" w:line="340" w:lineRule="exact"/>
        <w:ind w:firstLine="720"/>
        <w:rPr>
          <w:rFonts w:ascii="Times New Roman" w:hAnsi="Times New Roman" w:cs="Times New Roman"/>
          <w:sz w:val="28"/>
          <w:szCs w:val="28"/>
        </w:rPr>
      </w:pPr>
      <w:r w:rsidRPr="00657B8A">
        <w:rPr>
          <w:rFonts w:ascii="Times New Roman" w:hAnsi="Times New Roman" w:cs="Times New Roman"/>
          <w:b/>
          <w:bCs/>
          <w:sz w:val="28"/>
          <w:szCs w:val="28"/>
        </w:rPr>
        <w:t xml:space="preserve">Điều 3. </w:t>
      </w:r>
      <w:r w:rsidRPr="00657B8A">
        <w:rPr>
          <w:rFonts w:ascii="Times New Roman" w:hAnsi="Times New Roman" w:cs="Times New Roman"/>
          <w:sz w:val="28"/>
          <w:szCs w:val="28"/>
        </w:rPr>
        <w:t>Quyết định này có hiệu lực kể từ ngày ký.</w:t>
      </w:r>
    </w:p>
    <w:p w14:paraId="5270E01F" w14:textId="3D30BB16" w:rsidR="00F17038" w:rsidRPr="00A568C0" w:rsidRDefault="00F17038" w:rsidP="006F7939">
      <w:pPr>
        <w:autoSpaceDE w:val="0"/>
        <w:autoSpaceDN w:val="0"/>
        <w:adjustRightInd w:val="0"/>
        <w:spacing w:before="120" w:after="120" w:line="340" w:lineRule="exact"/>
        <w:ind w:firstLine="720"/>
        <w:jc w:val="both"/>
        <w:rPr>
          <w:rFonts w:ascii="Times New Roman" w:hAnsi="Times New Roman" w:cs="Times New Roman"/>
          <w:sz w:val="28"/>
          <w:szCs w:val="28"/>
        </w:rPr>
      </w:pPr>
      <w:r w:rsidRPr="00657B8A">
        <w:rPr>
          <w:rFonts w:ascii="Times New Roman" w:hAnsi="Times New Roman" w:cs="Times New Roman"/>
          <w:sz w:val="28"/>
          <w:szCs w:val="28"/>
        </w:rPr>
        <w:lastRenderedPageBreak/>
        <w:t>Các Ông/Bà Chủ tịch, Phó Chủ tịch và các thành viên Hội đồng tư vấn thẩm định công nghệ, Thủ trưởng đơn vị đầu mối tham mưu</w:t>
      </w:r>
      <w:r w:rsidR="006F7939" w:rsidRPr="006F7939">
        <w:rPr>
          <w:rFonts w:ascii="Times New Roman" w:hAnsi="Times New Roman" w:cs="Times New Roman"/>
          <w:sz w:val="28"/>
          <w:szCs w:val="28"/>
        </w:rPr>
        <w:t xml:space="preserve"> </w:t>
      </w:r>
      <w:r w:rsidR="006F7939" w:rsidRPr="00D922E3">
        <w:rPr>
          <w:rFonts w:ascii="Times New Roman" w:hAnsi="Times New Roman" w:cs="Times New Roman"/>
          <w:sz w:val="28"/>
          <w:szCs w:val="28"/>
        </w:rPr>
        <w:t>(</w:t>
      </w:r>
      <w:r w:rsidR="00A568C0" w:rsidRPr="006F7939">
        <w:rPr>
          <w:rFonts w:ascii="Times New Roman" w:hAnsi="Times New Roman" w:cs="Times New Roman"/>
          <w:sz w:val="28"/>
          <w:szCs w:val="28"/>
        </w:rPr>
        <w:t xml:space="preserve">của </w:t>
      </w:r>
      <w:r w:rsidR="006F7939" w:rsidRPr="00D922E3">
        <w:rPr>
          <w:rFonts w:ascii="Times New Roman" w:hAnsi="Times New Roman" w:cs="Times New Roman"/>
          <w:sz w:val="28"/>
          <w:szCs w:val="28"/>
        </w:rPr>
        <w:t>Cơ quan chuyên môn về khoa học và công nghệ thuộc Uỷ ban nhân dân cấp tỉnh)</w:t>
      </w:r>
      <w:r w:rsidRPr="00657B8A">
        <w:rPr>
          <w:rFonts w:ascii="Times New Roman" w:hAnsi="Times New Roman" w:cs="Times New Roman"/>
          <w:sz w:val="28"/>
          <w:szCs w:val="28"/>
        </w:rPr>
        <w:t>, Thủ trưởng các đơn vị có liên quan và tổ chức, cá nhân đề nghị thẩm định công nghệ chịu trách nhiệm thi hành Quyết định này.</w:t>
      </w:r>
    </w:p>
    <w:tbl>
      <w:tblPr>
        <w:tblW w:w="4761" w:type="pct"/>
        <w:tblCellMar>
          <w:left w:w="0" w:type="dxa"/>
          <w:right w:w="0" w:type="dxa"/>
        </w:tblCellMar>
        <w:tblLook w:val="0000" w:firstRow="0" w:lastRow="0" w:firstColumn="0" w:lastColumn="0" w:noHBand="0" w:noVBand="0"/>
      </w:tblPr>
      <w:tblGrid>
        <w:gridCol w:w="4320"/>
        <w:gridCol w:w="4320"/>
      </w:tblGrid>
      <w:tr w:rsidR="00F17038" w:rsidRPr="00970C73" w14:paraId="44E96A5C" w14:textId="77777777" w:rsidTr="00F17038">
        <w:tc>
          <w:tcPr>
            <w:tcW w:w="2500" w:type="pct"/>
            <w:tcBorders>
              <w:top w:val="nil"/>
              <w:left w:val="nil"/>
              <w:bottom w:val="nil"/>
              <w:right w:val="nil"/>
            </w:tcBorders>
            <w:shd w:val="clear" w:color="auto" w:fill="FFFFFF"/>
          </w:tcPr>
          <w:p w14:paraId="204D6A68" w14:textId="48ACBBEF" w:rsidR="00F17038" w:rsidRPr="009B55C7" w:rsidRDefault="00F17038" w:rsidP="00567BBE">
            <w:pPr>
              <w:autoSpaceDE w:val="0"/>
              <w:autoSpaceDN w:val="0"/>
              <w:adjustRightInd w:val="0"/>
              <w:spacing w:before="120"/>
              <w:rPr>
                <w:rFonts w:ascii="Times New Roman" w:hAnsi="Times New Roman" w:cs="Times New Roman"/>
              </w:rPr>
            </w:pPr>
            <w:r w:rsidRPr="009B55C7">
              <w:rPr>
                <w:rFonts w:ascii="Times New Roman" w:hAnsi="Times New Roman" w:cs="Times New Roman"/>
                <w:b/>
                <w:bCs/>
                <w:i/>
                <w:iCs/>
              </w:rPr>
              <w:t>Nơi nh</w:t>
            </w:r>
            <w:r w:rsidRPr="00970C73">
              <w:rPr>
                <w:rFonts w:ascii="Times New Roman" w:hAnsi="Times New Roman" w:cs="Times New Roman"/>
                <w:b/>
                <w:bCs/>
                <w:i/>
                <w:iCs/>
              </w:rPr>
              <w:t>ận:</w:t>
            </w:r>
            <w:r w:rsidRPr="00970C73">
              <w:rPr>
                <w:rFonts w:ascii="Times New Roman" w:hAnsi="Times New Roman" w:cs="Times New Roman"/>
                <w:b/>
                <w:bCs/>
                <w:i/>
                <w:iCs/>
              </w:rPr>
              <w:br/>
            </w:r>
            <w:r w:rsidRPr="00970C73">
              <w:rPr>
                <w:rFonts w:ascii="Times New Roman" w:hAnsi="Times New Roman" w:cs="Times New Roman"/>
              </w:rPr>
              <w:t>- Như Điều 3;</w:t>
            </w:r>
            <w:r w:rsidRPr="00970C73">
              <w:rPr>
                <w:rFonts w:ascii="Times New Roman" w:hAnsi="Times New Roman" w:cs="Times New Roman"/>
              </w:rPr>
              <w:br/>
            </w:r>
            <w:r w:rsidRPr="009B55C7">
              <w:rPr>
                <w:rFonts w:ascii="Times New Roman" w:hAnsi="Times New Roman" w:cs="Times New Roman"/>
              </w:rPr>
              <w:t>- Lưu: VT</w:t>
            </w:r>
          </w:p>
        </w:tc>
        <w:tc>
          <w:tcPr>
            <w:tcW w:w="2500" w:type="pct"/>
            <w:tcBorders>
              <w:top w:val="nil"/>
              <w:left w:val="nil"/>
              <w:bottom w:val="nil"/>
              <w:right w:val="nil"/>
            </w:tcBorders>
            <w:shd w:val="clear" w:color="auto" w:fill="FFFFFF"/>
          </w:tcPr>
          <w:p w14:paraId="54F7E3C2" w14:textId="77777777" w:rsidR="00F17038" w:rsidRPr="00657B8A" w:rsidRDefault="00F17038" w:rsidP="00567BBE">
            <w:pPr>
              <w:autoSpaceDE w:val="0"/>
              <w:autoSpaceDN w:val="0"/>
              <w:adjustRightInd w:val="0"/>
              <w:spacing w:before="120"/>
              <w:jc w:val="center"/>
              <w:rPr>
                <w:rFonts w:ascii="Times New Roman" w:hAnsi="Times New Roman" w:cs="Times New Roman"/>
                <w:sz w:val="28"/>
                <w:szCs w:val="28"/>
              </w:rPr>
            </w:pPr>
            <w:r w:rsidRPr="00657B8A">
              <w:rPr>
                <w:rFonts w:ascii="Times New Roman" w:hAnsi="Times New Roman" w:cs="Times New Roman"/>
                <w:b/>
                <w:bCs/>
                <w:sz w:val="28"/>
                <w:szCs w:val="28"/>
              </w:rPr>
              <w:t>THỦ TRƯỞNG</w:t>
            </w:r>
            <w:r w:rsidRPr="00657B8A">
              <w:rPr>
                <w:rFonts w:ascii="Times New Roman" w:hAnsi="Times New Roman" w:cs="Times New Roman"/>
                <w:b/>
                <w:bCs/>
                <w:sz w:val="28"/>
                <w:szCs w:val="28"/>
              </w:rPr>
              <w:br/>
            </w:r>
            <w:r w:rsidRPr="00657B8A">
              <w:rPr>
                <w:rFonts w:ascii="Times New Roman" w:hAnsi="Times New Roman" w:cs="Times New Roman"/>
                <w:i/>
                <w:iCs/>
                <w:sz w:val="28"/>
                <w:szCs w:val="28"/>
              </w:rPr>
              <w:t>(Ký, ghi rõ họ tên và đóng dấu)</w:t>
            </w:r>
          </w:p>
        </w:tc>
      </w:tr>
    </w:tbl>
    <w:p w14:paraId="4960D3D4" w14:textId="77777777" w:rsidR="003A0182" w:rsidRPr="00970C73" w:rsidRDefault="003A0182" w:rsidP="003A0182">
      <w:pPr>
        <w:rPr>
          <w:rFonts w:ascii="Times New Roman" w:hAnsi="Times New Roman" w:cs="Times New Roman"/>
        </w:rPr>
      </w:pPr>
      <w:r w:rsidRPr="00970C73">
        <w:rPr>
          <w:rFonts w:ascii="Times New Roman" w:hAnsi="Times New Roman" w:cs="Times New Roman"/>
        </w:rPr>
        <w:br w:type="page"/>
      </w:r>
    </w:p>
    <w:p w14:paraId="22AB527B" w14:textId="77777777" w:rsidR="003A0182" w:rsidRPr="009E555D" w:rsidRDefault="003A0182" w:rsidP="003A0182">
      <w:pPr>
        <w:spacing w:after="0"/>
        <w:jc w:val="center"/>
        <w:rPr>
          <w:rFonts w:ascii="Times New Roman" w:hAnsi="Times New Roman" w:cs="Times New Roman"/>
          <w:b/>
          <w:bCs/>
          <w:sz w:val="28"/>
          <w:szCs w:val="28"/>
        </w:rPr>
      </w:pPr>
      <w:r w:rsidRPr="009E555D">
        <w:rPr>
          <w:rFonts w:ascii="Times New Roman" w:hAnsi="Times New Roman" w:cs="Times New Roman"/>
          <w:b/>
          <w:bCs/>
          <w:sz w:val="28"/>
          <w:szCs w:val="28"/>
        </w:rPr>
        <w:lastRenderedPageBreak/>
        <w:t>PHỤ LỤC</w:t>
      </w:r>
    </w:p>
    <w:p w14:paraId="21880E67" w14:textId="74A5E64B" w:rsidR="003A0182" w:rsidRDefault="003A0182" w:rsidP="003A0182">
      <w:pPr>
        <w:jc w:val="center"/>
        <w:rPr>
          <w:rFonts w:ascii="Times New Roman" w:hAnsi="Times New Roman" w:cs="Times New Roman"/>
          <w:i/>
          <w:iCs/>
          <w:sz w:val="28"/>
          <w:szCs w:val="28"/>
          <w:lang w:val="en-US"/>
        </w:rPr>
      </w:pPr>
      <w:r w:rsidRPr="00D80A71">
        <w:rPr>
          <w:rFonts w:ascii="Times New Roman" w:eastAsia="Times New Roman" w:hAnsi="Times New Roman" w:cs="Times New Roman"/>
          <w:b/>
          <w:bCs/>
          <w:spacing w:val="4"/>
          <w:sz w:val="28"/>
          <w:szCs w:val="28"/>
        </w:rPr>
        <w:t>DANH SÁCH THÀNH VIÊN HỘI ĐỒNG TƯ VẤN THẨM ĐỊNH CÔNG NGHỆ</w:t>
      </w:r>
      <w:r w:rsidRPr="00D80A71">
        <w:rPr>
          <w:rFonts w:ascii="Times New Roman" w:hAnsi="Times New Roman" w:cs="Times New Roman"/>
          <w:spacing w:val="4"/>
          <w:sz w:val="28"/>
          <w:szCs w:val="28"/>
        </w:rPr>
        <w:br/>
      </w:r>
      <w:r w:rsidRPr="000877BB">
        <w:rPr>
          <w:rFonts w:ascii="Times New Roman" w:hAnsi="Times New Roman" w:cs="Times New Roman"/>
          <w:i/>
          <w:iCs/>
          <w:sz w:val="28"/>
          <w:szCs w:val="28"/>
        </w:rPr>
        <w:t>(Kèm theo Quyết định số …../QĐ-… ngày …/…/</w:t>
      </w:r>
      <w:r w:rsidR="006A5372" w:rsidRPr="000877BB">
        <w:rPr>
          <w:rFonts w:ascii="Times New Roman" w:hAnsi="Times New Roman" w:cs="Times New Roman"/>
          <w:i/>
          <w:iCs/>
          <w:sz w:val="28"/>
          <w:szCs w:val="28"/>
        </w:rPr>
        <w:t>….</w:t>
      </w:r>
      <w:r w:rsidRPr="000877BB">
        <w:rPr>
          <w:rFonts w:ascii="Times New Roman" w:hAnsi="Times New Roman" w:cs="Times New Roman"/>
          <w:i/>
          <w:iCs/>
          <w:sz w:val="28"/>
          <w:szCs w:val="28"/>
        </w:rPr>
        <w:t xml:space="preserve"> của ……………)</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89"/>
        <w:gridCol w:w="2220"/>
        <w:gridCol w:w="2112"/>
        <w:gridCol w:w="2328"/>
      </w:tblGrid>
      <w:tr w:rsidR="00A210CC" w:rsidRPr="00D20533" w14:paraId="512520B7" w14:textId="77777777" w:rsidTr="009627DD">
        <w:trPr>
          <w:trHeight w:val="937"/>
          <w:jc w:val="center"/>
        </w:trPr>
        <w:tc>
          <w:tcPr>
            <w:tcW w:w="851" w:type="dxa"/>
            <w:vAlign w:val="center"/>
          </w:tcPr>
          <w:p w14:paraId="29F4DDC3" w14:textId="77777777" w:rsidR="00A210CC" w:rsidRPr="00D20533" w:rsidRDefault="00A210CC" w:rsidP="009627DD">
            <w:pPr>
              <w:spacing w:before="120" w:after="120" w:line="340" w:lineRule="exact"/>
              <w:jc w:val="center"/>
              <w:rPr>
                <w:rFonts w:ascii="Times New Roman" w:hAnsi="Times New Roman" w:cs="Times New Roman"/>
                <w:b/>
                <w:sz w:val="28"/>
                <w:szCs w:val="28"/>
                <w:lang w:val="en-US"/>
              </w:rPr>
            </w:pPr>
            <w:r w:rsidRPr="00D20533">
              <w:rPr>
                <w:rFonts w:ascii="Times New Roman" w:hAnsi="Times New Roman" w:cs="Times New Roman"/>
                <w:b/>
                <w:sz w:val="28"/>
                <w:szCs w:val="28"/>
                <w:lang w:val="en-US"/>
              </w:rPr>
              <w:t>STT</w:t>
            </w:r>
          </w:p>
        </w:tc>
        <w:tc>
          <w:tcPr>
            <w:tcW w:w="2189" w:type="dxa"/>
            <w:vAlign w:val="center"/>
          </w:tcPr>
          <w:p w14:paraId="53D95022" w14:textId="116BFA08" w:rsidR="00A210CC" w:rsidRPr="00D20533" w:rsidRDefault="00A210CC" w:rsidP="009627DD">
            <w:pPr>
              <w:spacing w:before="120" w:after="120" w:line="340" w:lineRule="exact"/>
              <w:jc w:val="center"/>
              <w:rPr>
                <w:rFonts w:ascii="Times New Roman" w:hAnsi="Times New Roman" w:cs="Times New Roman"/>
                <w:b/>
                <w:sz w:val="28"/>
                <w:szCs w:val="28"/>
                <w:lang w:val="pt-BR"/>
              </w:rPr>
            </w:pPr>
            <w:r w:rsidRPr="00D20533">
              <w:rPr>
                <w:rFonts w:ascii="Times New Roman" w:hAnsi="Times New Roman" w:cs="Times New Roman"/>
                <w:b/>
                <w:sz w:val="28"/>
                <w:szCs w:val="28"/>
                <w:lang w:val="pt-BR"/>
              </w:rPr>
              <w:t>Họ và tên</w:t>
            </w:r>
          </w:p>
        </w:tc>
        <w:tc>
          <w:tcPr>
            <w:tcW w:w="2220" w:type="dxa"/>
            <w:vAlign w:val="center"/>
          </w:tcPr>
          <w:p w14:paraId="52E3FD52" w14:textId="4D077292" w:rsidR="00A210CC" w:rsidRPr="00D20533" w:rsidRDefault="00A210CC" w:rsidP="009627DD">
            <w:pPr>
              <w:spacing w:before="120" w:after="120" w:line="340" w:lineRule="exact"/>
              <w:jc w:val="center"/>
              <w:rPr>
                <w:rFonts w:ascii="Times New Roman" w:hAnsi="Times New Roman" w:cs="Times New Roman"/>
                <w:b/>
                <w:sz w:val="28"/>
                <w:szCs w:val="28"/>
                <w:lang w:val="pt-BR"/>
              </w:rPr>
            </w:pPr>
            <w:r w:rsidRPr="00D20533">
              <w:rPr>
                <w:rFonts w:ascii="Times New Roman" w:hAnsi="Times New Roman" w:cs="Times New Roman"/>
                <w:b/>
                <w:sz w:val="28"/>
                <w:szCs w:val="28"/>
                <w:lang w:val="pt-BR"/>
              </w:rPr>
              <w:t>Lĩnh vực chuyên môn</w:t>
            </w:r>
            <w:r w:rsidR="00293D1F">
              <w:rPr>
                <w:rFonts w:ascii="Times New Roman" w:hAnsi="Times New Roman" w:cs="Times New Roman"/>
                <w:b/>
                <w:sz w:val="28"/>
                <w:szCs w:val="28"/>
                <w:lang w:val="pt-BR"/>
              </w:rPr>
              <w:t>/</w:t>
            </w:r>
            <w:r w:rsidRPr="00D20533">
              <w:rPr>
                <w:rFonts w:ascii="Times New Roman" w:hAnsi="Times New Roman" w:cs="Times New Roman"/>
                <w:b/>
                <w:sz w:val="28"/>
                <w:szCs w:val="28"/>
                <w:lang w:val="pt-BR"/>
              </w:rPr>
              <w:t>quản lý</w:t>
            </w:r>
          </w:p>
        </w:tc>
        <w:tc>
          <w:tcPr>
            <w:tcW w:w="2112" w:type="dxa"/>
            <w:vAlign w:val="center"/>
          </w:tcPr>
          <w:p w14:paraId="58268F74" w14:textId="0714B3F4" w:rsidR="00A210CC" w:rsidRPr="00D20533" w:rsidRDefault="00A210CC" w:rsidP="009627DD">
            <w:pPr>
              <w:spacing w:before="120" w:after="120" w:line="340" w:lineRule="exact"/>
              <w:jc w:val="center"/>
              <w:rPr>
                <w:rFonts w:ascii="Times New Roman" w:hAnsi="Times New Roman" w:cs="Times New Roman"/>
                <w:b/>
                <w:sz w:val="28"/>
                <w:szCs w:val="28"/>
                <w:lang w:val="fr-FR"/>
              </w:rPr>
            </w:pPr>
            <w:r w:rsidRPr="00D20533">
              <w:rPr>
                <w:rFonts w:ascii="Times New Roman" w:hAnsi="Times New Roman" w:cs="Times New Roman"/>
                <w:b/>
                <w:sz w:val="28"/>
                <w:szCs w:val="28"/>
                <w:lang w:val="fr-FR"/>
              </w:rPr>
              <w:t xml:space="preserve">Cơ quan </w:t>
            </w:r>
            <w:r w:rsidRPr="00D20533">
              <w:rPr>
                <w:rFonts w:ascii="Times New Roman" w:hAnsi="Times New Roman" w:cs="Times New Roman"/>
                <w:b/>
                <w:sz w:val="28"/>
                <w:szCs w:val="28"/>
                <w:lang w:val="fr-FR"/>
              </w:rPr>
              <w:br/>
              <w:t>công tác</w:t>
            </w:r>
          </w:p>
        </w:tc>
        <w:tc>
          <w:tcPr>
            <w:tcW w:w="2328" w:type="dxa"/>
            <w:vAlign w:val="center"/>
          </w:tcPr>
          <w:p w14:paraId="5A5A3160" w14:textId="77777777" w:rsidR="00A210CC" w:rsidRPr="00D20533" w:rsidRDefault="00A210CC" w:rsidP="009627DD">
            <w:pPr>
              <w:spacing w:before="120" w:after="120" w:line="340" w:lineRule="exact"/>
              <w:jc w:val="center"/>
              <w:rPr>
                <w:rFonts w:ascii="Times New Roman" w:hAnsi="Times New Roman" w:cs="Times New Roman"/>
                <w:b/>
                <w:sz w:val="28"/>
                <w:szCs w:val="28"/>
                <w:lang w:val="fr-FR"/>
              </w:rPr>
            </w:pPr>
            <w:r w:rsidRPr="00D20533">
              <w:rPr>
                <w:rFonts w:ascii="Times New Roman" w:hAnsi="Times New Roman" w:cs="Times New Roman"/>
                <w:b/>
                <w:sz w:val="28"/>
                <w:szCs w:val="28"/>
                <w:lang w:val="fr-FR"/>
              </w:rPr>
              <w:t>Chức danh trong Hội đồng</w:t>
            </w:r>
          </w:p>
        </w:tc>
      </w:tr>
      <w:tr w:rsidR="00A210CC" w:rsidRPr="00D20533" w14:paraId="18918494" w14:textId="77777777" w:rsidTr="00567BBE">
        <w:trPr>
          <w:trHeight w:val="643"/>
          <w:jc w:val="center"/>
        </w:trPr>
        <w:tc>
          <w:tcPr>
            <w:tcW w:w="851" w:type="dxa"/>
            <w:vAlign w:val="center"/>
          </w:tcPr>
          <w:p w14:paraId="1864FB74"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1</w:t>
            </w:r>
          </w:p>
        </w:tc>
        <w:tc>
          <w:tcPr>
            <w:tcW w:w="2189" w:type="dxa"/>
            <w:vAlign w:val="center"/>
          </w:tcPr>
          <w:p w14:paraId="750F44FD" w14:textId="77777777" w:rsidR="00A210CC" w:rsidRPr="00D20533" w:rsidRDefault="00A210CC" w:rsidP="009627DD">
            <w:pPr>
              <w:tabs>
                <w:tab w:val="left" w:pos="2136"/>
              </w:tabs>
              <w:spacing w:before="120" w:after="120" w:line="340" w:lineRule="exact"/>
              <w:ind w:left="-132" w:right="-108" w:firstLine="24"/>
              <w:jc w:val="center"/>
              <w:rPr>
                <w:rFonts w:ascii="Times New Roman" w:hAnsi="Times New Roman" w:cs="Times New Roman"/>
                <w:sz w:val="28"/>
                <w:szCs w:val="28"/>
                <w:lang w:val="en-US"/>
              </w:rPr>
            </w:pPr>
          </w:p>
        </w:tc>
        <w:tc>
          <w:tcPr>
            <w:tcW w:w="2220" w:type="dxa"/>
            <w:vAlign w:val="center"/>
          </w:tcPr>
          <w:p w14:paraId="65D6926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73BC2474" w14:textId="77777777" w:rsidR="00A210CC" w:rsidRPr="00D20533" w:rsidRDefault="00A210CC" w:rsidP="009627DD">
            <w:pPr>
              <w:spacing w:before="120" w:after="120" w:line="340" w:lineRule="exact"/>
              <w:ind w:left="-131"/>
              <w:jc w:val="center"/>
              <w:rPr>
                <w:rFonts w:ascii="Times New Roman" w:hAnsi="Times New Roman" w:cs="Times New Roman"/>
                <w:sz w:val="28"/>
                <w:szCs w:val="28"/>
                <w:lang w:val="en-US"/>
              </w:rPr>
            </w:pPr>
          </w:p>
        </w:tc>
        <w:tc>
          <w:tcPr>
            <w:tcW w:w="2328" w:type="dxa"/>
            <w:vAlign w:val="center"/>
          </w:tcPr>
          <w:p w14:paraId="13CF7393"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Chủ tịch</w:t>
            </w:r>
          </w:p>
        </w:tc>
      </w:tr>
      <w:tr w:rsidR="00A210CC" w:rsidRPr="00D20533" w14:paraId="605F8CED" w14:textId="77777777" w:rsidTr="00567BBE">
        <w:trPr>
          <w:trHeight w:val="643"/>
          <w:jc w:val="center"/>
        </w:trPr>
        <w:tc>
          <w:tcPr>
            <w:tcW w:w="851" w:type="dxa"/>
            <w:vAlign w:val="center"/>
          </w:tcPr>
          <w:p w14:paraId="2197E1C2"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2</w:t>
            </w:r>
          </w:p>
        </w:tc>
        <w:tc>
          <w:tcPr>
            <w:tcW w:w="2189" w:type="dxa"/>
            <w:vAlign w:val="center"/>
          </w:tcPr>
          <w:p w14:paraId="5ABC8799"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0DAAD44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6D9F27A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328" w:type="dxa"/>
            <w:vAlign w:val="center"/>
          </w:tcPr>
          <w:p w14:paraId="0DC1D6F1"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Phó Chủ tịch</w:t>
            </w:r>
          </w:p>
        </w:tc>
      </w:tr>
      <w:tr w:rsidR="00A210CC" w:rsidRPr="00D20533" w14:paraId="25BBAB9B" w14:textId="77777777" w:rsidTr="00567BBE">
        <w:trPr>
          <w:trHeight w:val="643"/>
          <w:jc w:val="center"/>
        </w:trPr>
        <w:tc>
          <w:tcPr>
            <w:tcW w:w="851" w:type="dxa"/>
            <w:vAlign w:val="center"/>
          </w:tcPr>
          <w:p w14:paraId="4CAE54D6"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r w:rsidRPr="00D20533">
              <w:rPr>
                <w:rFonts w:ascii="Times New Roman" w:hAnsi="Times New Roman" w:cs="Times New Roman"/>
                <w:sz w:val="28"/>
                <w:szCs w:val="28"/>
                <w:lang w:val="en-US"/>
              </w:rPr>
              <w:t>3</w:t>
            </w:r>
          </w:p>
        </w:tc>
        <w:tc>
          <w:tcPr>
            <w:tcW w:w="2189" w:type="dxa"/>
            <w:vAlign w:val="center"/>
          </w:tcPr>
          <w:p w14:paraId="56F96F6E"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3A34B90F"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13AC5615"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328" w:type="dxa"/>
            <w:vAlign w:val="center"/>
          </w:tcPr>
          <w:p w14:paraId="556F311B" w14:textId="751BC566" w:rsidR="00A210CC" w:rsidRPr="00D20533" w:rsidRDefault="002D529D"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Thành</w:t>
            </w:r>
            <w:r w:rsidR="00A210CC" w:rsidRPr="00D20533">
              <w:rPr>
                <w:rFonts w:ascii="Times New Roman" w:hAnsi="Times New Roman" w:cs="Times New Roman"/>
                <w:sz w:val="28"/>
                <w:szCs w:val="28"/>
                <w:lang w:val="en-US"/>
              </w:rPr>
              <w:t xml:space="preserve"> viên</w:t>
            </w:r>
          </w:p>
        </w:tc>
      </w:tr>
      <w:tr w:rsidR="00A210CC" w:rsidRPr="00D20533" w14:paraId="42EDCBF0" w14:textId="77777777" w:rsidTr="00567BBE">
        <w:trPr>
          <w:trHeight w:val="709"/>
          <w:jc w:val="center"/>
        </w:trPr>
        <w:tc>
          <w:tcPr>
            <w:tcW w:w="851" w:type="dxa"/>
            <w:vAlign w:val="center"/>
          </w:tcPr>
          <w:p w14:paraId="2BB32822" w14:textId="0386DBEC"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189" w:type="dxa"/>
            <w:vAlign w:val="center"/>
          </w:tcPr>
          <w:p w14:paraId="13177D7E"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0735F5C9"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3C22DD89" w14:textId="77777777" w:rsidR="00A210CC" w:rsidRPr="00D20533" w:rsidRDefault="00A210CC" w:rsidP="009627DD">
            <w:pPr>
              <w:spacing w:before="120" w:after="120" w:line="340" w:lineRule="exact"/>
              <w:ind w:left="-131"/>
              <w:jc w:val="center"/>
              <w:rPr>
                <w:rFonts w:ascii="Times New Roman" w:hAnsi="Times New Roman" w:cs="Times New Roman"/>
                <w:sz w:val="28"/>
                <w:szCs w:val="28"/>
                <w:lang w:val="en-US"/>
              </w:rPr>
            </w:pPr>
          </w:p>
        </w:tc>
        <w:tc>
          <w:tcPr>
            <w:tcW w:w="2328" w:type="dxa"/>
            <w:vAlign w:val="center"/>
          </w:tcPr>
          <w:p w14:paraId="2099AF7B" w14:textId="75BE68B0"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A210CC" w:rsidRPr="00D20533" w14:paraId="4B2C4F35" w14:textId="77777777" w:rsidTr="00567BBE">
        <w:trPr>
          <w:trHeight w:val="709"/>
          <w:jc w:val="center"/>
        </w:trPr>
        <w:tc>
          <w:tcPr>
            <w:tcW w:w="851" w:type="dxa"/>
            <w:vAlign w:val="center"/>
          </w:tcPr>
          <w:p w14:paraId="37B59041" w14:textId="0CDAE17F"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189" w:type="dxa"/>
            <w:vAlign w:val="center"/>
          </w:tcPr>
          <w:p w14:paraId="4B6BCDD4"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220" w:type="dxa"/>
            <w:vAlign w:val="center"/>
          </w:tcPr>
          <w:p w14:paraId="01C40B0C" w14:textId="77777777" w:rsidR="00A210CC" w:rsidRPr="00D20533" w:rsidRDefault="00A210CC" w:rsidP="009627DD">
            <w:pPr>
              <w:spacing w:before="120" w:after="120" w:line="340" w:lineRule="exact"/>
              <w:jc w:val="center"/>
              <w:rPr>
                <w:rFonts w:ascii="Times New Roman" w:hAnsi="Times New Roman" w:cs="Times New Roman"/>
                <w:sz w:val="28"/>
                <w:szCs w:val="28"/>
                <w:lang w:val="en-US"/>
              </w:rPr>
            </w:pPr>
          </w:p>
        </w:tc>
        <w:tc>
          <w:tcPr>
            <w:tcW w:w="2112" w:type="dxa"/>
            <w:vAlign w:val="center"/>
          </w:tcPr>
          <w:p w14:paraId="58E87458" w14:textId="77777777" w:rsidR="00A210CC" w:rsidRPr="00D20533" w:rsidRDefault="00A210CC" w:rsidP="009627DD">
            <w:pPr>
              <w:tabs>
                <w:tab w:val="left" w:pos="0"/>
              </w:tabs>
              <w:spacing w:before="120" w:after="120" w:line="340" w:lineRule="exact"/>
              <w:ind w:left="-273" w:firstLine="273"/>
              <w:jc w:val="center"/>
              <w:rPr>
                <w:rFonts w:ascii="Times New Roman" w:hAnsi="Times New Roman" w:cs="Times New Roman"/>
                <w:sz w:val="28"/>
                <w:szCs w:val="28"/>
                <w:lang w:val="en-US"/>
              </w:rPr>
            </w:pPr>
          </w:p>
        </w:tc>
        <w:tc>
          <w:tcPr>
            <w:tcW w:w="2328" w:type="dxa"/>
            <w:vAlign w:val="center"/>
          </w:tcPr>
          <w:p w14:paraId="68C43B85" w14:textId="6CACB2CD" w:rsidR="00A210CC" w:rsidRPr="00D20533" w:rsidRDefault="0086339A" w:rsidP="009627DD">
            <w:pPr>
              <w:spacing w:before="120" w:after="120" w:line="3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Thành viên</w:t>
            </w:r>
            <w:r w:rsidR="009A78FC">
              <w:rPr>
                <w:rFonts w:ascii="Times New Roman" w:hAnsi="Times New Roman" w:cs="Times New Roman"/>
                <w:sz w:val="28"/>
                <w:szCs w:val="28"/>
                <w:lang w:val="en-US"/>
              </w:rPr>
              <w:t>, T</w:t>
            </w:r>
            <w:r>
              <w:rPr>
                <w:rFonts w:ascii="Times New Roman" w:hAnsi="Times New Roman" w:cs="Times New Roman"/>
                <w:sz w:val="28"/>
                <w:szCs w:val="28"/>
                <w:lang w:val="en-US"/>
              </w:rPr>
              <w:t>hư ký</w:t>
            </w:r>
          </w:p>
        </w:tc>
      </w:tr>
    </w:tbl>
    <w:p w14:paraId="5B950406" w14:textId="77777777" w:rsidR="003A0182" w:rsidRPr="00970C73" w:rsidRDefault="003A0182" w:rsidP="003A0182">
      <w:pPr>
        <w:spacing w:after="0"/>
        <w:jc w:val="center"/>
        <w:rPr>
          <w:rFonts w:ascii="Times New Roman" w:hAnsi="Times New Roman" w:cs="Times New Roman"/>
          <w:lang w:val="en-US"/>
        </w:rPr>
      </w:pPr>
    </w:p>
    <w:p w14:paraId="67F4D3C4" w14:textId="77777777" w:rsidR="00064DD3" w:rsidRDefault="003A0182" w:rsidP="003A0182">
      <w:pPr>
        <w:rPr>
          <w:rFonts w:ascii="Times New Roman" w:hAnsi="Times New Roman" w:cs="Times New Roman"/>
          <w:lang w:val="en-US"/>
        </w:rPr>
        <w:sectPr w:rsidR="00064DD3" w:rsidSect="00A37CF3">
          <w:footnotePr>
            <w:numRestart w:val="eachSect"/>
          </w:footnotePr>
          <w:pgSz w:w="11909" w:h="16834"/>
          <w:pgMar w:top="1134" w:right="1134" w:bottom="1134" w:left="1701" w:header="720" w:footer="720" w:gutter="0"/>
          <w:cols w:space="720"/>
          <w:docGrid w:linePitch="299"/>
        </w:sectPr>
      </w:pPr>
      <w:r w:rsidRPr="00970C73">
        <w:rPr>
          <w:rFonts w:ascii="Times New Roman" w:hAnsi="Times New Roman" w:cs="Times New Roman"/>
          <w:lang w:val="en-US"/>
        </w:rPr>
        <w:br w:type="page"/>
      </w:r>
    </w:p>
    <w:p w14:paraId="23F894D7" w14:textId="36B376E1" w:rsidR="00482D37" w:rsidRDefault="00482D37" w:rsidP="00482D37">
      <w:pPr>
        <w:shd w:val="clear" w:color="auto" w:fill="FFFFFF"/>
        <w:spacing w:after="0" w:line="234" w:lineRule="atLeast"/>
        <w:jc w:val="right"/>
        <w:rPr>
          <w:rFonts w:ascii="Times New Roman" w:eastAsia="Times New Roman" w:hAnsi="Times New Roman" w:cs="Times New Roman"/>
          <w:i/>
          <w:iCs/>
          <w:color w:val="000000"/>
          <w:szCs w:val="26"/>
          <w:lang w:val="en-US"/>
        </w:rPr>
      </w:pPr>
      <w:bookmarkStart w:id="7" w:name="I5"/>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5</w:t>
      </w:r>
      <w:bookmarkEnd w:id="7"/>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3BD30C34" w14:textId="77777777" w:rsidR="00064DD3" w:rsidRPr="00064DD3" w:rsidRDefault="00064DD3" w:rsidP="00482D37">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311" w:type="pct"/>
        <w:tblCellMar>
          <w:left w:w="0" w:type="dxa"/>
          <w:right w:w="0" w:type="dxa"/>
        </w:tblCellMar>
        <w:tblLook w:val="0000" w:firstRow="0" w:lastRow="0" w:firstColumn="0" w:lastColumn="0" w:noHBand="0" w:noVBand="0"/>
      </w:tblPr>
      <w:tblGrid>
        <w:gridCol w:w="3639"/>
        <w:gridCol w:w="5999"/>
      </w:tblGrid>
      <w:tr w:rsidR="003A0182" w:rsidRPr="004221EE" w14:paraId="69FDC471" w14:textId="77777777" w:rsidTr="00064DD3">
        <w:tc>
          <w:tcPr>
            <w:tcW w:w="1888" w:type="pct"/>
            <w:shd w:val="clear" w:color="000000" w:fill="FFFFFF"/>
          </w:tcPr>
          <w:p w14:paraId="57D1E672" w14:textId="192F37B0" w:rsidR="003A0182" w:rsidRPr="004221EE" w:rsidRDefault="00EA3D0A" w:rsidP="00567BBE">
            <w:pPr>
              <w:autoSpaceDE w:val="0"/>
              <w:autoSpaceDN w:val="0"/>
              <w:adjustRightInd w:val="0"/>
              <w:spacing w:before="120"/>
              <w:jc w:val="center"/>
              <w:rPr>
                <w:rFonts w:ascii="Times New Roman" w:hAnsi="Times New Roman" w:cs="Times New Roman"/>
                <w:sz w:val="24"/>
                <w:szCs w:val="24"/>
                <w:lang w:val="en"/>
              </w:rPr>
            </w:pPr>
            <w:r w:rsidRPr="004221EE">
              <w:rPr>
                <w:rFonts w:ascii="Times New Roman" w:hAnsi="Times New Roman" w:cs="Times New Roman"/>
                <w:noProof/>
                <w:sz w:val="24"/>
                <w:szCs w:val="24"/>
                <w:lang w:val="en-US"/>
              </w:rPr>
              <mc:AlternateContent>
                <mc:Choice Requires="wps">
                  <w:drawing>
                    <wp:anchor distT="0" distB="0" distL="114300" distR="114300" simplePos="0" relativeHeight="251658248" behindDoc="0" locked="0" layoutInCell="1" allowOverlap="1" wp14:anchorId="13EEFDAB" wp14:editId="4A6D4D4A">
                      <wp:simplePos x="0" y="0"/>
                      <wp:positionH relativeFrom="column">
                        <wp:posOffset>640715</wp:posOffset>
                      </wp:positionH>
                      <wp:positionV relativeFrom="paragraph">
                        <wp:posOffset>1122680</wp:posOffset>
                      </wp:positionV>
                      <wp:extent cx="1053352" cy="0"/>
                      <wp:effectExtent l="0" t="0" r="0" b="0"/>
                      <wp:wrapNone/>
                      <wp:docPr id="387905810" name="Straight Connector 9"/>
                      <wp:cNvGraphicFramePr/>
                      <a:graphic xmlns:a="http://schemas.openxmlformats.org/drawingml/2006/main">
                        <a:graphicData uri="http://schemas.microsoft.com/office/word/2010/wordprocessingShape">
                          <wps:wsp>
                            <wps:cNvCnPr/>
                            <wps:spPr>
                              <a:xfrm>
                                <a:off x="0" y="0"/>
                                <a:ext cx="10533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67805EF"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45pt,88.4pt" to="133.4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" strokecolor="black [3040]"/>
                  </w:pict>
                </mc:Fallback>
              </mc:AlternateContent>
            </w:r>
            <w:r w:rsidR="00F17038" w:rsidRPr="004221EE">
              <w:rPr>
                <w:rFonts w:ascii="Times New Roman" w:hAnsi="Times New Roman" w:cs="Times New Roman"/>
                <w:sz w:val="24"/>
                <w:szCs w:val="24"/>
                <w:lang w:val="en-US"/>
              </w:rPr>
              <w:t xml:space="preserve">CƠ QUAN CHUYÊN MÔN VỀ KHOA HỌC VÀ CÔNG NGHỆ THUỘC </w:t>
            </w:r>
            <w:r w:rsidR="00286BBC">
              <w:rPr>
                <w:rFonts w:ascii="Times New Roman" w:hAnsi="Times New Roman" w:cs="Times New Roman"/>
                <w:sz w:val="24"/>
                <w:szCs w:val="24"/>
                <w:lang w:val="en-US"/>
              </w:rPr>
              <w:t>UBND</w:t>
            </w:r>
            <w:r w:rsidR="00F17038" w:rsidRPr="004221EE">
              <w:rPr>
                <w:rFonts w:ascii="Times New Roman" w:hAnsi="Times New Roman" w:cs="Times New Roman"/>
                <w:sz w:val="24"/>
                <w:szCs w:val="24"/>
                <w:lang w:val="en-US"/>
              </w:rPr>
              <w:t xml:space="preserve"> CẤP TỈNH</w:t>
            </w:r>
            <w:r w:rsidR="00482D37" w:rsidRPr="004221EE">
              <w:rPr>
                <w:rFonts w:ascii="Times New Roman" w:hAnsi="Times New Roman" w:cs="Times New Roman"/>
                <w:sz w:val="24"/>
                <w:szCs w:val="24"/>
              </w:rPr>
              <w:br/>
            </w:r>
            <w:r w:rsidR="00482D37" w:rsidRPr="004221EE">
              <w:rPr>
                <w:rStyle w:val="Strong"/>
                <w:rFonts w:ascii="Times New Roman" w:hAnsi="Times New Roman" w:cs="Times New Roman"/>
                <w:sz w:val="24"/>
                <w:szCs w:val="24"/>
                <w:lang w:val="en-US"/>
              </w:rPr>
              <w:t>HỘI ĐỒNG</w:t>
            </w:r>
            <w:r w:rsidR="00B65BEB" w:rsidRPr="004221EE">
              <w:rPr>
                <w:rStyle w:val="Strong"/>
                <w:rFonts w:ascii="Times New Roman" w:hAnsi="Times New Roman" w:cs="Times New Roman"/>
                <w:sz w:val="24"/>
                <w:szCs w:val="24"/>
                <w:lang w:val="en-US"/>
              </w:rPr>
              <w:t xml:space="preserve"> TƯ VẤN </w:t>
            </w:r>
            <w:r w:rsidR="004221EE">
              <w:rPr>
                <w:rStyle w:val="Strong"/>
                <w:rFonts w:ascii="Times New Roman" w:hAnsi="Times New Roman" w:cs="Times New Roman"/>
                <w:sz w:val="24"/>
                <w:szCs w:val="24"/>
                <w:lang w:val="en-US"/>
              </w:rPr>
              <w:br/>
            </w:r>
            <w:r w:rsidR="00B65BEB" w:rsidRPr="004221EE">
              <w:rPr>
                <w:rStyle w:val="Strong"/>
                <w:rFonts w:ascii="Times New Roman" w:hAnsi="Times New Roman" w:cs="Times New Roman"/>
                <w:sz w:val="24"/>
                <w:szCs w:val="24"/>
                <w:lang w:val="en-US"/>
              </w:rPr>
              <w:t>THẨM ĐỊNH CÔNG NGHỆ</w:t>
            </w:r>
          </w:p>
        </w:tc>
        <w:tc>
          <w:tcPr>
            <w:tcW w:w="3112" w:type="pct"/>
            <w:shd w:val="clear" w:color="000000" w:fill="FFFFFF"/>
          </w:tcPr>
          <w:p w14:paraId="2A827636" w14:textId="29247128" w:rsidR="003A0182" w:rsidRPr="004221EE" w:rsidRDefault="002B2E3B" w:rsidP="00567BBE">
            <w:pPr>
              <w:autoSpaceDE w:val="0"/>
              <w:autoSpaceDN w:val="0"/>
              <w:adjustRightInd w:val="0"/>
              <w:spacing w:before="120"/>
              <w:jc w:val="center"/>
              <w:rPr>
                <w:rFonts w:ascii="Times New Roman" w:hAnsi="Times New Roman" w:cs="Times New Roman"/>
                <w:sz w:val="24"/>
                <w:szCs w:val="24"/>
                <w:lang w:val="en"/>
              </w:rPr>
            </w:pPr>
            <w:r w:rsidRPr="004221EE">
              <w:rPr>
                <w:rFonts w:ascii="Times New Roman" w:hAnsi="Times New Roman" w:cs="Times New Roman"/>
                <w:b/>
                <w:bCs/>
                <w:noProof/>
                <w:sz w:val="24"/>
                <w:szCs w:val="24"/>
                <w:lang w:val="en"/>
              </w:rPr>
              <mc:AlternateContent>
                <mc:Choice Requires="wps">
                  <w:drawing>
                    <wp:anchor distT="0" distB="0" distL="114300" distR="114300" simplePos="0" relativeHeight="251658247" behindDoc="0" locked="0" layoutInCell="1" allowOverlap="1" wp14:anchorId="7615DC27" wp14:editId="77026056">
                      <wp:simplePos x="0" y="0"/>
                      <wp:positionH relativeFrom="column">
                        <wp:posOffset>952500</wp:posOffset>
                      </wp:positionH>
                      <wp:positionV relativeFrom="paragraph">
                        <wp:posOffset>515376</wp:posOffset>
                      </wp:positionV>
                      <wp:extent cx="1916723" cy="0"/>
                      <wp:effectExtent l="0" t="0" r="0" b="0"/>
                      <wp:wrapNone/>
                      <wp:docPr id="1333849178" name="Straight Connector 8"/>
                      <wp:cNvGraphicFramePr/>
                      <a:graphic xmlns:a="http://schemas.openxmlformats.org/drawingml/2006/main">
                        <a:graphicData uri="http://schemas.microsoft.com/office/word/2010/wordprocessingShape">
                          <wps:wsp>
                            <wps:cNvCnPr/>
                            <wps:spPr>
                              <a:xfrm>
                                <a:off x="0" y="0"/>
                                <a:ext cx="19167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CD86C1" id="Straight Connector 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0.6pt" to="225.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" strokecolor="black [3040]"/>
                  </w:pict>
                </mc:Fallback>
              </mc:AlternateContent>
            </w:r>
            <w:r w:rsidR="003A0182" w:rsidRPr="004221EE">
              <w:rPr>
                <w:rFonts w:ascii="Times New Roman" w:hAnsi="Times New Roman" w:cs="Times New Roman"/>
                <w:b/>
                <w:bCs/>
                <w:sz w:val="24"/>
                <w:szCs w:val="24"/>
                <w:lang w:val="en"/>
              </w:rPr>
              <w:t>C</w:t>
            </w:r>
            <w:r w:rsidR="003A0182" w:rsidRPr="004221EE">
              <w:rPr>
                <w:rFonts w:ascii="Times New Roman" w:hAnsi="Times New Roman" w:cs="Times New Roman"/>
                <w:b/>
                <w:bCs/>
                <w:sz w:val="24"/>
                <w:szCs w:val="24"/>
              </w:rPr>
              <w:t>ỘNG H</w:t>
            </w:r>
            <w:r w:rsidR="003A0182" w:rsidRPr="004221EE">
              <w:rPr>
                <w:rFonts w:ascii="Times New Roman" w:hAnsi="Times New Roman" w:cs="Times New Roman"/>
                <w:b/>
                <w:bCs/>
                <w:sz w:val="24"/>
                <w:szCs w:val="24"/>
                <w:lang w:val="en-US"/>
              </w:rPr>
              <w:t>ÒA XÃ H</w:t>
            </w:r>
            <w:r w:rsidR="003A0182" w:rsidRPr="004221EE">
              <w:rPr>
                <w:rFonts w:ascii="Times New Roman" w:hAnsi="Times New Roman" w:cs="Times New Roman"/>
                <w:b/>
                <w:bCs/>
                <w:sz w:val="24"/>
                <w:szCs w:val="24"/>
              </w:rPr>
              <w:t>ỘI CHỦ NGHĨA VIỆT NAM</w:t>
            </w:r>
            <w:r w:rsidR="003A0182" w:rsidRPr="004221EE">
              <w:rPr>
                <w:rFonts w:ascii="Times New Roman" w:hAnsi="Times New Roman" w:cs="Times New Roman"/>
                <w:b/>
                <w:bCs/>
                <w:sz w:val="24"/>
                <w:szCs w:val="24"/>
              </w:rPr>
              <w:br/>
              <w:t>Độc lập - Tự do - Hạnh ph</w:t>
            </w:r>
            <w:r w:rsidR="003A0182" w:rsidRPr="004221EE">
              <w:rPr>
                <w:rFonts w:ascii="Times New Roman" w:hAnsi="Times New Roman" w:cs="Times New Roman"/>
                <w:b/>
                <w:bCs/>
                <w:sz w:val="24"/>
                <w:szCs w:val="24"/>
                <w:lang w:val="en-US"/>
              </w:rPr>
              <w:t xml:space="preserve">úc </w:t>
            </w:r>
            <w:r w:rsidR="003A0182" w:rsidRPr="004221EE">
              <w:rPr>
                <w:rFonts w:ascii="Times New Roman" w:hAnsi="Times New Roman" w:cs="Times New Roman"/>
                <w:b/>
                <w:bCs/>
                <w:sz w:val="24"/>
                <w:szCs w:val="24"/>
                <w:lang w:val="en-US"/>
              </w:rPr>
              <w:br/>
            </w:r>
          </w:p>
        </w:tc>
      </w:tr>
    </w:tbl>
    <w:p w14:paraId="46D2A314" w14:textId="1A1455E0" w:rsidR="003A0182" w:rsidRPr="00A743AD" w:rsidRDefault="003A0182" w:rsidP="00CB766A">
      <w:pPr>
        <w:spacing w:before="480" w:after="120" w:line="340" w:lineRule="exact"/>
        <w:jc w:val="center"/>
        <w:rPr>
          <w:rFonts w:ascii="Times New Roman" w:hAnsi="Times New Roman" w:cs="Times New Roman"/>
          <w:b/>
          <w:bCs/>
          <w:sz w:val="28"/>
          <w:szCs w:val="28"/>
        </w:rPr>
      </w:pPr>
      <w:r w:rsidRPr="00A743AD">
        <w:rPr>
          <w:rFonts w:ascii="Times New Roman" w:hAnsi="Times New Roman" w:cs="Times New Roman"/>
          <w:b/>
          <w:bCs/>
          <w:sz w:val="28"/>
          <w:szCs w:val="28"/>
        </w:rPr>
        <w:t>PHIẾU NHẬN XÉT, ĐÁNH GIÁ</w:t>
      </w:r>
    </w:p>
    <w:p w14:paraId="1FEA1E19" w14:textId="332AEF46" w:rsidR="006F5F5C" w:rsidRPr="00A743AD" w:rsidRDefault="003A0182" w:rsidP="00CB766A">
      <w:pPr>
        <w:spacing w:before="120" w:after="480" w:line="340" w:lineRule="exact"/>
        <w:jc w:val="center"/>
        <w:rPr>
          <w:rFonts w:ascii="Times New Roman" w:hAnsi="Times New Roman" w:cs="Times New Roman"/>
          <w:sz w:val="28"/>
          <w:szCs w:val="28"/>
        </w:rPr>
      </w:pPr>
      <w:r w:rsidRPr="00A743AD">
        <w:rPr>
          <w:rFonts w:ascii="Times New Roman" w:eastAsia="Times New Roman" w:hAnsi="Times New Roman" w:cs="Times New Roman"/>
          <w:b/>
          <w:bCs/>
          <w:sz w:val="28"/>
          <w:szCs w:val="28"/>
        </w:rPr>
        <w:t>CỦA THÀNH VIÊN HỘI ĐỒNG TƯ VẤN THẨM ĐỊNH CÔNG NGHỆ</w:t>
      </w:r>
    </w:p>
    <w:p w14:paraId="3C47014F" w14:textId="72396BD1" w:rsidR="003A0182" w:rsidRPr="00F639C0" w:rsidRDefault="003A0182" w:rsidP="00CB766A">
      <w:pPr>
        <w:spacing w:before="120" w:after="120" w:line="340" w:lineRule="exact"/>
        <w:rPr>
          <w:rFonts w:ascii="Times New Roman" w:hAnsi="Times New Roman" w:cs="Times New Roman"/>
          <w:b/>
          <w:bCs/>
          <w:sz w:val="28"/>
          <w:szCs w:val="28"/>
          <w:lang w:val="en-US"/>
        </w:rPr>
      </w:pPr>
      <w:r w:rsidRPr="00F639C0">
        <w:rPr>
          <w:rFonts w:ascii="Times New Roman" w:hAnsi="Times New Roman" w:cs="Times New Roman"/>
          <w:b/>
          <w:bCs/>
          <w:sz w:val="28"/>
          <w:szCs w:val="28"/>
          <w:lang w:val="en-US"/>
        </w:rPr>
        <w:t>I. THÔNG TIN CHUNG</w:t>
      </w:r>
    </w:p>
    <w:p w14:paraId="0B0A00BB" w14:textId="0E86A20F"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Tên công nghệ:</w:t>
      </w:r>
      <w:r w:rsidR="00A73B08" w:rsidRPr="00F639C0">
        <w:rPr>
          <w:rFonts w:ascii="Times New Roman" w:hAnsi="Times New Roman" w:cs="Times New Roman"/>
          <w:sz w:val="28"/>
          <w:szCs w:val="28"/>
          <w:lang w:val="en-US"/>
        </w:rPr>
        <w:tab/>
      </w:r>
    </w:p>
    <w:p w14:paraId="19CAAEEC" w14:textId="3A716D47" w:rsidR="003A0182" w:rsidRPr="00F639C0" w:rsidRDefault="00A73B08"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Tên t</w:t>
      </w:r>
      <w:r w:rsidR="003A0182" w:rsidRPr="00F639C0">
        <w:rPr>
          <w:rFonts w:ascii="Times New Roman" w:hAnsi="Times New Roman" w:cs="Times New Roman"/>
          <w:sz w:val="28"/>
          <w:szCs w:val="28"/>
          <w:lang w:val="en-US"/>
        </w:rPr>
        <w:t>ổ chức/cá nhân đề nghị thẩm định</w:t>
      </w:r>
      <w:r w:rsidR="00A93F62" w:rsidRPr="00F639C0">
        <w:rPr>
          <w:rFonts w:ascii="Times New Roman" w:hAnsi="Times New Roman" w:cs="Times New Roman"/>
          <w:sz w:val="28"/>
          <w:szCs w:val="28"/>
          <w:lang w:val="en-US"/>
        </w:rPr>
        <w:t xml:space="preserve"> công nghệ</w:t>
      </w:r>
      <w:r w:rsidR="003A0182" w:rsidRPr="00F639C0">
        <w:rPr>
          <w:rFonts w:ascii="Times New Roman" w:hAnsi="Times New Roman" w:cs="Times New Roman"/>
          <w:sz w:val="28"/>
          <w:szCs w:val="28"/>
          <w:lang w:val="en-US"/>
        </w:rPr>
        <w:t>:</w:t>
      </w:r>
      <w:r w:rsidRPr="00F639C0">
        <w:rPr>
          <w:rFonts w:ascii="Times New Roman" w:hAnsi="Times New Roman" w:cs="Times New Roman"/>
          <w:sz w:val="28"/>
          <w:szCs w:val="28"/>
          <w:lang w:val="en-US"/>
        </w:rPr>
        <w:tab/>
      </w:r>
    </w:p>
    <w:p w14:paraId="3A2DF150" w14:textId="3CC722DE" w:rsidR="002D3F4D" w:rsidRPr="00F639C0" w:rsidRDefault="002D3F4D"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Mã số hồ sơ:</w:t>
      </w:r>
      <w:r w:rsidRPr="00F639C0">
        <w:rPr>
          <w:rFonts w:ascii="Times New Roman" w:hAnsi="Times New Roman" w:cs="Times New Roman"/>
          <w:sz w:val="28"/>
          <w:szCs w:val="28"/>
          <w:lang w:val="en-US"/>
        </w:rPr>
        <w:tab/>
      </w:r>
    </w:p>
    <w:p w14:paraId="0FA554ED" w14:textId="5D92E63F"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Cơ quan thẩm định công nghệ:</w:t>
      </w:r>
      <w:r w:rsidR="00423F9D" w:rsidRPr="00F639C0">
        <w:rPr>
          <w:rFonts w:ascii="Times New Roman" w:hAnsi="Times New Roman" w:cs="Times New Roman"/>
          <w:sz w:val="28"/>
          <w:szCs w:val="28"/>
          <w:lang w:val="en-US"/>
        </w:rPr>
        <w:tab/>
      </w:r>
    </w:p>
    <w:p w14:paraId="54B7BC9F" w14:textId="65613A3B" w:rsidR="003A0182" w:rsidRPr="00F639C0" w:rsidRDefault="003A0182" w:rsidP="00FE577E">
      <w:pPr>
        <w:numPr>
          <w:ilvl w:val="0"/>
          <w:numId w:val="2"/>
        </w:numPr>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Quyết định thành lập Hội đồng số: ………/QĐ-…… ngày …/…/</w:t>
      </w:r>
      <w:r w:rsidR="006A5372" w:rsidRPr="00F639C0">
        <w:rPr>
          <w:rFonts w:ascii="Times New Roman" w:hAnsi="Times New Roman" w:cs="Times New Roman"/>
          <w:sz w:val="28"/>
          <w:szCs w:val="28"/>
          <w:lang w:val="en-US"/>
        </w:rPr>
        <w:t>….</w:t>
      </w:r>
    </w:p>
    <w:p w14:paraId="27CC0644" w14:textId="632BD12A" w:rsidR="003A0182" w:rsidRPr="00F639C0" w:rsidRDefault="003A0182" w:rsidP="00FE577E">
      <w:pPr>
        <w:numPr>
          <w:ilvl w:val="0"/>
          <w:numId w:val="2"/>
        </w:numPr>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Phiên họp Hội đồng</w:t>
      </w:r>
      <w:r w:rsidR="008F7B9E" w:rsidRPr="00F639C0">
        <w:rPr>
          <w:rFonts w:ascii="Times New Roman" w:hAnsi="Times New Roman" w:cs="Times New Roman"/>
          <w:sz w:val="28"/>
          <w:szCs w:val="28"/>
          <w:lang w:val="en-US"/>
        </w:rPr>
        <w:t xml:space="preserve"> n</w:t>
      </w:r>
      <w:r w:rsidRPr="00F639C0">
        <w:rPr>
          <w:rFonts w:ascii="Times New Roman" w:hAnsi="Times New Roman" w:cs="Times New Roman"/>
          <w:sz w:val="28"/>
          <w:szCs w:val="28"/>
          <w:lang w:val="en-US"/>
        </w:rPr>
        <w:t xml:space="preserve">gày </w:t>
      </w:r>
      <w:r w:rsidR="00D25763" w:rsidRPr="00F639C0">
        <w:rPr>
          <w:rFonts w:ascii="Times New Roman" w:hAnsi="Times New Roman" w:cs="Times New Roman"/>
          <w:sz w:val="28"/>
          <w:szCs w:val="28"/>
          <w:lang w:val="en-US"/>
        </w:rPr>
        <w:t>…</w:t>
      </w:r>
      <w:r w:rsidRPr="00F639C0">
        <w:rPr>
          <w:rFonts w:ascii="Times New Roman" w:hAnsi="Times New Roman" w:cs="Times New Roman"/>
          <w:sz w:val="28"/>
          <w:szCs w:val="28"/>
          <w:lang w:val="en-US"/>
        </w:rPr>
        <w:t>/…/</w:t>
      </w:r>
      <w:r w:rsidR="006A5372" w:rsidRPr="00F639C0">
        <w:rPr>
          <w:rFonts w:ascii="Times New Roman" w:hAnsi="Times New Roman" w:cs="Times New Roman"/>
          <w:sz w:val="28"/>
          <w:szCs w:val="28"/>
          <w:lang w:val="en-US"/>
        </w:rPr>
        <w:t>…</w:t>
      </w:r>
    </w:p>
    <w:p w14:paraId="34A42050" w14:textId="4A31E89E"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 xml:space="preserve">Họ và tên </w:t>
      </w:r>
      <w:r w:rsidR="00DD0678" w:rsidRPr="00F639C0">
        <w:rPr>
          <w:rFonts w:ascii="Times New Roman" w:hAnsi="Times New Roman" w:cs="Times New Roman"/>
          <w:sz w:val="28"/>
          <w:szCs w:val="28"/>
          <w:lang w:val="en-US"/>
        </w:rPr>
        <w:t>T</w:t>
      </w:r>
      <w:r w:rsidRPr="00F639C0">
        <w:rPr>
          <w:rFonts w:ascii="Times New Roman" w:hAnsi="Times New Roman" w:cs="Times New Roman"/>
          <w:sz w:val="28"/>
          <w:szCs w:val="28"/>
          <w:lang w:val="en-US"/>
        </w:rPr>
        <w:t>hành viên Hội đồng:</w:t>
      </w:r>
      <w:r w:rsidR="00E266FA" w:rsidRPr="00F639C0">
        <w:rPr>
          <w:rFonts w:ascii="Times New Roman" w:hAnsi="Times New Roman" w:cs="Times New Roman"/>
          <w:sz w:val="28"/>
          <w:szCs w:val="28"/>
          <w:lang w:val="en-US"/>
        </w:rPr>
        <w:tab/>
      </w:r>
    </w:p>
    <w:p w14:paraId="17785DE1" w14:textId="7A1B6DF7" w:rsidR="003A0182" w:rsidRPr="00F639C0" w:rsidRDefault="003A0182" w:rsidP="00FE577E">
      <w:pPr>
        <w:numPr>
          <w:ilvl w:val="0"/>
          <w:numId w:val="2"/>
        </w:numPr>
        <w:tabs>
          <w:tab w:val="left" w:pos="3544"/>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Chức danh trong Hội đồng:</w:t>
      </w:r>
      <w:r w:rsidR="007F75D8">
        <w:rPr>
          <w:rFonts w:ascii="Times New Roman" w:hAnsi="Times New Roman" w:cs="Times New Roman"/>
          <w:sz w:val="28"/>
          <w:szCs w:val="28"/>
          <w:lang w:val="en-US"/>
        </w:rPr>
        <w:t xml:space="preserve"> </w:t>
      </w:r>
      <w:r w:rsidRPr="007F75D8">
        <w:rPr>
          <w:rFonts w:ascii="Times New Roman" w:hAnsi="Times New Roman" w:cs="Times New Roman"/>
          <w:sz w:val="40"/>
          <w:szCs w:val="40"/>
          <w:lang w:val="en-US"/>
        </w:rPr>
        <w:t>□</w:t>
      </w:r>
      <w:r w:rsidRPr="00F639C0">
        <w:rPr>
          <w:rFonts w:ascii="Times New Roman" w:hAnsi="Times New Roman" w:cs="Times New Roman"/>
          <w:sz w:val="28"/>
          <w:szCs w:val="28"/>
          <w:lang w:val="en-US"/>
        </w:rPr>
        <w:t xml:space="preserve"> Chủ tịch</w:t>
      </w:r>
      <w:r w:rsidR="00926763" w:rsidRPr="00F639C0">
        <w:rPr>
          <w:rFonts w:ascii="Times New Roman" w:hAnsi="Times New Roman" w:cs="Times New Roman"/>
          <w:sz w:val="28"/>
          <w:szCs w:val="28"/>
          <w:lang w:val="en-US"/>
        </w:rPr>
        <w:t xml:space="preserve">  </w:t>
      </w:r>
      <w:r w:rsidR="007F75D8">
        <w:rPr>
          <w:rFonts w:ascii="Times New Roman" w:hAnsi="Times New Roman" w:cs="Times New Roman"/>
          <w:sz w:val="28"/>
          <w:szCs w:val="28"/>
          <w:lang w:val="en-US"/>
        </w:rPr>
        <w:t xml:space="preserve">   </w:t>
      </w:r>
      <w:r w:rsidRPr="007F75D8">
        <w:rPr>
          <w:rFonts w:ascii="Times New Roman" w:hAnsi="Times New Roman" w:cs="Times New Roman"/>
          <w:sz w:val="40"/>
          <w:szCs w:val="40"/>
          <w:lang w:val="en-US"/>
        </w:rPr>
        <w:t>□</w:t>
      </w:r>
      <w:r w:rsidRPr="00F639C0">
        <w:rPr>
          <w:rFonts w:ascii="Times New Roman" w:hAnsi="Times New Roman" w:cs="Times New Roman"/>
          <w:sz w:val="28"/>
          <w:szCs w:val="28"/>
          <w:lang w:val="en-US"/>
        </w:rPr>
        <w:t xml:space="preserve"> Phó Chủ tịch</w:t>
      </w:r>
      <w:r w:rsidR="007F75D8">
        <w:rPr>
          <w:rFonts w:ascii="Times New Roman" w:hAnsi="Times New Roman" w:cs="Times New Roman"/>
          <w:sz w:val="28"/>
          <w:szCs w:val="28"/>
          <w:lang w:val="en-US"/>
        </w:rPr>
        <w:t xml:space="preserve">   </w:t>
      </w:r>
      <w:r w:rsidRPr="007F75D8">
        <w:rPr>
          <w:rFonts w:ascii="Times New Roman" w:hAnsi="Times New Roman" w:cs="Times New Roman"/>
          <w:sz w:val="40"/>
          <w:szCs w:val="40"/>
          <w:lang w:val="en-US"/>
        </w:rPr>
        <w:t>□</w:t>
      </w:r>
      <w:r w:rsidRPr="00F639C0">
        <w:rPr>
          <w:rFonts w:ascii="Times New Roman" w:hAnsi="Times New Roman" w:cs="Times New Roman"/>
          <w:sz w:val="28"/>
          <w:szCs w:val="28"/>
          <w:lang w:val="en-US"/>
        </w:rPr>
        <w:t xml:space="preserve"> </w:t>
      </w:r>
      <w:r w:rsidR="00E266FA" w:rsidRPr="00F639C0">
        <w:rPr>
          <w:rFonts w:ascii="Times New Roman" w:hAnsi="Times New Roman" w:cs="Times New Roman"/>
          <w:sz w:val="28"/>
          <w:szCs w:val="28"/>
          <w:lang w:val="en-US"/>
        </w:rPr>
        <w:t xml:space="preserve">Thành </w:t>
      </w:r>
      <w:r w:rsidRPr="00F639C0">
        <w:rPr>
          <w:rFonts w:ascii="Times New Roman" w:hAnsi="Times New Roman" w:cs="Times New Roman"/>
          <w:sz w:val="28"/>
          <w:szCs w:val="28"/>
          <w:lang w:val="en-US"/>
        </w:rPr>
        <w:t xml:space="preserve">viên </w:t>
      </w:r>
    </w:p>
    <w:p w14:paraId="7FB638C8" w14:textId="201D7B96" w:rsidR="003A0182" w:rsidRPr="00F639C0" w:rsidRDefault="003A0182" w:rsidP="00FE577E">
      <w:pPr>
        <w:numPr>
          <w:ilvl w:val="0"/>
          <w:numId w:val="2"/>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F639C0">
        <w:rPr>
          <w:rFonts w:ascii="Times New Roman" w:hAnsi="Times New Roman" w:cs="Times New Roman"/>
          <w:sz w:val="28"/>
          <w:szCs w:val="28"/>
          <w:lang w:val="en-US"/>
        </w:rPr>
        <w:t>Chuyên môn/lĩnh vực</w:t>
      </w:r>
      <w:r w:rsidR="0059622C" w:rsidRPr="00F639C0">
        <w:rPr>
          <w:rFonts w:ascii="Times New Roman" w:hAnsi="Times New Roman" w:cs="Times New Roman"/>
          <w:sz w:val="28"/>
          <w:szCs w:val="28"/>
          <w:lang w:val="en-US"/>
        </w:rPr>
        <w:t xml:space="preserve"> của Thành viên Hội đồng</w:t>
      </w:r>
      <w:r w:rsidRPr="00F639C0">
        <w:rPr>
          <w:rFonts w:ascii="Times New Roman" w:hAnsi="Times New Roman" w:cs="Times New Roman"/>
          <w:sz w:val="28"/>
          <w:szCs w:val="28"/>
          <w:lang w:val="en-US"/>
        </w:rPr>
        <w:t>:</w:t>
      </w:r>
      <w:r w:rsidR="00C444A1" w:rsidRPr="00F639C0">
        <w:rPr>
          <w:rFonts w:ascii="Times New Roman" w:hAnsi="Times New Roman" w:cs="Times New Roman"/>
          <w:sz w:val="28"/>
          <w:szCs w:val="28"/>
          <w:lang w:val="en-US"/>
        </w:rPr>
        <w:tab/>
      </w:r>
    </w:p>
    <w:p w14:paraId="5ABD4630" w14:textId="364ED95E" w:rsidR="003A0182" w:rsidRPr="00F639C0" w:rsidRDefault="003A0182" w:rsidP="001A72AB">
      <w:pPr>
        <w:spacing w:before="120" w:after="120" w:line="340" w:lineRule="exact"/>
        <w:rPr>
          <w:rFonts w:ascii="Times New Roman" w:hAnsi="Times New Roman" w:cs="Times New Roman"/>
          <w:b/>
          <w:bCs/>
          <w:sz w:val="28"/>
          <w:szCs w:val="28"/>
          <w:lang w:val="en-US"/>
        </w:rPr>
      </w:pPr>
      <w:r w:rsidRPr="00F639C0">
        <w:rPr>
          <w:rFonts w:ascii="Times New Roman" w:hAnsi="Times New Roman" w:cs="Times New Roman"/>
          <w:b/>
          <w:bCs/>
          <w:sz w:val="28"/>
          <w:szCs w:val="28"/>
          <w:lang w:val="en-US"/>
        </w:rPr>
        <w:t>II. NHẬN XÉT, ĐÁNH GIÁ THEO TIÊU CHÍ THẨM ĐỊNH</w:t>
      </w:r>
    </w:p>
    <w:tbl>
      <w:tblPr>
        <w:tblStyle w:val="TableGrid"/>
        <w:tblW w:w="0" w:type="auto"/>
        <w:tblLook w:val="04A0" w:firstRow="1" w:lastRow="0" w:firstColumn="1" w:lastColumn="0" w:noHBand="0" w:noVBand="1"/>
      </w:tblPr>
      <w:tblGrid>
        <w:gridCol w:w="747"/>
        <w:gridCol w:w="3399"/>
        <w:gridCol w:w="832"/>
        <w:gridCol w:w="1026"/>
        <w:gridCol w:w="1570"/>
        <w:gridCol w:w="1490"/>
      </w:tblGrid>
      <w:tr w:rsidR="003A0182" w:rsidRPr="00F639C0" w14:paraId="7E0F07A0" w14:textId="77777777" w:rsidTr="004E2D2C">
        <w:tc>
          <w:tcPr>
            <w:tcW w:w="701" w:type="dxa"/>
            <w:vAlign w:val="center"/>
          </w:tcPr>
          <w:p w14:paraId="2A3A942D" w14:textId="17E97F1C" w:rsidR="003A0182" w:rsidRPr="00F639C0" w:rsidRDefault="005A2A7C"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STT</w:t>
            </w:r>
          </w:p>
        </w:tc>
        <w:tc>
          <w:tcPr>
            <w:tcW w:w="3476" w:type="dxa"/>
            <w:vAlign w:val="center"/>
          </w:tcPr>
          <w:p w14:paraId="24535C0A"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Nội dung tiêu chí</w:t>
            </w:r>
          </w:p>
        </w:tc>
        <w:tc>
          <w:tcPr>
            <w:tcW w:w="841" w:type="dxa"/>
            <w:vAlign w:val="center"/>
          </w:tcPr>
          <w:p w14:paraId="2CFEAF5F"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Đạt</w:t>
            </w:r>
          </w:p>
        </w:tc>
        <w:tc>
          <w:tcPr>
            <w:tcW w:w="1025" w:type="dxa"/>
            <w:vAlign w:val="center"/>
          </w:tcPr>
          <w:p w14:paraId="419A8AC8"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Không đạt</w:t>
            </w:r>
          </w:p>
        </w:tc>
        <w:tc>
          <w:tcPr>
            <w:tcW w:w="1517" w:type="dxa"/>
            <w:vAlign w:val="center"/>
          </w:tcPr>
          <w:p w14:paraId="60CAE821"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Nhận xét/đánh giá (nêu rõ điểm mạnh/điểm chưa rõ)</w:t>
            </w:r>
          </w:p>
        </w:tc>
        <w:tc>
          <w:tcPr>
            <w:tcW w:w="1504" w:type="dxa"/>
            <w:vAlign w:val="center"/>
          </w:tcPr>
          <w:p w14:paraId="63383325" w14:textId="77777777" w:rsidR="003A0182" w:rsidRPr="00F639C0" w:rsidRDefault="003A0182" w:rsidP="003C1528">
            <w:pPr>
              <w:spacing w:before="60" w:after="60" w:line="340" w:lineRule="exact"/>
              <w:jc w:val="center"/>
              <w:rPr>
                <w:rFonts w:ascii="Times New Roman" w:hAnsi="Times New Roman" w:cs="Times New Roman"/>
                <w:sz w:val="28"/>
                <w:szCs w:val="28"/>
                <w:lang w:val="en-US"/>
              </w:rPr>
            </w:pPr>
            <w:r w:rsidRPr="00F639C0">
              <w:rPr>
                <w:rFonts w:ascii="Times New Roman" w:hAnsi="Times New Roman" w:cs="Times New Roman"/>
                <w:b/>
                <w:bCs/>
                <w:sz w:val="28"/>
                <w:szCs w:val="28"/>
                <w:lang w:val="en-US"/>
              </w:rPr>
              <w:t>Yêu cầu giải trình/bổ sung (nếu có)</w:t>
            </w:r>
          </w:p>
        </w:tc>
      </w:tr>
      <w:tr w:rsidR="003A0182" w:rsidRPr="00F639C0" w14:paraId="45D39727" w14:textId="77777777" w:rsidTr="004E2D2C">
        <w:tc>
          <w:tcPr>
            <w:tcW w:w="701" w:type="dxa"/>
            <w:vAlign w:val="center"/>
          </w:tcPr>
          <w:p w14:paraId="21A488A0" w14:textId="5264394C"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401A3393" w14:textId="672B81EB" w:rsidR="003A0182" w:rsidRPr="00F639C0" w:rsidRDefault="002D0176"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phương án, quy trình công nghệ, giải pháp kỹ thuật được mô tả rõ ràng về nguyên lý hoạt động và cách thức vận hành</w:t>
            </w:r>
          </w:p>
        </w:tc>
        <w:tc>
          <w:tcPr>
            <w:tcW w:w="841" w:type="dxa"/>
            <w:vAlign w:val="center"/>
          </w:tcPr>
          <w:p w14:paraId="483952E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5A2DA90D"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24BB48B7"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3FE16B06"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44FDAAAC" w14:textId="77777777" w:rsidTr="004E2D2C">
        <w:tc>
          <w:tcPr>
            <w:tcW w:w="701" w:type="dxa"/>
            <w:vAlign w:val="center"/>
          </w:tcPr>
          <w:p w14:paraId="615A8211" w14:textId="69F6FA63"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683CAA47" w14:textId="4F349C7B" w:rsidR="003A0182" w:rsidRPr="00751BC7" w:rsidRDefault="002D0176"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 xml:space="preserve">Có một hoặc một số yếu tố kỹ thuật để thực hiện </w:t>
            </w:r>
            <w:r w:rsidRPr="00751BC7">
              <w:rPr>
                <w:rFonts w:ascii="Times New Roman" w:hAnsi="Times New Roman" w:cs="Times New Roman"/>
                <w:sz w:val="28"/>
                <w:szCs w:val="28"/>
                <w:lang w:val="en-US"/>
              </w:rPr>
              <w:lastRenderedPageBreak/>
              <w:t xml:space="preserve">phương án, quy trình công nghệ, giải pháp kỹ thuật quy định tại khoản 1 Điều 12 Nghị định số </w:t>
            </w:r>
            <w:proofErr w:type="gramStart"/>
            <w:r w:rsidRPr="00751BC7">
              <w:rPr>
                <w:rFonts w:ascii="Times New Roman" w:hAnsi="Times New Roman" w:cs="Times New Roman"/>
                <w:sz w:val="28"/>
                <w:szCs w:val="28"/>
                <w:lang w:val="en-US"/>
              </w:rPr>
              <w:t>…./</w:t>
            </w:r>
            <w:proofErr w:type="gramEnd"/>
            <w:r w:rsidRPr="00751BC7">
              <w:rPr>
                <w:rFonts w:ascii="Times New Roman" w:hAnsi="Times New Roman" w:cs="Times New Roman"/>
                <w:sz w:val="28"/>
                <w:szCs w:val="28"/>
                <w:lang w:val="en-US"/>
              </w:rPr>
              <w:t>2026/NĐ-CP, bao gồm: công cụ, thiết bị, thông số, thiết kế, sơ đồ kỹ thuật, mô hình, thuật toán, công thức, phần mềm, thông tin, dữ liệu, vật liệu hoặc yếu tố kỹ thuật khác</w:t>
            </w:r>
          </w:p>
        </w:tc>
        <w:tc>
          <w:tcPr>
            <w:tcW w:w="841" w:type="dxa"/>
            <w:vAlign w:val="center"/>
          </w:tcPr>
          <w:p w14:paraId="7A5D5967"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lastRenderedPageBreak/>
              <w:t>□</w:t>
            </w:r>
          </w:p>
        </w:tc>
        <w:tc>
          <w:tcPr>
            <w:tcW w:w="1025" w:type="dxa"/>
            <w:vAlign w:val="center"/>
          </w:tcPr>
          <w:p w14:paraId="6A3BCF08"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382679C"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0CCD8F43"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296375C4" w14:textId="77777777" w:rsidTr="004E2D2C">
        <w:tc>
          <w:tcPr>
            <w:tcW w:w="701" w:type="dxa"/>
            <w:vAlign w:val="center"/>
          </w:tcPr>
          <w:p w14:paraId="52895E34" w14:textId="6BCC0556"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7AEFC2EF" w14:textId="08AEC9DE"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Có khả năng tạo ra sản phẩm, dịch vụ hoặc kết quả cụ thể, xác định được trong thực tế</w:t>
            </w:r>
          </w:p>
        </w:tc>
        <w:tc>
          <w:tcPr>
            <w:tcW w:w="841" w:type="dxa"/>
            <w:vAlign w:val="center"/>
          </w:tcPr>
          <w:p w14:paraId="5B16470E"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00B0C439"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86473E9"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60BF63C5"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7A562C2D" w14:textId="77777777" w:rsidTr="004E2D2C">
        <w:tc>
          <w:tcPr>
            <w:tcW w:w="701" w:type="dxa"/>
            <w:vAlign w:val="center"/>
          </w:tcPr>
          <w:p w14:paraId="67A99F4A" w14:textId="34830E0F"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7150D7D6" w14:textId="1C06664F"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Không thuộc Danh mục công nghệ cấm chuyển giao theo quy định của pháp luật</w:t>
            </w:r>
          </w:p>
        </w:tc>
        <w:tc>
          <w:tcPr>
            <w:tcW w:w="841" w:type="dxa"/>
            <w:vAlign w:val="center"/>
          </w:tcPr>
          <w:p w14:paraId="4575138B"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377B9D6E"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C5347F3"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41FBF797"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6433FCAE" w14:textId="77777777" w:rsidTr="004E2D2C">
        <w:tc>
          <w:tcPr>
            <w:tcW w:w="701" w:type="dxa"/>
            <w:vAlign w:val="center"/>
          </w:tcPr>
          <w:p w14:paraId="56E9AFC2" w14:textId="22BF2912"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5E089797" w14:textId="7204D5C2"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Đã được thử nghiệm, vận hành ngoài phạm vi phòng thí nghiệm trong điều kiện phù hợp với mục đích ứng dụng (mô hình, dây chuyền thử, vận hành thử hoặc tương đương), có biên bản thử nghiệm, nghiệm thu hoặc xác nhận</w:t>
            </w:r>
          </w:p>
        </w:tc>
        <w:tc>
          <w:tcPr>
            <w:tcW w:w="841" w:type="dxa"/>
            <w:vAlign w:val="center"/>
          </w:tcPr>
          <w:p w14:paraId="0AAC6E3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40C550D"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382781E1"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5EAE6A61"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302CEAD3" w14:textId="77777777" w:rsidTr="004E2D2C">
        <w:tc>
          <w:tcPr>
            <w:tcW w:w="701" w:type="dxa"/>
            <w:vAlign w:val="center"/>
          </w:tcPr>
          <w:p w14:paraId="39717933" w14:textId="1A97664B"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51437923" w14:textId="338F6FF7"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Có thông số kỹ thuật vận hành thực tế và kết quả đầu ra đo được, thể hiện công nghệ vận hành theo quy trình dự kiến và đạt các chỉ tiêu kỹ thuật chủ yếu</w:t>
            </w:r>
          </w:p>
        </w:tc>
        <w:tc>
          <w:tcPr>
            <w:tcW w:w="841" w:type="dxa"/>
            <w:vAlign w:val="center"/>
          </w:tcPr>
          <w:p w14:paraId="248B04DD"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0446614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B0E0C0D"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04F117DB"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55129A12" w14:textId="77777777" w:rsidTr="004E2D2C">
        <w:tc>
          <w:tcPr>
            <w:tcW w:w="701" w:type="dxa"/>
            <w:vAlign w:val="center"/>
          </w:tcPr>
          <w:p w14:paraId="46397852" w14:textId="3D3BFB0D"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25C9A933" w14:textId="75CA8152"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 xml:space="preserve">Tạo ra sản phẩm, dịch vụ hoặc kết quả thực tế từ công nghệ trong quá trình thử nghiệm, vận hành quy định tại khoản 5 Điều 12 Nghị định số </w:t>
            </w:r>
            <w:proofErr w:type="gramStart"/>
            <w:r w:rsidRPr="00751BC7">
              <w:rPr>
                <w:rFonts w:ascii="Times New Roman" w:hAnsi="Times New Roman" w:cs="Times New Roman"/>
                <w:sz w:val="28"/>
                <w:szCs w:val="28"/>
                <w:lang w:val="en-US"/>
              </w:rPr>
              <w:t>…./</w:t>
            </w:r>
            <w:proofErr w:type="gramEnd"/>
            <w:r w:rsidRPr="00751BC7">
              <w:rPr>
                <w:rFonts w:ascii="Times New Roman" w:hAnsi="Times New Roman" w:cs="Times New Roman"/>
                <w:sz w:val="28"/>
                <w:szCs w:val="28"/>
                <w:lang w:val="en-US"/>
              </w:rPr>
              <w:t>2026/NĐ-CP</w:t>
            </w:r>
          </w:p>
        </w:tc>
        <w:tc>
          <w:tcPr>
            <w:tcW w:w="841" w:type="dxa"/>
            <w:vAlign w:val="center"/>
          </w:tcPr>
          <w:p w14:paraId="446CC0F9"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B33FA2F"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34119BDD"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22954F5E"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33FA3D50" w14:textId="77777777" w:rsidTr="004E2D2C">
        <w:tc>
          <w:tcPr>
            <w:tcW w:w="701" w:type="dxa"/>
            <w:vAlign w:val="center"/>
          </w:tcPr>
          <w:p w14:paraId="45AD84F9" w14:textId="411AF737"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2CD31588" w14:textId="6E887435" w:rsidR="003A0182" w:rsidRPr="00751BC7" w:rsidRDefault="00C62752" w:rsidP="003C1528">
            <w:pPr>
              <w:spacing w:before="60" w:after="60" w:line="340" w:lineRule="exact"/>
              <w:jc w:val="both"/>
              <w:rPr>
                <w:rFonts w:ascii="Times New Roman" w:hAnsi="Times New Roman" w:cs="Times New Roman"/>
                <w:sz w:val="28"/>
                <w:szCs w:val="28"/>
                <w:lang w:val="en-US"/>
              </w:rPr>
            </w:pPr>
            <w:r w:rsidRPr="00751BC7">
              <w:rPr>
                <w:rFonts w:ascii="Times New Roman" w:hAnsi="Times New Roman" w:cs="Times New Roman"/>
                <w:sz w:val="28"/>
                <w:szCs w:val="28"/>
                <w:lang w:val="en-US"/>
              </w:rPr>
              <w:t xml:space="preserve">Sản phẩm, dịch vụ hoặc kết quả thực tế quy định tại </w:t>
            </w:r>
            <w:r w:rsidRPr="00751BC7">
              <w:rPr>
                <w:rFonts w:ascii="Times New Roman" w:hAnsi="Times New Roman" w:cs="Times New Roman"/>
                <w:sz w:val="28"/>
                <w:szCs w:val="28"/>
                <w:lang w:val="en-US"/>
              </w:rPr>
              <w:lastRenderedPageBreak/>
              <w:t xml:space="preserve">khoản 7 Điều 12 Nghị định số </w:t>
            </w:r>
            <w:proofErr w:type="gramStart"/>
            <w:r w:rsidRPr="00751BC7">
              <w:rPr>
                <w:rFonts w:ascii="Times New Roman" w:hAnsi="Times New Roman" w:cs="Times New Roman"/>
                <w:sz w:val="28"/>
                <w:szCs w:val="28"/>
                <w:lang w:val="en-US"/>
              </w:rPr>
              <w:t>…./</w:t>
            </w:r>
            <w:proofErr w:type="gramEnd"/>
            <w:r w:rsidRPr="00751BC7">
              <w:rPr>
                <w:rFonts w:ascii="Times New Roman" w:hAnsi="Times New Roman" w:cs="Times New Roman"/>
                <w:sz w:val="28"/>
                <w:szCs w:val="28"/>
                <w:lang w:val="en-US"/>
              </w:rPr>
              <w:t>2026/NĐ-CP đáp ứng tiêu chuẩn, quy chuẩn kỹ thuật có liên quan (nếu thuộc đối tượng áp dụng) hoặc có tiêu chuẩn cơ sở</w:t>
            </w:r>
          </w:p>
        </w:tc>
        <w:tc>
          <w:tcPr>
            <w:tcW w:w="841" w:type="dxa"/>
            <w:vAlign w:val="center"/>
          </w:tcPr>
          <w:p w14:paraId="38EDCA6A"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lastRenderedPageBreak/>
              <w:t>□</w:t>
            </w:r>
          </w:p>
        </w:tc>
        <w:tc>
          <w:tcPr>
            <w:tcW w:w="1025" w:type="dxa"/>
            <w:vAlign w:val="center"/>
          </w:tcPr>
          <w:p w14:paraId="157B0D57"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2CBB8B5D"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31DE3093"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6B414BF2" w14:textId="77777777" w:rsidTr="004E2D2C">
        <w:tc>
          <w:tcPr>
            <w:tcW w:w="701" w:type="dxa"/>
            <w:vAlign w:val="center"/>
          </w:tcPr>
          <w:p w14:paraId="220EEB99" w14:textId="6C3532C9"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317115A3" w14:textId="2797DEEF"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quy trình công nghệ và hướng dẫn vận hành, bảo trì, xác định được điều kiện hạ tầng, thiết bị phụ trợ, nguyên liệu, nhiên liệu, vật liệu đầu vào, nhân lực cần thiết để triển khai trong sản xuất, kinh doanh</w:t>
            </w:r>
          </w:p>
        </w:tc>
        <w:tc>
          <w:tcPr>
            <w:tcW w:w="841" w:type="dxa"/>
            <w:vAlign w:val="center"/>
          </w:tcPr>
          <w:p w14:paraId="5A57EBE0"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7A00CC29"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0BA52E4B"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5AEDAE37"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4C2DBD76" w14:textId="77777777" w:rsidTr="004E2D2C">
        <w:tc>
          <w:tcPr>
            <w:tcW w:w="701" w:type="dxa"/>
            <w:vAlign w:val="center"/>
          </w:tcPr>
          <w:p w14:paraId="430B6632" w14:textId="4FEA31EB"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275C5991" w14:textId="2C166285"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minh chứng về khả năng vận hành ổn định, lặp lại và kiểm soát chất lượng theo các thông số kỹ thuật chủ yếu trong phạm vi, điều kiện ứng dụng công nghệ đề nghị thẩm định</w:t>
            </w:r>
          </w:p>
        </w:tc>
        <w:tc>
          <w:tcPr>
            <w:tcW w:w="841" w:type="dxa"/>
            <w:vAlign w:val="center"/>
          </w:tcPr>
          <w:p w14:paraId="1CE4DB81"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2C5B6D0"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4602FFF6"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7C225542"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7B3BF919" w14:textId="77777777" w:rsidTr="004E2D2C">
        <w:tc>
          <w:tcPr>
            <w:tcW w:w="701" w:type="dxa"/>
            <w:vAlign w:val="center"/>
          </w:tcPr>
          <w:p w14:paraId="11CA34B5" w14:textId="6689E999"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1554B941" w14:textId="3C25125D"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tài liệu đánh giá rủi ro và biện pháp bảo đảm an toàn, môi trường phù hợp với phương án ứng dụng</w:t>
            </w:r>
          </w:p>
        </w:tc>
        <w:tc>
          <w:tcPr>
            <w:tcW w:w="841" w:type="dxa"/>
            <w:vAlign w:val="center"/>
          </w:tcPr>
          <w:p w14:paraId="6E53C09C"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E112440"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12A85D3B"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600D59D4"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r w:rsidR="003A0182" w:rsidRPr="00F639C0" w14:paraId="7CE50BFC" w14:textId="77777777" w:rsidTr="004E2D2C">
        <w:tc>
          <w:tcPr>
            <w:tcW w:w="701" w:type="dxa"/>
            <w:vAlign w:val="center"/>
          </w:tcPr>
          <w:p w14:paraId="46D0212D" w14:textId="53D37BA1" w:rsidR="003A0182" w:rsidRPr="00F639C0" w:rsidRDefault="003A0182" w:rsidP="00610992">
            <w:pPr>
              <w:pStyle w:val="ListParagraph"/>
              <w:numPr>
                <w:ilvl w:val="0"/>
                <w:numId w:val="15"/>
              </w:numPr>
              <w:spacing w:before="60" w:after="60" w:line="340" w:lineRule="exact"/>
              <w:contextualSpacing w:val="0"/>
              <w:rPr>
                <w:rFonts w:ascii="Times New Roman" w:hAnsi="Times New Roman" w:cs="Times New Roman"/>
                <w:sz w:val="28"/>
                <w:szCs w:val="28"/>
                <w:lang w:val="en-US"/>
              </w:rPr>
            </w:pPr>
          </w:p>
        </w:tc>
        <w:tc>
          <w:tcPr>
            <w:tcW w:w="3476" w:type="dxa"/>
            <w:vAlign w:val="center"/>
          </w:tcPr>
          <w:p w14:paraId="3995A72C" w14:textId="37E1CAFE" w:rsidR="003A0182" w:rsidRPr="00F639C0" w:rsidRDefault="00C62752" w:rsidP="003C1528">
            <w:pPr>
              <w:spacing w:before="60" w:after="60" w:line="340" w:lineRule="exact"/>
              <w:jc w:val="both"/>
              <w:rPr>
                <w:rFonts w:ascii="Times New Roman" w:hAnsi="Times New Roman" w:cs="Times New Roman"/>
                <w:sz w:val="28"/>
                <w:szCs w:val="28"/>
                <w:lang w:val="en-US"/>
              </w:rPr>
            </w:pPr>
            <w:r w:rsidRPr="00F639C0">
              <w:rPr>
                <w:rFonts w:ascii="Times New Roman" w:hAnsi="Times New Roman" w:cs="Times New Roman"/>
                <w:sz w:val="28"/>
                <w:szCs w:val="28"/>
                <w:lang w:val="en-US"/>
              </w:rPr>
              <w:t>Có tài liệu chứng minh hoặc văn bản cam kết về quyền sở hữu, quyền sử dụng hợp pháp đối với công nghệ và quyền khai thác phục vụ sản xuất, kinh doanh</w:t>
            </w:r>
          </w:p>
        </w:tc>
        <w:tc>
          <w:tcPr>
            <w:tcW w:w="841" w:type="dxa"/>
            <w:vAlign w:val="center"/>
          </w:tcPr>
          <w:p w14:paraId="3D3B0512"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025" w:type="dxa"/>
            <w:vAlign w:val="center"/>
          </w:tcPr>
          <w:p w14:paraId="1C3E6553" w14:textId="77777777" w:rsidR="003A0182" w:rsidRPr="00E70C7E" w:rsidRDefault="003A0182" w:rsidP="003C1528">
            <w:pPr>
              <w:spacing w:before="60" w:after="60" w:line="340" w:lineRule="exact"/>
              <w:jc w:val="center"/>
              <w:rPr>
                <w:rFonts w:ascii="Times New Roman" w:hAnsi="Times New Roman" w:cs="Times New Roman"/>
                <w:sz w:val="40"/>
                <w:szCs w:val="40"/>
                <w:lang w:val="en-US"/>
              </w:rPr>
            </w:pPr>
            <w:r w:rsidRPr="00E70C7E">
              <w:rPr>
                <w:rFonts w:ascii="Times New Roman" w:hAnsi="Times New Roman" w:cs="Times New Roman"/>
                <w:sz w:val="40"/>
                <w:szCs w:val="40"/>
                <w:lang w:val="en-US"/>
              </w:rPr>
              <w:t>□</w:t>
            </w:r>
          </w:p>
        </w:tc>
        <w:tc>
          <w:tcPr>
            <w:tcW w:w="1517" w:type="dxa"/>
            <w:vAlign w:val="center"/>
          </w:tcPr>
          <w:p w14:paraId="20C1D634" w14:textId="77777777" w:rsidR="003A0182" w:rsidRPr="00F639C0" w:rsidRDefault="003A0182" w:rsidP="003C1528">
            <w:pPr>
              <w:spacing w:before="60" w:after="60" w:line="340" w:lineRule="exact"/>
              <w:rPr>
                <w:rFonts w:ascii="Times New Roman" w:hAnsi="Times New Roman" w:cs="Times New Roman"/>
                <w:sz w:val="28"/>
                <w:szCs w:val="28"/>
                <w:lang w:val="en-US"/>
              </w:rPr>
            </w:pPr>
          </w:p>
        </w:tc>
        <w:tc>
          <w:tcPr>
            <w:tcW w:w="1504" w:type="dxa"/>
            <w:vAlign w:val="center"/>
          </w:tcPr>
          <w:p w14:paraId="47435372" w14:textId="77777777" w:rsidR="003A0182" w:rsidRPr="00F639C0" w:rsidRDefault="003A0182" w:rsidP="003C1528">
            <w:pPr>
              <w:spacing w:before="60" w:after="60" w:line="340" w:lineRule="exact"/>
              <w:rPr>
                <w:rFonts w:ascii="Times New Roman" w:hAnsi="Times New Roman" w:cs="Times New Roman"/>
                <w:sz w:val="28"/>
                <w:szCs w:val="28"/>
                <w:lang w:val="en-US"/>
              </w:rPr>
            </w:pPr>
          </w:p>
        </w:tc>
      </w:tr>
    </w:tbl>
    <w:p w14:paraId="62F157F6" w14:textId="2435A4DF" w:rsidR="003A0182" w:rsidRPr="00F639C0" w:rsidRDefault="003A0182" w:rsidP="001A72AB">
      <w:pPr>
        <w:spacing w:before="120" w:after="120" w:line="340" w:lineRule="exact"/>
        <w:rPr>
          <w:rFonts w:ascii="Times New Roman" w:hAnsi="Times New Roman" w:cs="Times New Roman"/>
          <w:b/>
          <w:bCs/>
          <w:sz w:val="28"/>
          <w:szCs w:val="28"/>
          <w:lang w:val="en-US"/>
        </w:rPr>
      </w:pPr>
      <w:r w:rsidRPr="00F639C0">
        <w:rPr>
          <w:rFonts w:ascii="Times New Roman" w:hAnsi="Times New Roman" w:cs="Times New Roman"/>
          <w:b/>
          <w:bCs/>
          <w:sz w:val="28"/>
          <w:szCs w:val="28"/>
          <w:lang w:val="en-US"/>
        </w:rPr>
        <w:t>I</w:t>
      </w:r>
      <w:r w:rsidR="0002271C" w:rsidRPr="00F639C0">
        <w:rPr>
          <w:rFonts w:ascii="Times New Roman" w:hAnsi="Times New Roman" w:cs="Times New Roman"/>
          <w:b/>
          <w:bCs/>
          <w:sz w:val="28"/>
          <w:szCs w:val="28"/>
          <w:lang w:val="en-US"/>
        </w:rPr>
        <w:t>II</w:t>
      </w:r>
      <w:r w:rsidRPr="00F639C0">
        <w:rPr>
          <w:rFonts w:ascii="Times New Roman" w:hAnsi="Times New Roman" w:cs="Times New Roman"/>
          <w:b/>
          <w:bCs/>
          <w:sz w:val="28"/>
          <w:szCs w:val="28"/>
          <w:lang w:val="en-US"/>
        </w:rPr>
        <w:t xml:space="preserve">. </w:t>
      </w:r>
      <w:r w:rsidR="00F17038" w:rsidRPr="00F639C0">
        <w:rPr>
          <w:rFonts w:ascii="Times New Roman" w:hAnsi="Times New Roman" w:cs="Times New Roman"/>
          <w:b/>
          <w:bCs/>
          <w:sz w:val="28"/>
          <w:szCs w:val="28"/>
          <w:lang w:val="en-US"/>
        </w:rPr>
        <w:t>KẾT LUẬN</w:t>
      </w:r>
      <w:r w:rsidRPr="00F639C0">
        <w:rPr>
          <w:rFonts w:ascii="Times New Roman" w:hAnsi="Times New Roman" w:cs="Times New Roman"/>
          <w:b/>
          <w:bCs/>
          <w:sz w:val="28"/>
          <w:szCs w:val="28"/>
          <w:lang w:val="en-US"/>
        </w:rPr>
        <w:t xml:space="preserve"> </w:t>
      </w:r>
    </w:p>
    <w:p w14:paraId="5174FCB8" w14:textId="1AD30914" w:rsidR="003A0182" w:rsidRPr="00F639C0" w:rsidRDefault="0002271C" w:rsidP="001A72AB">
      <w:pPr>
        <w:tabs>
          <w:tab w:val="left" w:leader="dot" w:pos="9072"/>
        </w:tabs>
        <w:spacing w:before="120" w:after="120" w:line="340" w:lineRule="exact"/>
        <w:rPr>
          <w:rFonts w:ascii="Times New Roman" w:hAnsi="Times New Roman" w:cs="Times New Roman"/>
          <w:sz w:val="28"/>
          <w:szCs w:val="28"/>
          <w:lang w:val="en-US"/>
        </w:rPr>
      </w:pPr>
      <w:r w:rsidRPr="00F639C0">
        <w:rPr>
          <w:rFonts w:ascii="Times New Roman" w:hAnsi="Times New Roman" w:cs="Times New Roman"/>
          <w:sz w:val="28"/>
          <w:szCs w:val="28"/>
          <w:lang w:val="en-US"/>
        </w:rPr>
        <w:tab/>
      </w:r>
    </w:p>
    <w:p w14:paraId="039BCC55" w14:textId="5F5ACA04" w:rsidR="0002271C" w:rsidRPr="00F639C0" w:rsidRDefault="0002271C" w:rsidP="001A72AB">
      <w:pPr>
        <w:tabs>
          <w:tab w:val="left" w:leader="dot" w:pos="9072"/>
        </w:tabs>
        <w:spacing w:before="120" w:after="120" w:line="340" w:lineRule="exact"/>
        <w:rPr>
          <w:rFonts w:ascii="Times New Roman" w:hAnsi="Times New Roman" w:cs="Times New Roman"/>
          <w:sz w:val="28"/>
          <w:szCs w:val="28"/>
          <w:lang w:val="en-US"/>
        </w:rPr>
      </w:pPr>
      <w:r w:rsidRPr="00F639C0">
        <w:rPr>
          <w:rFonts w:ascii="Times New Roman" w:hAnsi="Times New Roman" w:cs="Times New Roman"/>
          <w:sz w:val="28"/>
          <w:szCs w:val="28"/>
          <w:lang w:val="en-US"/>
        </w:rPr>
        <w:tab/>
      </w:r>
    </w:p>
    <w:tbl>
      <w:tblPr>
        <w:tblW w:w="5000" w:type="pct"/>
        <w:tblCellMar>
          <w:left w:w="0" w:type="dxa"/>
          <w:right w:w="0" w:type="dxa"/>
        </w:tblCellMar>
        <w:tblLook w:val="0000" w:firstRow="0" w:lastRow="0" w:firstColumn="0" w:lastColumn="0" w:noHBand="0" w:noVBand="0"/>
      </w:tblPr>
      <w:tblGrid>
        <w:gridCol w:w="4285"/>
        <w:gridCol w:w="4789"/>
      </w:tblGrid>
      <w:tr w:rsidR="003A0182" w:rsidRPr="00D00C5C" w14:paraId="24BC5067" w14:textId="77777777" w:rsidTr="00567BBE">
        <w:tc>
          <w:tcPr>
            <w:tcW w:w="2361" w:type="pct"/>
            <w:tcBorders>
              <w:top w:val="nil"/>
              <w:left w:val="nil"/>
              <w:bottom w:val="nil"/>
              <w:right w:val="nil"/>
            </w:tcBorders>
            <w:shd w:val="clear" w:color="auto" w:fill="FFFFFF"/>
          </w:tcPr>
          <w:p w14:paraId="100FF949" w14:textId="77777777" w:rsidR="003A0182" w:rsidRPr="00D00C5C" w:rsidRDefault="003A0182" w:rsidP="00567BBE">
            <w:pPr>
              <w:autoSpaceDE w:val="0"/>
              <w:autoSpaceDN w:val="0"/>
              <w:adjustRightInd w:val="0"/>
              <w:spacing w:before="120"/>
              <w:rPr>
                <w:rFonts w:ascii="Times New Roman" w:hAnsi="Times New Roman" w:cs="Times New Roman"/>
                <w:sz w:val="28"/>
                <w:szCs w:val="28"/>
                <w:lang w:val="en"/>
              </w:rPr>
            </w:pPr>
          </w:p>
        </w:tc>
        <w:tc>
          <w:tcPr>
            <w:tcW w:w="2639" w:type="pct"/>
            <w:tcBorders>
              <w:top w:val="nil"/>
              <w:left w:val="nil"/>
              <w:bottom w:val="nil"/>
              <w:right w:val="nil"/>
            </w:tcBorders>
            <w:shd w:val="clear" w:color="auto" w:fill="FFFFFF"/>
          </w:tcPr>
          <w:p w14:paraId="4FDB2236" w14:textId="0D4F4245" w:rsidR="003A0182" w:rsidRPr="00D00C5C" w:rsidRDefault="001C0573" w:rsidP="006A5372">
            <w:pPr>
              <w:autoSpaceDE w:val="0"/>
              <w:autoSpaceDN w:val="0"/>
              <w:adjustRightInd w:val="0"/>
              <w:spacing w:before="120"/>
              <w:jc w:val="center"/>
              <w:rPr>
                <w:rFonts w:ascii="Times New Roman" w:hAnsi="Times New Roman" w:cs="Times New Roman"/>
                <w:sz w:val="28"/>
                <w:szCs w:val="28"/>
                <w:lang w:val="en"/>
              </w:rPr>
            </w:pPr>
            <w:r w:rsidRPr="00D00C5C">
              <w:rPr>
                <w:rFonts w:ascii="Times New Roman" w:hAnsi="Times New Roman" w:cs="Times New Roman"/>
                <w:i/>
                <w:iCs/>
                <w:sz w:val="28"/>
                <w:szCs w:val="28"/>
                <w:lang w:val="en"/>
              </w:rPr>
              <w:t>…</w:t>
            </w:r>
            <w:r w:rsidR="003A0182" w:rsidRPr="00D00C5C">
              <w:rPr>
                <w:rFonts w:ascii="Times New Roman" w:hAnsi="Times New Roman" w:cs="Times New Roman"/>
                <w:i/>
                <w:iCs/>
                <w:sz w:val="28"/>
                <w:szCs w:val="28"/>
                <w:lang w:val="en"/>
              </w:rPr>
              <w:t>, ngày</w:t>
            </w:r>
            <w:proofErr w:type="gramStart"/>
            <w:r w:rsidR="003A0182" w:rsidRPr="00D00C5C">
              <w:rPr>
                <w:rFonts w:ascii="Times New Roman" w:hAnsi="Times New Roman" w:cs="Times New Roman"/>
                <w:i/>
                <w:iCs/>
                <w:sz w:val="28"/>
                <w:szCs w:val="28"/>
                <w:lang w:val="en"/>
              </w:rPr>
              <w:t>.....</w:t>
            </w:r>
            <w:proofErr w:type="gramEnd"/>
            <w:r w:rsidR="003A0182" w:rsidRPr="00D00C5C">
              <w:rPr>
                <w:rFonts w:ascii="Times New Roman" w:hAnsi="Times New Roman" w:cs="Times New Roman"/>
                <w:i/>
                <w:iCs/>
                <w:sz w:val="28"/>
                <w:szCs w:val="28"/>
                <w:lang w:val="en"/>
              </w:rPr>
              <w:t xml:space="preserve">tháng..... năm </w:t>
            </w:r>
            <w:r w:rsidR="006A5372" w:rsidRPr="00D00C5C">
              <w:rPr>
                <w:rFonts w:ascii="Times New Roman" w:hAnsi="Times New Roman" w:cs="Times New Roman"/>
                <w:i/>
                <w:iCs/>
                <w:sz w:val="28"/>
                <w:szCs w:val="28"/>
                <w:lang w:val="en"/>
              </w:rPr>
              <w:t>…</w:t>
            </w:r>
            <w:r w:rsidR="003A0182" w:rsidRPr="00D00C5C">
              <w:rPr>
                <w:rFonts w:ascii="Times New Roman" w:hAnsi="Times New Roman" w:cs="Times New Roman"/>
                <w:i/>
                <w:iCs/>
                <w:sz w:val="28"/>
                <w:szCs w:val="28"/>
                <w:lang w:val="en"/>
              </w:rPr>
              <w:t>.</w:t>
            </w:r>
            <w:r w:rsidR="003A0182" w:rsidRPr="00D00C5C">
              <w:rPr>
                <w:rFonts w:ascii="Times New Roman" w:hAnsi="Times New Roman" w:cs="Times New Roman"/>
                <w:sz w:val="28"/>
                <w:szCs w:val="28"/>
                <w:lang w:val="en"/>
              </w:rPr>
              <w:br/>
            </w:r>
            <w:r w:rsidR="003A0182" w:rsidRPr="00D00C5C">
              <w:rPr>
                <w:rFonts w:ascii="Times New Roman" w:hAnsi="Times New Roman" w:cs="Times New Roman"/>
                <w:b/>
                <w:bCs/>
                <w:sz w:val="28"/>
                <w:szCs w:val="28"/>
                <w:lang w:val="en"/>
              </w:rPr>
              <w:t>NGƯ</w:t>
            </w:r>
            <w:r w:rsidR="003A0182" w:rsidRPr="00D00C5C">
              <w:rPr>
                <w:rFonts w:ascii="Times New Roman" w:hAnsi="Times New Roman" w:cs="Times New Roman"/>
                <w:b/>
                <w:bCs/>
                <w:sz w:val="28"/>
                <w:szCs w:val="28"/>
              </w:rPr>
              <w:t>ỜI Đ</w:t>
            </w:r>
            <w:r w:rsidR="003A0182" w:rsidRPr="00D00C5C">
              <w:rPr>
                <w:rFonts w:ascii="Times New Roman" w:hAnsi="Times New Roman" w:cs="Times New Roman"/>
                <w:b/>
                <w:bCs/>
                <w:sz w:val="28"/>
                <w:szCs w:val="28"/>
                <w:lang w:val="en-US"/>
              </w:rPr>
              <w:t>ÁNH GIÁ</w:t>
            </w:r>
            <w:r w:rsidR="003A0182" w:rsidRPr="00D00C5C">
              <w:rPr>
                <w:rFonts w:ascii="Times New Roman" w:hAnsi="Times New Roman" w:cs="Times New Roman"/>
                <w:sz w:val="28"/>
                <w:szCs w:val="28"/>
                <w:lang w:val="en-US"/>
              </w:rPr>
              <w:br/>
            </w:r>
            <w:r w:rsidR="003A0182" w:rsidRPr="00D00C5C">
              <w:rPr>
                <w:rFonts w:ascii="Times New Roman" w:hAnsi="Times New Roman" w:cs="Times New Roman"/>
                <w:i/>
                <w:iCs/>
                <w:sz w:val="28"/>
                <w:szCs w:val="28"/>
                <w:lang w:val="en"/>
              </w:rPr>
              <w:t>(Ký, ghi rõ h</w:t>
            </w:r>
            <w:r w:rsidR="003A0182" w:rsidRPr="00D00C5C">
              <w:rPr>
                <w:rFonts w:ascii="Times New Roman" w:hAnsi="Times New Roman" w:cs="Times New Roman"/>
                <w:i/>
                <w:iCs/>
                <w:sz w:val="28"/>
                <w:szCs w:val="28"/>
              </w:rPr>
              <w:t>ọ t</w:t>
            </w:r>
            <w:r w:rsidR="003A0182" w:rsidRPr="00D00C5C">
              <w:rPr>
                <w:rFonts w:ascii="Times New Roman" w:hAnsi="Times New Roman" w:cs="Times New Roman"/>
                <w:i/>
                <w:iCs/>
                <w:sz w:val="28"/>
                <w:szCs w:val="28"/>
                <w:lang w:val="en-US"/>
              </w:rPr>
              <w:t>ên)</w:t>
            </w:r>
            <w:r w:rsidR="003A0182" w:rsidRPr="00D00C5C">
              <w:rPr>
                <w:rFonts w:ascii="Times New Roman" w:hAnsi="Times New Roman" w:cs="Times New Roman"/>
                <w:i/>
                <w:iCs/>
                <w:sz w:val="28"/>
                <w:szCs w:val="28"/>
                <w:lang w:val="en-US"/>
              </w:rPr>
              <w:br/>
            </w:r>
          </w:p>
        </w:tc>
      </w:tr>
    </w:tbl>
    <w:p w14:paraId="26EF4E5F" w14:textId="77777777" w:rsidR="006C6ADF" w:rsidRDefault="006C6ADF" w:rsidP="003A0182">
      <w:pPr>
        <w:rPr>
          <w:rFonts w:ascii="Times New Roman" w:hAnsi="Times New Roman" w:cs="Times New Roman"/>
          <w:lang w:val="en-US"/>
        </w:rPr>
        <w:sectPr w:rsidR="006C6ADF" w:rsidSect="00A37CF3">
          <w:footnotePr>
            <w:numRestart w:val="eachSect"/>
          </w:footnotePr>
          <w:pgSz w:w="11909" w:h="16834"/>
          <w:pgMar w:top="1134" w:right="1134" w:bottom="1134" w:left="1701" w:header="720" w:footer="720" w:gutter="0"/>
          <w:cols w:space="720"/>
          <w:docGrid w:linePitch="299"/>
        </w:sectPr>
      </w:pPr>
    </w:p>
    <w:p w14:paraId="74148362" w14:textId="65817F9F" w:rsidR="00B9066F" w:rsidRDefault="00B9066F" w:rsidP="00B9066F">
      <w:pPr>
        <w:shd w:val="clear" w:color="auto" w:fill="FFFFFF"/>
        <w:spacing w:after="0" w:line="234" w:lineRule="atLeast"/>
        <w:jc w:val="right"/>
        <w:rPr>
          <w:rFonts w:ascii="Times New Roman" w:eastAsia="Times New Roman" w:hAnsi="Times New Roman" w:cs="Times New Roman"/>
          <w:i/>
          <w:iCs/>
          <w:color w:val="000000"/>
          <w:szCs w:val="26"/>
          <w:lang w:val="en-US"/>
        </w:rPr>
      </w:pPr>
      <w:bookmarkStart w:id="8" w:name="I6"/>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6</w:t>
      </w:r>
      <w:bookmarkEnd w:id="8"/>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3F71C92F" w14:textId="77777777" w:rsidR="00F61E70" w:rsidRPr="00F61E70" w:rsidRDefault="00F61E70" w:rsidP="00B9066F">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311" w:type="pct"/>
        <w:tblCellMar>
          <w:left w:w="0" w:type="dxa"/>
          <w:right w:w="0" w:type="dxa"/>
        </w:tblCellMar>
        <w:tblLook w:val="0000" w:firstRow="0" w:lastRow="0" w:firstColumn="0" w:lastColumn="0" w:noHBand="0" w:noVBand="0"/>
      </w:tblPr>
      <w:tblGrid>
        <w:gridCol w:w="3639"/>
        <w:gridCol w:w="5999"/>
      </w:tblGrid>
      <w:tr w:rsidR="009F1848" w:rsidRPr="00C4695B" w14:paraId="34EA8749" w14:textId="77777777" w:rsidTr="00567BBE">
        <w:tc>
          <w:tcPr>
            <w:tcW w:w="1888" w:type="pct"/>
            <w:shd w:val="clear" w:color="000000" w:fill="FFFFFF"/>
          </w:tcPr>
          <w:p w14:paraId="4D0300D1" w14:textId="4ED6668C" w:rsidR="009F1848" w:rsidRPr="00C4695B" w:rsidRDefault="00703320" w:rsidP="00567BBE">
            <w:pPr>
              <w:autoSpaceDE w:val="0"/>
              <w:autoSpaceDN w:val="0"/>
              <w:adjustRightInd w:val="0"/>
              <w:spacing w:before="120"/>
              <w:jc w:val="center"/>
              <w:rPr>
                <w:rFonts w:ascii="Times New Roman" w:hAnsi="Times New Roman" w:cs="Times New Roman"/>
                <w:sz w:val="24"/>
                <w:szCs w:val="24"/>
                <w:lang w:val="en"/>
              </w:rPr>
            </w:pPr>
            <w:r w:rsidRPr="00C4695B">
              <w:rPr>
                <w:rFonts w:ascii="Times New Roman" w:hAnsi="Times New Roman" w:cs="Times New Roman"/>
                <w:noProof/>
                <w:sz w:val="24"/>
                <w:szCs w:val="24"/>
                <w:lang w:val="en-US"/>
              </w:rPr>
              <mc:AlternateContent>
                <mc:Choice Requires="wps">
                  <w:drawing>
                    <wp:anchor distT="0" distB="0" distL="114300" distR="114300" simplePos="0" relativeHeight="251658254" behindDoc="0" locked="0" layoutInCell="1" allowOverlap="1" wp14:anchorId="2454BF8E" wp14:editId="48A1EAF6">
                      <wp:simplePos x="0" y="0"/>
                      <wp:positionH relativeFrom="column">
                        <wp:posOffset>606425</wp:posOffset>
                      </wp:positionH>
                      <wp:positionV relativeFrom="paragraph">
                        <wp:posOffset>1121199</wp:posOffset>
                      </wp:positionV>
                      <wp:extent cx="1071880" cy="0"/>
                      <wp:effectExtent l="0" t="0" r="0" b="0"/>
                      <wp:wrapNone/>
                      <wp:docPr id="1531798800" name="Straight Connector 9"/>
                      <wp:cNvGraphicFramePr/>
                      <a:graphic xmlns:a="http://schemas.openxmlformats.org/drawingml/2006/main">
                        <a:graphicData uri="http://schemas.microsoft.com/office/word/2010/wordprocessingShape">
                          <wps:wsp>
                            <wps:cNvCnPr/>
                            <wps:spPr>
                              <a:xfrm>
                                <a:off x="0" y="0"/>
                                <a:ext cx="107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71F5540"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5pt,88.3pt" to="132.1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" strokecolor="black [3040]"/>
                  </w:pict>
                </mc:Fallback>
              </mc:AlternateContent>
            </w:r>
            <w:r w:rsidR="009F1848" w:rsidRPr="00C4695B">
              <w:rPr>
                <w:rFonts w:ascii="Times New Roman" w:hAnsi="Times New Roman" w:cs="Times New Roman"/>
                <w:sz w:val="24"/>
                <w:szCs w:val="24"/>
                <w:lang w:val="en-US"/>
              </w:rPr>
              <w:t xml:space="preserve">CƠ QUAN CHUYÊN MÔN VỀ KHOA HỌC VÀ CÔNG NGHỆ THUỘC </w:t>
            </w:r>
            <w:r w:rsidR="00020BFB">
              <w:rPr>
                <w:rFonts w:ascii="Times New Roman" w:hAnsi="Times New Roman" w:cs="Times New Roman"/>
                <w:sz w:val="24"/>
                <w:szCs w:val="24"/>
                <w:lang w:val="en-US"/>
              </w:rPr>
              <w:t>UBND</w:t>
            </w:r>
            <w:r w:rsidR="009F1848" w:rsidRPr="00C4695B">
              <w:rPr>
                <w:rFonts w:ascii="Times New Roman" w:hAnsi="Times New Roman" w:cs="Times New Roman"/>
                <w:sz w:val="24"/>
                <w:szCs w:val="24"/>
                <w:lang w:val="en-US"/>
              </w:rPr>
              <w:t xml:space="preserve"> CẤP TỈNH</w:t>
            </w:r>
            <w:r w:rsidR="009F1848" w:rsidRPr="00C4695B">
              <w:rPr>
                <w:rFonts w:ascii="Times New Roman" w:hAnsi="Times New Roman" w:cs="Times New Roman"/>
                <w:sz w:val="24"/>
                <w:szCs w:val="24"/>
              </w:rPr>
              <w:br/>
            </w:r>
            <w:r w:rsidR="009F1848" w:rsidRPr="00C4695B">
              <w:rPr>
                <w:rStyle w:val="Strong"/>
                <w:rFonts w:ascii="Times New Roman" w:hAnsi="Times New Roman" w:cs="Times New Roman"/>
                <w:sz w:val="24"/>
                <w:szCs w:val="24"/>
                <w:lang w:val="en-US"/>
              </w:rPr>
              <w:t xml:space="preserve">HỘI ĐỒNG TƯ VẤN </w:t>
            </w:r>
            <w:r w:rsidR="00D22B68">
              <w:rPr>
                <w:rStyle w:val="Strong"/>
                <w:rFonts w:ascii="Times New Roman" w:hAnsi="Times New Roman" w:cs="Times New Roman"/>
                <w:sz w:val="24"/>
                <w:szCs w:val="24"/>
                <w:lang w:val="en-US"/>
              </w:rPr>
              <w:br/>
            </w:r>
            <w:r w:rsidR="009F1848" w:rsidRPr="00C4695B">
              <w:rPr>
                <w:rStyle w:val="Strong"/>
                <w:rFonts w:ascii="Times New Roman" w:hAnsi="Times New Roman" w:cs="Times New Roman"/>
                <w:sz w:val="24"/>
                <w:szCs w:val="24"/>
                <w:lang w:val="en-US"/>
              </w:rPr>
              <w:t>THẨM ĐỊNH CÔNG NGHỆ</w:t>
            </w:r>
          </w:p>
        </w:tc>
        <w:tc>
          <w:tcPr>
            <w:tcW w:w="3112" w:type="pct"/>
            <w:shd w:val="clear" w:color="000000" w:fill="FFFFFF"/>
          </w:tcPr>
          <w:p w14:paraId="07431E35" w14:textId="77777777" w:rsidR="009F1848" w:rsidRPr="00342276" w:rsidRDefault="009F1848" w:rsidP="00567BBE">
            <w:pPr>
              <w:autoSpaceDE w:val="0"/>
              <w:autoSpaceDN w:val="0"/>
              <w:adjustRightInd w:val="0"/>
              <w:spacing w:before="120"/>
              <w:jc w:val="center"/>
              <w:rPr>
                <w:rFonts w:ascii="Times New Roman" w:hAnsi="Times New Roman" w:cs="Times New Roman"/>
                <w:sz w:val="26"/>
                <w:szCs w:val="26"/>
                <w:lang w:val="en"/>
              </w:rPr>
            </w:pPr>
            <w:r w:rsidRPr="00342276">
              <w:rPr>
                <w:rFonts w:ascii="Times New Roman" w:hAnsi="Times New Roman" w:cs="Times New Roman"/>
                <w:b/>
                <w:bCs/>
                <w:noProof/>
                <w:sz w:val="26"/>
                <w:szCs w:val="26"/>
                <w:lang w:val="en"/>
              </w:rPr>
              <mc:AlternateContent>
                <mc:Choice Requires="wps">
                  <w:drawing>
                    <wp:anchor distT="0" distB="0" distL="114300" distR="114300" simplePos="0" relativeHeight="251658253" behindDoc="0" locked="0" layoutInCell="1" allowOverlap="1" wp14:anchorId="1F8E9FED" wp14:editId="1740DD78">
                      <wp:simplePos x="0" y="0"/>
                      <wp:positionH relativeFrom="column">
                        <wp:posOffset>833967</wp:posOffset>
                      </wp:positionH>
                      <wp:positionV relativeFrom="paragraph">
                        <wp:posOffset>592878</wp:posOffset>
                      </wp:positionV>
                      <wp:extent cx="2167466" cy="0"/>
                      <wp:effectExtent l="0" t="0" r="0" b="0"/>
                      <wp:wrapNone/>
                      <wp:docPr id="641260992" name="Straight Connector 8"/>
                      <wp:cNvGraphicFramePr/>
                      <a:graphic xmlns:a="http://schemas.openxmlformats.org/drawingml/2006/main">
                        <a:graphicData uri="http://schemas.microsoft.com/office/word/2010/wordprocessingShape">
                          <wps:wsp>
                            <wps:cNvCnPr/>
                            <wps:spPr>
                              <a:xfrm>
                                <a:off x="0" y="0"/>
                                <a:ext cx="2167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716D57" id="Straight Connector 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5pt,46.7pt" to="236.3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" strokecolor="black [3040]"/>
                  </w:pict>
                </mc:Fallback>
              </mc:AlternateContent>
            </w:r>
            <w:r w:rsidRPr="00342276">
              <w:rPr>
                <w:rFonts w:ascii="Times New Roman" w:hAnsi="Times New Roman" w:cs="Times New Roman"/>
                <w:b/>
                <w:bCs/>
                <w:sz w:val="26"/>
                <w:szCs w:val="26"/>
                <w:lang w:val="en"/>
              </w:rPr>
              <w:t>C</w:t>
            </w:r>
            <w:r w:rsidRPr="00342276">
              <w:rPr>
                <w:rFonts w:ascii="Times New Roman" w:hAnsi="Times New Roman" w:cs="Times New Roman"/>
                <w:b/>
                <w:bCs/>
                <w:sz w:val="26"/>
                <w:szCs w:val="26"/>
              </w:rPr>
              <w:t>ỘNG H</w:t>
            </w:r>
            <w:r w:rsidRPr="00342276">
              <w:rPr>
                <w:rFonts w:ascii="Times New Roman" w:hAnsi="Times New Roman" w:cs="Times New Roman"/>
                <w:b/>
                <w:bCs/>
                <w:sz w:val="26"/>
                <w:szCs w:val="26"/>
                <w:lang w:val="en-US"/>
              </w:rPr>
              <w:t>ÒA XÃ H</w:t>
            </w:r>
            <w:r w:rsidRPr="00342276">
              <w:rPr>
                <w:rFonts w:ascii="Times New Roman" w:hAnsi="Times New Roman" w:cs="Times New Roman"/>
                <w:b/>
                <w:bCs/>
                <w:sz w:val="26"/>
                <w:szCs w:val="26"/>
              </w:rPr>
              <w:t>ỘI CHỦ NGHĨA VIỆT NAM</w:t>
            </w:r>
            <w:r w:rsidRPr="00342276">
              <w:rPr>
                <w:rFonts w:ascii="Times New Roman" w:hAnsi="Times New Roman" w:cs="Times New Roman"/>
                <w:b/>
                <w:bCs/>
                <w:sz w:val="26"/>
                <w:szCs w:val="26"/>
              </w:rPr>
              <w:br/>
            </w:r>
            <w:r w:rsidRPr="00342276">
              <w:rPr>
                <w:rFonts w:ascii="Times New Roman" w:hAnsi="Times New Roman" w:cs="Times New Roman"/>
                <w:b/>
                <w:bCs/>
                <w:sz w:val="28"/>
                <w:szCs w:val="28"/>
              </w:rPr>
              <w:t>Độc lập - Tự do - Hạnh ph</w:t>
            </w:r>
            <w:r w:rsidRPr="00342276">
              <w:rPr>
                <w:rFonts w:ascii="Times New Roman" w:hAnsi="Times New Roman" w:cs="Times New Roman"/>
                <w:b/>
                <w:bCs/>
                <w:sz w:val="28"/>
                <w:szCs w:val="28"/>
                <w:lang w:val="en-US"/>
              </w:rPr>
              <w:t xml:space="preserve">úc </w:t>
            </w:r>
            <w:r w:rsidRPr="00342276">
              <w:rPr>
                <w:rFonts w:ascii="Times New Roman" w:hAnsi="Times New Roman" w:cs="Times New Roman"/>
                <w:b/>
                <w:bCs/>
                <w:sz w:val="26"/>
                <w:szCs w:val="26"/>
                <w:lang w:val="en-US"/>
              </w:rPr>
              <w:br/>
            </w:r>
          </w:p>
        </w:tc>
      </w:tr>
    </w:tbl>
    <w:p w14:paraId="296D8765" w14:textId="1F099CF0" w:rsidR="006C6ADF" w:rsidRPr="009F1848" w:rsidRDefault="006C6ADF" w:rsidP="009F1848">
      <w:pPr>
        <w:shd w:val="clear" w:color="auto" w:fill="FFFFFF"/>
        <w:spacing w:after="0" w:line="234" w:lineRule="atLeast"/>
        <w:rPr>
          <w:rFonts w:ascii="Times New Roman" w:eastAsia="Times New Roman" w:hAnsi="Times New Roman" w:cs="Times New Roman"/>
          <w:i/>
          <w:iCs/>
          <w:color w:val="000000"/>
          <w:szCs w:val="26"/>
        </w:rPr>
      </w:pPr>
    </w:p>
    <w:p w14:paraId="35333F3B" w14:textId="77777777" w:rsidR="003A0182" w:rsidRPr="00C56218" w:rsidRDefault="003A0182" w:rsidP="008D0F54">
      <w:pPr>
        <w:spacing w:before="360" w:after="120" w:line="340" w:lineRule="exact"/>
        <w:jc w:val="center"/>
        <w:rPr>
          <w:rFonts w:ascii="Times New Roman" w:hAnsi="Times New Roman" w:cs="Times New Roman"/>
          <w:b/>
          <w:bCs/>
          <w:sz w:val="28"/>
          <w:szCs w:val="28"/>
        </w:rPr>
      </w:pPr>
      <w:r w:rsidRPr="00C56218">
        <w:rPr>
          <w:rFonts w:ascii="Times New Roman" w:hAnsi="Times New Roman" w:cs="Times New Roman"/>
          <w:b/>
          <w:bCs/>
          <w:sz w:val="28"/>
          <w:szCs w:val="28"/>
        </w:rPr>
        <w:t>BIÊN BẢN HỌP</w:t>
      </w:r>
    </w:p>
    <w:p w14:paraId="0A0D9134" w14:textId="4418676D" w:rsidR="003A0182" w:rsidRPr="00C56218" w:rsidRDefault="003A0182" w:rsidP="008D0F54">
      <w:pPr>
        <w:spacing w:before="120" w:after="360" w:line="340" w:lineRule="exact"/>
        <w:jc w:val="center"/>
        <w:rPr>
          <w:rFonts w:ascii="Times New Roman" w:hAnsi="Times New Roman" w:cs="Times New Roman"/>
          <w:sz w:val="28"/>
          <w:szCs w:val="28"/>
        </w:rPr>
      </w:pPr>
      <w:r w:rsidRPr="00C56218">
        <w:rPr>
          <w:rFonts w:ascii="Times New Roman" w:eastAsia="Times New Roman" w:hAnsi="Times New Roman" w:cs="Times New Roman"/>
          <w:b/>
          <w:bCs/>
          <w:sz w:val="28"/>
          <w:szCs w:val="28"/>
        </w:rPr>
        <w:t>HỘI ĐỒNG TƯ VẤN THẨM ĐỊNH CÔNG NGHỆ</w:t>
      </w:r>
    </w:p>
    <w:p w14:paraId="7705E34B" w14:textId="2445B97C" w:rsidR="008A015B" w:rsidRPr="00C5621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C56218">
        <w:rPr>
          <w:rFonts w:ascii="Times New Roman" w:hAnsi="Times New Roman" w:cs="Times New Roman"/>
          <w:b/>
          <w:bCs/>
          <w:sz w:val="28"/>
          <w:szCs w:val="28"/>
        </w:rPr>
        <w:t xml:space="preserve">I. </w:t>
      </w:r>
      <w:r w:rsidR="00F17768" w:rsidRPr="00C56218">
        <w:rPr>
          <w:rFonts w:ascii="Times New Roman" w:hAnsi="Times New Roman" w:cs="Times New Roman"/>
          <w:b/>
          <w:bCs/>
          <w:sz w:val="28"/>
          <w:szCs w:val="28"/>
        </w:rPr>
        <w:t>THÔNG TIN CHUNG</w:t>
      </w:r>
    </w:p>
    <w:p w14:paraId="37EDAA69" w14:textId="3B506B0B" w:rsidR="008A015B" w:rsidRPr="00C56218" w:rsidRDefault="008A015B" w:rsidP="005B1B9D">
      <w:pPr>
        <w:autoSpaceDE w:val="0"/>
        <w:autoSpaceDN w:val="0"/>
        <w:adjustRightInd w:val="0"/>
        <w:spacing w:before="120" w:after="120" w:line="340" w:lineRule="exact"/>
        <w:jc w:val="both"/>
        <w:rPr>
          <w:rFonts w:ascii="Times New Roman" w:hAnsi="Times New Roman" w:cs="Times New Roman"/>
          <w:sz w:val="28"/>
          <w:szCs w:val="28"/>
        </w:rPr>
      </w:pPr>
      <w:r w:rsidRPr="00C56218">
        <w:rPr>
          <w:rFonts w:ascii="Times New Roman" w:hAnsi="Times New Roman" w:cs="Times New Roman"/>
          <w:sz w:val="28"/>
          <w:szCs w:val="28"/>
        </w:rPr>
        <w:t>1. Quy</w:t>
      </w:r>
      <w:r w:rsidRPr="009F1848">
        <w:rPr>
          <w:rFonts w:ascii="Times New Roman" w:hAnsi="Times New Roman" w:cs="Times New Roman"/>
          <w:sz w:val="28"/>
          <w:szCs w:val="28"/>
        </w:rPr>
        <w:t>ết định số /QĐ-</w:t>
      </w:r>
      <w:r w:rsidR="00323A1B" w:rsidRPr="00C56218">
        <w:rPr>
          <w:rFonts w:ascii="Times New Roman" w:hAnsi="Times New Roman" w:cs="Times New Roman"/>
          <w:sz w:val="28"/>
          <w:szCs w:val="28"/>
        </w:rPr>
        <w:t>…</w:t>
      </w:r>
      <w:r w:rsidRPr="009F1848">
        <w:rPr>
          <w:rFonts w:ascii="Times New Roman" w:hAnsi="Times New Roman" w:cs="Times New Roman"/>
          <w:sz w:val="28"/>
          <w:szCs w:val="28"/>
        </w:rPr>
        <w:t xml:space="preserve"> ng</w:t>
      </w:r>
      <w:r w:rsidRPr="00C56218">
        <w:rPr>
          <w:rFonts w:ascii="Times New Roman" w:hAnsi="Times New Roman" w:cs="Times New Roman"/>
          <w:sz w:val="28"/>
          <w:szCs w:val="28"/>
        </w:rPr>
        <w:t xml:space="preserve">ày... tháng ... năm </w:t>
      </w:r>
      <w:r w:rsidR="005912BE" w:rsidRPr="00C56218">
        <w:rPr>
          <w:rFonts w:ascii="Times New Roman" w:hAnsi="Times New Roman" w:cs="Times New Roman"/>
          <w:sz w:val="28"/>
          <w:szCs w:val="28"/>
        </w:rPr>
        <w:t>…</w:t>
      </w:r>
      <w:r w:rsidRPr="00C56218">
        <w:rPr>
          <w:rFonts w:ascii="Times New Roman" w:hAnsi="Times New Roman" w:cs="Times New Roman"/>
          <w:sz w:val="28"/>
          <w:szCs w:val="28"/>
        </w:rPr>
        <w:t xml:space="preserve"> c</w:t>
      </w:r>
      <w:r w:rsidRPr="009F1848">
        <w:rPr>
          <w:rFonts w:ascii="Times New Roman" w:hAnsi="Times New Roman" w:cs="Times New Roman"/>
          <w:sz w:val="28"/>
          <w:szCs w:val="28"/>
        </w:rPr>
        <w:t>ủa</w:t>
      </w:r>
      <w:r w:rsidR="00323A1B" w:rsidRPr="00C56218">
        <w:rPr>
          <w:rFonts w:ascii="Times New Roman" w:hAnsi="Times New Roman" w:cs="Times New Roman"/>
          <w:sz w:val="28"/>
          <w:szCs w:val="28"/>
        </w:rPr>
        <w:t>…</w:t>
      </w:r>
      <w:r w:rsidR="005B1B9D" w:rsidRPr="00C56218">
        <w:rPr>
          <w:rFonts w:ascii="Times New Roman" w:hAnsi="Times New Roman" w:cs="Times New Roman"/>
          <w:sz w:val="28"/>
          <w:szCs w:val="28"/>
        </w:rPr>
        <w:t>Thủ trưởng</w:t>
      </w:r>
      <w:r w:rsidR="005B1B9D" w:rsidRPr="005B1B9D">
        <w:t xml:space="preserve"> </w:t>
      </w:r>
      <w:r w:rsidR="005B1B9D" w:rsidRPr="005B1B9D">
        <w:rPr>
          <w:rFonts w:ascii="Times New Roman" w:hAnsi="Times New Roman" w:cs="Times New Roman"/>
          <w:sz w:val="28"/>
          <w:szCs w:val="28"/>
        </w:rPr>
        <w:t>Cơ quan chuyên môn về khoa học và công nghệ thuộc UBND cấp tỉnh</w:t>
      </w:r>
      <w:r w:rsidR="005B1B9D" w:rsidRPr="00C56218">
        <w:rPr>
          <w:rFonts w:ascii="Times New Roman" w:hAnsi="Times New Roman" w:cs="Times New Roman"/>
          <w:sz w:val="28"/>
          <w:szCs w:val="28"/>
        </w:rPr>
        <w:t>.</w:t>
      </w:r>
    </w:p>
    <w:p w14:paraId="33AF42DB" w14:textId="77777777"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C56218">
        <w:rPr>
          <w:rFonts w:ascii="Times New Roman" w:hAnsi="Times New Roman" w:cs="Times New Roman"/>
          <w:sz w:val="28"/>
          <w:szCs w:val="28"/>
        </w:rPr>
        <w:t>2. Đ</w:t>
      </w:r>
      <w:r w:rsidRPr="009F1848">
        <w:rPr>
          <w:rFonts w:ascii="Times New Roman" w:hAnsi="Times New Roman" w:cs="Times New Roman"/>
          <w:sz w:val="28"/>
          <w:szCs w:val="28"/>
        </w:rPr>
        <w:t>ịa điểm, thời gian, h</w:t>
      </w:r>
      <w:r w:rsidRPr="00C56218">
        <w:rPr>
          <w:rFonts w:ascii="Times New Roman" w:hAnsi="Times New Roman" w:cs="Times New Roman"/>
          <w:sz w:val="28"/>
          <w:szCs w:val="28"/>
        </w:rPr>
        <w:t>ình th</w:t>
      </w:r>
      <w:r w:rsidRPr="009F1848">
        <w:rPr>
          <w:rFonts w:ascii="Times New Roman" w:hAnsi="Times New Roman" w:cs="Times New Roman"/>
          <w:sz w:val="28"/>
          <w:szCs w:val="28"/>
        </w:rPr>
        <w:t>ức họp Hội đồng:</w:t>
      </w:r>
    </w:p>
    <w:p w14:paraId="65A494B0" w14:textId="54D87FEF" w:rsidR="008A015B" w:rsidRPr="00C56218" w:rsidRDefault="008A015B" w:rsidP="001E35DC">
      <w:pPr>
        <w:tabs>
          <w:tab w:val="left" w:leader="dot" w:pos="9072"/>
        </w:tabs>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 Địa điểm:</w:t>
      </w:r>
      <w:r w:rsidR="001A63FE" w:rsidRPr="00C56218">
        <w:rPr>
          <w:rFonts w:ascii="Times New Roman" w:hAnsi="Times New Roman" w:cs="Times New Roman"/>
          <w:sz w:val="28"/>
          <w:szCs w:val="28"/>
        </w:rPr>
        <w:tab/>
      </w:r>
    </w:p>
    <w:p w14:paraId="75E90890" w14:textId="63DACA62"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 Thời gian: ... giờ, ngày ... tháng ... năm...</w:t>
      </w:r>
    </w:p>
    <w:p w14:paraId="07FA7A58" w14:textId="17EB714C" w:rsidR="008A015B" w:rsidRPr="002D61DE"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 xml:space="preserve">- Hình thức: </w:t>
      </w:r>
      <w:r w:rsidR="004A48EB" w:rsidRPr="004A48EB">
        <w:rPr>
          <w:rFonts w:ascii="Times New Roman" w:hAnsi="Times New Roman" w:cs="Times New Roman"/>
          <w:sz w:val="28"/>
          <w:szCs w:val="28"/>
        </w:rPr>
        <w:t>T</w:t>
      </w:r>
      <w:r w:rsidRPr="009F1848">
        <w:rPr>
          <w:rFonts w:ascii="Times New Roman" w:hAnsi="Times New Roman" w:cs="Times New Roman"/>
          <w:sz w:val="28"/>
          <w:szCs w:val="28"/>
        </w:rPr>
        <w:t>rực tiếp</w:t>
      </w:r>
      <w:r w:rsidR="004A48EB" w:rsidRPr="004B6823">
        <w:rPr>
          <w:rFonts w:ascii="Times New Roman" w:hAnsi="Times New Roman" w:cs="Times New Roman"/>
          <w:sz w:val="28"/>
          <w:szCs w:val="28"/>
        </w:rPr>
        <w:t>/</w:t>
      </w:r>
      <w:r w:rsidR="004B6823" w:rsidRPr="00C72B08">
        <w:rPr>
          <w:rFonts w:ascii="Times New Roman" w:hAnsi="Times New Roman" w:cs="Times New Roman"/>
          <w:sz w:val="28"/>
          <w:szCs w:val="28"/>
        </w:rPr>
        <w:t>T</w:t>
      </w:r>
      <w:r w:rsidR="004B6823" w:rsidRPr="009F1848">
        <w:rPr>
          <w:rFonts w:ascii="Times New Roman" w:hAnsi="Times New Roman" w:cs="Times New Roman"/>
          <w:sz w:val="28"/>
          <w:szCs w:val="28"/>
        </w:rPr>
        <w:t>rực tuyến</w:t>
      </w:r>
      <w:r w:rsidR="004B6823" w:rsidRPr="004A48EB">
        <w:rPr>
          <w:rFonts w:ascii="Times New Roman" w:hAnsi="Times New Roman" w:cs="Times New Roman"/>
          <w:sz w:val="28"/>
          <w:szCs w:val="28"/>
        </w:rPr>
        <w:t>/</w:t>
      </w:r>
      <w:r w:rsidR="004A48EB" w:rsidRPr="004B6823">
        <w:rPr>
          <w:rFonts w:ascii="Times New Roman" w:hAnsi="Times New Roman" w:cs="Times New Roman"/>
          <w:sz w:val="28"/>
          <w:szCs w:val="28"/>
        </w:rPr>
        <w:t>T</w:t>
      </w:r>
      <w:r w:rsidR="00C72B08" w:rsidRPr="00C72B08">
        <w:rPr>
          <w:rFonts w:ascii="Times New Roman" w:hAnsi="Times New Roman" w:cs="Times New Roman"/>
          <w:sz w:val="28"/>
          <w:szCs w:val="28"/>
        </w:rPr>
        <w:t xml:space="preserve">rực tiếp kết hợp </w:t>
      </w:r>
      <w:r w:rsidR="00743EAB" w:rsidRPr="00743EAB">
        <w:rPr>
          <w:rFonts w:ascii="Times New Roman" w:hAnsi="Times New Roman" w:cs="Times New Roman"/>
          <w:sz w:val="28"/>
          <w:szCs w:val="28"/>
        </w:rPr>
        <w:t>t</w:t>
      </w:r>
      <w:r w:rsidR="00C72B08" w:rsidRPr="00C72B08">
        <w:rPr>
          <w:rFonts w:ascii="Times New Roman" w:hAnsi="Times New Roman" w:cs="Times New Roman"/>
          <w:sz w:val="28"/>
          <w:szCs w:val="28"/>
        </w:rPr>
        <w:t>rực tuyến</w:t>
      </w:r>
      <w:r w:rsidR="00A53B21" w:rsidRPr="002D61DE">
        <w:rPr>
          <w:rFonts w:ascii="Times New Roman" w:hAnsi="Times New Roman" w:cs="Times New Roman"/>
          <w:sz w:val="28"/>
          <w:szCs w:val="28"/>
        </w:rPr>
        <w:t>.</w:t>
      </w:r>
    </w:p>
    <w:p w14:paraId="2F344987" w14:textId="77777777"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3. Số thành viên có mặt trên tổng số thành viên .../...người.</w:t>
      </w:r>
    </w:p>
    <w:p w14:paraId="03F5856E" w14:textId="47792B62"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Vắng mặt ...</w:t>
      </w:r>
      <w:r w:rsidR="004443BF" w:rsidRPr="004443BF">
        <w:rPr>
          <w:rFonts w:ascii="Times New Roman" w:hAnsi="Times New Roman" w:cs="Times New Roman"/>
          <w:sz w:val="28"/>
          <w:szCs w:val="28"/>
        </w:rPr>
        <w:t xml:space="preserve"> </w:t>
      </w:r>
      <w:r w:rsidRPr="009F1848">
        <w:rPr>
          <w:rFonts w:ascii="Times New Roman" w:hAnsi="Times New Roman" w:cs="Times New Roman"/>
          <w:sz w:val="28"/>
          <w:szCs w:val="28"/>
        </w:rPr>
        <w:t>người, gồm các thành viên:</w:t>
      </w:r>
    </w:p>
    <w:p w14:paraId="7D0C8813" w14:textId="29E24433" w:rsidR="008A015B" w:rsidRPr="001447C6"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 xml:space="preserve">4. Đại diện </w:t>
      </w:r>
      <w:r w:rsidR="00F922C4" w:rsidRPr="00F922C4">
        <w:rPr>
          <w:rFonts w:ascii="Times New Roman" w:hAnsi="Times New Roman" w:cs="Times New Roman"/>
          <w:sz w:val="28"/>
          <w:szCs w:val="28"/>
        </w:rPr>
        <w:t>c</w:t>
      </w:r>
      <w:r w:rsidRPr="009F1848">
        <w:rPr>
          <w:rFonts w:ascii="Times New Roman" w:hAnsi="Times New Roman" w:cs="Times New Roman"/>
          <w:sz w:val="28"/>
          <w:szCs w:val="28"/>
        </w:rPr>
        <w:t xml:space="preserve">ơ quan </w:t>
      </w:r>
      <w:r w:rsidR="00F922C4" w:rsidRPr="00F922C4">
        <w:rPr>
          <w:rFonts w:ascii="Times New Roman" w:hAnsi="Times New Roman" w:cs="Times New Roman"/>
          <w:sz w:val="28"/>
          <w:szCs w:val="28"/>
        </w:rPr>
        <w:t>có thẩm quyền</w:t>
      </w:r>
      <w:r w:rsidRPr="009F1848">
        <w:rPr>
          <w:rFonts w:ascii="Times New Roman" w:hAnsi="Times New Roman" w:cs="Times New Roman"/>
          <w:sz w:val="28"/>
          <w:szCs w:val="28"/>
        </w:rPr>
        <w:t xml:space="preserve"> công bố Quyết định thành lập Hội đồng ........, nêu những yêu cầu và nội dung chủ yếu của phiên họp, giới thiệu thành phần và đại biểu tham dự (nếu có)</w:t>
      </w:r>
      <w:r w:rsidR="001447C6" w:rsidRPr="001447C6">
        <w:rPr>
          <w:rFonts w:ascii="Times New Roman" w:hAnsi="Times New Roman" w:cs="Times New Roman"/>
          <w:sz w:val="28"/>
          <w:szCs w:val="28"/>
        </w:rPr>
        <w:t>.</w:t>
      </w:r>
    </w:p>
    <w:p w14:paraId="64CD4D2B" w14:textId="77777777"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5. Đại biểu tham dự:</w:t>
      </w:r>
    </w:p>
    <w:p w14:paraId="331645A9" w14:textId="76756D4A" w:rsidR="008A015B" w:rsidRPr="00C56218" w:rsidRDefault="008A015B" w:rsidP="001E35DC">
      <w:pPr>
        <w:tabs>
          <w:tab w:val="left" w:leader="dot" w:pos="9072"/>
        </w:tabs>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Ông/bà:</w:t>
      </w:r>
      <w:r w:rsidR="003E122E" w:rsidRPr="00C56218">
        <w:rPr>
          <w:rFonts w:ascii="Times New Roman" w:hAnsi="Times New Roman" w:cs="Times New Roman"/>
          <w:sz w:val="28"/>
          <w:szCs w:val="28"/>
        </w:rPr>
        <w:tab/>
      </w:r>
    </w:p>
    <w:p w14:paraId="30F8D626" w14:textId="33E9AD05" w:rsidR="003E122E" w:rsidRPr="00C56218" w:rsidRDefault="008A015B" w:rsidP="001E35DC">
      <w:pPr>
        <w:tabs>
          <w:tab w:val="left" w:leader="dot" w:pos="9072"/>
        </w:tabs>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sz w:val="28"/>
          <w:szCs w:val="28"/>
        </w:rPr>
        <w:t>Ông/bà:</w:t>
      </w:r>
      <w:r w:rsidR="003E122E" w:rsidRPr="00C56218">
        <w:rPr>
          <w:rFonts w:ascii="Times New Roman" w:hAnsi="Times New Roman" w:cs="Times New Roman"/>
          <w:sz w:val="28"/>
          <w:szCs w:val="28"/>
        </w:rPr>
        <w:tab/>
      </w:r>
    </w:p>
    <w:p w14:paraId="21906015" w14:textId="18D7D641" w:rsidR="008A015B" w:rsidRPr="009F1848" w:rsidRDefault="008A015B" w:rsidP="001E35DC">
      <w:pPr>
        <w:autoSpaceDE w:val="0"/>
        <w:autoSpaceDN w:val="0"/>
        <w:adjustRightInd w:val="0"/>
        <w:spacing w:before="120" w:after="120" w:line="340" w:lineRule="exact"/>
        <w:rPr>
          <w:rFonts w:ascii="Times New Roman" w:hAnsi="Times New Roman" w:cs="Times New Roman"/>
          <w:i/>
          <w:iCs/>
          <w:sz w:val="28"/>
          <w:szCs w:val="28"/>
        </w:rPr>
      </w:pPr>
      <w:r w:rsidRPr="009F1848">
        <w:rPr>
          <w:rFonts w:ascii="Times New Roman" w:hAnsi="Times New Roman" w:cs="Times New Roman"/>
          <w:b/>
          <w:bCs/>
          <w:sz w:val="28"/>
          <w:szCs w:val="28"/>
        </w:rPr>
        <w:t xml:space="preserve">II. </w:t>
      </w:r>
      <w:r w:rsidR="004421F5" w:rsidRPr="009F1848">
        <w:rPr>
          <w:rFonts w:ascii="Times New Roman" w:hAnsi="Times New Roman" w:cs="Times New Roman"/>
          <w:b/>
          <w:bCs/>
          <w:sz w:val="28"/>
          <w:szCs w:val="28"/>
        </w:rPr>
        <w:t>NỘI DUNG LÀM VIỆC CỦA HỘI ĐỒNG</w:t>
      </w:r>
      <w:r w:rsidRPr="009F1848">
        <w:rPr>
          <w:rFonts w:ascii="Times New Roman" w:hAnsi="Times New Roman" w:cs="Times New Roman"/>
          <w:b/>
          <w:bCs/>
          <w:sz w:val="28"/>
          <w:szCs w:val="28"/>
        </w:rPr>
        <w:t xml:space="preserve"> </w:t>
      </w:r>
      <w:r w:rsidRPr="009F1848">
        <w:rPr>
          <w:rFonts w:ascii="Times New Roman" w:hAnsi="Times New Roman" w:cs="Times New Roman"/>
          <w:i/>
          <w:iCs/>
          <w:sz w:val="28"/>
          <w:szCs w:val="28"/>
        </w:rPr>
        <w:t>(Ghi chép của thư ký)</w:t>
      </w:r>
    </w:p>
    <w:p w14:paraId="4355051A" w14:textId="32244BF1" w:rsidR="008A015B" w:rsidRPr="004421F5"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1. Chủ tịch Hội đồng</w:t>
      </w:r>
      <w:r w:rsidR="004421F5" w:rsidRPr="004421F5">
        <w:rPr>
          <w:rFonts w:ascii="Times New Roman" w:hAnsi="Times New Roman" w:cs="Times New Roman"/>
          <w:sz w:val="28"/>
          <w:szCs w:val="28"/>
        </w:rPr>
        <w:t xml:space="preserve"> </w:t>
      </w:r>
      <w:r w:rsidR="004421F5">
        <w:rPr>
          <w:rFonts w:ascii="Times New Roman" w:hAnsi="Times New Roman" w:cs="Times New Roman"/>
          <w:sz w:val="28"/>
          <w:szCs w:val="28"/>
        </w:rPr>
        <w:t>…</w:t>
      </w:r>
      <w:r w:rsidRPr="009F1848">
        <w:rPr>
          <w:rFonts w:ascii="Times New Roman" w:hAnsi="Times New Roman" w:cs="Times New Roman"/>
          <w:sz w:val="28"/>
          <w:szCs w:val="28"/>
        </w:rPr>
        <w:t xml:space="preserve"> chủ trì phiên họp, trao đổi thống nhất nguyên tắc làm việc và bầu Thư ký Hội đồng</w:t>
      </w:r>
      <w:r w:rsidR="004421F5" w:rsidRPr="004421F5">
        <w:rPr>
          <w:rFonts w:ascii="Times New Roman" w:hAnsi="Times New Roman" w:cs="Times New Roman"/>
          <w:sz w:val="28"/>
          <w:szCs w:val="28"/>
        </w:rPr>
        <w:t>.</w:t>
      </w:r>
    </w:p>
    <w:p w14:paraId="2FB1977B" w14:textId="6588F645" w:rsidR="008A015B" w:rsidRPr="009F1848"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2. Hội đồng nhất trí cử Ông/Bà ... là thư ký của Hội đồng.</w:t>
      </w:r>
    </w:p>
    <w:p w14:paraId="08EF6CED" w14:textId="07D4CF7B" w:rsidR="008A015B" w:rsidRPr="001035AB"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 xml:space="preserve">3. Hội đồng thảo luận, đánh giá theo các tiêu chí quy định tại Điều 12 của Nghị định số </w:t>
      </w:r>
      <w:r w:rsidR="00AC52F6">
        <w:rPr>
          <w:rFonts w:ascii="Times New Roman" w:hAnsi="Times New Roman" w:cs="Times New Roman"/>
          <w:sz w:val="28"/>
          <w:szCs w:val="28"/>
        </w:rPr>
        <w:t>…</w:t>
      </w:r>
      <w:r w:rsidRPr="009F1848">
        <w:rPr>
          <w:rFonts w:ascii="Times New Roman" w:hAnsi="Times New Roman" w:cs="Times New Roman"/>
          <w:sz w:val="28"/>
          <w:szCs w:val="28"/>
        </w:rPr>
        <w:t xml:space="preserve"> /2026/NĐ-CP ngày </w:t>
      </w:r>
      <w:r w:rsidR="00AC52F6">
        <w:rPr>
          <w:rFonts w:ascii="Times New Roman" w:hAnsi="Times New Roman" w:cs="Times New Roman"/>
          <w:sz w:val="28"/>
          <w:szCs w:val="28"/>
        </w:rPr>
        <w:t>…</w:t>
      </w:r>
      <w:r w:rsidRPr="009F1848">
        <w:rPr>
          <w:rFonts w:ascii="Times New Roman" w:hAnsi="Times New Roman" w:cs="Times New Roman"/>
          <w:sz w:val="28"/>
          <w:szCs w:val="28"/>
        </w:rPr>
        <w:t xml:space="preserve"> tháng </w:t>
      </w:r>
      <w:r w:rsidR="00AC52F6">
        <w:rPr>
          <w:rFonts w:ascii="Times New Roman" w:hAnsi="Times New Roman" w:cs="Times New Roman"/>
          <w:sz w:val="28"/>
          <w:szCs w:val="28"/>
        </w:rPr>
        <w:t>…</w:t>
      </w:r>
      <w:r w:rsidRPr="009F1848">
        <w:rPr>
          <w:rFonts w:ascii="Times New Roman" w:hAnsi="Times New Roman" w:cs="Times New Roman"/>
          <w:sz w:val="28"/>
          <w:szCs w:val="28"/>
        </w:rPr>
        <w:t xml:space="preserve"> năm 2026 của Chính phủ </w:t>
      </w:r>
      <w:r w:rsidR="002B45AE" w:rsidRPr="002B45AE">
        <w:rPr>
          <w:rFonts w:ascii="Times New Roman" w:hAnsi="Times New Roman" w:cs="Times New Roman"/>
          <w:sz w:val="28"/>
          <w:szCs w:val="28"/>
        </w:rPr>
        <w:t>quy định chi tiết một số điều và hướng dẫn biện pháp thi hành Luật Chuyển giao công nghệ số 07/2017/QH14; được sửa đổi bổ sung bởi Luật số 93/2025/QH15 và Luật số 115/2025/QH15</w:t>
      </w:r>
      <w:r w:rsidR="001035AB" w:rsidRPr="001035AB">
        <w:rPr>
          <w:rFonts w:ascii="Times New Roman" w:hAnsi="Times New Roman" w:cs="Times New Roman"/>
          <w:sz w:val="28"/>
          <w:szCs w:val="28"/>
        </w:rPr>
        <w:t>.</w:t>
      </w:r>
    </w:p>
    <w:p w14:paraId="58A0B4CE" w14:textId="7E8247D0" w:rsidR="008A015B" w:rsidRPr="009F1848" w:rsidRDefault="008A015B" w:rsidP="001E35DC">
      <w:pPr>
        <w:autoSpaceDE w:val="0"/>
        <w:autoSpaceDN w:val="0"/>
        <w:adjustRightInd w:val="0"/>
        <w:spacing w:before="120" w:after="120" w:line="340" w:lineRule="exact"/>
        <w:rPr>
          <w:rFonts w:ascii="Times New Roman" w:hAnsi="Times New Roman" w:cs="Times New Roman"/>
          <w:sz w:val="28"/>
          <w:szCs w:val="28"/>
        </w:rPr>
      </w:pPr>
      <w:r w:rsidRPr="009F1848">
        <w:rPr>
          <w:rFonts w:ascii="Times New Roman" w:hAnsi="Times New Roman" w:cs="Times New Roman"/>
          <w:b/>
          <w:bCs/>
          <w:sz w:val="28"/>
          <w:szCs w:val="28"/>
        </w:rPr>
        <w:lastRenderedPageBreak/>
        <w:t xml:space="preserve">III. </w:t>
      </w:r>
      <w:r w:rsidR="00156351" w:rsidRPr="009F1848">
        <w:rPr>
          <w:rFonts w:ascii="Times New Roman" w:hAnsi="Times New Roman" w:cs="Times New Roman"/>
          <w:b/>
          <w:bCs/>
          <w:sz w:val="28"/>
          <w:szCs w:val="28"/>
        </w:rPr>
        <w:t xml:space="preserve">KẾT LUẬN </w:t>
      </w:r>
    </w:p>
    <w:p w14:paraId="45A09457" w14:textId="1A0207E5" w:rsidR="008A015B" w:rsidRPr="009F1848" w:rsidRDefault="008A015B" w:rsidP="001E35DC">
      <w:pPr>
        <w:autoSpaceDE w:val="0"/>
        <w:autoSpaceDN w:val="0"/>
        <w:adjustRightInd w:val="0"/>
        <w:spacing w:before="120" w:after="120" w:line="340" w:lineRule="exact"/>
        <w:jc w:val="both"/>
        <w:rPr>
          <w:rFonts w:ascii="Times New Roman" w:hAnsi="Times New Roman" w:cs="Times New Roman"/>
          <w:sz w:val="28"/>
          <w:szCs w:val="28"/>
        </w:rPr>
      </w:pPr>
      <w:r w:rsidRPr="009F1848">
        <w:rPr>
          <w:rFonts w:ascii="Times New Roman" w:hAnsi="Times New Roman" w:cs="Times New Roman"/>
          <w:sz w:val="28"/>
          <w:szCs w:val="28"/>
        </w:rPr>
        <w:t>Hội đồng kết luận các nội dung theo quy định tại kh</w:t>
      </w:r>
      <w:r w:rsidR="00650841" w:rsidRPr="00650841">
        <w:rPr>
          <w:rFonts w:ascii="Times New Roman" w:hAnsi="Times New Roman" w:cs="Times New Roman"/>
          <w:sz w:val="28"/>
          <w:szCs w:val="28"/>
        </w:rPr>
        <w:t>oản</w:t>
      </w:r>
      <w:r w:rsidRPr="009F1848">
        <w:rPr>
          <w:rFonts w:ascii="Times New Roman" w:hAnsi="Times New Roman" w:cs="Times New Roman"/>
          <w:sz w:val="28"/>
          <w:szCs w:val="28"/>
        </w:rPr>
        <w:t xml:space="preserve"> 8 Điều 13 của Nghị định số     /2026/NĐ-CP ngày    tháng    năm 2026 của Chính phủ </w:t>
      </w:r>
      <w:r w:rsidR="00650841" w:rsidRPr="00650841">
        <w:rPr>
          <w:rFonts w:ascii="Times New Roman" w:hAnsi="Times New Roman" w:cs="Times New Roman"/>
          <w:sz w:val="28"/>
          <w:szCs w:val="28"/>
        </w:rPr>
        <w:t>quy định chi tiết một số điều và hướng dẫn biện pháp thi hành Luật Chuyển giao công nghệ số 07/2017/QH14, được sửa đổi bổ sung bởi Luật số 93/2025/QH15 và Luật số 115/2025/QH15</w:t>
      </w:r>
      <w:r w:rsidR="00CA18E0" w:rsidRPr="009F1848">
        <w:rPr>
          <w:rFonts w:ascii="Times New Roman" w:hAnsi="Times New Roman" w:cs="Times New Roman"/>
          <w:sz w:val="28"/>
          <w:szCs w:val="28"/>
        </w:rPr>
        <w:t>.</w:t>
      </w:r>
    </w:p>
    <w:p w14:paraId="1F640B1D" w14:textId="3E38C48D" w:rsidR="00D41266" w:rsidRPr="00274B6D" w:rsidRDefault="00D41266" w:rsidP="001E35DC">
      <w:pPr>
        <w:autoSpaceDE w:val="0"/>
        <w:autoSpaceDN w:val="0"/>
        <w:adjustRightInd w:val="0"/>
        <w:spacing w:before="120" w:after="120" w:line="340" w:lineRule="exact"/>
        <w:jc w:val="both"/>
        <w:rPr>
          <w:rFonts w:ascii="Times New Roman" w:hAnsi="Times New Roman" w:cs="Times New Roman"/>
          <w:i/>
          <w:iCs/>
          <w:sz w:val="28"/>
          <w:szCs w:val="28"/>
        </w:rPr>
      </w:pPr>
      <w:r w:rsidRPr="009F1848">
        <w:rPr>
          <w:rFonts w:ascii="Times New Roman" w:hAnsi="Times New Roman" w:cs="Times New Roman"/>
          <w:i/>
          <w:iCs/>
          <w:sz w:val="28"/>
          <w:szCs w:val="28"/>
        </w:rPr>
        <w:t xml:space="preserve">Biên bản được lập xong lúc ... giờ, ngày ... tháng ... năm </w:t>
      </w:r>
      <w:r w:rsidR="006A5372" w:rsidRPr="009F1848">
        <w:rPr>
          <w:rFonts w:ascii="Times New Roman" w:hAnsi="Times New Roman" w:cs="Times New Roman"/>
          <w:i/>
          <w:iCs/>
          <w:sz w:val="28"/>
          <w:szCs w:val="28"/>
        </w:rPr>
        <w:t>…</w:t>
      </w:r>
      <w:r w:rsidRPr="009F1848">
        <w:rPr>
          <w:rFonts w:ascii="Times New Roman" w:hAnsi="Times New Roman" w:cs="Times New Roman"/>
          <w:i/>
          <w:iCs/>
          <w:sz w:val="28"/>
          <w:szCs w:val="28"/>
        </w:rPr>
        <w:t xml:space="preserve"> và đã được Hội đồng </w:t>
      </w:r>
      <w:r w:rsidR="00274B6D" w:rsidRPr="00274B6D">
        <w:rPr>
          <w:rFonts w:ascii="Times New Roman" w:hAnsi="Times New Roman" w:cs="Times New Roman"/>
          <w:i/>
          <w:iCs/>
          <w:sz w:val="28"/>
          <w:szCs w:val="28"/>
        </w:rPr>
        <w:t>thống nhất</w:t>
      </w:r>
      <w:r w:rsidRPr="009F1848">
        <w:rPr>
          <w:rFonts w:ascii="Times New Roman" w:hAnsi="Times New Roman" w:cs="Times New Roman"/>
          <w:i/>
          <w:iCs/>
          <w:sz w:val="28"/>
          <w:szCs w:val="28"/>
        </w:rPr>
        <w:t xml:space="preserve"> thông qua</w:t>
      </w:r>
      <w:r w:rsidR="00BB4499" w:rsidRPr="00BB4499">
        <w:rPr>
          <w:rFonts w:ascii="Times New Roman" w:hAnsi="Times New Roman" w:cs="Times New Roman"/>
          <w:i/>
          <w:iCs/>
          <w:sz w:val="28"/>
          <w:szCs w:val="28"/>
        </w:rPr>
        <w:t xml:space="preserve"> v</w:t>
      </w:r>
      <w:r w:rsidR="00BB4499" w:rsidRPr="005C7AA4">
        <w:rPr>
          <w:rFonts w:ascii="Times New Roman" w:hAnsi="Times New Roman" w:cs="Times New Roman"/>
          <w:i/>
          <w:iCs/>
          <w:sz w:val="28"/>
          <w:szCs w:val="28"/>
        </w:rPr>
        <w:t>à</w:t>
      </w:r>
      <w:r w:rsidRPr="009F1848">
        <w:rPr>
          <w:rFonts w:ascii="Times New Roman" w:hAnsi="Times New Roman" w:cs="Times New Roman"/>
          <w:i/>
          <w:iCs/>
          <w:sz w:val="28"/>
          <w:szCs w:val="28"/>
        </w:rPr>
        <w:t xml:space="preserve"> đề nghị (Cơ quan chuyên môn về khoa học và công nghệ thuộc Uỷ ban nhân dân cấp tỉnh) xem xét quyết định.</w:t>
      </w:r>
    </w:p>
    <w:tbl>
      <w:tblPr>
        <w:tblW w:w="5000" w:type="pct"/>
        <w:tblCellMar>
          <w:left w:w="0" w:type="dxa"/>
          <w:right w:w="0" w:type="dxa"/>
        </w:tblCellMar>
        <w:tblLook w:val="0000" w:firstRow="0" w:lastRow="0" w:firstColumn="0" w:lastColumn="0" w:noHBand="0" w:noVBand="0"/>
      </w:tblPr>
      <w:tblGrid>
        <w:gridCol w:w="4537"/>
        <w:gridCol w:w="4537"/>
      </w:tblGrid>
      <w:tr w:rsidR="003A0182" w:rsidRPr="009F1848" w14:paraId="3E500D91" w14:textId="77777777" w:rsidTr="00567BBE">
        <w:tc>
          <w:tcPr>
            <w:tcW w:w="2500" w:type="pct"/>
            <w:shd w:val="clear" w:color="000000" w:fill="FFFFFF"/>
          </w:tcPr>
          <w:p w14:paraId="5A0B20FA" w14:textId="77777777" w:rsidR="003A0182" w:rsidRPr="009F1848" w:rsidRDefault="003A0182" w:rsidP="00567BBE">
            <w:pPr>
              <w:autoSpaceDE w:val="0"/>
              <w:autoSpaceDN w:val="0"/>
              <w:adjustRightInd w:val="0"/>
              <w:spacing w:before="120"/>
              <w:jc w:val="center"/>
              <w:rPr>
                <w:rFonts w:ascii="Times New Roman" w:hAnsi="Times New Roman" w:cs="Times New Roman"/>
                <w:sz w:val="28"/>
                <w:szCs w:val="28"/>
              </w:rPr>
            </w:pPr>
            <w:r w:rsidRPr="009F1848">
              <w:rPr>
                <w:rFonts w:ascii="Times New Roman" w:hAnsi="Times New Roman" w:cs="Times New Roman"/>
                <w:b/>
                <w:bCs/>
                <w:sz w:val="28"/>
                <w:szCs w:val="28"/>
              </w:rPr>
              <w:t>Thư ký Hội đồng</w:t>
            </w:r>
            <w:r w:rsidRPr="009F1848">
              <w:rPr>
                <w:rFonts w:ascii="Times New Roman" w:hAnsi="Times New Roman" w:cs="Times New Roman"/>
                <w:b/>
                <w:bCs/>
                <w:sz w:val="28"/>
                <w:szCs w:val="28"/>
              </w:rPr>
              <w:br/>
            </w:r>
            <w:r w:rsidRPr="009F1848">
              <w:rPr>
                <w:rFonts w:ascii="Times New Roman" w:hAnsi="Times New Roman" w:cs="Times New Roman"/>
                <w:i/>
                <w:iCs/>
                <w:sz w:val="28"/>
                <w:szCs w:val="28"/>
              </w:rPr>
              <w:t>(Họ, tên và chữ ký)</w:t>
            </w:r>
          </w:p>
        </w:tc>
        <w:tc>
          <w:tcPr>
            <w:tcW w:w="2500" w:type="pct"/>
            <w:shd w:val="clear" w:color="000000" w:fill="FFFFFF"/>
          </w:tcPr>
          <w:p w14:paraId="77FCF501" w14:textId="77777777" w:rsidR="003A0182" w:rsidRPr="009F1848" w:rsidRDefault="003A0182" w:rsidP="00567BBE">
            <w:pPr>
              <w:autoSpaceDE w:val="0"/>
              <w:autoSpaceDN w:val="0"/>
              <w:adjustRightInd w:val="0"/>
              <w:spacing w:before="120"/>
              <w:jc w:val="center"/>
              <w:rPr>
                <w:rFonts w:ascii="Times New Roman" w:hAnsi="Times New Roman" w:cs="Times New Roman"/>
                <w:sz w:val="28"/>
                <w:szCs w:val="28"/>
              </w:rPr>
            </w:pPr>
            <w:r w:rsidRPr="009F1848">
              <w:rPr>
                <w:rFonts w:ascii="Times New Roman" w:hAnsi="Times New Roman" w:cs="Times New Roman"/>
                <w:b/>
                <w:bCs/>
                <w:sz w:val="28"/>
                <w:szCs w:val="28"/>
              </w:rPr>
              <w:t>Chủ tịch Hội đồng</w:t>
            </w:r>
            <w:r w:rsidRPr="009F1848">
              <w:rPr>
                <w:rFonts w:ascii="Times New Roman" w:hAnsi="Times New Roman" w:cs="Times New Roman"/>
                <w:b/>
                <w:bCs/>
                <w:sz w:val="28"/>
                <w:szCs w:val="28"/>
              </w:rPr>
              <w:br/>
            </w:r>
            <w:r w:rsidRPr="009F1848">
              <w:rPr>
                <w:rFonts w:ascii="Times New Roman" w:hAnsi="Times New Roman" w:cs="Times New Roman"/>
                <w:i/>
                <w:iCs/>
                <w:sz w:val="28"/>
                <w:szCs w:val="28"/>
              </w:rPr>
              <w:t>(Họ, tên và chữ ký)</w:t>
            </w:r>
          </w:p>
        </w:tc>
      </w:tr>
    </w:tbl>
    <w:p w14:paraId="2025443A" w14:textId="77777777" w:rsidR="003A0182" w:rsidRPr="009F1848" w:rsidRDefault="003A0182" w:rsidP="003A0182">
      <w:pPr>
        <w:autoSpaceDE w:val="0"/>
        <w:autoSpaceDN w:val="0"/>
        <w:adjustRightInd w:val="0"/>
        <w:spacing w:before="120"/>
        <w:rPr>
          <w:rFonts w:ascii="Times New Roman" w:hAnsi="Times New Roman" w:cs="Times New Roman"/>
          <w:b/>
          <w:bCs/>
          <w:sz w:val="28"/>
          <w:szCs w:val="28"/>
        </w:rPr>
      </w:pPr>
    </w:p>
    <w:p w14:paraId="50B722A9" w14:textId="77777777" w:rsidR="003A0182" w:rsidRPr="009F1848" w:rsidRDefault="003A0182" w:rsidP="003A0182">
      <w:pPr>
        <w:autoSpaceDE w:val="0"/>
        <w:autoSpaceDN w:val="0"/>
        <w:adjustRightInd w:val="0"/>
        <w:spacing w:before="120"/>
        <w:rPr>
          <w:rFonts w:ascii="Times New Roman" w:hAnsi="Times New Roman" w:cs="Times New Roman"/>
          <w:b/>
          <w:bCs/>
          <w:sz w:val="28"/>
          <w:szCs w:val="28"/>
        </w:rPr>
      </w:pPr>
    </w:p>
    <w:p w14:paraId="4C293474" w14:textId="77777777" w:rsidR="00B9066F" w:rsidRPr="009F1848" w:rsidRDefault="00B9066F" w:rsidP="003A0182">
      <w:pPr>
        <w:autoSpaceDE w:val="0"/>
        <w:autoSpaceDN w:val="0"/>
        <w:adjustRightInd w:val="0"/>
        <w:spacing w:before="120"/>
        <w:rPr>
          <w:rFonts w:ascii="Times New Roman" w:hAnsi="Times New Roman" w:cs="Times New Roman"/>
          <w:b/>
          <w:bCs/>
          <w:sz w:val="28"/>
          <w:szCs w:val="28"/>
        </w:rPr>
      </w:pPr>
    </w:p>
    <w:p w14:paraId="0A594284" w14:textId="112814C3" w:rsidR="003A0182" w:rsidRPr="00090AF9" w:rsidRDefault="003A0182" w:rsidP="00090AF9">
      <w:pPr>
        <w:autoSpaceDE w:val="0"/>
        <w:autoSpaceDN w:val="0"/>
        <w:adjustRightInd w:val="0"/>
        <w:spacing w:before="120"/>
        <w:jc w:val="center"/>
        <w:rPr>
          <w:rFonts w:ascii="Times New Roman" w:hAnsi="Times New Roman" w:cs="Times New Roman"/>
          <w:b/>
          <w:bCs/>
          <w:sz w:val="28"/>
          <w:szCs w:val="28"/>
        </w:rPr>
      </w:pPr>
      <w:r w:rsidRPr="009F1848">
        <w:rPr>
          <w:rFonts w:ascii="Times New Roman" w:hAnsi="Times New Roman" w:cs="Times New Roman"/>
          <w:b/>
          <w:bCs/>
          <w:sz w:val="28"/>
          <w:szCs w:val="28"/>
        </w:rPr>
        <w:t>Phụ lục</w:t>
      </w:r>
      <w:r w:rsidR="00090AF9" w:rsidRPr="00090AF9">
        <w:rPr>
          <w:rFonts w:ascii="Times New Roman" w:hAnsi="Times New Roman" w:cs="Times New Roman"/>
          <w:b/>
          <w:bCs/>
          <w:sz w:val="28"/>
          <w:szCs w:val="28"/>
        </w:rPr>
        <w:br/>
      </w:r>
      <w:r w:rsidRPr="00090AF9">
        <w:rPr>
          <w:rFonts w:ascii="Times New Roman" w:hAnsi="Times New Roman" w:cs="Times New Roman"/>
          <w:b/>
          <w:bCs/>
          <w:sz w:val="28"/>
          <w:szCs w:val="28"/>
        </w:rPr>
        <w:t xml:space="preserve">Ý KIẾN TRAO ĐỔI ĐÁNH GIÁ CỦA HỘI ĐỒNG </w:t>
      </w:r>
      <w:r w:rsidR="00F46411" w:rsidRPr="00090AF9">
        <w:rPr>
          <w:rFonts w:ascii="Times New Roman" w:hAnsi="Times New Roman" w:cs="Times New Roman"/>
          <w:b/>
          <w:bCs/>
          <w:sz w:val="28"/>
          <w:szCs w:val="28"/>
        </w:rPr>
        <w:t xml:space="preserve">TƯ VẤN </w:t>
      </w:r>
      <w:r w:rsidR="00F46411" w:rsidRPr="00090AF9">
        <w:rPr>
          <w:rFonts w:ascii="Times New Roman" w:hAnsi="Times New Roman" w:cs="Times New Roman"/>
          <w:b/>
          <w:bCs/>
          <w:sz w:val="28"/>
          <w:szCs w:val="28"/>
        </w:rPr>
        <w:br/>
        <w:t>THẨM ĐỊNH CÔNG NGHỆ</w:t>
      </w:r>
      <w:r w:rsidRPr="009F1848">
        <w:rPr>
          <w:rFonts w:ascii="Times New Roman" w:hAnsi="Times New Roman" w:cs="Times New Roman"/>
          <w:sz w:val="28"/>
          <w:szCs w:val="28"/>
        </w:rPr>
        <w:br/>
      </w:r>
      <w:r w:rsidRPr="009F1848">
        <w:rPr>
          <w:rFonts w:ascii="Times New Roman" w:hAnsi="Times New Roman" w:cs="Times New Roman"/>
          <w:i/>
          <w:iCs/>
          <w:sz w:val="28"/>
          <w:szCs w:val="28"/>
        </w:rPr>
        <w:t>(Kèm theo Biên bản họp Hội đồng....................)</w:t>
      </w:r>
    </w:p>
    <w:p w14:paraId="1D596971" w14:textId="77777777" w:rsidR="003A0182" w:rsidRPr="009F1848" w:rsidRDefault="003A0182" w:rsidP="003A0182">
      <w:pPr>
        <w:autoSpaceDE w:val="0"/>
        <w:autoSpaceDN w:val="0"/>
        <w:adjustRightInd w:val="0"/>
        <w:spacing w:before="120"/>
        <w:rPr>
          <w:rFonts w:ascii="Times New Roman" w:hAnsi="Times New Roman" w:cs="Times New Roman"/>
          <w:sz w:val="28"/>
          <w:szCs w:val="28"/>
          <w:lang w:val="en"/>
        </w:rPr>
      </w:pPr>
      <w:r w:rsidRPr="009F1848">
        <w:rPr>
          <w:rFonts w:ascii="Times New Roman" w:hAnsi="Times New Roman" w:cs="Times New Roman"/>
          <w:sz w:val="28"/>
          <w:szCs w:val="28"/>
          <w:lang w:val="en"/>
        </w:rPr>
        <w:t>1.</w:t>
      </w:r>
    </w:p>
    <w:p w14:paraId="0A2EE354" w14:textId="77777777" w:rsidR="003A0182" w:rsidRPr="009F1848" w:rsidRDefault="003A0182" w:rsidP="003A0182">
      <w:pPr>
        <w:autoSpaceDE w:val="0"/>
        <w:autoSpaceDN w:val="0"/>
        <w:adjustRightInd w:val="0"/>
        <w:spacing w:before="120"/>
        <w:rPr>
          <w:rFonts w:ascii="Times New Roman" w:hAnsi="Times New Roman" w:cs="Times New Roman"/>
          <w:sz w:val="28"/>
          <w:szCs w:val="28"/>
          <w:lang w:val="en"/>
        </w:rPr>
      </w:pPr>
      <w:r w:rsidRPr="009F1848">
        <w:rPr>
          <w:rFonts w:ascii="Times New Roman" w:hAnsi="Times New Roman" w:cs="Times New Roman"/>
          <w:sz w:val="28"/>
          <w:szCs w:val="28"/>
          <w:lang w:val="en"/>
        </w:rPr>
        <w:t>...</w:t>
      </w:r>
    </w:p>
    <w:tbl>
      <w:tblPr>
        <w:tblW w:w="5000" w:type="pct"/>
        <w:tblCellMar>
          <w:left w:w="0" w:type="dxa"/>
          <w:right w:w="0" w:type="dxa"/>
        </w:tblCellMar>
        <w:tblLook w:val="0000" w:firstRow="0" w:lastRow="0" w:firstColumn="0" w:lastColumn="0" w:noHBand="0" w:noVBand="0"/>
      </w:tblPr>
      <w:tblGrid>
        <w:gridCol w:w="4532"/>
        <w:gridCol w:w="4542"/>
      </w:tblGrid>
      <w:tr w:rsidR="003A0182" w:rsidRPr="009F1848" w14:paraId="3A44A2D0" w14:textId="77777777" w:rsidTr="00567BBE">
        <w:tc>
          <w:tcPr>
            <w:tcW w:w="2497" w:type="pct"/>
            <w:tcBorders>
              <w:top w:val="nil"/>
              <w:left w:val="nil"/>
              <w:bottom w:val="nil"/>
              <w:right w:val="nil"/>
            </w:tcBorders>
            <w:shd w:val="clear" w:color="000000" w:fill="FFFFFF"/>
          </w:tcPr>
          <w:p w14:paraId="2EA2564F" w14:textId="77777777" w:rsidR="003A0182" w:rsidRPr="009F1848" w:rsidRDefault="003A0182" w:rsidP="00567BBE">
            <w:pPr>
              <w:autoSpaceDE w:val="0"/>
              <w:autoSpaceDN w:val="0"/>
              <w:adjustRightInd w:val="0"/>
              <w:spacing w:before="120"/>
              <w:rPr>
                <w:rFonts w:ascii="Times New Roman" w:hAnsi="Times New Roman" w:cs="Times New Roman"/>
                <w:sz w:val="28"/>
                <w:szCs w:val="28"/>
                <w:lang w:val="en"/>
              </w:rPr>
            </w:pPr>
          </w:p>
        </w:tc>
        <w:tc>
          <w:tcPr>
            <w:tcW w:w="2503" w:type="pct"/>
            <w:tcBorders>
              <w:top w:val="nil"/>
              <w:left w:val="nil"/>
              <w:bottom w:val="nil"/>
              <w:right w:val="nil"/>
            </w:tcBorders>
            <w:shd w:val="clear" w:color="000000" w:fill="FFFFFF"/>
          </w:tcPr>
          <w:p w14:paraId="24D5D477" w14:textId="77777777" w:rsidR="003A0182" w:rsidRPr="009F1848" w:rsidRDefault="003A0182" w:rsidP="00567BBE">
            <w:pPr>
              <w:autoSpaceDE w:val="0"/>
              <w:autoSpaceDN w:val="0"/>
              <w:adjustRightInd w:val="0"/>
              <w:spacing w:before="120"/>
              <w:jc w:val="center"/>
              <w:rPr>
                <w:rFonts w:ascii="Times New Roman" w:hAnsi="Times New Roman" w:cs="Times New Roman"/>
                <w:sz w:val="28"/>
                <w:szCs w:val="28"/>
                <w:lang w:val="en"/>
              </w:rPr>
            </w:pPr>
            <w:r w:rsidRPr="009F1848">
              <w:rPr>
                <w:rFonts w:ascii="Times New Roman" w:hAnsi="Times New Roman" w:cs="Times New Roman"/>
                <w:b/>
                <w:bCs/>
                <w:sz w:val="28"/>
                <w:szCs w:val="28"/>
                <w:lang w:val="en"/>
              </w:rPr>
              <w:t>Thư ký h</w:t>
            </w:r>
            <w:r w:rsidRPr="009F1848">
              <w:rPr>
                <w:rFonts w:ascii="Times New Roman" w:hAnsi="Times New Roman" w:cs="Times New Roman"/>
                <w:b/>
                <w:bCs/>
                <w:sz w:val="28"/>
                <w:szCs w:val="28"/>
              </w:rPr>
              <w:t>ội đồng</w:t>
            </w:r>
            <w:r w:rsidRPr="009F1848">
              <w:rPr>
                <w:rFonts w:ascii="Times New Roman" w:hAnsi="Times New Roman" w:cs="Times New Roman"/>
                <w:b/>
                <w:bCs/>
                <w:sz w:val="28"/>
                <w:szCs w:val="28"/>
              </w:rPr>
              <w:br/>
            </w:r>
            <w:r w:rsidRPr="009F1848">
              <w:rPr>
                <w:rFonts w:ascii="Times New Roman" w:hAnsi="Times New Roman" w:cs="Times New Roman"/>
                <w:sz w:val="28"/>
                <w:szCs w:val="28"/>
              </w:rPr>
              <w:t>(K</w:t>
            </w:r>
            <w:r w:rsidRPr="009F1848">
              <w:rPr>
                <w:rFonts w:ascii="Times New Roman" w:hAnsi="Times New Roman" w:cs="Times New Roman"/>
                <w:sz w:val="28"/>
                <w:szCs w:val="28"/>
                <w:lang w:val="en-US"/>
              </w:rPr>
              <w:t>ý, ghi rõ h</w:t>
            </w:r>
            <w:r w:rsidRPr="009F1848">
              <w:rPr>
                <w:rFonts w:ascii="Times New Roman" w:hAnsi="Times New Roman" w:cs="Times New Roman"/>
                <w:sz w:val="28"/>
                <w:szCs w:val="28"/>
              </w:rPr>
              <w:t>ọ v</w:t>
            </w:r>
            <w:r w:rsidRPr="009F1848">
              <w:rPr>
                <w:rFonts w:ascii="Times New Roman" w:hAnsi="Times New Roman" w:cs="Times New Roman"/>
                <w:sz w:val="28"/>
                <w:szCs w:val="28"/>
                <w:lang w:val="en-US"/>
              </w:rPr>
              <w:t>à tên)</w:t>
            </w:r>
          </w:p>
        </w:tc>
      </w:tr>
    </w:tbl>
    <w:p w14:paraId="3095F1ED" w14:textId="77777777" w:rsidR="00E43B8D" w:rsidRDefault="00E43B8D" w:rsidP="009F1848">
      <w:pPr>
        <w:shd w:val="clear" w:color="auto" w:fill="FFFFFF"/>
        <w:spacing w:after="0" w:line="234" w:lineRule="atLeast"/>
        <w:ind w:right="440"/>
        <w:rPr>
          <w:rFonts w:ascii="Times New Roman" w:eastAsia="Times New Roman" w:hAnsi="Times New Roman" w:cs="Times New Roman"/>
          <w:i/>
          <w:iCs/>
          <w:color w:val="000000"/>
          <w:szCs w:val="26"/>
          <w:lang w:val="en-US"/>
        </w:rPr>
        <w:sectPr w:rsidR="00E43B8D" w:rsidSect="00A37CF3">
          <w:footnotePr>
            <w:numRestart w:val="eachSect"/>
          </w:footnotePr>
          <w:pgSz w:w="11909" w:h="16834"/>
          <w:pgMar w:top="1134" w:right="1134" w:bottom="1134" w:left="1701" w:header="720" w:footer="720" w:gutter="0"/>
          <w:cols w:space="720"/>
          <w:docGrid w:linePitch="299"/>
        </w:sectPr>
      </w:pPr>
      <w:bookmarkStart w:id="9" w:name="I7"/>
    </w:p>
    <w:p w14:paraId="00FB9473" w14:textId="6ADC8BF0" w:rsidR="00B9066F" w:rsidRDefault="00B9066F" w:rsidP="00B9066F">
      <w:pPr>
        <w:shd w:val="clear" w:color="auto" w:fill="FFFFFF"/>
        <w:spacing w:after="0" w:line="234" w:lineRule="atLeast"/>
        <w:jc w:val="right"/>
        <w:rPr>
          <w:rFonts w:ascii="Times New Roman" w:eastAsia="Times New Roman" w:hAnsi="Times New Roman" w:cs="Times New Roman"/>
          <w:i/>
          <w:iCs/>
          <w:color w:val="000000"/>
          <w:szCs w:val="26"/>
          <w:lang w:val="en-US"/>
        </w:rPr>
      </w:pPr>
      <w:r w:rsidRPr="00970C73">
        <w:rPr>
          <w:rFonts w:ascii="Times New Roman" w:eastAsia="Times New Roman" w:hAnsi="Times New Roman" w:cs="Times New Roman"/>
          <w:i/>
          <w:iCs/>
          <w:color w:val="000000"/>
          <w:szCs w:val="26"/>
          <w:lang w:val="vi-VN"/>
        </w:rPr>
        <w:lastRenderedPageBreak/>
        <w:t xml:space="preserve">Mẫu số </w:t>
      </w:r>
      <w:r w:rsidRPr="009F1848">
        <w:rPr>
          <w:rFonts w:ascii="Times New Roman" w:eastAsia="Times New Roman" w:hAnsi="Times New Roman" w:cs="Times New Roman"/>
          <w:i/>
          <w:iCs/>
          <w:color w:val="000000"/>
          <w:szCs w:val="26"/>
        </w:rPr>
        <w:t>I</w:t>
      </w:r>
      <w:r w:rsidRPr="00970C73">
        <w:rPr>
          <w:rFonts w:ascii="Times New Roman" w:eastAsia="Times New Roman" w:hAnsi="Times New Roman" w:cs="Times New Roman"/>
          <w:i/>
          <w:iCs/>
          <w:color w:val="000000"/>
          <w:szCs w:val="26"/>
        </w:rPr>
        <w:t>.</w:t>
      </w:r>
      <w:r w:rsidRPr="009F1848">
        <w:rPr>
          <w:rFonts w:ascii="Times New Roman" w:eastAsia="Times New Roman" w:hAnsi="Times New Roman" w:cs="Times New Roman"/>
          <w:i/>
          <w:iCs/>
          <w:color w:val="000000"/>
          <w:szCs w:val="26"/>
        </w:rPr>
        <w:t>7</w:t>
      </w:r>
      <w:bookmarkEnd w:id="9"/>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tbl>
      <w:tblPr>
        <w:tblW w:w="5311" w:type="pct"/>
        <w:tblCellMar>
          <w:left w:w="0" w:type="dxa"/>
          <w:right w:w="0" w:type="dxa"/>
        </w:tblCellMar>
        <w:tblLook w:val="0000" w:firstRow="0" w:lastRow="0" w:firstColumn="0" w:lastColumn="0" w:noHBand="0" w:noVBand="0"/>
      </w:tblPr>
      <w:tblGrid>
        <w:gridCol w:w="3639"/>
        <w:gridCol w:w="5999"/>
      </w:tblGrid>
      <w:tr w:rsidR="00945A5D" w:rsidRPr="00945A5D" w14:paraId="4FE92B65" w14:textId="77777777" w:rsidTr="00567BBE">
        <w:tc>
          <w:tcPr>
            <w:tcW w:w="1888" w:type="pct"/>
            <w:shd w:val="clear" w:color="000000" w:fill="FFFFFF"/>
          </w:tcPr>
          <w:p w14:paraId="7C2AA127" w14:textId="636611A1" w:rsidR="00945A5D" w:rsidRPr="00945A5D" w:rsidRDefault="00947879" w:rsidP="00567BBE">
            <w:pPr>
              <w:autoSpaceDE w:val="0"/>
              <w:autoSpaceDN w:val="0"/>
              <w:adjustRightInd w:val="0"/>
              <w:spacing w:before="120"/>
              <w:jc w:val="center"/>
              <w:rPr>
                <w:rFonts w:ascii="Times New Roman" w:hAnsi="Times New Roman" w:cs="Times New Roman"/>
                <w:sz w:val="24"/>
                <w:szCs w:val="24"/>
                <w:lang w:val="en"/>
              </w:rPr>
            </w:pPr>
            <w:r w:rsidRPr="00945A5D">
              <w:rPr>
                <w:rFonts w:ascii="Times New Roman" w:hAnsi="Times New Roman" w:cs="Times New Roman"/>
                <w:noProof/>
                <w:sz w:val="24"/>
                <w:szCs w:val="24"/>
                <w:lang w:val="en-US"/>
              </w:rPr>
              <mc:AlternateContent>
                <mc:Choice Requires="wps">
                  <w:drawing>
                    <wp:anchor distT="0" distB="0" distL="114300" distR="114300" simplePos="0" relativeHeight="251658256" behindDoc="0" locked="0" layoutInCell="1" allowOverlap="1" wp14:anchorId="3F32B4EE" wp14:editId="6159E18B">
                      <wp:simplePos x="0" y="0"/>
                      <wp:positionH relativeFrom="column">
                        <wp:posOffset>653415</wp:posOffset>
                      </wp:positionH>
                      <wp:positionV relativeFrom="paragraph">
                        <wp:posOffset>1111250</wp:posOffset>
                      </wp:positionV>
                      <wp:extent cx="1005840" cy="0"/>
                      <wp:effectExtent l="0" t="0" r="0" b="0"/>
                      <wp:wrapNone/>
                      <wp:docPr id="2132317294" name="Straight Connector 9"/>
                      <wp:cNvGraphicFramePr/>
                      <a:graphic xmlns:a="http://schemas.openxmlformats.org/drawingml/2006/main">
                        <a:graphicData uri="http://schemas.microsoft.com/office/word/2010/wordprocessingShape">
                          <wps:wsp>
                            <wps:cNvCnPr/>
                            <wps:spPr>
                              <a:xfrm>
                                <a:off x="0" y="0"/>
                                <a:ext cx="10058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A2258B" id="Straight Connector 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87.5pt" to="130.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"/>
                  </w:pict>
                </mc:Fallback>
              </mc:AlternateContent>
            </w:r>
            <w:r w:rsidR="00945A5D" w:rsidRPr="00945A5D">
              <w:rPr>
                <w:rFonts w:ascii="Times New Roman" w:hAnsi="Times New Roman" w:cs="Times New Roman"/>
                <w:sz w:val="24"/>
                <w:szCs w:val="24"/>
                <w:lang w:val="en-US"/>
              </w:rPr>
              <w:t xml:space="preserve">CƠ QUAN CHUYÊN MÔN VỀ KHOA HỌC VÀ CÔNG NGHỆ THUỘC </w:t>
            </w:r>
            <w:r w:rsidR="004043E6">
              <w:rPr>
                <w:rFonts w:ascii="Times New Roman" w:hAnsi="Times New Roman" w:cs="Times New Roman"/>
                <w:sz w:val="24"/>
                <w:szCs w:val="24"/>
                <w:lang w:val="en-US"/>
              </w:rPr>
              <w:t>UBND</w:t>
            </w:r>
            <w:r w:rsidR="00945A5D" w:rsidRPr="00945A5D">
              <w:rPr>
                <w:rFonts w:ascii="Times New Roman" w:hAnsi="Times New Roman" w:cs="Times New Roman"/>
                <w:sz w:val="24"/>
                <w:szCs w:val="24"/>
                <w:lang w:val="en-US"/>
              </w:rPr>
              <w:t xml:space="preserve"> CẤP TỈNH</w:t>
            </w:r>
            <w:r w:rsidR="00945A5D" w:rsidRPr="00945A5D">
              <w:rPr>
                <w:rFonts w:ascii="Times New Roman" w:hAnsi="Times New Roman" w:cs="Times New Roman"/>
                <w:sz w:val="24"/>
                <w:szCs w:val="24"/>
              </w:rPr>
              <w:br/>
            </w:r>
            <w:r w:rsidR="00945A5D" w:rsidRPr="00945A5D">
              <w:rPr>
                <w:rStyle w:val="Strong"/>
                <w:rFonts w:ascii="Times New Roman" w:hAnsi="Times New Roman" w:cs="Times New Roman"/>
                <w:sz w:val="24"/>
                <w:szCs w:val="24"/>
                <w:lang w:val="en-US"/>
              </w:rPr>
              <w:t xml:space="preserve">HỘI ĐỒNG TƯ VẤN </w:t>
            </w:r>
            <w:r w:rsidR="00945A5D">
              <w:rPr>
                <w:rStyle w:val="Strong"/>
                <w:rFonts w:ascii="Times New Roman" w:hAnsi="Times New Roman" w:cs="Times New Roman"/>
                <w:sz w:val="24"/>
                <w:szCs w:val="24"/>
                <w:lang w:val="en-US"/>
              </w:rPr>
              <w:br/>
            </w:r>
            <w:r w:rsidR="00945A5D" w:rsidRPr="00945A5D">
              <w:rPr>
                <w:rStyle w:val="Strong"/>
                <w:rFonts w:ascii="Times New Roman" w:hAnsi="Times New Roman" w:cs="Times New Roman"/>
                <w:sz w:val="24"/>
                <w:szCs w:val="24"/>
                <w:lang w:val="en-US"/>
              </w:rPr>
              <w:t>THẨM ĐỊNH CÔNG NGHỆ</w:t>
            </w:r>
          </w:p>
        </w:tc>
        <w:tc>
          <w:tcPr>
            <w:tcW w:w="3112" w:type="pct"/>
            <w:shd w:val="clear" w:color="000000" w:fill="FFFFFF"/>
          </w:tcPr>
          <w:p w14:paraId="0A75451D" w14:textId="77777777" w:rsidR="00945A5D" w:rsidRPr="00945A5D" w:rsidRDefault="00945A5D" w:rsidP="00567BBE">
            <w:pPr>
              <w:autoSpaceDE w:val="0"/>
              <w:autoSpaceDN w:val="0"/>
              <w:adjustRightInd w:val="0"/>
              <w:spacing w:before="120"/>
              <w:jc w:val="center"/>
              <w:rPr>
                <w:rFonts w:ascii="Times New Roman" w:hAnsi="Times New Roman" w:cs="Times New Roman"/>
                <w:sz w:val="24"/>
                <w:szCs w:val="24"/>
                <w:lang w:val="en"/>
              </w:rPr>
            </w:pPr>
            <w:r w:rsidRPr="00FE072C">
              <w:rPr>
                <w:rFonts w:ascii="Times New Roman" w:hAnsi="Times New Roman" w:cs="Times New Roman"/>
                <w:b/>
                <w:bCs/>
                <w:noProof/>
                <w:sz w:val="26"/>
                <w:szCs w:val="26"/>
                <w:lang w:val="en"/>
              </w:rPr>
              <mc:AlternateContent>
                <mc:Choice Requires="wps">
                  <w:drawing>
                    <wp:anchor distT="0" distB="0" distL="114300" distR="114300" simplePos="0" relativeHeight="251658255" behindDoc="0" locked="0" layoutInCell="1" allowOverlap="1" wp14:anchorId="0B1A4B98" wp14:editId="3C0C074D">
                      <wp:simplePos x="0" y="0"/>
                      <wp:positionH relativeFrom="column">
                        <wp:posOffset>822960</wp:posOffset>
                      </wp:positionH>
                      <wp:positionV relativeFrom="paragraph">
                        <wp:posOffset>574040</wp:posOffset>
                      </wp:positionV>
                      <wp:extent cx="2171700" cy="0"/>
                      <wp:effectExtent l="0" t="0" r="0" b="0"/>
                      <wp:wrapNone/>
                      <wp:docPr id="1898194360" name="Straight Connector 8"/>
                      <wp:cNvGraphicFramePr/>
                      <a:graphic xmlns:a="http://schemas.openxmlformats.org/drawingml/2006/main">
                        <a:graphicData uri="http://schemas.microsoft.com/office/word/2010/wordprocessingShape">
                          <wps:wsp>
                            <wps:cNvCnPr/>
                            <wps:spPr>
                              <a:xfrm>
                                <a:off x="0" y="0"/>
                                <a:ext cx="2171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ED7872" id="Straight Connector 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8pt,45.2pt" to="235.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"/>
                  </w:pict>
                </mc:Fallback>
              </mc:AlternateContent>
            </w:r>
            <w:r w:rsidRPr="00FE072C">
              <w:rPr>
                <w:rFonts w:ascii="Times New Roman" w:hAnsi="Times New Roman" w:cs="Times New Roman"/>
                <w:b/>
                <w:bCs/>
                <w:sz w:val="26"/>
                <w:szCs w:val="26"/>
                <w:lang w:val="en"/>
              </w:rPr>
              <w:t>C</w:t>
            </w:r>
            <w:r w:rsidRPr="00FE072C">
              <w:rPr>
                <w:rFonts w:ascii="Times New Roman" w:hAnsi="Times New Roman" w:cs="Times New Roman"/>
                <w:b/>
                <w:bCs/>
                <w:sz w:val="26"/>
                <w:szCs w:val="26"/>
              </w:rPr>
              <w:t>ỘNG H</w:t>
            </w:r>
            <w:r w:rsidRPr="00FE072C">
              <w:rPr>
                <w:rFonts w:ascii="Times New Roman" w:hAnsi="Times New Roman" w:cs="Times New Roman"/>
                <w:b/>
                <w:bCs/>
                <w:sz w:val="26"/>
                <w:szCs w:val="26"/>
                <w:lang w:val="en-US"/>
              </w:rPr>
              <w:t>ÒA XÃ H</w:t>
            </w:r>
            <w:r w:rsidRPr="00FE072C">
              <w:rPr>
                <w:rFonts w:ascii="Times New Roman" w:hAnsi="Times New Roman" w:cs="Times New Roman"/>
                <w:b/>
                <w:bCs/>
                <w:sz w:val="26"/>
                <w:szCs w:val="26"/>
              </w:rPr>
              <w:t>ỘI CHỦ NGHĨA VIỆT NAM</w:t>
            </w:r>
            <w:r w:rsidRPr="00945A5D">
              <w:rPr>
                <w:rFonts w:ascii="Times New Roman" w:hAnsi="Times New Roman" w:cs="Times New Roman"/>
                <w:b/>
                <w:bCs/>
                <w:sz w:val="24"/>
                <w:szCs w:val="24"/>
              </w:rPr>
              <w:br/>
            </w:r>
            <w:r w:rsidRPr="00FE072C">
              <w:rPr>
                <w:rFonts w:ascii="Times New Roman" w:hAnsi="Times New Roman" w:cs="Times New Roman"/>
                <w:b/>
                <w:bCs/>
                <w:sz w:val="28"/>
                <w:szCs w:val="28"/>
              </w:rPr>
              <w:t>Độc lập - Tự do - Hạnh ph</w:t>
            </w:r>
            <w:r w:rsidRPr="00FE072C">
              <w:rPr>
                <w:rFonts w:ascii="Times New Roman" w:hAnsi="Times New Roman" w:cs="Times New Roman"/>
                <w:b/>
                <w:bCs/>
                <w:sz w:val="28"/>
                <w:szCs w:val="28"/>
                <w:lang w:val="en-US"/>
              </w:rPr>
              <w:t xml:space="preserve">úc </w:t>
            </w:r>
            <w:r w:rsidRPr="00945A5D">
              <w:rPr>
                <w:rFonts w:ascii="Times New Roman" w:hAnsi="Times New Roman" w:cs="Times New Roman"/>
                <w:b/>
                <w:bCs/>
                <w:sz w:val="24"/>
                <w:szCs w:val="24"/>
                <w:lang w:val="en-US"/>
              </w:rPr>
              <w:br/>
            </w:r>
          </w:p>
        </w:tc>
      </w:tr>
    </w:tbl>
    <w:p w14:paraId="21362675" w14:textId="7A13C47E" w:rsidR="00E43B8D" w:rsidRPr="00945A5D" w:rsidRDefault="00E43B8D" w:rsidP="00945A5D">
      <w:pPr>
        <w:shd w:val="clear" w:color="auto" w:fill="FFFFFF"/>
        <w:spacing w:after="0" w:line="234" w:lineRule="atLeast"/>
        <w:ind w:right="880"/>
        <w:rPr>
          <w:rFonts w:ascii="Times New Roman" w:eastAsia="Times New Roman" w:hAnsi="Times New Roman" w:cs="Times New Roman"/>
          <w:i/>
          <w:iCs/>
          <w:color w:val="000000"/>
          <w:szCs w:val="26"/>
        </w:rPr>
      </w:pPr>
    </w:p>
    <w:p w14:paraId="7B54CFBC" w14:textId="77777777" w:rsidR="003A0182" w:rsidRPr="00C56218" w:rsidRDefault="003A0182" w:rsidP="009C4FE2">
      <w:pPr>
        <w:spacing w:before="120" w:after="120" w:line="340" w:lineRule="exact"/>
        <w:jc w:val="center"/>
        <w:rPr>
          <w:rFonts w:ascii="Times New Roman" w:hAnsi="Times New Roman" w:cs="Times New Roman"/>
          <w:b/>
          <w:bCs/>
          <w:sz w:val="28"/>
          <w:szCs w:val="28"/>
        </w:rPr>
      </w:pPr>
      <w:r w:rsidRPr="00C56218">
        <w:rPr>
          <w:rFonts w:ascii="Times New Roman" w:hAnsi="Times New Roman" w:cs="Times New Roman"/>
          <w:b/>
          <w:bCs/>
          <w:sz w:val="28"/>
          <w:szCs w:val="28"/>
        </w:rPr>
        <w:t>BIÊN BẢN</w:t>
      </w:r>
    </w:p>
    <w:p w14:paraId="75C4E8C0" w14:textId="1DA84D21" w:rsidR="003A0182" w:rsidRPr="00C56218" w:rsidRDefault="003A0182" w:rsidP="009C4FE2">
      <w:pPr>
        <w:spacing w:before="120" w:after="120" w:line="340" w:lineRule="exact"/>
        <w:jc w:val="center"/>
        <w:rPr>
          <w:rFonts w:ascii="Times New Roman" w:hAnsi="Times New Roman" w:cs="Times New Roman"/>
          <w:sz w:val="28"/>
          <w:szCs w:val="28"/>
        </w:rPr>
      </w:pPr>
      <w:r w:rsidRPr="00C56218">
        <w:rPr>
          <w:rFonts w:ascii="Times New Roman" w:eastAsia="Times New Roman" w:hAnsi="Times New Roman" w:cs="Times New Roman"/>
          <w:b/>
          <w:bCs/>
          <w:sz w:val="28"/>
          <w:szCs w:val="28"/>
        </w:rPr>
        <w:t xml:space="preserve">ĐÁNH GIÁ VIỆC THỬ NGHIỆM CÔNG NGHỆ </w:t>
      </w:r>
      <w:r w:rsidR="00962553" w:rsidRPr="00C56218">
        <w:rPr>
          <w:rFonts w:ascii="Times New Roman" w:eastAsia="Times New Roman" w:hAnsi="Times New Roman" w:cs="Times New Roman"/>
          <w:b/>
          <w:bCs/>
          <w:sz w:val="28"/>
          <w:szCs w:val="28"/>
        </w:rPr>
        <w:br/>
      </w:r>
      <w:r w:rsidRPr="00C56218">
        <w:rPr>
          <w:rFonts w:ascii="Times New Roman" w:eastAsia="Times New Roman" w:hAnsi="Times New Roman" w:cs="Times New Roman"/>
          <w:b/>
          <w:bCs/>
          <w:sz w:val="28"/>
          <w:szCs w:val="28"/>
        </w:rPr>
        <w:t>TRONG ĐIỀU KIỆN THỰC TẾ</w:t>
      </w:r>
      <w:r w:rsidRPr="00C56218">
        <w:rPr>
          <w:rFonts w:ascii="Times New Roman" w:hAnsi="Times New Roman" w:cs="Times New Roman"/>
          <w:sz w:val="28"/>
          <w:szCs w:val="28"/>
        </w:rPr>
        <w:br/>
      </w:r>
    </w:p>
    <w:p w14:paraId="44C26727" w14:textId="177A92B1" w:rsidR="003A0182" w:rsidRPr="00C56218" w:rsidRDefault="003A0182" w:rsidP="00E444E7">
      <w:pPr>
        <w:tabs>
          <w:tab w:val="left" w:leader="dot" w:pos="8931"/>
        </w:tabs>
        <w:spacing w:before="120" w:after="120" w:line="340" w:lineRule="exact"/>
        <w:jc w:val="both"/>
        <w:rPr>
          <w:rFonts w:ascii="Times New Roman" w:hAnsi="Times New Roman" w:cs="Times New Roman"/>
          <w:sz w:val="28"/>
          <w:szCs w:val="28"/>
        </w:rPr>
      </w:pPr>
      <w:r w:rsidRPr="00C56218">
        <w:rPr>
          <w:rFonts w:ascii="Times New Roman" w:hAnsi="Times New Roman" w:cs="Times New Roman"/>
          <w:sz w:val="28"/>
          <w:szCs w:val="28"/>
        </w:rPr>
        <w:t xml:space="preserve">Hôm nay, vào hồi … giờ … phút, ngày … tháng … năm </w:t>
      </w:r>
      <w:r w:rsidR="004418D6" w:rsidRPr="00C56218">
        <w:rPr>
          <w:rFonts w:ascii="Times New Roman" w:hAnsi="Times New Roman" w:cs="Times New Roman"/>
          <w:sz w:val="28"/>
          <w:szCs w:val="28"/>
        </w:rPr>
        <w:t>…</w:t>
      </w:r>
      <w:r w:rsidRPr="00C56218">
        <w:rPr>
          <w:rFonts w:ascii="Times New Roman" w:hAnsi="Times New Roman" w:cs="Times New Roman"/>
          <w:sz w:val="28"/>
          <w:szCs w:val="28"/>
        </w:rPr>
        <w:t>, tại</w:t>
      </w:r>
      <w:r w:rsidR="00C9280F" w:rsidRPr="00C56218">
        <w:rPr>
          <w:rFonts w:ascii="Times New Roman" w:hAnsi="Times New Roman" w:cs="Times New Roman"/>
          <w:sz w:val="28"/>
          <w:szCs w:val="28"/>
        </w:rPr>
        <w:t xml:space="preserve"> </w:t>
      </w:r>
      <w:r w:rsidR="00901512" w:rsidRPr="00C56218">
        <w:rPr>
          <w:rFonts w:ascii="Times New Roman" w:hAnsi="Times New Roman" w:cs="Times New Roman"/>
          <w:sz w:val="28"/>
          <w:szCs w:val="28"/>
        </w:rPr>
        <w:tab/>
      </w:r>
      <w:r w:rsidRPr="00C56218">
        <w:rPr>
          <w:rFonts w:ascii="Times New Roman" w:hAnsi="Times New Roman" w:cs="Times New Roman"/>
          <w:sz w:val="28"/>
          <w:szCs w:val="28"/>
        </w:rPr>
        <w:t>, chúng tôi tiến hành đánh giá việc thử nghiệm công nghệ trong điều kiện thực tế, với các nội dung sau:</w:t>
      </w:r>
    </w:p>
    <w:p w14:paraId="1428196F" w14:textId="1AD7FD60" w:rsidR="003A0182" w:rsidRPr="00C9280F" w:rsidRDefault="003A0182"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 THÔNG TIN CHUNG</w:t>
      </w:r>
    </w:p>
    <w:p w14:paraId="616479C9" w14:textId="0A435646" w:rsidR="003A0182" w:rsidRPr="00C9280F" w:rsidRDefault="003A0182" w:rsidP="00FE577E">
      <w:pPr>
        <w:numPr>
          <w:ilvl w:val="0"/>
          <w:numId w:val="3"/>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Tên công nghệ:</w:t>
      </w:r>
      <w:r w:rsidR="00E4083A">
        <w:rPr>
          <w:rFonts w:ascii="Times New Roman" w:hAnsi="Times New Roman" w:cs="Times New Roman"/>
          <w:sz w:val="28"/>
          <w:szCs w:val="28"/>
          <w:lang w:val="en-US"/>
        </w:rPr>
        <w:tab/>
      </w:r>
    </w:p>
    <w:p w14:paraId="66A0F247" w14:textId="3BA028A0" w:rsidR="003A0182" w:rsidRPr="00C9280F" w:rsidRDefault="003A0182" w:rsidP="00FE577E">
      <w:pPr>
        <w:numPr>
          <w:ilvl w:val="0"/>
          <w:numId w:val="3"/>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Tổ chức/cá nhân đề nghị thẩm định:</w:t>
      </w:r>
      <w:r w:rsidR="00FA3FB8">
        <w:rPr>
          <w:rFonts w:ascii="Times New Roman" w:hAnsi="Times New Roman" w:cs="Times New Roman"/>
          <w:sz w:val="28"/>
          <w:szCs w:val="28"/>
          <w:lang w:val="en-US"/>
        </w:rPr>
        <w:tab/>
      </w:r>
    </w:p>
    <w:p w14:paraId="477B7AF7" w14:textId="239442CF" w:rsidR="003A0182" w:rsidRPr="00C9280F" w:rsidRDefault="00991C86" w:rsidP="00FE577E">
      <w:pPr>
        <w:numPr>
          <w:ilvl w:val="0"/>
          <w:numId w:val="3"/>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Đại diện </w:t>
      </w:r>
      <w:r w:rsidR="003A0182" w:rsidRPr="00C9280F">
        <w:rPr>
          <w:rFonts w:ascii="Times New Roman" w:hAnsi="Times New Roman" w:cs="Times New Roman"/>
          <w:sz w:val="28"/>
          <w:szCs w:val="28"/>
          <w:lang w:val="en-US"/>
        </w:rPr>
        <w:t xml:space="preserve">Cơ quan </w:t>
      </w:r>
      <w:r w:rsidRPr="00991C86">
        <w:rPr>
          <w:rFonts w:ascii="Times New Roman" w:hAnsi="Times New Roman" w:cs="Times New Roman"/>
          <w:sz w:val="28"/>
          <w:szCs w:val="28"/>
          <w:lang w:val="en-US"/>
        </w:rPr>
        <w:t xml:space="preserve">chuyên môn về khoa học và công nghệ thuộc </w:t>
      </w:r>
      <w:r>
        <w:rPr>
          <w:rFonts w:ascii="Times New Roman" w:hAnsi="Times New Roman" w:cs="Times New Roman"/>
          <w:sz w:val="28"/>
          <w:szCs w:val="28"/>
          <w:lang w:val="en-US"/>
        </w:rPr>
        <w:t>UBND</w:t>
      </w:r>
      <w:r w:rsidRPr="00991C86">
        <w:rPr>
          <w:rFonts w:ascii="Times New Roman" w:hAnsi="Times New Roman" w:cs="Times New Roman"/>
          <w:sz w:val="28"/>
          <w:szCs w:val="28"/>
          <w:lang w:val="en-US"/>
        </w:rPr>
        <w:t xml:space="preserve"> cấp tỉnh</w:t>
      </w:r>
      <w:r w:rsidR="003A0182" w:rsidRPr="00C9280F">
        <w:rPr>
          <w:rFonts w:ascii="Times New Roman" w:hAnsi="Times New Roman" w:cs="Times New Roman"/>
          <w:sz w:val="28"/>
          <w:szCs w:val="28"/>
          <w:lang w:val="en-US"/>
        </w:rPr>
        <w:t>:</w:t>
      </w:r>
      <w:r w:rsidR="00FA3FB8">
        <w:rPr>
          <w:rFonts w:ascii="Times New Roman" w:hAnsi="Times New Roman" w:cs="Times New Roman"/>
          <w:sz w:val="28"/>
          <w:szCs w:val="28"/>
          <w:lang w:val="en-US"/>
        </w:rPr>
        <w:tab/>
      </w:r>
    </w:p>
    <w:p w14:paraId="67292228" w14:textId="7A921783" w:rsidR="003A0182" w:rsidRPr="00C9280F" w:rsidRDefault="003A0182" w:rsidP="00FE577E">
      <w:pPr>
        <w:numPr>
          <w:ilvl w:val="0"/>
          <w:numId w:val="3"/>
        </w:numPr>
        <w:tabs>
          <w:tab w:val="clear" w:pos="720"/>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Quyết định thành lập Hội đồng số: …/QĐ-… ngày …/…/</w:t>
      </w:r>
      <w:r w:rsidR="004418D6" w:rsidRPr="00C9280F">
        <w:rPr>
          <w:rFonts w:ascii="Times New Roman" w:hAnsi="Times New Roman" w:cs="Times New Roman"/>
          <w:sz w:val="28"/>
          <w:szCs w:val="28"/>
          <w:lang w:val="en-US"/>
        </w:rPr>
        <w:t>…</w:t>
      </w:r>
      <w:r w:rsidR="00DF0CDA">
        <w:rPr>
          <w:rFonts w:ascii="Times New Roman" w:hAnsi="Times New Roman" w:cs="Times New Roman"/>
          <w:sz w:val="28"/>
          <w:szCs w:val="28"/>
          <w:lang w:val="en-US"/>
        </w:rPr>
        <w:t>của…</w:t>
      </w:r>
    </w:p>
    <w:p w14:paraId="05F23411" w14:textId="1747FA10" w:rsidR="00E32E40" w:rsidRDefault="00E32E40" w:rsidP="00FE577E">
      <w:pPr>
        <w:numPr>
          <w:ilvl w:val="0"/>
          <w:numId w:val="3"/>
        </w:numPr>
        <w:tabs>
          <w:tab w:val="clear" w:pos="720"/>
        </w:tabs>
        <w:spacing w:before="120" w:after="120" w:line="340" w:lineRule="exact"/>
        <w:ind w:left="284" w:hanging="284"/>
        <w:rPr>
          <w:rFonts w:ascii="Times New Roman" w:hAnsi="Times New Roman" w:cs="Times New Roman"/>
          <w:sz w:val="28"/>
          <w:szCs w:val="28"/>
          <w:lang w:val="en-US"/>
        </w:rPr>
      </w:pPr>
      <w:r>
        <w:rPr>
          <w:rFonts w:ascii="Times New Roman" w:hAnsi="Times New Roman" w:cs="Times New Roman"/>
          <w:sz w:val="28"/>
          <w:szCs w:val="28"/>
          <w:lang w:val="en-US"/>
        </w:rPr>
        <w:t xml:space="preserve">Văn bản số … ngày…/…/… của (Cơ quan </w:t>
      </w:r>
      <w:r w:rsidRPr="00E32E40">
        <w:rPr>
          <w:rFonts w:ascii="Times New Roman" w:hAnsi="Times New Roman" w:cs="Times New Roman"/>
          <w:sz w:val="28"/>
          <w:szCs w:val="28"/>
          <w:lang w:val="en-US"/>
        </w:rPr>
        <w:t>chuyên môn về khoa học và công nghệ thuộc UBND cấp tỉnh</w:t>
      </w:r>
      <w:r>
        <w:rPr>
          <w:rFonts w:ascii="Times New Roman" w:hAnsi="Times New Roman" w:cs="Times New Roman"/>
          <w:sz w:val="28"/>
          <w:szCs w:val="28"/>
          <w:lang w:val="en-US"/>
        </w:rPr>
        <w:t xml:space="preserve">) về việc </w:t>
      </w:r>
      <w:r w:rsidRPr="00E32E40">
        <w:rPr>
          <w:rFonts w:ascii="Times New Roman" w:hAnsi="Times New Roman" w:cs="Times New Roman"/>
          <w:sz w:val="28"/>
          <w:szCs w:val="28"/>
          <w:lang w:val="en-US"/>
        </w:rPr>
        <w:t>giải trình, làm rõ, bổ sung hoặc kiểm tra thực tế</w:t>
      </w:r>
      <w:r>
        <w:rPr>
          <w:rFonts w:ascii="Times New Roman" w:hAnsi="Times New Roman" w:cs="Times New Roman"/>
          <w:sz w:val="28"/>
          <w:szCs w:val="28"/>
          <w:lang w:val="en-US"/>
        </w:rPr>
        <w:t>.</w:t>
      </w:r>
    </w:p>
    <w:p w14:paraId="79FBA613" w14:textId="076E2156" w:rsidR="003A0182" w:rsidRPr="00C9280F" w:rsidRDefault="003A0182" w:rsidP="00FE577E">
      <w:pPr>
        <w:numPr>
          <w:ilvl w:val="0"/>
          <w:numId w:val="3"/>
        </w:numPr>
        <w:tabs>
          <w:tab w:val="clear" w:pos="720"/>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Thời gian đánh giá: từ … giờ … phút ngày …/…/</w:t>
      </w:r>
      <w:r w:rsidR="004418D6" w:rsidRPr="00C9280F">
        <w:rPr>
          <w:rFonts w:ascii="Times New Roman" w:hAnsi="Times New Roman" w:cs="Times New Roman"/>
          <w:sz w:val="28"/>
          <w:szCs w:val="28"/>
          <w:lang w:val="en-US"/>
        </w:rPr>
        <w:t>…</w:t>
      </w:r>
      <w:r w:rsidRPr="00C9280F">
        <w:rPr>
          <w:rFonts w:ascii="Times New Roman" w:hAnsi="Times New Roman" w:cs="Times New Roman"/>
          <w:sz w:val="28"/>
          <w:szCs w:val="28"/>
          <w:lang w:val="en-US"/>
        </w:rPr>
        <w:t xml:space="preserve"> đến … giờ … phút ngày …/…/</w:t>
      </w:r>
      <w:r w:rsidR="004418D6" w:rsidRPr="00C9280F">
        <w:rPr>
          <w:rFonts w:ascii="Times New Roman" w:hAnsi="Times New Roman" w:cs="Times New Roman"/>
          <w:sz w:val="28"/>
          <w:szCs w:val="28"/>
          <w:lang w:val="en-US"/>
        </w:rPr>
        <w:t>…</w:t>
      </w:r>
    </w:p>
    <w:p w14:paraId="461F2528" w14:textId="78AAD44C" w:rsidR="003A0182" w:rsidRPr="00C9280F" w:rsidRDefault="003A0182" w:rsidP="00FE577E">
      <w:pPr>
        <w:numPr>
          <w:ilvl w:val="0"/>
          <w:numId w:val="3"/>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Địa điểm đánh giá:</w:t>
      </w:r>
      <w:r w:rsidR="005D136D">
        <w:rPr>
          <w:rFonts w:ascii="Times New Roman" w:hAnsi="Times New Roman" w:cs="Times New Roman"/>
          <w:sz w:val="28"/>
          <w:szCs w:val="28"/>
          <w:lang w:val="en-US"/>
        </w:rPr>
        <w:tab/>
      </w:r>
    </w:p>
    <w:p w14:paraId="231D5BC0" w14:textId="77777777" w:rsidR="003A0182" w:rsidRPr="00C9280F" w:rsidRDefault="003A0182"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II. THÀNH PHẦN THAM DỰ</w:t>
      </w:r>
    </w:p>
    <w:p w14:paraId="3855895A" w14:textId="77777777" w:rsidR="003A0182" w:rsidRPr="008C6883" w:rsidRDefault="003A0182" w:rsidP="009C4FE2">
      <w:pPr>
        <w:spacing w:before="120" w:after="120" w:line="340" w:lineRule="exact"/>
        <w:rPr>
          <w:rFonts w:ascii="Times New Roman" w:hAnsi="Times New Roman" w:cs="Times New Roman"/>
          <w:sz w:val="28"/>
          <w:szCs w:val="28"/>
          <w:lang w:val="en-US"/>
        </w:rPr>
      </w:pPr>
      <w:r w:rsidRPr="008C6883">
        <w:rPr>
          <w:rFonts w:ascii="Times New Roman" w:hAnsi="Times New Roman" w:cs="Times New Roman"/>
          <w:sz w:val="28"/>
          <w:szCs w:val="28"/>
          <w:lang w:val="en-US"/>
        </w:rPr>
        <w:t>1. Đại diện Hội đồng tư vấn thẩm định công nghệ</w:t>
      </w:r>
    </w:p>
    <w:p w14:paraId="448308CD" w14:textId="05C59B23" w:rsidR="003A0182" w:rsidRPr="00C9280F" w:rsidRDefault="003A0182"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sidR="005A0E53">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sidR="000A24E2" w:rsidRPr="00C9280F">
        <w:rPr>
          <w:rFonts w:ascii="Times New Roman" w:hAnsi="Times New Roman" w:cs="Times New Roman"/>
          <w:sz w:val="28"/>
          <w:szCs w:val="28"/>
          <w:lang w:val="en-US"/>
        </w:rPr>
        <w:t>:</w:t>
      </w:r>
      <w:r w:rsidR="005A0E53">
        <w:rPr>
          <w:rFonts w:ascii="Times New Roman" w:hAnsi="Times New Roman" w:cs="Times New Roman"/>
          <w:sz w:val="28"/>
          <w:szCs w:val="28"/>
          <w:lang w:val="en-US"/>
        </w:rPr>
        <w:tab/>
      </w:r>
    </w:p>
    <w:p w14:paraId="6402763E" w14:textId="585E4D14" w:rsidR="003A0182" w:rsidRPr="008C6883" w:rsidRDefault="003A0182" w:rsidP="001F7B81">
      <w:pPr>
        <w:spacing w:before="120" w:after="120" w:line="340" w:lineRule="exact"/>
        <w:jc w:val="both"/>
        <w:rPr>
          <w:rFonts w:ascii="Times New Roman" w:hAnsi="Times New Roman" w:cs="Times New Roman"/>
          <w:sz w:val="28"/>
          <w:szCs w:val="28"/>
          <w:lang w:val="en-US"/>
        </w:rPr>
      </w:pPr>
      <w:r w:rsidRPr="008C6883">
        <w:rPr>
          <w:rFonts w:ascii="Times New Roman" w:hAnsi="Times New Roman" w:cs="Times New Roman"/>
          <w:sz w:val="28"/>
          <w:szCs w:val="28"/>
          <w:lang w:val="en-US"/>
        </w:rPr>
        <w:t xml:space="preserve">2. Đại diện Cơ quan </w:t>
      </w:r>
      <w:r w:rsidR="00EB37B4" w:rsidRPr="008C6883">
        <w:rPr>
          <w:rFonts w:ascii="Times New Roman" w:hAnsi="Times New Roman" w:cs="Times New Roman"/>
          <w:sz w:val="28"/>
          <w:szCs w:val="28"/>
          <w:lang w:val="en-US"/>
        </w:rPr>
        <w:t>chuyên môn về khoa học và công nghệ thuộc UBND cấp tỉnh</w:t>
      </w:r>
    </w:p>
    <w:p w14:paraId="19E9B8B9" w14:textId="77777777" w:rsidR="005A0E53" w:rsidRPr="00C9280F" w:rsidRDefault="005A0E53"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Pr>
          <w:rFonts w:ascii="Times New Roman" w:hAnsi="Times New Roman" w:cs="Times New Roman"/>
          <w:sz w:val="28"/>
          <w:szCs w:val="28"/>
          <w:lang w:val="en-US"/>
        </w:rPr>
        <w:tab/>
      </w:r>
    </w:p>
    <w:p w14:paraId="1C7EFBFA" w14:textId="5F8DFCD3" w:rsidR="003A0182" w:rsidRPr="008C6883" w:rsidRDefault="003A0182" w:rsidP="009C4FE2">
      <w:pPr>
        <w:spacing w:before="120" w:after="120" w:line="340" w:lineRule="exact"/>
        <w:rPr>
          <w:rFonts w:ascii="Times New Roman" w:hAnsi="Times New Roman" w:cs="Times New Roman"/>
          <w:sz w:val="28"/>
          <w:szCs w:val="28"/>
          <w:lang w:val="en-US"/>
        </w:rPr>
      </w:pPr>
      <w:r w:rsidRPr="008C6883">
        <w:rPr>
          <w:rFonts w:ascii="Times New Roman" w:hAnsi="Times New Roman" w:cs="Times New Roman"/>
          <w:sz w:val="28"/>
          <w:szCs w:val="28"/>
          <w:lang w:val="en-US"/>
        </w:rPr>
        <w:t>3. Đại diện tổ chức</w:t>
      </w:r>
      <w:r w:rsidR="00124430">
        <w:rPr>
          <w:rFonts w:ascii="Times New Roman" w:hAnsi="Times New Roman" w:cs="Times New Roman"/>
          <w:sz w:val="28"/>
          <w:szCs w:val="28"/>
          <w:lang w:val="en-US"/>
        </w:rPr>
        <w:t>/</w:t>
      </w:r>
      <w:r w:rsidRPr="008C6883">
        <w:rPr>
          <w:rFonts w:ascii="Times New Roman" w:hAnsi="Times New Roman" w:cs="Times New Roman"/>
          <w:sz w:val="28"/>
          <w:szCs w:val="28"/>
          <w:lang w:val="en-US"/>
        </w:rPr>
        <w:t>cá nhân đề nghị thẩm định công nghệ</w:t>
      </w:r>
    </w:p>
    <w:p w14:paraId="667977C3" w14:textId="2D658737" w:rsidR="00C72FE7" w:rsidRPr="00C9280F" w:rsidRDefault="00C72FE7" w:rsidP="005A0E53">
      <w:pPr>
        <w:spacing w:before="120" w:after="120" w:line="340" w:lineRule="exact"/>
        <w:ind w:firstLine="720"/>
        <w:rPr>
          <w:rFonts w:ascii="Times New Roman" w:hAnsi="Times New Roman" w:cs="Times New Roman"/>
          <w:sz w:val="28"/>
          <w:szCs w:val="28"/>
          <w:lang w:val="en-US"/>
        </w:rPr>
      </w:pPr>
      <w:r w:rsidRPr="00C9280F">
        <w:rPr>
          <w:rFonts w:ascii="Times New Roman" w:hAnsi="Times New Roman" w:cs="Times New Roman"/>
          <w:sz w:val="28"/>
          <w:szCs w:val="28"/>
          <w:lang w:val="en-US"/>
        </w:rPr>
        <w:t>- Đại diện hợp pháp hoặc người được ủy quyền làm việc với Hội đồng tư vấn thẩm định công nghệ</w:t>
      </w:r>
      <w:r w:rsidR="00522FDD" w:rsidRPr="00C9280F">
        <w:rPr>
          <w:rFonts w:ascii="Times New Roman" w:hAnsi="Times New Roman" w:cs="Times New Roman"/>
          <w:sz w:val="28"/>
          <w:szCs w:val="28"/>
          <w:lang w:val="en-US"/>
        </w:rPr>
        <w:t>:</w:t>
      </w:r>
    </w:p>
    <w:p w14:paraId="2ACA9EA9" w14:textId="77777777" w:rsidR="005A0E53" w:rsidRPr="00C9280F" w:rsidRDefault="005A0E53"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Pr>
          <w:rFonts w:ascii="Times New Roman" w:hAnsi="Times New Roman" w:cs="Times New Roman"/>
          <w:sz w:val="28"/>
          <w:szCs w:val="28"/>
          <w:lang w:val="en-US"/>
        </w:rPr>
        <w:tab/>
      </w:r>
    </w:p>
    <w:p w14:paraId="54F6AE9B" w14:textId="445A89C4" w:rsidR="003A0182" w:rsidRPr="00C9280F" w:rsidRDefault="00C72FE7" w:rsidP="004E5643">
      <w:pPr>
        <w:spacing w:before="120" w:after="120" w:line="340" w:lineRule="exact"/>
        <w:ind w:firstLine="720"/>
        <w:jc w:val="both"/>
        <w:rPr>
          <w:rFonts w:ascii="Times New Roman" w:hAnsi="Times New Roman" w:cs="Times New Roman"/>
          <w:sz w:val="28"/>
          <w:szCs w:val="28"/>
          <w:lang w:val="en-US"/>
        </w:rPr>
      </w:pPr>
      <w:r w:rsidRPr="00C9280F">
        <w:rPr>
          <w:rFonts w:ascii="Times New Roman" w:hAnsi="Times New Roman" w:cs="Times New Roman"/>
          <w:sz w:val="28"/>
          <w:szCs w:val="28"/>
          <w:lang w:val="en-US"/>
        </w:rPr>
        <w:lastRenderedPageBreak/>
        <w:t xml:space="preserve">- </w:t>
      </w:r>
      <w:r w:rsidR="000C6407" w:rsidRPr="00C9280F">
        <w:rPr>
          <w:rFonts w:ascii="Times New Roman" w:hAnsi="Times New Roman" w:cs="Times New Roman"/>
          <w:sz w:val="28"/>
          <w:szCs w:val="28"/>
          <w:lang w:val="en-US"/>
        </w:rPr>
        <w:t xml:space="preserve">Nhân sự chuyên môn phụ trách công nghệ, nhân sự vận hành và </w:t>
      </w:r>
      <w:r w:rsidR="0072441C">
        <w:rPr>
          <w:rFonts w:ascii="Times New Roman" w:hAnsi="Times New Roman" w:cs="Times New Roman"/>
          <w:sz w:val="28"/>
          <w:szCs w:val="28"/>
          <w:lang w:val="en-US"/>
        </w:rPr>
        <w:t>đảm bảo</w:t>
      </w:r>
      <w:r w:rsidR="000C6407" w:rsidRPr="00C9280F">
        <w:rPr>
          <w:rFonts w:ascii="Times New Roman" w:hAnsi="Times New Roman" w:cs="Times New Roman"/>
          <w:sz w:val="28"/>
          <w:szCs w:val="28"/>
          <w:lang w:val="en-US"/>
        </w:rPr>
        <w:t xml:space="preserve"> </w:t>
      </w:r>
      <w:r w:rsidR="00E219D2">
        <w:rPr>
          <w:rFonts w:ascii="Times New Roman" w:hAnsi="Times New Roman" w:cs="Times New Roman"/>
          <w:sz w:val="28"/>
          <w:szCs w:val="28"/>
          <w:lang w:val="en-US"/>
        </w:rPr>
        <w:t>an toàn</w:t>
      </w:r>
      <w:r w:rsidR="00522FDD" w:rsidRPr="00C9280F">
        <w:rPr>
          <w:rFonts w:ascii="Times New Roman" w:hAnsi="Times New Roman" w:cs="Times New Roman"/>
          <w:sz w:val="28"/>
          <w:szCs w:val="28"/>
          <w:lang w:val="en-US"/>
        </w:rPr>
        <w:t>:</w:t>
      </w:r>
    </w:p>
    <w:p w14:paraId="3378FF04" w14:textId="77777777" w:rsidR="005A0E53" w:rsidRPr="00C9280F" w:rsidRDefault="005A0E53" w:rsidP="005A0E53">
      <w:pPr>
        <w:tabs>
          <w:tab w:val="left" w:leader="dot" w:pos="4111"/>
          <w:tab w:val="left" w:leader="dot" w:pos="9072"/>
        </w:tabs>
        <w:spacing w:before="120" w:after="120" w:line="340" w:lineRule="exact"/>
        <w:ind w:left="720"/>
        <w:rPr>
          <w:rFonts w:ascii="Times New Roman" w:hAnsi="Times New Roman" w:cs="Times New Roman"/>
          <w:sz w:val="28"/>
          <w:szCs w:val="28"/>
          <w:lang w:val="en-US"/>
        </w:rPr>
      </w:pPr>
      <w:r w:rsidRPr="00C9280F">
        <w:rPr>
          <w:rFonts w:ascii="Times New Roman" w:hAnsi="Times New Roman" w:cs="Times New Roman"/>
          <w:sz w:val="28"/>
          <w:szCs w:val="28"/>
          <w:lang w:val="en-US"/>
        </w:rPr>
        <w:t>Ông/Bà:</w:t>
      </w:r>
      <w:r>
        <w:rPr>
          <w:rFonts w:ascii="Times New Roman" w:hAnsi="Times New Roman" w:cs="Times New Roman"/>
          <w:sz w:val="28"/>
          <w:szCs w:val="28"/>
          <w:lang w:val="en-US"/>
        </w:rPr>
        <w:tab/>
      </w:r>
      <w:r w:rsidRPr="00C9280F">
        <w:rPr>
          <w:rFonts w:ascii="Times New Roman" w:hAnsi="Times New Roman" w:cs="Times New Roman"/>
          <w:sz w:val="28"/>
          <w:szCs w:val="28"/>
          <w:lang w:val="en-US"/>
        </w:rPr>
        <w:t>Chức danh:</w:t>
      </w:r>
      <w:r>
        <w:rPr>
          <w:rFonts w:ascii="Times New Roman" w:hAnsi="Times New Roman" w:cs="Times New Roman"/>
          <w:sz w:val="28"/>
          <w:szCs w:val="28"/>
          <w:lang w:val="en-US"/>
        </w:rPr>
        <w:tab/>
      </w:r>
    </w:p>
    <w:p w14:paraId="3F489CBC" w14:textId="2D2C1C4B" w:rsidR="003A0182" w:rsidRPr="00C9280F" w:rsidRDefault="003A0182"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w:t>
      </w:r>
      <w:r w:rsidR="00324B70" w:rsidRPr="00C9280F">
        <w:rPr>
          <w:rFonts w:ascii="Times New Roman" w:hAnsi="Times New Roman" w:cs="Times New Roman"/>
          <w:b/>
          <w:bCs/>
          <w:sz w:val="28"/>
          <w:szCs w:val="28"/>
          <w:lang w:val="en-US"/>
        </w:rPr>
        <w:t>II</w:t>
      </w:r>
      <w:r w:rsidRPr="00C9280F">
        <w:rPr>
          <w:rFonts w:ascii="Times New Roman" w:hAnsi="Times New Roman" w:cs="Times New Roman"/>
          <w:b/>
          <w:bCs/>
          <w:sz w:val="28"/>
          <w:szCs w:val="28"/>
          <w:lang w:val="en-US"/>
        </w:rPr>
        <w:t xml:space="preserve">. NỘI DUNG ĐÁNH GIÁ </w:t>
      </w:r>
    </w:p>
    <w:p w14:paraId="5FB1AFA9" w14:textId="58C36FE6" w:rsidR="003A0182" w:rsidRPr="00C9280F" w:rsidRDefault="00325635" w:rsidP="00610992">
      <w:pPr>
        <w:numPr>
          <w:ilvl w:val="0"/>
          <w:numId w:val="16"/>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Pr>
          <w:rFonts w:ascii="Times New Roman" w:hAnsi="Times New Roman" w:cs="Times New Roman"/>
          <w:sz w:val="28"/>
          <w:szCs w:val="28"/>
          <w:lang w:val="en-US"/>
        </w:rPr>
        <w:t>Mục tiêu</w:t>
      </w:r>
      <w:r w:rsidR="003A0182" w:rsidRPr="00C9280F">
        <w:rPr>
          <w:rFonts w:ascii="Times New Roman" w:hAnsi="Times New Roman" w:cs="Times New Roman"/>
          <w:sz w:val="28"/>
          <w:szCs w:val="28"/>
          <w:lang w:val="en-US"/>
        </w:rPr>
        <w:t xml:space="preserve"> đánh giá:</w:t>
      </w:r>
      <w:r w:rsidR="003A1A9B">
        <w:rPr>
          <w:rFonts w:ascii="Times New Roman" w:hAnsi="Times New Roman" w:cs="Times New Roman"/>
          <w:sz w:val="28"/>
          <w:szCs w:val="28"/>
          <w:lang w:val="en-US"/>
        </w:rPr>
        <w:tab/>
      </w:r>
    </w:p>
    <w:p w14:paraId="11D3B798" w14:textId="74D2FE10" w:rsidR="003A0182" w:rsidRPr="00C9280F" w:rsidRDefault="00A812DC" w:rsidP="00610992">
      <w:pPr>
        <w:numPr>
          <w:ilvl w:val="0"/>
          <w:numId w:val="16"/>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9280F">
        <w:rPr>
          <w:rFonts w:ascii="Times New Roman" w:hAnsi="Times New Roman" w:cs="Times New Roman"/>
          <w:sz w:val="28"/>
          <w:szCs w:val="28"/>
          <w:lang w:val="en-US"/>
        </w:rPr>
        <w:t>Nội dung</w:t>
      </w:r>
      <w:r w:rsidR="003A0182" w:rsidRPr="00C9280F">
        <w:rPr>
          <w:rFonts w:ascii="Times New Roman" w:hAnsi="Times New Roman" w:cs="Times New Roman"/>
          <w:sz w:val="28"/>
          <w:szCs w:val="28"/>
          <w:lang w:val="en-US"/>
        </w:rPr>
        <w:t xml:space="preserve"> đánh giá:</w:t>
      </w:r>
      <w:r w:rsidR="003A1A9B">
        <w:rPr>
          <w:rFonts w:ascii="Times New Roman" w:hAnsi="Times New Roman" w:cs="Times New Roman"/>
          <w:sz w:val="28"/>
          <w:szCs w:val="28"/>
          <w:lang w:val="en-US"/>
        </w:rPr>
        <w:tab/>
      </w:r>
    </w:p>
    <w:p w14:paraId="60610B9F" w14:textId="1781A701" w:rsidR="003D5945" w:rsidRPr="00C9280F" w:rsidRDefault="001D6B2B" w:rsidP="009C4FE2">
      <w:pPr>
        <w:spacing w:before="120" w:after="120" w:line="340" w:lineRule="exact"/>
        <w:rPr>
          <w:rFonts w:ascii="Times New Roman" w:hAnsi="Times New Roman" w:cs="Times New Roman"/>
          <w:b/>
          <w:bCs/>
          <w:sz w:val="28"/>
          <w:szCs w:val="28"/>
          <w:lang w:val="en-US"/>
        </w:rPr>
      </w:pPr>
      <w:r w:rsidRPr="00C9280F">
        <w:rPr>
          <w:rFonts w:ascii="Times New Roman" w:hAnsi="Times New Roman" w:cs="Times New Roman"/>
          <w:b/>
          <w:bCs/>
          <w:sz w:val="28"/>
          <w:szCs w:val="28"/>
          <w:lang w:val="en-US"/>
        </w:rPr>
        <w:t>I</w:t>
      </w:r>
      <w:r w:rsidR="003A0182" w:rsidRPr="00C9280F">
        <w:rPr>
          <w:rFonts w:ascii="Times New Roman" w:hAnsi="Times New Roman" w:cs="Times New Roman"/>
          <w:b/>
          <w:bCs/>
          <w:sz w:val="28"/>
          <w:szCs w:val="28"/>
          <w:lang w:val="en-US"/>
        </w:rPr>
        <w:t xml:space="preserve">V. KẾT QUẢ ĐÁNH GIÁ </w:t>
      </w:r>
    </w:p>
    <w:p w14:paraId="142EB427" w14:textId="38E13DF4" w:rsidR="003A0182" w:rsidRPr="00C9280F" w:rsidRDefault="000411B9" w:rsidP="001F7B81">
      <w:pPr>
        <w:spacing w:before="120" w:after="120" w:line="340" w:lineRule="exact"/>
        <w:jc w:val="both"/>
        <w:rPr>
          <w:rFonts w:ascii="Times New Roman" w:hAnsi="Times New Roman" w:cs="Times New Roman"/>
          <w:b/>
          <w:bCs/>
          <w:sz w:val="28"/>
          <w:szCs w:val="28"/>
          <w:lang w:val="en-US"/>
        </w:rPr>
      </w:pPr>
      <w:r w:rsidRPr="00C9280F">
        <w:rPr>
          <w:rFonts w:ascii="Times New Roman" w:hAnsi="Times New Roman" w:cs="Times New Roman"/>
          <w:sz w:val="28"/>
          <w:szCs w:val="28"/>
          <w:lang w:val="en-US"/>
        </w:rPr>
        <w:t>Đ</w:t>
      </w:r>
      <w:r w:rsidR="003D5945" w:rsidRPr="00C9280F">
        <w:rPr>
          <w:rFonts w:ascii="Times New Roman" w:hAnsi="Times New Roman" w:cs="Times New Roman"/>
          <w:sz w:val="28"/>
          <w:szCs w:val="28"/>
          <w:lang w:val="en-US"/>
        </w:rPr>
        <w:t xml:space="preserve">ánh giá kết quả </w:t>
      </w:r>
      <w:r w:rsidR="00F7763F" w:rsidRPr="00F7763F">
        <w:rPr>
          <w:rFonts w:ascii="Times New Roman" w:hAnsi="Times New Roman" w:cs="Times New Roman"/>
          <w:sz w:val="28"/>
          <w:szCs w:val="28"/>
          <w:lang w:val="en-US"/>
        </w:rPr>
        <w:t>thử nghiệm công nghệ trong điều kiện thực tế</w:t>
      </w:r>
      <w:r w:rsidR="00AE71F0">
        <w:rPr>
          <w:rFonts w:ascii="Times New Roman" w:hAnsi="Times New Roman" w:cs="Times New Roman"/>
          <w:sz w:val="28"/>
          <w:szCs w:val="28"/>
          <w:lang w:val="en-US"/>
        </w:rPr>
        <w:t>.</w:t>
      </w:r>
    </w:p>
    <w:p w14:paraId="5EC1FBB5" w14:textId="77777777" w:rsidR="003A0182" w:rsidRPr="00C9280F" w:rsidRDefault="003A0182" w:rsidP="001F7B81">
      <w:pPr>
        <w:spacing w:before="120" w:after="120" w:line="340" w:lineRule="exact"/>
        <w:jc w:val="both"/>
        <w:rPr>
          <w:rFonts w:ascii="Times New Roman" w:hAnsi="Times New Roman" w:cs="Times New Roman"/>
          <w:sz w:val="28"/>
          <w:szCs w:val="28"/>
          <w:lang w:val="en-US"/>
        </w:rPr>
      </w:pPr>
      <w:r w:rsidRPr="00C9280F">
        <w:rPr>
          <w:rFonts w:ascii="Times New Roman" w:hAnsi="Times New Roman" w:cs="Times New Roman"/>
          <w:sz w:val="28"/>
          <w:szCs w:val="28"/>
          <w:lang w:val="en-US"/>
        </w:rPr>
        <w:t>Biên bản được lập thành … bản, có giá trị như nhau; đã được đọc lại cho các bên cùng nghe, thống nhất nội dung và ký xác nhận.</w:t>
      </w:r>
    </w:p>
    <w:p w14:paraId="496A1ED2" w14:textId="1CE309E3" w:rsidR="003A0182" w:rsidRPr="00C9280F" w:rsidRDefault="003A0182" w:rsidP="009C4FE2">
      <w:pPr>
        <w:spacing w:before="120" w:after="120" w:line="340" w:lineRule="exact"/>
        <w:jc w:val="right"/>
        <w:rPr>
          <w:rFonts w:ascii="Times New Roman" w:hAnsi="Times New Roman" w:cs="Times New Roman"/>
          <w:sz w:val="28"/>
          <w:szCs w:val="28"/>
          <w:lang w:val="en-US"/>
        </w:rPr>
      </w:pPr>
      <w:r w:rsidRPr="00C9280F">
        <w:rPr>
          <w:rFonts w:ascii="Times New Roman" w:hAnsi="Times New Roman" w:cs="Times New Roman"/>
          <w:sz w:val="28"/>
          <w:szCs w:val="28"/>
          <w:lang w:val="vi-VN"/>
        </w:rPr>
        <w:t xml:space="preserve">…, ngày … tháng … năm </w:t>
      </w:r>
      <w:r w:rsidR="006A5372" w:rsidRPr="00C9280F">
        <w:rPr>
          <w:rFonts w:ascii="Times New Roman" w:hAnsi="Times New Roman" w:cs="Times New Roman"/>
          <w:sz w:val="28"/>
          <w:szCs w:val="28"/>
          <w:lang w:val="en-US"/>
        </w:rPr>
        <w:t>…</w:t>
      </w:r>
    </w:p>
    <w:tbl>
      <w:tblPr>
        <w:tblW w:w="5250" w:type="pct"/>
        <w:tblCellMar>
          <w:left w:w="0" w:type="dxa"/>
          <w:right w:w="0" w:type="dxa"/>
        </w:tblCellMar>
        <w:tblLook w:val="0000" w:firstRow="0" w:lastRow="0" w:firstColumn="0" w:lastColumn="0" w:noHBand="0" w:noVBand="0"/>
      </w:tblPr>
      <w:tblGrid>
        <w:gridCol w:w="4537"/>
        <w:gridCol w:w="4991"/>
      </w:tblGrid>
      <w:tr w:rsidR="003A0182" w:rsidRPr="00C9280F" w14:paraId="6E79390F" w14:textId="77777777" w:rsidTr="00567BBE">
        <w:tc>
          <w:tcPr>
            <w:tcW w:w="2381" w:type="pct"/>
            <w:shd w:val="clear" w:color="000000" w:fill="FFFFFF"/>
          </w:tcPr>
          <w:p w14:paraId="6E5BC9D0" w14:textId="409ACDF2" w:rsidR="003A0182" w:rsidRPr="00C9280F" w:rsidRDefault="00C435CE" w:rsidP="00567BBE">
            <w:pPr>
              <w:autoSpaceDE w:val="0"/>
              <w:autoSpaceDN w:val="0"/>
              <w:adjustRightInd w:val="0"/>
              <w:spacing w:before="120"/>
              <w:jc w:val="center"/>
              <w:rPr>
                <w:rFonts w:ascii="Times New Roman" w:hAnsi="Times New Roman" w:cs="Times New Roman"/>
                <w:i/>
                <w:iCs/>
                <w:sz w:val="28"/>
                <w:szCs w:val="28"/>
                <w:lang w:val="en"/>
              </w:rPr>
            </w:pPr>
            <w:r w:rsidRPr="00C435CE">
              <w:rPr>
                <w:rFonts w:ascii="Times New Roman" w:hAnsi="Times New Roman" w:cs="Times New Roman"/>
                <w:b/>
                <w:bCs/>
                <w:sz w:val="28"/>
                <w:szCs w:val="28"/>
              </w:rPr>
              <w:t xml:space="preserve">Đại diện tổ chức/cá nhân đề nghị </w:t>
            </w:r>
            <w:r w:rsidRPr="00C435CE">
              <w:rPr>
                <w:rFonts w:ascii="Times New Roman" w:hAnsi="Times New Roman" w:cs="Times New Roman"/>
                <w:b/>
                <w:bCs/>
                <w:sz w:val="28"/>
                <w:szCs w:val="28"/>
              </w:rPr>
              <w:br/>
              <w:t>thẩm định công nghệ</w:t>
            </w:r>
            <w:r w:rsidRPr="00C435CE">
              <w:rPr>
                <w:rFonts w:ascii="Times New Roman" w:hAnsi="Times New Roman" w:cs="Times New Roman"/>
                <w:b/>
                <w:bCs/>
                <w:sz w:val="28"/>
                <w:szCs w:val="28"/>
              </w:rPr>
              <w:br/>
            </w:r>
            <w:r w:rsidRPr="00C9280F">
              <w:rPr>
                <w:rFonts w:ascii="Times New Roman" w:hAnsi="Times New Roman" w:cs="Times New Roman"/>
                <w:i/>
                <w:iCs/>
                <w:sz w:val="28"/>
                <w:szCs w:val="28"/>
              </w:rPr>
              <w:t>(Họ, t</w:t>
            </w:r>
            <w:r w:rsidRPr="00C435CE">
              <w:rPr>
                <w:rFonts w:ascii="Times New Roman" w:hAnsi="Times New Roman" w:cs="Times New Roman"/>
                <w:i/>
                <w:iCs/>
                <w:sz w:val="28"/>
                <w:szCs w:val="28"/>
              </w:rPr>
              <w:t>ên và ch</w:t>
            </w:r>
            <w:r w:rsidRPr="00C9280F">
              <w:rPr>
                <w:rFonts w:ascii="Times New Roman" w:hAnsi="Times New Roman" w:cs="Times New Roman"/>
                <w:i/>
                <w:iCs/>
                <w:sz w:val="28"/>
                <w:szCs w:val="28"/>
              </w:rPr>
              <w:t>ữ k</w:t>
            </w:r>
            <w:r w:rsidRPr="00C435CE">
              <w:rPr>
                <w:rFonts w:ascii="Times New Roman" w:hAnsi="Times New Roman" w:cs="Times New Roman"/>
                <w:i/>
                <w:iCs/>
                <w:sz w:val="28"/>
                <w:szCs w:val="28"/>
              </w:rPr>
              <w:t>ý, đóng dấu)</w:t>
            </w:r>
          </w:p>
          <w:p w14:paraId="78649AF9" w14:textId="77777777" w:rsidR="003A0182" w:rsidRDefault="003A0182" w:rsidP="00C64A8C">
            <w:pPr>
              <w:autoSpaceDE w:val="0"/>
              <w:autoSpaceDN w:val="0"/>
              <w:adjustRightInd w:val="0"/>
              <w:spacing w:before="120"/>
              <w:rPr>
                <w:rFonts w:ascii="Times New Roman" w:hAnsi="Times New Roman" w:cs="Times New Roman"/>
                <w:sz w:val="28"/>
                <w:szCs w:val="28"/>
                <w:lang w:val="en"/>
              </w:rPr>
            </w:pPr>
          </w:p>
          <w:p w14:paraId="23A665A1" w14:textId="77777777" w:rsidR="00C435CE" w:rsidRDefault="00C435CE" w:rsidP="00C64A8C">
            <w:pPr>
              <w:autoSpaceDE w:val="0"/>
              <w:autoSpaceDN w:val="0"/>
              <w:adjustRightInd w:val="0"/>
              <w:spacing w:before="120"/>
              <w:rPr>
                <w:rFonts w:ascii="Times New Roman" w:hAnsi="Times New Roman" w:cs="Times New Roman"/>
                <w:sz w:val="28"/>
                <w:szCs w:val="28"/>
                <w:lang w:val="en"/>
              </w:rPr>
            </w:pPr>
          </w:p>
          <w:p w14:paraId="6D2B616E" w14:textId="77777777" w:rsidR="00C435CE" w:rsidRPr="00C9280F" w:rsidRDefault="00C435CE" w:rsidP="00C64A8C">
            <w:pPr>
              <w:autoSpaceDE w:val="0"/>
              <w:autoSpaceDN w:val="0"/>
              <w:adjustRightInd w:val="0"/>
              <w:spacing w:before="120"/>
              <w:rPr>
                <w:rFonts w:ascii="Times New Roman" w:hAnsi="Times New Roman" w:cs="Times New Roman"/>
                <w:sz w:val="28"/>
                <w:szCs w:val="28"/>
                <w:lang w:val="en"/>
              </w:rPr>
            </w:pPr>
          </w:p>
        </w:tc>
        <w:tc>
          <w:tcPr>
            <w:tcW w:w="2619" w:type="pct"/>
            <w:shd w:val="clear" w:color="000000" w:fill="FFFFFF"/>
          </w:tcPr>
          <w:p w14:paraId="3445A289" w14:textId="77777777" w:rsidR="003A0182" w:rsidRPr="00C9280F" w:rsidRDefault="003A0182" w:rsidP="00567BBE">
            <w:pPr>
              <w:autoSpaceDE w:val="0"/>
              <w:autoSpaceDN w:val="0"/>
              <w:adjustRightInd w:val="0"/>
              <w:spacing w:before="120"/>
              <w:jc w:val="center"/>
              <w:rPr>
                <w:rFonts w:ascii="Times New Roman" w:hAnsi="Times New Roman" w:cs="Times New Roman"/>
                <w:sz w:val="28"/>
                <w:szCs w:val="28"/>
                <w:lang w:val="en"/>
              </w:rPr>
            </w:pPr>
            <w:r w:rsidRPr="00C9280F">
              <w:rPr>
                <w:rFonts w:ascii="Times New Roman" w:hAnsi="Times New Roman" w:cs="Times New Roman"/>
                <w:b/>
                <w:bCs/>
                <w:sz w:val="28"/>
                <w:szCs w:val="28"/>
                <w:lang w:val="en"/>
              </w:rPr>
              <w:t>Ch</w:t>
            </w:r>
            <w:r w:rsidRPr="00C9280F">
              <w:rPr>
                <w:rFonts w:ascii="Times New Roman" w:hAnsi="Times New Roman" w:cs="Times New Roman"/>
                <w:b/>
                <w:bCs/>
                <w:sz w:val="28"/>
                <w:szCs w:val="28"/>
              </w:rPr>
              <w:t>ủ tịch Hội đồng</w:t>
            </w:r>
            <w:r w:rsidRPr="00C9280F">
              <w:rPr>
                <w:rFonts w:ascii="Times New Roman" w:hAnsi="Times New Roman" w:cs="Times New Roman"/>
                <w:b/>
                <w:bCs/>
                <w:sz w:val="28"/>
                <w:szCs w:val="28"/>
              </w:rPr>
              <w:br/>
            </w:r>
            <w:r w:rsidRPr="00C9280F">
              <w:rPr>
                <w:rFonts w:ascii="Times New Roman" w:hAnsi="Times New Roman" w:cs="Times New Roman"/>
                <w:i/>
                <w:iCs/>
                <w:sz w:val="28"/>
                <w:szCs w:val="28"/>
              </w:rPr>
              <w:t>(Họ, t</w:t>
            </w:r>
            <w:r w:rsidRPr="00C9280F">
              <w:rPr>
                <w:rFonts w:ascii="Times New Roman" w:hAnsi="Times New Roman" w:cs="Times New Roman"/>
                <w:i/>
                <w:iCs/>
                <w:sz w:val="28"/>
                <w:szCs w:val="28"/>
                <w:lang w:val="en-US"/>
              </w:rPr>
              <w:t>ên và ch</w:t>
            </w:r>
            <w:r w:rsidRPr="00C9280F">
              <w:rPr>
                <w:rFonts w:ascii="Times New Roman" w:hAnsi="Times New Roman" w:cs="Times New Roman"/>
                <w:i/>
                <w:iCs/>
                <w:sz w:val="28"/>
                <w:szCs w:val="28"/>
              </w:rPr>
              <w:t>ữ k</w:t>
            </w:r>
            <w:r w:rsidRPr="00C9280F">
              <w:rPr>
                <w:rFonts w:ascii="Times New Roman" w:hAnsi="Times New Roman" w:cs="Times New Roman"/>
                <w:i/>
                <w:iCs/>
                <w:sz w:val="28"/>
                <w:szCs w:val="28"/>
                <w:lang w:val="en-US"/>
              </w:rPr>
              <w:t>ý)</w:t>
            </w:r>
          </w:p>
        </w:tc>
      </w:tr>
      <w:tr w:rsidR="007630A1" w:rsidRPr="00C9280F" w14:paraId="16FE9754" w14:textId="77777777" w:rsidTr="00567BBE">
        <w:tc>
          <w:tcPr>
            <w:tcW w:w="2381" w:type="pct"/>
            <w:shd w:val="clear" w:color="000000" w:fill="FFFFFF"/>
          </w:tcPr>
          <w:p w14:paraId="1703B56C" w14:textId="2FEA0A53" w:rsidR="007630A1" w:rsidRPr="00C435CE" w:rsidRDefault="007630A1" w:rsidP="00567BBE">
            <w:pPr>
              <w:autoSpaceDE w:val="0"/>
              <w:autoSpaceDN w:val="0"/>
              <w:adjustRightInd w:val="0"/>
              <w:spacing w:before="120"/>
              <w:jc w:val="center"/>
              <w:rPr>
                <w:rFonts w:ascii="Times New Roman" w:hAnsi="Times New Roman" w:cs="Times New Roman"/>
                <w:b/>
                <w:bCs/>
                <w:sz w:val="28"/>
                <w:szCs w:val="28"/>
              </w:rPr>
            </w:pPr>
          </w:p>
        </w:tc>
        <w:tc>
          <w:tcPr>
            <w:tcW w:w="2619" w:type="pct"/>
            <w:shd w:val="clear" w:color="000000" w:fill="FFFFFF"/>
          </w:tcPr>
          <w:p w14:paraId="16D25FBD" w14:textId="77777777" w:rsidR="00C435CE" w:rsidRPr="00C435CE" w:rsidRDefault="00C435CE" w:rsidP="00C435CE">
            <w:pPr>
              <w:autoSpaceDE w:val="0"/>
              <w:autoSpaceDN w:val="0"/>
              <w:adjustRightInd w:val="0"/>
              <w:spacing w:before="120"/>
              <w:jc w:val="center"/>
              <w:rPr>
                <w:rFonts w:ascii="Times New Roman" w:hAnsi="Times New Roman" w:cs="Times New Roman"/>
                <w:i/>
                <w:iCs/>
                <w:sz w:val="28"/>
                <w:szCs w:val="28"/>
              </w:rPr>
            </w:pPr>
            <w:r w:rsidRPr="00C435CE">
              <w:rPr>
                <w:rFonts w:ascii="Times New Roman" w:hAnsi="Times New Roman" w:cs="Times New Roman"/>
                <w:b/>
                <w:bCs/>
                <w:sz w:val="28"/>
                <w:szCs w:val="28"/>
              </w:rPr>
              <w:t>Thư ký H</w:t>
            </w:r>
            <w:r w:rsidRPr="00C9280F">
              <w:rPr>
                <w:rFonts w:ascii="Times New Roman" w:hAnsi="Times New Roman" w:cs="Times New Roman"/>
                <w:b/>
                <w:bCs/>
                <w:sz w:val="28"/>
                <w:szCs w:val="28"/>
              </w:rPr>
              <w:t>ội đồng</w:t>
            </w:r>
            <w:r w:rsidRPr="00C9280F">
              <w:rPr>
                <w:rFonts w:ascii="Times New Roman" w:hAnsi="Times New Roman" w:cs="Times New Roman"/>
                <w:b/>
                <w:bCs/>
                <w:sz w:val="28"/>
                <w:szCs w:val="28"/>
              </w:rPr>
              <w:br/>
            </w:r>
            <w:r w:rsidRPr="00C9280F">
              <w:rPr>
                <w:rFonts w:ascii="Times New Roman" w:hAnsi="Times New Roman" w:cs="Times New Roman"/>
                <w:i/>
                <w:iCs/>
                <w:sz w:val="28"/>
                <w:szCs w:val="28"/>
              </w:rPr>
              <w:t>(Họ, t</w:t>
            </w:r>
            <w:r w:rsidRPr="00C435CE">
              <w:rPr>
                <w:rFonts w:ascii="Times New Roman" w:hAnsi="Times New Roman" w:cs="Times New Roman"/>
                <w:i/>
                <w:iCs/>
                <w:sz w:val="28"/>
                <w:szCs w:val="28"/>
              </w:rPr>
              <w:t>ên và ch</w:t>
            </w:r>
            <w:r w:rsidRPr="00C9280F">
              <w:rPr>
                <w:rFonts w:ascii="Times New Roman" w:hAnsi="Times New Roman" w:cs="Times New Roman"/>
                <w:i/>
                <w:iCs/>
                <w:sz w:val="28"/>
                <w:szCs w:val="28"/>
              </w:rPr>
              <w:t>ữ k</w:t>
            </w:r>
            <w:r w:rsidRPr="00C435CE">
              <w:rPr>
                <w:rFonts w:ascii="Times New Roman" w:hAnsi="Times New Roman" w:cs="Times New Roman"/>
                <w:i/>
                <w:iCs/>
                <w:sz w:val="28"/>
                <w:szCs w:val="28"/>
              </w:rPr>
              <w:t>ý)</w:t>
            </w:r>
          </w:p>
          <w:p w14:paraId="04539EC5" w14:textId="24D6B59E" w:rsidR="009962C3" w:rsidRPr="00C435CE" w:rsidRDefault="009962C3" w:rsidP="009962C3">
            <w:pPr>
              <w:autoSpaceDE w:val="0"/>
              <w:autoSpaceDN w:val="0"/>
              <w:adjustRightInd w:val="0"/>
              <w:spacing w:before="120"/>
              <w:jc w:val="center"/>
              <w:rPr>
                <w:rFonts w:ascii="Times New Roman" w:hAnsi="Times New Roman" w:cs="Times New Roman"/>
                <w:b/>
                <w:bCs/>
                <w:sz w:val="28"/>
                <w:szCs w:val="28"/>
              </w:rPr>
            </w:pPr>
          </w:p>
        </w:tc>
      </w:tr>
    </w:tbl>
    <w:p w14:paraId="41879B80" w14:textId="77777777" w:rsidR="00730D6A" w:rsidRPr="00C435CE" w:rsidRDefault="00730D6A" w:rsidP="003A0182">
      <w:pPr>
        <w:rPr>
          <w:rFonts w:ascii="Times New Roman" w:hAnsi="Times New Roman" w:cs="Times New Roman"/>
        </w:rPr>
      </w:pPr>
    </w:p>
    <w:p w14:paraId="35DB098B" w14:textId="77777777" w:rsidR="00F534F2" w:rsidRPr="00C435CE" w:rsidRDefault="00F534F2" w:rsidP="003A0182">
      <w:pPr>
        <w:rPr>
          <w:rFonts w:ascii="Times New Roman" w:hAnsi="Times New Roman" w:cs="Times New Roman"/>
        </w:rPr>
        <w:sectPr w:rsidR="00F534F2" w:rsidRPr="00C435CE" w:rsidSect="00A37CF3">
          <w:footnotePr>
            <w:numRestart w:val="eachSect"/>
          </w:footnotePr>
          <w:pgSz w:w="11909" w:h="16834"/>
          <w:pgMar w:top="1134" w:right="1134" w:bottom="1134" w:left="1701" w:header="720" w:footer="720" w:gutter="0"/>
          <w:cols w:space="720"/>
          <w:docGrid w:linePitch="299"/>
        </w:sectPr>
      </w:pPr>
    </w:p>
    <w:p w14:paraId="174DA549" w14:textId="6E0248B2" w:rsidR="00B41192" w:rsidRPr="00970C73" w:rsidRDefault="00B41192" w:rsidP="00626219">
      <w:pPr>
        <w:shd w:val="clear" w:color="auto" w:fill="FFFFFF"/>
        <w:spacing w:after="120" w:line="234" w:lineRule="atLeast"/>
        <w:jc w:val="right"/>
        <w:rPr>
          <w:rFonts w:ascii="Times New Roman" w:eastAsia="Times New Roman" w:hAnsi="Times New Roman" w:cs="Times New Roman"/>
          <w:i/>
          <w:iCs/>
          <w:color w:val="000000"/>
          <w:szCs w:val="26"/>
          <w:lang w:val="en-US"/>
        </w:rPr>
      </w:pPr>
      <w:bookmarkStart w:id="10" w:name="I8"/>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w:t>
      </w:r>
      <w:r w:rsidRPr="00970C73">
        <w:rPr>
          <w:rFonts w:ascii="Times New Roman" w:eastAsia="Times New Roman" w:hAnsi="Times New Roman" w:cs="Times New Roman"/>
          <w:i/>
          <w:iCs/>
          <w:color w:val="000000"/>
          <w:szCs w:val="26"/>
        </w:rPr>
        <w:t>.</w:t>
      </w:r>
      <w:r w:rsidR="00730D6A" w:rsidRPr="00970C73">
        <w:rPr>
          <w:rFonts w:ascii="Times New Roman" w:eastAsia="Times New Roman" w:hAnsi="Times New Roman" w:cs="Times New Roman"/>
          <w:i/>
          <w:iCs/>
          <w:color w:val="000000"/>
          <w:szCs w:val="26"/>
          <w:lang w:val="en-US"/>
        </w:rPr>
        <w:t>8</w:t>
      </w:r>
      <w:bookmarkEnd w:id="10"/>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tbl>
      <w:tblPr>
        <w:tblW w:w="5236" w:type="pct"/>
        <w:tblInd w:w="-289" w:type="dxa"/>
        <w:tblLook w:val="01E0" w:firstRow="1" w:lastRow="1" w:firstColumn="1" w:lastColumn="1" w:noHBand="0" w:noVBand="0"/>
      </w:tblPr>
      <w:tblGrid>
        <w:gridCol w:w="3833"/>
        <w:gridCol w:w="5669"/>
      </w:tblGrid>
      <w:tr w:rsidR="00D41266" w:rsidRPr="00287D99" w14:paraId="62499961" w14:textId="77777777" w:rsidTr="006267C2">
        <w:trPr>
          <w:trHeight w:val="1045"/>
        </w:trPr>
        <w:tc>
          <w:tcPr>
            <w:tcW w:w="2017" w:type="pct"/>
          </w:tcPr>
          <w:p w14:paraId="054578D6" w14:textId="24BA7DE9" w:rsidR="00D41266" w:rsidRPr="006267C2" w:rsidRDefault="00D41266" w:rsidP="00567BBE">
            <w:pPr>
              <w:spacing w:after="0" w:line="240" w:lineRule="auto"/>
              <w:jc w:val="center"/>
              <w:rPr>
                <w:rStyle w:val="Strong"/>
                <w:rFonts w:ascii="Times New Roman" w:hAnsi="Times New Roman" w:cs="Times New Roman"/>
                <w:sz w:val="24"/>
                <w:szCs w:val="24"/>
              </w:rPr>
            </w:pPr>
            <w:r w:rsidRPr="00287D99">
              <w:rPr>
                <w:rFonts w:ascii="Times New Roman" w:hAnsi="Times New Roman" w:cs="Times New Roman"/>
                <w:sz w:val="24"/>
                <w:szCs w:val="24"/>
                <w:lang w:val="en-US"/>
              </w:rPr>
              <w:t>ỦY BAN NHÂN DÂN</w:t>
            </w:r>
            <w:r w:rsidR="001B21C9">
              <w:rPr>
                <w:rFonts w:ascii="Times New Roman" w:hAnsi="Times New Roman" w:cs="Times New Roman"/>
                <w:sz w:val="24"/>
                <w:szCs w:val="24"/>
                <w:lang w:val="en-US"/>
              </w:rPr>
              <w:t xml:space="preserve"> TỈNH…</w:t>
            </w:r>
            <w:r w:rsidRPr="00287D99">
              <w:rPr>
                <w:rFonts w:ascii="Times New Roman" w:hAnsi="Times New Roman" w:cs="Times New Roman"/>
                <w:sz w:val="24"/>
                <w:szCs w:val="24"/>
              </w:rPr>
              <w:br/>
            </w:r>
            <w:r w:rsidRPr="006267C2">
              <w:rPr>
                <w:rFonts w:ascii="Times New Roman" w:hAnsi="Times New Roman" w:cs="Times New Roman"/>
                <w:b/>
                <w:bCs/>
                <w:sz w:val="24"/>
                <w:szCs w:val="24"/>
              </w:rPr>
              <w:t xml:space="preserve">CƠ QUAN CHUYÊN MÔN VỀ KHOA HỌC VÀ CÔNG NGHỆ THUỘC </w:t>
            </w:r>
            <w:r w:rsidR="00C3259C" w:rsidRPr="006267C2">
              <w:rPr>
                <w:rFonts w:ascii="Times New Roman" w:hAnsi="Times New Roman" w:cs="Times New Roman"/>
                <w:b/>
                <w:bCs/>
                <w:sz w:val="24"/>
                <w:szCs w:val="24"/>
              </w:rPr>
              <w:t>UBND</w:t>
            </w:r>
            <w:r w:rsidRPr="006267C2">
              <w:rPr>
                <w:rFonts w:ascii="Times New Roman" w:hAnsi="Times New Roman" w:cs="Times New Roman"/>
                <w:b/>
                <w:bCs/>
                <w:sz w:val="24"/>
                <w:szCs w:val="24"/>
              </w:rPr>
              <w:t xml:space="preserve"> CẤP TỈNH</w:t>
            </w:r>
          </w:p>
          <w:p w14:paraId="55394E75" w14:textId="700800DA" w:rsidR="00D41266" w:rsidRPr="00287D99" w:rsidRDefault="00C24A75" w:rsidP="00567BBE">
            <w:pPr>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57" behindDoc="0" locked="0" layoutInCell="1" allowOverlap="1" wp14:anchorId="7E15936B" wp14:editId="6602A715">
                      <wp:simplePos x="0" y="0"/>
                      <wp:positionH relativeFrom="column">
                        <wp:posOffset>685800</wp:posOffset>
                      </wp:positionH>
                      <wp:positionV relativeFrom="paragraph">
                        <wp:posOffset>64982</wp:posOffset>
                      </wp:positionV>
                      <wp:extent cx="936837" cy="0"/>
                      <wp:effectExtent l="0" t="0" r="0" b="0"/>
                      <wp:wrapNone/>
                      <wp:docPr id="1417070144" name="Straight Connector 12"/>
                      <wp:cNvGraphicFramePr/>
                      <a:graphic xmlns:a="http://schemas.openxmlformats.org/drawingml/2006/main">
                        <a:graphicData uri="http://schemas.microsoft.com/office/word/2010/wordprocessingShape">
                          <wps:wsp>
                            <wps:cNvCnPr/>
                            <wps:spPr>
                              <a:xfrm>
                                <a:off x="0" y="0"/>
                                <a:ext cx="9368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2CF050" id="Straight Connector 1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1pt" to="127.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" strokecolor="black [3040]"/>
                  </w:pict>
                </mc:Fallback>
              </mc:AlternateContent>
            </w:r>
          </w:p>
        </w:tc>
        <w:tc>
          <w:tcPr>
            <w:tcW w:w="2983" w:type="pct"/>
          </w:tcPr>
          <w:p w14:paraId="1283B87F" w14:textId="777F9587" w:rsidR="00D41266" w:rsidRPr="00287D99" w:rsidRDefault="00A33A9A" w:rsidP="00567BBE">
            <w:pPr>
              <w:spacing w:after="0" w:line="240" w:lineRule="auto"/>
              <w:jc w:val="center"/>
              <w:rPr>
                <w:rFonts w:ascii="Times New Roman" w:hAnsi="Times New Roman" w:cs="Times New Roman"/>
                <w:b/>
                <w:bCs/>
                <w:noProof/>
                <w:sz w:val="24"/>
                <w:szCs w:val="24"/>
              </w:rPr>
            </w:pPr>
            <w:r w:rsidRPr="006267C2">
              <w:rPr>
                <w:rFonts w:ascii="Times New Roman" w:hAnsi="Times New Roman" w:cs="Times New Roman"/>
                <w:b/>
                <w:bCs/>
                <w:noProof/>
                <w:sz w:val="26"/>
                <w:szCs w:val="26"/>
              </w:rPr>
              <mc:AlternateContent>
                <mc:Choice Requires="wps">
                  <w:drawing>
                    <wp:anchor distT="0" distB="0" distL="114300" distR="114300" simplePos="0" relativeHeight="251658258" behindDoc="0" locked="0" layoutInCell="1" allowOverlap="1" wp14:anchorId="74985A98" wp14:editId="2CD35B4E">
                      <wp:simplePos x="0" y="0"/>
                      <wp:positionH relativeFrom="column">
                        <wp:posOffset>662305</wp:posOffset>
                      </wp:positionH>
                      <wp:positionV relativeFrom="paragraph">
                        <wp:posOffset>436880</wp:posOffset>
                      </wp:positionV>
                      <wp:extent cx="2156460" cy="0"/>
                      <wp:effectExtent l="0" t="0" r="0" b="0"/>
                      <wp:wrapNone/>
                      <wp:docPr id="676636073" name="Straight Connector 13"/>
                      <wp:cNvGraphicFramePr/>
                      <a:graphic xmlns:a="http://schemas.openxmlformats.org/drawingml/2006/main">
                        <a:graphicData uri="http://schemas.microsoft.com/office/word/2010/wordprocessingShape">
                          <wps:wsp>
                            <wps:cNvCnPr/>
                            <wps:spPr>
                              <a:xfrm>
                                <a:off x="0" y="0"/>
                                <a:ext cx="2156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9C3233" id="Straight Connector 1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5pt,34.4pt" to="221.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" strokecolor="black [3040]"/>
                  </w:pict>
                </mc:Fallback>
              </mc:AlternateContent>
            </w:r>
            <w:r w:rsidR="00D41266" w:rsidRPr="006267C2">
              <w:rPr>
                <w:rFonts w:ascii="Times New Roman" w:hAnsi="Times New Roman" w:cs="Times New Roman"/>
                <w:b/>
                <w:bCs/>
                <w:noProof/>
                <w:sz w:val="26"/>
                <w:szCs w:val="26"/>
              </w:rPr>
              <w:t>CỘNG HÒA XÃ HỘI CHỦ NGHĨA VIỆT NAM</w:t>
            </w:r>
            <w:r w:rsidR="00D41266" w:rsidRPr="00287D99">
              <w:rPr>
                <w:rFonts w:ascii="Times New Roman" w:hAnsi="Times New Roman" w:cs="Times New Roman"/>
                <w:b/>
                <w:bCs/>
                <w:noProof/>
                <w:sz w:val="24"/>
                <w:szCs w:val="24"/>
              </w:rPr>
              <w:br/>
            </w:r>
            <w:r w:rsidR="00D41266" w:rsidRPr="006267C2">
              <w:rPr>
                <w:rFonts w:ascii="Times New Roman" w:hAnsi="Times New Roman" w:cs="Times New Roman"/>
                <w:b/>
                <w:bCs/>
                <w:noProof/>
                <w:sz w:val="28"/>
                <w:szCs w:val="28"/>
              </w:rPr>
              <w:t xml:space="preserve">Độc lập - Tự do - Hạnh phúc </w:t>
            </w:r>
            <w:r w:rsidR="00D41266" w:rsidRPr="00287D99">
              <w:rPr>
                <w:rFonts w:ascii="Times New Roman" w:hAnsi="Times New Roman" w:cs="Times New Roman"/>
                <w:b/>
                <w:bCs/>
                <w:noProof/>
                <w:sz w:val="24"/>
                <w:szCs w:val="24"/>
              </w:rPr>
              <w:br/>
            </w:r>
          </w:p>
        </w:tc>
      </w:tr>
      <w:tr w:rsidR="00D41266" w:rsidRPr="00287D99" w14:paraId="414AE548" w14:textId="77777777" w:rsidTr="006267C2">
        <w:trPr>
          <w:trHeight w:val="467"/>
        </w:trPr>
        <w:tc>
          <w:tcPr>
            <w:tcW w:w="2017" w:type="pct"/>
          </w:tcPr>
          <w:p w14:paraId="3C8E15C0" w14:textId="24FC9C03" w:rsidR="00D41266" w:rsidRPr="00B22493" w:rsidRDefault="00D41266" w:rsidP="00567BBE">
            <w:pPr>
              <w:spacing w:after="0" w:line="240" w:lineRule="auto"/>
              <w:jc w:val="center"/>
              <w:rPr>
                <w:rFonts w:ascii="Times New Roman" w:hAnsi="Times New Roman" w:cs="Times New Roman"/>
                <w:noProof/>
                <w:sz w:val="28"/>
                <w:szCs w:val="28"/>
                <w:lang w:val="en-US"/>
              </w:rPr>
            </w:pPr>
            <w:r w:rsidRPr="00B22493">
              <w:rPr>
                <w:rFonts w:ascii="Times New Roman" w:hAnsi="Times New Roman" w:cs="Times New Roman"/>
                <w:noProof/>
                <w:sz w:val="28"/>
                <w:szCs w:val="28"/>
              </w:rPr>
              <w:t xml:space="preserve">Số: </w:t>
            </w:r>
            <w:r w:rsidR="00A43252" w:rsidRPr="00B22493">
              <w:rPr>
                <w:rFonts w:ascii="Times New Roman" w:hAnsi="Times New Roman" w:cs="Times New Roman"/>
                <w:noProof/>
                <w:sz w:val="28"/>
                <w:szCs w:val="28"/>
                <w:lang w:val="en-US"/>
              </w:rPr>
              <w:t>…/TB-</w:t>
            </w:r>
          </w:p>
        </w:tc>
        <w:tc>
          <w:tcPr>
            <w:tcW w:w="2983" w:type="pct"/>
          </w:tcPr>
          <w:p w14:paraId="31E535BA" w14:textId="5231C88E" w:rsidR="00D41266" w:rsidRPr="00B22493" w:rsidRDefault="00D41266" w:rsidP="006A5372">
            <w:pPr>
              <w:spacing w:after="0" w:line="240" w:lineRule="auto"/>
              <w:jc w:val="center"/>
              <w:rPr>
                <w:rFonts w:ascii="Times New Roman" w:hAnsi="Times New Roman" w:cs="Times New Roman"/>
                <w:i/>
                <w:iCs/>
                <w:noProof/>
                <w:sz w:val="28"/>
                <w:szCs w:val="28"/>
              </w:rPr>
            </w:pPr>
            <w:r w:rsidRPr="00B22493">
              <w:rPr>
                <w:rFonts w:ascii="Times New Roman" w:hAnsi="Times New Roman" w:cs="Times New Roman"/>
                <w:i/>
                <w:iCs/>
                <w:noProof/>
                <w:sz w:val="28"/>
                <w:szCs w:val="28"/>
              </w:rPr>
              <w:t xml:space="preserve">…., ngày   tháng   năm </w:t>
            </w:r>
            <w:r w:rsidR="006A5372" w:rsidRPr="00B22493">
              <w:rPr>
                <w:rFonts w:ascii="Times New Roman" w:hAnsi="Times New Roman" w:cs="Times New Roman"/>
                <w:i/>
                <w:iCs/>
                <w:noProof/>
                <w:sz w:val="28"/>
                <w:szCs w:val="28"/>
                <w:lang w:val="en-US"/>
              </w:rPr>
              <w:t>..</w:t>
            </w:r>
            <w:r w:rsidRPr="00B22493">
              <w:rPr>
                <w:rFonts w:ascii="Times New Roman" w:hAnsi="Times New Roman" w:cs="Times New Roman"/>
                <w:i/>
                <w:iCs/>
                <w:noProof/>
                <w:sz w:val="28"/>
                <w:szCs w:val="28"/>
              </w:rPr>
              <w:t>.</w:t>
            </w:r>
          </w:p>
        </w:tc>
      </w:tr>
    </w:tbl>
    <w:p w14:paraId="0A449CF1" w14:textId="77777777" w:rsidR="00D41266" w:rsidRPr="00970C73" w:rsidRDefault="00D41266" w:rsidP="003A0182">
      <w:pPr>
        <w:autoSpaceDE w:val="0"/>
        <w:autoSpaceDN w:val="0"/>
        <w:adjustRightInd w:val="0"/>
        <w:spacing w:before="120" w:after="0"/>
        <w:jc w:val="center"/>
        <w:rPr>
          <w:rFonts w:ascii="Times New Roman" w:hAnsi="Times New Roman" w:cs="Times New Roman"/>
          <w:b/>
          <w:bCs/>
          <w:lang w:val="en-US"/>
        </w:rPr>
      </w:pPr>
    </w:p>
    <w:p w14:paraId="18E2B4FA" w14:textId="77777777" w:rsidR="00985EAA" w:rsidRDefault="003A0182" w:rsidP="00707BFA">
      <w:pPr>
        <w:autoSpaceDE w:val="0"/>
        <w:autoSpaceDN w:val="0"/>
        <w:adjustRightInd w:val="0"/>
        <w:spacing w:before="120" w:after="0"/>
        <w:jc w:val="center"/>
        <w:rPr>
          <w:rFonts w:ascii="Times New Roman" w:hAnsi="Times New Roman" w:cs="Times New Roman"/>
          <w:b/>
          <w:bCs/>
          <w:sz w:val="28"/>
          <w:szCs w:val="28"/>
          <w:lang w:val="en-US"/>
        </w:rPr>
      </w:pPr>
      <w:r w:rsidRPr="00CA25B8">
        <w:rPr>
          <w:rFonts w:ascii="Times New Roman" w:hAnsi="Times New Roman" w:cs="Times New Roman"/>
          <w:b/>
          <w:bCs/>
          <w:sz w:val="28"/>
          <w:szCs w:val="28"/>
          <w:lang w:val="en-US"/>
        </w:rPr>
        <w:t>THÔNG BÁO</w:t>
      </w:r>
      <w:r w:rsidR="00707BFA">
        <w:rPr>
          <w:rFonts w:ascii="Times New Roman" w:hAnsi="Times New Roman" w:cs="Times New Roman"/>
          <w:b/>
          <w:bCs/>
          <w:sz w:val="28"/>
          <w:szCs w:val="28"/>
          <w:lang w:val="en-US"/>
        </w:rPr>
        <w:t xml:space="preserve"> </w:t>
      </w:r>
    </w:p>
    <w:p w14:paraId="195B050B" w14:textId="341EB3C1" w:rsidR="003A0182" w:rsidRPr="00985EAA" w:rsidRDefault="003A0182" w:rsidP="00985EAA">
      <w:pPr>
        <w:autoSpaceDE w:val="0"/>
        <w:autoSpaceDN w:val="0"/>
        <w:adjustRightInd w:val="0"/>
        <w:spacing w:before="120" w:after="0"/>
        <w:jc w:val="both"/>
        <w:rPr>
          <w:rFonts w:ascii="Times New Roman Bold" w:hAnsi="Times New Roman Bold" w:cs="Times New Roman"/>
          <w:b/>
          <w:bCs/>
          <w:spacing w:val="-6"/>
          <w:sz w:val="28"/>
          <w:szCs w:val="28"/>
          <w:lang w:val="en-US"/>
        </w:rPr>
      </w:pPr>
      <w:r w:rsidRPr="00985EAA">
        <w:rPr>
          <w:rFonts w:ascii="Times New Roman Bold" w:hAnsi="Times New Roman Bold" w:cs="Times New Roman"/>
          <w:b/>
          <w:bCs/>
          <w:spacing w:val="-6"/>
          <w:sz w:val="28"/>
          <w:szCs w:val="28"/>
          <w:lang w:val="en-US"/>
        </w:rPr>
        <w:t>KẾT QUẢ THẨM ĐỊNH CÔNG NGHỆ TRONG TRƯỜNG HỢP ĐẶC THÙ</w:t>
      </w:r>
    </w:p>
    <w:p w14:paraId="1825FD0E" w14:textId="77777777" w:rsidR="00FE6C48" w:rsidRPr="00CA25B8" w:rsidRDefault="00FE6C48" w:rsidP="00FE6C48">
      <w:pPr>
        <w:spacing w:after="0"/>
        <w:jc w:val="center"/>
        <w:rPr>
          <w:rFonts w:ascii="Times New Roman" w:hAnsi="Times New Roman" w:cs="Times New Roman"/>
          <w:sz w:val="28"/>
          <w:szCs w:val="28"/>
          <w:lang w:val="en-US"/>
        </w:rPr>
      </w:pPr>
    </w:p>
    <w:p w14:paraId="3C9B50E8" w14:textId="0469B50B" w:rsidR="003A0182" w:rsidRPr="00CA25B8" w:rsidRDefault="003A0182" w:rsidP="00FE6C48">
      <w:pPr>
        <w:spacing w:after="0"/>
        <w:jc w:val="center"/>
        <w:rPr>
          <w:rFonts w:ascii="Times New Roman" w:hAnsi="Times New Roman" w:cs="Times New Roman"/>
          <w:sz w:val="28"/>
          <w:szCs w:val="28"/>
          <w:lang w:val="en-US"/>
        </w:rPr>
      </w:pPr>
      <w:r w:rsidRPr="00B34997">
        <w:rPr>
          <w:rFonts w:ascii="Times New Roman" w:eastAsia="Times New Roman" w:hAnsi="Times New Roman" w:cs="Times New Roman"/>
          <w:sz w:val="28"/>
          <w:szCs w:val="28"/>
          <w:lang w:val="en-US"/>
        </w:rPr>
        <w:t>Kính gửi:</w:t>
      </w:r>
      <w:r w:rsidRPr="00B34997">
        <w:rPr>
          <w:rFonts w:ascii="Times New Roman" w:hAnsi="Times New Roman" w:cs="Times New Roman"/>
          <w:sz w:val="28"/>
          <w:szCs w:val="28"/>
          <w:lang w:val="en-US"/>
        </w:rPr>
        <w:t xml:space="preserve"> </w:t>
      </w:r>
      <w:r w:rsidR="00FE6C48" w:rsidRPr="00CA25B8">
        <w:rPr>
          <w:rFonts w:ascii="Times New Roman" w:hAnsi="Times New Roman" w:cs="Times New Roman"/>
          <w:sz w:val="28"/>
          <w:szCs w:val="28"/>
          <w:lang w:val="en-US"/>
        </w:rPr>
        <w:t>…………………………………………………</w:t>
      </w:r>
      <w:proofErr w:type="gramStart"/>
      <w:r w:rsidR="00FE6C48" w:rsidRPr="00CA25B8">
        <w:rPr>
          <w:rFonts w:ascii="Times New Roman" w:hAnsi="Times New Roman" w:cs="Times New Roman"/>
          <w:sz w:val="28"/>
          <w:szCs w:val="28"/>
          <w:lang w:val="en-US"/>
        </w:rPr>
        <w:t>…..</w:t>
      </w:r>
      <w:proofErr w:type="gramEnd"/>
      <w:r w:rsidR="00FE6C48" w:rsidRPr="00CA25B8">
        <w:rPr>
          <w:rStyle w:val="FootnoteReference"/>
          <w:rFonts w:ascii="Times New Roman" w:hAnsi="Times New Roman" w:cs="Times New Roman"/>
          <w:sz w:val="28"/>
          <w:szCs w:val="28"/>
          <w:lang w:val="en-US"/>
        </w:rPr>
        <w:footnoteReference w:id="8"/>
      </w:r>
      <w:r w:rsidRPr="00CA25B8">
        <w:rPr>
          <w:rFonts w:ascii="Times New Roman" w:hAnsi="Times New Roman" w:cs="Times New Roman"/>
          <w:sz w:val="28"/>
          <w:szCs w:val="28"/>
          <w:lang w:val="en-US"/>
        </w:rPr>
        <w:br/>
      </w:r>
    </w:p>
    <w:p w14:paraId="21A6FD14" w14:textId="1CAB6795" w:rsidR="00EA01E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 xml:space="preserve">Căn cứ </w:t>
      </w:r>
      <w:r w:rsidR="00FA1BEF">
        <w:rPr>
          <w:rFonts w:ascii="Times New Roman" w:hAnsi="Times New Roman" w:cs="Times New Roman"/>
          <w:sz w:val="28"/>
          <w:szCs w:val="28"/>
          <w:lang w:val="en-US"/>
        </w:rPr>
        <w:t xml:space="preserve">khoản 5 </w:t>
      </w:r>
      <w:r w:rsidRPr="00CA25B8">
        <w:rPr>
          <w:rFonts w:ascii="Times New Roman" w:hAnsi="Times New Roman" w:cs="Times New Roman"/>
          <w:sz w:val="28"/>
          <w:szCs w:val="28"/>
          <w:lang w:val="en-US"/>
        </w:rPr>
        <w:t xml:space="preserve">Điều 11 Nghị định số </w:t>
      </w:r>
      <w:proofErr w:type="gramStart"/>
      <w:r w:rsidRPr="00CA25B8">
        <w:rPr>
          <w:rFonts w:ascii="Times New Roman" w:hAnsi="Times New Roman" w:cs="Times New Roman"/>
          <w:sz w:val="28"/>
          <w:szCs w:val="28"/>
          <w:lang w:val="en-US"/>
        </w:rPr>
        <w:t>…./</w:t>
      </w:r>
      <w:proofErr w:type="gramEnd"/>
      <w:r w:rsidRPr="00CA25B8">
        <w:rPr>
          <w:rFonts w:ascii="Times New Roman" w:hAnsi="Times New Roman" w:cs="Times New Roman"/>
          <w:sz w:val="28"/>
          <w:szCs w:val="28"/>
          <w:lang w:val="en-US"/>
        </w:rPr>
        <w:t xml:space="preserve">2026/NĐ-CP ngày … tháng … năm 2026 của Chính phủ </w:t>
      </w:r>
      <w:r w:rsidR="00A73CFE" w:rsidRPr="00A73CFE">
        <w:rPr>
          <w:rFonts w:ascii="Times New Roman" w:hAnsi="Times New Roman" w:cs="Times New Roman"/>
          <w:sz w:val="28"/>
          <w:szCs w:val="28"/>
          <w:lang w:val="en-US"/>
        </w:rPr>
        <w:t>quy định chi tiết một số điều và hướng dẫn biện pháp thi hành Luật Chuyển giao công nghệ số 07/2017/QH14; được sửa đổi bổ sung bởi Luật số 93/2025/QH15 và Luật số 115/2025/QH15</w:t>
      </w:r>
      <w:r w:rsidRPr="00CA25B8">
        <w:rPr>
          <w:rFonts w:ascii="Times New Roman" w:hAnsi="Times New Roman" w:cs="Times New Roman"/>
          <w:sz w:val="28"/>
          <w:szCs w:val="28"/>
          <w:lang w:val="en-US"/>
        </w:rPr>
        <w:t>;</w:t>
      </w:r>
    </w:p>
    <w:p w14:paraId="7484B129" w14:textId="7D447D9A" w:rsidR="00EA01E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Căn cứ hồ sơ đề nghị thẩm định công nghệ trong trường hợp đặc thù của (Tổ chức/cá nhân) nộp ngày …/…/</w:t>
      </w:r>
      <w:r w:rsidR="00D41266" w:rsidRPr="00CA25B8">
        <w:rPr>
          <w:rFonts w:ascii="Times New Roman" w:hAnsi="Times New Roman" w:cs="Times New Roman"/>
          <w:sz w:val="28"/>
          <w:szCs w:val="28"/>
          <w:lang w:val="en-US"/>
        </w:rPr>
        <w:t>…</w:t>
      </w:r>
      <w:r w:rsidR="00783FDF">
        <w:rPr>
          <w:rFonts w:ascii="Times New Roman" w:hAnsi="Times New Roman" w:cs="Times New Roman"/>
          <w:sz w:val="28"/>
          <w:szCs w:val="28"/>
          <w:lang w:val="en-US"/>
        </w:rPr>
        <w:t xml:space="preserve"> </w:t>
      </w:r>
      <w:r w:rsidRPr="00CA25B8">
        <w:rPr>
          <w:rFonts w:ascii="Times New Roman" w:hAnsi="Times New Roman" w:cs="Times New Roman"/>
          <w:sz w:val="28"/>
          <w:szCs w:val="28"/>
          <w:lang w:val="en-US"/>
        </w:rPr>
        <w:t>t</w:t>
      </w:r>
      <w:r w:rsidR="00783FDF">
        <w:rPr>
          <w:rFonts w:ascii="Times New Roman" w:hAnsi="Times New Roman" w:cs="Times New Roman"/>
          <w:sz w:val="28"/>
          <w:szCs w:val="28"/>
          <w:lang w:val="en-US"/>
        </w:rPr>
        <w:t>ạ</w:t>
      </w:r>
      <w:r w:rsidRPr="00CA25B8">
        <w:rPr>
          <w:rFonts w:ascii="Times New Roman" w:hAnsi="Times New Roman" w:cs="Times New Roman"/>
          <w:sz w:val="28"/>
          <w:szCs w:val="28"/>
          <w:lang w:val="en-US"/>
        </w:rPr>
        <w:t>i (</w:t>
      </w:r>
      <w:r w:rsidR="00D41266" w:rsidRPr="00CA25B8">
        <w:rPr>
          <w:rFonts w:ascii="Times New Roman" w:hAnsi="Times New Roman" w:cs="Times New Roman"/>
          <w:sz w:val="28"/>
          <w:szCs w:val="28"/>
          <w:lang w:val="en-US"/>
        </w:rPr>
        <w:t>Cơ quan chuyên môn về khoa học và công nghệ thuộc U</w:t>
      </w:r>
      <w:r w:rsidR="00696ED6">
        <w:rPr>
          <w:rFonts w:ascii="Times New Roman" w:hAnsi="Times New Roman" w:cs="Times New Roman"/>
          <w:sz w:val="28"/>
          <w:szCs w:val="28"/>
          <w:lang w:val="en-US"/>
        </w:rPr>
        <w:t>BND</w:t>
      </w:r>
      <w:r w:rsidR="00D41266" w:rsidRPr="00CA25B8">
        <w:rPr>
          <w:rFonts w:ascii="Times New Roman" w:hAnsi="Times New Roman" w:cs="Times New Roman"/>
          <w:sz w:val="28"/>
          <w:szCs w:val="28"/>
          <w:lang w:val="en-US"/>
        </w:rPr>
        <w:t xml:space="preserve"> cấp tỉnh…</w:t>
      </w:r>
      <w:r w:rsidRPr="00CA25B8">
        <w:rPr>
          <w:rFonts w:ascii="Times New Roman" w:hAnsi="Times New Roman" w:cs="Times New Roman"/>
          <w:sz w:val="28"/>
          <w:szCs w:val="28"/>
          <w:lang w:val="en-US"/>
        </w:rPr>
        <w:t>);</w:t>
      </w:r>
    </w:p>
    <w:p w14:paraId="4CC748DE" w14:textId="55E69DF6" w:rsidR="00EA01E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Căn cứ Quyết định thành lập Hội đồng tư vấn thẩm định công nghệ số …/QĐ-… ngày …/…/</w:t>
      </w:r>
      <w:r w:rsidR="00D41266" w:rsidRPr="00CA25B8">
        <w:rPr>
          <w:rFonts w:ascii="Times New Roman" w:hAnsi="Times New Roman" w:cs="Times New Roman"/>
          <w:sz w:val="28"/>
          <w:szCs w:val="28"/>
          <w:lang w:val="en-US"/>
        </w:rPr>
        <w:t>…</w:t>
      </w:r>
      <w:r w:rsidR="00BF5ED3">
        <w:rPr>
          <w:rFonts w:ascii="Times New Roman" w:hAnsi="Times New Roman" w:cs="Times New Roman"/>
          <w:sz w:val="28"/>
          <w:szCs w:val="28"/>
          <w:lang w:val="en-US"/>
        </w:rPr>
        <w:t xml:space="preserve"> </w:t>
      </w:r>
      <w:r w:rsidRPr="00CA25B8">
        <w:rPr>
          <w:rFonts w:ascii="Times New Roman" w:hAnsi="Times New Roman" w:cs="Times New Roman"/>
          <w:sz w:val="28"/>
          <w:szCs w:val="28"/>
          <w:lang w:val="en-US"/>
        </w:rPr>
        <w:t xml:space="preserve">của </w:t>
      </w:r>
      <w:r w:rsidR="00D41266" w:rsidRPr="00CA25B8">
        <w:rPr>
          <w:rFonts w:ascii="Times New Roman" w:hAnsi="Times New Roman" w:cs="Times New Roman"/>
          <w:sz w:val="28"/>
          <w:szCs w:val="28"/>
          <w:lang w:val="en-US"/>
        </w:rPr>
        <w:t>(Cơ quan chuyên môn về khoa học và công nghệ thuộc U</w:t>
      </w:r>
      <w:r w:rsidR="00D75FB7">
        <w:rPr>
          <w:rFonts w:ascii="Times New Roman" w:hAnsi="Times New Roman" w:cs="Times New Roman"/>
          <w:sz w:val="28"/>
          <w:szCs w:val="28"/>
          <w:lang w:val="en-US"/>
        </w:rPr>
        <w:t>BND</w:t>
      </w:r>
      <w:r w:rsidR="00D41266" w:rsidRPr="00CA25B8">
        <w:rPr>
          <w:rFonts w:ascii="Times New Roman" w:hAnsi="Times New Roman" w:cs="Times New Roman"/>
          <w:sz w:val="28"/>
          <w:szCs w:val="28"/>
          <w:lang w:val="en-US"/>
        </w:rPr>
        <w:t xml:space="preserve"> cấp tỉnh…);</w:t>
      </w:r>
    </w:p>
    <w:p w14:paraId="2579ABEA" w14:textId="48F46F6E" w:rsidR="00D41266" w:rsidRPr="00CA25B8" w:rsidRDefault="003A0182" w:rsidP="00940BD6">
      <w:pPr>
        <w:spacing w:before="120" w:after="120" w:line="340" w:lineRule="exact"/>
        <w:ind w:firstLine="720"/>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Căn cứ Biên bản họp Hội đồng tư vấn thẩm định công nghệ ngày …/…/</w:t>
      </w:r>
      <w:r w:rsidR="00D41266" w:rsidRPr="00CA25B8">
        <w:rPr>
          <w:rFonts w:ascii="Times New Roman" w:hAnsi="Times New Roman" w:cs="Times New Roman"/>
          <w:sz w:val="28"/>
          <w:szCs w:val="28"/>
          <w:lang w:val="en-US"/>
        </w:rPr>
        <w:t>…</w:t>
      </w:r>
      <w:r w:rsidR="00E83FC7">
        <w:rPr>
          <w:rFonts w:ascii="Times New Roman" w:hAnsi="Times New Roman" w:cs="Times New Roman"/>
          <w:sz w:val="28"/>
          <w:szCs w:val="28"/>
          <w:lang w:val="en-US"/>
        </w:rPr>
        <w:t>.</w:t>
      </w:r>
    </w:p>
    <w:p w14:paraId="0EF71F3F" w14:textId="2FF9F371" w:rsidR="003A0182" w:rsidRPr="00264F89" w:rsidRDefault="00631710" w:rsidP="0022747D">
      <w:pPr>
        <w:spacing w:before="120" w:after="120" w:line="340" w:lineRule="exact"/>
        <w:ind w:firstLine="720"/>
        <w:jc w:val="both"/>
        <w:rPr>
          <w:rFonts w:ascii="Times New Roman" w:hAnsi="Times New Roman" w:cs="Times New Roman"/>
          <w:spacing w:val="-6"/>
          <w:sz w:val="28"/>
          <w:szCs w:val="28"/>
          <w:lang w:val="en-US"/>
        </w:rPr>
      </w:pPr>
      <w:r>
        <w:rPr>
          <w:rFonts w:ascii="Times New Roman" w:hAnsi="Times New Roman" w:cs="Times New Roman"/>
          <w:spacing w:val="-6"/>
          <w:sz w:val="28"/>
          <w:szCs w:val="28"/>
          <w:lang w:val="en-US"/>
        </w:rPr>
        <w:t>(</w:t>
      </w:r>
      <w:r w:rsidR="00D41266" w:rsidRPr="00264F89">
        <w:rPr>
          <w:rFonts w:ascii="Times New Roman" w:hAnsi="Times New Roman" w:cs="Times New Roman"/>
          <w:spacing w:val="-6"/>
          <w:sz w:val="28"/>
          <w:szCs w:val="28"/>
          <w:lang w:val="en-US"/>
        </w:rPr>
        <w:t>Cơ quan chuyên môn về khoa học và công nghệ thuộc Uỷ ban nhân dân cấp tỉnh</w:t>
      </w:r>
      <w:r>
        <w:rPr>
          <w:rFonts w:ascii="Times New Roman" w:hAnsi="Times New Roman" w:cs="Times New Roman"/>
          <w:spacing w:val="-6"/>
          <w:sz w:val="28"/>
          <w:szCs w:val="28"/>
          <w:lang w:val="en-US"/>
        </w:rPr>
        <w:t xml:space="preserve">) </w:t>
      </w:r>
      <w:r w:rsidR="003A0182" w:rsidRPr="00631710">
        <w:rPr>
          <w:rFonts w:ascii="Times New Roman" w:eastAsia="Times New Roman" w:hAnsi="Times New Roman" w:cs="Times New Roman"/>
          <w:spacing w:val="-6"/>
          <w:sz w:val="28"/>
          <w:szCs w:val="28"/>
          <w:lang w:val="en-US"/>
        </w:rPr>
        <w:t xml:space="preserve">thông báo kết quả thẩm định công nghệ trong trường hợp đặc thù </w:t>
      </w:r>
      <w:r w:rsidR="00BF7E21">
        <w:rPr>
          <w:rFonts w:ascii="Times New Roman" w:eastAsia="Times New Roman" w:hAnsi="Times New Roman" w:cs="Times New Roman"/>
          <w:spacing w:val="-6"/>
          <w:sz w:val="28"/>
          <w:szCs w:val="28"/>
          <w:lang w:val="en-US"/>
        </w:rPr>
        <w:t>của (</w:t>
      </w:r>
      <w:r w:rsidR="00BE5818">
        <w:rPr>
          <w:rFonts w:ascii="Times New Roman" w:eastAsia="Times New Roman" w:hAnsi="Times New Roman" w:cs="Times New Roman"/>
          <w:spacing w:val="-6"/>
          <w:sz w:val="28"/>
          <w:szCs w:val="28"/>
          <w:lang w:val="en-US"/>
        </w:rPr>
        <w:t>T</w:t>
      </w:r>
      <w:r w:rsidR="00BF7E21" w:rsidRPr="00CA25B8">
        <w:rPr>
          <w:rFonts w:ascii="Times New Roman" w:hAnsi="Times New Roman" w:cs="Times New Roman"/>
          <w:sz w:val="28"/>
          <w:szCs w:val="28"/>
          <w:lang w:val="en-US"/>
        </w:rPr>
        <w:t>ổ chức/cá nhân</w:t>
      </w:r>
      <w:r w:rsidR="00BF7E21">
        <w:rPr>
          <w:rFonts w:ascii="Times New Roman" w:eastAsia="Times New Roman" w:hAnsi="Times New Roman" w:cs="Times New Roman"/>
          <w:spacing w:val="-6"/>
          <w:sz w:val="28"/>
          <w:szCs w:val="28"/>
          <w:lang w:val="en-US"/>
        </w:rPr>
        <w:t xml:space="preserve">) </w:t>
      </w:r>
      <w:r w:rsidR="003A0182" w:rsidRPr="00631710">
        <w:rPr>
          <w:rFonts w:ascii="Times New Roman" w:eastAsia="Times New Roman" w:hAnsi="Times New Roman" w:cs="Times New Roman"/>
          <w:spacing w:val="-6"/>
          <w:sz w:val="28"/>
          <w:szCs w:val="28"/>
          <w:lang w:val="en-US"/>
        </w:rPr>
        <w:t>như sau</w:t>
      </w:r>
      <w:r w:rsidR="00C470EA">
        <w:rPr>
          <w:rFonts w:ascii="Times New Roman" w:eastAsia="Times New Roman" w:hAnsi="Times New Roman" w:cs="Times New Roman"/>
          <w:spacing w:val="-6"/>
          <w:sz w:val="28"/>
          <w:szCs w:val="28"/>
          <w:lang w:val="en-US"/>
        </w:rPr>
        <w:t>:</w:t>
      </w:r>
    </w:p>
    <w:p w14:paraId="397670F4" w14:textId="77777777" w:rsidR="003A0182" w:rsidRPr="00CA25B8" w:rsidRDefault="003A0182" w:rsidP="00B550DB">
      <w:pPr>
        <w:spacing w:before="120" w:after="120" w:line="340" w:lineRule="exact"/>
        <w:rPr>
          <w:rFonts w:ascii="Times New Roman" w:hAnsi="Times New Roman" w:cs="Times New Roman"/>
          <w:b/>
          <w:bCs/>
          <w:sz w:val="28"/>
          <w:szCs w:val="28"/>
          <w:lang w:val="en-US"/>
        </w:rPr>
      </w:pPr>
      <w:r w:rsidRPr="00CA25B8">
        <w:rPr>
          <w:rFonts w:ascii="Times New Roman" w:hAnsi="Times New Roman" w:cs="Times New Roman"/>
          <w:b/>
          <w:bCs/>
          <w:sz w:val="28"/>
          <w:szCs w:val="28"/>
          <w:lang w:val="en-US"/>
        </w:rPr>
        <w:t>I. THÔNG TIN CHUNG</w:t>
      </w:r>
    </w:p>
    <w:p w14:paraId="0FD81BE8" w14:textId="15B395E9" w:rsidR="003A0182" w:rsidRPr="00CA25B8" w:rsidRDefault="003A0182" w:rsidP="00FE577E">
      <w:pPr>
        <w:numPr>
          <w:ilvl w:val="0"/>
          <w:numId w:val="4"/>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A25B8">
        <w:rPr>
          <w:rFonts w:ascii="Times New Roman" w:hAnsi="Times New Roman" w:cs="Times New Roman"/>
          <w:sz w:val="28"/>
          <w:szCs w:val="28"/>
          <w:lang w:val="en-US"/>
        </w:rPr>
        <w:t>Tên công nghệ:</w:t>
      </w:r>
      <w:r w:rsidR="00E65DE2">
        <w:rPr>
          <w:rFonts w:ascii="Times New Roman" w:hAnsi="Times New Roman" w:cs="Times New Roman"/>
          <w:sz w:val="28"/>
          <w:szCs w:val="28"/>
          <w:lang w:val="en-US"/>
        </w:rPr>
        <w:tab/>
      </w:r>
    </w:p>
    <w:p w14:paraId="70B34FE5" w14:textId="48B5CE7B" w:rsidR="003A0182" w:rsidRPr="00CA25B8" w:rsidRDefault="003A0182" w:rsidP="00FE577E">
      <w:pPr>
        <w:numPr>
          <w:ilvl w:val="0"/>
          <w:numId w:val="4"/>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A25B8">
        <w:rPr>
          <w:rFonts w:ascii="Times New Roman" w:hAnsi="Times New Roman" w:cs="Times New Roman"/>
          <w:sz w:val="28"/>
          <w:szCs w:val="28"/>
          <w:lang w:val="en-US"/>
        </w:rPr>
        <w:t>Tổ chức/cá nhân đề nghị thẩm định:</w:t>
      </w:r>
      <w:r w:rsidR="00E7599A">
        <w:rPr>
          <w:rFonts w:ascii="Times New Roman" w:hAnsi="Times New Roman" w:cs="Times New Roman"/>
          <w:sz w:val="28"/>
          <w:szCs w:val="28"/>
          <w:lang w:val="en-US"/>
        </w:rPr>
        <w:tab/>
      </w:r>
    </w:p>
    <w:p w14:paraId="560FC419" w14:textId="75082802" w:rsidR="003A0182" w:rsidRPr="00CA25B8" w:rsidRDefault="003A0182" w:rsidP="00FE577E">
      <w:pPr>
        <w:numPr>
          <w:ilvl w:val="0"/>
          <w:numId w:val="4"/>
        </w:numPr>
        <w:tabs>
          <w:tab w:val="clear" w:pos="720"/>
          <w:tab w:val="left" w:leader="dot" w:pos="9072"/>
        </w:tabs>
        <w:spacing w:before="120" w:after="120" w:line="340" w:lineRule="exact"/>
        <w:ind w:left="284" w:hanging="284"/>
        <w:rPr>
          <w:rFonts w:ascii="Times New Roman" w:hAnsi="Times New Roman" w:cs="Times New Roman"/>
          <w:sz w:val="28"/>
          <w:szCs w:val="28"/>
          <w:lang w:val="en-US"/>
        </w:rPr>
      </w:pPr>
      <w:r w:rsidRPr="00CA25B8">
        <w:rPr>
          <w:rFonts w:ascii="Times New Roman" w:hAnsi="Times New Roman" w:cs="Times New Roman"/>
          <w:sz w:val="28"/>
          <w:szCs w:val="28"/>
          <w:lang w:val="en-US"/>
        </w:rPr>
        <w:t>Mã hồ sơ (nếu có):</w:t>
      </w:r>
      <w:r w:rsidR="00E7599A">
        <w:rPr>
          <w:rFonts w:ascii="Times New Roman" w:hAnsi="Times New Roman" w:cs="Times New Roman"/>
          <w:sz w:val="28"/>
          <w:szCs w:val="28"/>
          <w:lang w:val="en-US"/>
        </w:rPr>
        <w:tab/>
      </w:r>
    </w:p>
    <w:p w14:paraId="35E2D131" w14:textId="7CA08CCA" w:rsidR="003A0182" w:rsidRPr="00CA25B8" w:rsidRDefault="003A0182" w:rsidP="00B550DB">
      <w:pPr>
        <w:spacing w:before="120" w:after="120" w:line="340" w:lineRule="exact"/>
        <w:rPr>
          <w:rFonts w:ascii="Times New Roman" w:hAnsi="Times New Roman" w:cs="Times New Roman"/>
          <w:b/>
          <w:bCs/>
          <w:sz w:val="28"/>
          <w:szCs w:val="28"/>
          <w:lang w:val="en-US"/>
        </w:rPr>
      </w:pPr>
      <w:r w:rsidRPr="00CA25B8">
        <w:rPr>
          <w:rFonts w:ascii="Times New Roman" w:hAnsi="Times New Roman" w:cs="Times New Roman"/>
          <w:b/>
          <w:bCs/>
          <w:sz w:val="28"/>
          <w:szCs w:val="28"/>
          <w:lang w:val="en-US"/>
        </w:rPr>
        <w:t xml:space="preserve">II. KẾT </w:t>
      </w:r>
      <w:r w:rsidR="00E2781D">
        <w:rPr>
          <w:rFonts w:ascii="Times New Roman" w:hAnsi="Times New Roman" w:cs="Times New Roman"/>
          <w:b/>
          <w:bCs/>
          <w:sz w:val="28"/>
          <w:szCs w:val="28"/>
          <w:lang w:val="en-US"/>
        </w:rPr>
        <w:t>QUẢ</w:t>
      </w:r>
      <w:r w:rsidRPr="00CA25B8">
        <w:rPr>
          <w:rFonts w:ascii="Times New Roman" w:hAnsi="Times New Roman" w:cs="Times New Roman"/>
          <w:b/>
          <w:bCs/>
          <w:sz w:val="28"/>
          <w:szCs w:val="28"/>
          <w:lang w:val="en-US"/>
        </w:rPr>
        <w:t xml:space="preserve"> THẨM ĐỊNH</w:t>
      </w:r>
    </w:p>
    <w:p w14:paraId="44F0BAB2" w14:textId="6359BDC9" w:rsidR="0022747D" w:rsidRDefault="003A0182" w:rsidP="0022747D">
      <w:pPr>
        <w:spacing w:before="120" w:after="120" w:line="340" w:lineRule="exact"/>
        <w:jc w:val="both"/>
        <w:rPr>
          <w:rFonts w:ascii="Times New Roman" w:hAnsi="Times New Roman" w:cs="Times New Roman"/>
          <w:sz w:val="28"/>
          <w:szCs w:val="28"/>
          <w:lang w:val="en-US"/>
        </w:rPr>
      </w:pPr>
      <w:r w:rsidRPr="00CA25B8">
        <w:rPr>
          <w:rFonts w:ascii="Times New Roman" w:hAnsi="Times New Roman" w:cs="Times New Roman"/>
          <w:sz w:val="28"/>
          <w:szCs w:val="28"/>
          <w:lang w:val="en-US"/>
        </w:rPr>
        <w:t xml:space="preserve">Căn cứ kết </w:t>
      </w:r>
      <w:r w:rsidR="00C14035">
        <w:rPr>
          <w:rFonts w:ascii="Times New Roman" w:hAnsi="Times New Roman" w:cs="Times New Roman"/>
          <w:sz w:val="28"/>
          <w:szCs w:val="28"/>
          <w:lang w:val="en-US"/>
        </w:rPr>
        <w:t>luận</w:t>
      </w:r>
      <w:r w:rsidRPr="00CA25B8">
        <w:rPr>
          <w:rFonts w:ascii="Times New Roman" w:hAnsi="Times New Roman" w:cs="Times New Roman"/>
          <w:sz w:val="28"/>
          <w:szCs w:val="28"/>
          <w:lang w:val="en-US"/>
        </w:rPr>
        <w:t xml:space="preserve"> của Hội đồng tư vấn thẩm định công nghệ, (</w:t>
      </w:r>
      <w:r w:rsidR="00D41266" w:rsidRPr="00CA25B8">
        <w:rPr>
          <w:rFonts w:ascii="Times New Roman" w:hAnsi="Times New Roman" w:cs="Times New Roman"/>
          <w:sz w:val="28"/>
          <w:szCs w:val="28"/>
          <w:lang w:val="en-US"/>
        </w:rPr>
        <w:t>Cơ quan chuyên môn về khoa học và công nghệ thuộc U</w:t>
      </w:r>
      <w:r w:rsidR="00B30C29">
        <w:rPr>
          <w:rFonts w:ascii="Times New Roman" w:hAnsi="Times New Roman" w:cs="Times New Roman"/>
          <w:sz w:val="28"/>
          <w:szCs w:val="28"/>
          <w:lang w:val="en-US"/>
        </w:rPr>
        <w:t>BND</w:t>
      </w:r>
      <w:r w:rsidR="00D41266" w:rsidRPr="00CA25B8">
        <w:rPr>
          <w:rFonts w:ascii="Times New Roman" w:hAnsi="Times New Roman" w:cs="Times New Roman"/>
          <w:sz w:val="28"/>
          <w:szCs w:val="28"/>
          <w:lang w:val="en-US"/>
        </w:rPr>
        <w:t xml:space="preserve"> cấp tỉnh</w:t>
      </w:r>
      <w:r w:rsidRPr="00CA25B8">
        <w:rPr>
          <w:rFonts w:ascii="Times New Roman" w:hAnsi="Times New Roman" w:cs="Times New Roman"/>
          <w:sz w:val="28"/>
          <w:szCs w:val="28"/>
          <w:lang w:val="en-US"/>
        </w:rPr>
        <w:t>) thông báo</w:t>
      </w:r>
      <w:r w:rsidR="00E2781D">
        <w:rPr>
          <w:rFonts w:ascii="Times New Roman" w:hAnsi="Times New Roman" w:cs="Times New Roman"/>
          <w:sz w:val="28"/>
          <w:szCs w:val="28"/>
          <w:lang w:val="en-US"/>
        </w:rPr>
        <w:t xml:space="preserve"> kết quả thẩm định</w:t>
      </w:r>
      <w:r w:rsidR="00BD4CC9">
        <w:rPr>
          <w:rFonts w:ascii="Times New Roman" w:hAnsi="Times New Roman" w:cs="Times New Roman"/>
          <w:sz w:val="28"/>
          <w:szCs w:val="28"/>
          <w:lang w:val="en-US"/>
        </w:rPr>
        <w:t xml:space="preserve"> theo quy định tại khoản 8 Điều 13 Nghị định </w:t>
      </w:r>
      <w:proofErr w:type="gramStart"/>
      <w:r w:rsidR="00BD4CC9">
        <w:rPr>
          <w:rFonts w:ascii="Times New Roman" w:hAnsi="Times New Roman" w:cs="Times New Roman"/>
          <w:sz w:val="28"/>
          <w:szCs w:val="28"/>
          <w:lang w:val="en-US"/>
        </w:rPr>
        <w:t>số  …</w:t>
      </w:r>
      <w:proofErr w:type="gramEnd"/>
      <w:r w:rsidR="00BD4CC9">
        <w:rPr>
          <w:rFonts w:ascii="Times New Roman" w:hAnsi="Times New Roman" w:cs="Times New Roman"/>
          <w:sz w:val="28"/>
          <w:szCs w:val="28"/>
          <w:lang w:val="en-US"/>
        </w:rPr>
        <w:t>/2026/NĐ-CP ngày …/…/…</w:t>
      </w:r>
      <w:r w:rsidR="00E2781D">
        <w:rPr>
          <w:rFonts w:ascii="Times New Roman" w:hAnsi="Times New Roman" w:cs="Times New Roman"/>
          <w:sz w:val="28"/>
          <w:szCs w:val="28"/>
          <w:lang w:val="en-US"/>
        </w:rPr>
        <w:t>:</w:t>
      </w:r>
    </w:p>
    <w:p w14:paraId="1347D166" w14:textId="77777777" w:rsidR="0022747D" w:rsidRDefault="003A0182" w:rsidP="0022747D">
      <w:pPr>
        <w:spacing w:before="120" w:after="120" w:line="340" w:lineRule="exact"/>
        <w:jc w:val="both"/>
        <w:rPr>
          <w:rFonts w:ascii="Times New Roman" w:eastAsia="Times New Roman" w:hAnsi="Times New Roman" w:cs="Times New Roman"/>
          <w:sz w:val="28"/>
          <w:szCs w:val="28"/>
          <w:lang w:val="en-US"/>
        </w:rPr>
      </w:pPr>
      <w:r w:rsidRPr="00B550DB">
        <w:rPr>
          <w:rFonts w:ascii="Times New Roman" w:hAnsi="Times New Roman" w:cs="Times New Roman"/>
          <w:sz w:val="40"/>
          <w:szCs w:val="40"/>
          <w:lang w:val="en-US"/>
        </w:rPr>
        <w:lastRenderedPageBreak/>
        <w:t>□</w:t>
      </w:r>
      <w:r w:rsidRPr="00CA25B8">
        <w:rPr>
          <w:rFonts w:ascii="Times New Roman" w:hAnsi="Times New Roman" w:cs="Times New Roman"/>
          <w:sz w:val="28"/>
          <w:szCs w:val="28"/>
          <w:lang w:val="en-US"/>
        </w:rPr>
        <w:t xml:space="preserve"> </w:t>
      </w:r>
      <w:r w:rsidRPr="00CA25B8">
        <w:rPr>
          <w:rFonts w:ascii="Times New Roman" w:eastAsia="Times New Roman" w:hAnsi="Times New Roman" w:cs="Times New Roman"/>
          <w:sz w:val="28"/>
          <w:szCs w:val="28"/>
          <w:lang w:val="en-US"/>
        </w:rPr>
        <w:t>Công nghệ được thẩm định đủ điều kiện để ứng dụng trong sản xuất, kinh doanh.</w:t>
      </w:r>
    </w:p>
    <w:p w14:paraId="5557DF68" w14:textId="338D73AB" w:rsidR="00AF697E" w:rsidRPr="00AF697E" w:rsidRDefault="00AF697E" w:rsidP="0022747D">
      <w:pPr>
        <w:spacing w:before="120" w:after="120" w:line="340" w:lineRule="exact"/>
        <w:jc w:val="both"/>
        <w:rPr>
          <w:rFonts w:ascii="Times New Roman" w:hAnsi="Times New Roman" w:cs="Times New Roman"/>
          <w:i/>
          <w:iCs/>
          <w:sz w:val="28"/>
          <w:szCs w:val="28"/>
          <w:lang w:val="en-US"/>
        </w:rPr>
      </w:pPr>
      <w:r w:rsidRPr="00AF697E">
        <w:rPr>
          <w:rFonts w:ascii="Times New Roman" w:eastAsia="Times New Roman" w:hAnsi="Times New Roman" w:cs="Times New Roman"/>
          <w:i/>
          <w:iCs/>
          <w:sz w:val="28"/>
          <w:szCs w:val="28"/>
          <w:lang w:val="en-US"/>
        </w:rPr>
        <w:t>Hoặc</w:t>
      </w:r>
    </w:p>
    <w:p w14:paraId="4A21A404" w14:textId="3A777171" w:rsidR="003A0182" w:rsidRDefault="003A0182" w:rsidP="0022747D">
      <w:pPr>
        <w:spacing w:before="120" w:after="120" w:line="340" w:lineRule="exact"/>
        <w:jc w:val="both"/>
        <w:rPr>
          <w:rFonts w:ascii="Times New Roman" w:eastAsia="Times New Roman" w:hAnsi="Times New Roman" w:cs="Times New Roman"/>
          <w:sz w:val="28"/>
          <w:szCs w:val="28"/>
          <w:lang w:val="en-US"/>
        </w:rPr>
      </w:pPr>
      <w:r w:rsidRPr="00B550DB">
        <w:rPr>
          <w:rFonts w:ascii="Times New Roman" w:hAnsi="Times New Roman" w:cs="Times New Roman"/>
          <w:sz w:val="40"/>
          <w:szCs w:val="40"/>
          <w:lang w:val="en-US"/>
        </w:rPr>
        <w:t>□</w:t>
      </w:r>
      <w:r w:rsidRPr="00CA25B8">
        <w:rPr>
          <w:rFonts w:ascii="Times New Roman" w:hAnsi="Times New Roman" w:cs="Times New Roman"/>
          <w:sz w:val="28"/>
          <w:szCs w:val="28"/>
          <w:lang w:val="en-US"/>
        </w:rPr>
        <w:t xml:space="preserve"> </w:t>
      </w:r>
      <w:r w:rsidRPr="00CA25B8">
        <w:rPr>
          <w:rFonts w:ascii="Times New Roman" w:eastAsia="Times New Roman" w:hAnsi="Times New Roman" w:cs="Times New Roman"/>
          <w:sz w:val="28"/>
          <w:szCs w:val="28"/>
          <w:lang w:val="en-US"/>
        </w:rPr>
        <w:t>Công nghệ chưa đủ điều kiện để ứng dụng trong sản xuất, kinh doanh.</w:t>
      </w:r>
    </w:p>
    <w:p w14:paraId="416A15F8" w14:textId="0760B32A" w:rsidR="00CD11D5" w:rsidRDefault="00FE161F" w:rsidP="00FE161F">
      <w:pPr>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Việc sử dụng </w:t>
      </w:r>
      <w:r w:rsidRPr="00FE161F">
        <w:rPr>
          <w:rFonts w:ascii="Times New Roman" w:hAnsi="Times New Roman" w:cs="Times New Roman"/>
          <w:sz w:val="28"/>
          <w:szCs w:val="28"/>
          <w:lang w:val="en-US"/>
        </w:rPr>
        <w:t>kết quả thẩm định công nghệ</w:t>
      </w:r>
      <w:r>
        <w:rPr>
          <w:rFonts w:ascii="Times New Roman" w:hAnsi="Times New Roman" w:cs="Times New Roman"/>
          <w:sz w:val="28"/>
          <w:szCs w:val="28"/>
          <w:lang w:val="en-US"/>
        </w:rPr>
        <w:t xml:space="preserve"> tại Thông báo</w:t>
      </w:r>
      <w:r w:rsidRPr="00FE161F">
        <w:rPr>
          <w:rFonts w:ascii="Times New Roman" w:hAnsi="Times New Roman" w:cs="Times New Roman"/>
          <w:sz w:val="28"/>
          <w:szCs w:val="28"/>
          <w:lang w:val="en-US"/>
        </w:rPr>
        <w:t xml:space="preserve"> </w:t>
      </w:r>
      <w:r>
        <w:rPr>
          <w:rFonts w:ascii="Times New Roman" w:hAnsi="Times New Roman" w:cs="Times New Roman"/>
          <w:sz w:val="28"/>
          <w:szCs w:val="28"/>
          <w:lang w:val="en-US"/>
        </w:rPr>
        <w:t>này</w:t>
      </w:r>
      <w:r w:rsidR="00CD11D5">
        <w:rPr>
          <w:rFonts w:ascii="Times New Roman" w:hAnsi="Times New Roman" w:cs="Times New Roman"/>
          <w:sz w:val="28"/>
          <w:szCs w:val="28"/>
          <w:lang w:val="en-US"/>
        </w:rPr>
        <w:t xml:space="preserve"> tuân thủ quy định tại điểm b khoản 5 Điều 11 </w:t>
      </w:r>
      <w:r w:rsidR="00CD11D5" w:rsidRPr="00CD11D5">
        <w:rPr>
          <w:rFonts w:ascii="Times New Roman" w:hAnsi="Times New Roman" w:cs="Times New Roman"/>
          <w:sz w:val="28"/>
          <w:szCs w:val="28"/>
          <w:lang w:val="en-US"/>
        </w:rPr>
        <w:t xml:space="preserve">Nghị định </w:t>
      </w:r>
      <w:proofErr w:type="gramStart"/>
      <w:r w:rsidR="00CD11D5" w:rsidRPr="00CD11D5">
        <w:rPr>
          <w:rFonts w:ascii="Times New Roman" w:hAnsi="Times New Roman" w:cs="Times New Roman"/>
          <w:sz w:val="28"/>
          <w:szCs w:val="28"/>
          <w:lang w:val="en-US"/>
        </w:rPr>
        <w:t>số  …</w:t>
      </w:r>
      <w:proofErr w:type="gramEnd"/>
      <w:r w:rsidR="00CD11D5" w:rsidRPr="00CD11D5">
        <w:rPr>
          <w:rFonts w:ascii="Times New Roman" w:hAnsi="Times New Roman" w:cs="Times New Roman"/>
          <w:sz w:val="28"/>
          <w:szCs w:val="28"/>
          <w:lang w:val="en-US"/>
        </w:rPr>
        <w:t>/2026/NĐ-CP ngày …/…/…</w:t>
      </w:r>
      <w:r w:rsidR="00CD11D5">
        <w:rPr>
          <w:rFonts w:ascii="Times New Roman" w:hAnsi="Times New Roman" w:cs="Times New Roman"/>
          <w:sz w:val="28"/>
          <w:szCs w:val="28"/>
          <w:lang w:val="en-US"/>
        </w:rPr>
        <w:t xml:space="preserve"> .</w:t>
      </w:r>
    </w:p>
    <w:p w14:paraId="247F824D" w14:textId="77777777" w:rsidR="00FF33BC" w:rsidRPr="00CA25B8" w:rsidRDefault="00FF33BC" w:rsidP="00FE161F">
      <w:pPr>
        <w:spacing w:before="120" w:after="120" w:line="340" w:lineRule="exact"/>
        <w:jc w:val="both"/>
        <w:rPr>
          <w:rFonts w:ascii="Times New Roman" w:hAnsi="Times New Roman" w:cs="Times New Roman"/>
          <w:sz w:val="28"/>
          <w:szCs w:val="28"/>
          <w:lang w:val="en-US"/>
        </w:rPr>
      </w:pPr>
    </w:p>
    <w:tbl>
      <w:tblPr>
        <w:tblW w:w="5237" w:type="pct"/>
        <w:tblCellMar>
          <w:left w:w="0" w:type="dxa"/>
          <w:right w:w="0" w:type="dxa"/>
        </w:tblCellMar>
        <w:tblLook w:val="0000" w:firstRow="0" w:lastRow="0" w:firstColumn="0" w:lastColumn="0" w:noHBand="0" w:noVBand="0"/>
      </w:tblPr>
      <w:tblGrid>
        <w:gridCol w:w="4062"/>
        <w:gridCol w:w="5442"/>
      </w:tblGrid>
      <w:tr w:rsidR="003A0182" w:rsidRPr="00CA25B8" w14:paraId="38B1E569" w14:textId="77777777" w:rsidTr="00730D6A">
        <w:tc>
          <w:tcPr>
            <w:tcW w:w="2137" w:type="pct"/>
            <w:shd w:val="clear" w:color="auto" w:fill="FFFFFF"/>
          </w:tcPr>
          <w:p w14:paraId="663E09F1" w14:textId="211D11A2" w:rsidR="00D41266" w:rsidRPr="00B5766C" w:rsidRDefault="003A0182" w:rsidP="00D41266">
            <w:pPr>
              <w:autoSpaceDE w:val="0"/>
              <w:autoSpaceDN w:val="0"/>
              <w:adjustRightInd w:val="0"/>
              <w:spacing w:after="0"/>
              <w:rPr>
                <w:rFonts w:ascii="Times New Roman" w:hAnsi="Times New Roman" w:cs="Times New Roman"/>
                <w:sz w:val="24"/>
                <w:szCs w:val="24"/>
                <w:lang w:val="en-US"/>
              </w:rPr>
            </w:pPr>
            <w:r w:rsidRPr="00E2781D">
              <w:rPr>
                <w:rFonts w:ascii="Times New Roman" w:hAnsi="Times New Roman" w:cs="Times New Roman"/>
                <w:b/>
                <w:bCs/>
                <w:i/>
                <w:iCs/>
                <w:sz w:val="24"/>
                <w:szCs w:val="24"/>
                <w:lang w:val="en"/>
              </w:rPr>
              <w:t>Nơi nh</w:t>
            </w:r>
            <w:r w:rsidRPr="00E2781D">
              <w:rPr>
                <w:rFonts w:ascii="Times New Roman" w:hAnsi="Times New Roman" w:cs="Times New Roman"/>
                <w:b/>
                <w:bCs/>
                <w:i/>
                <w:iCs/>
                <w:sz w:val="24"/>
                <w:szCs w:val="24"/>
              </w:rPr>
              <w:t>ận</w:t>
            </w:r>
            <w:r w:rsidR="00B5766C">
              <w:rPr>
                <w:rFonts w:ascii="Times New Roman" w:hAnsi="Times New Roman" w:cs="Times New Roman"/>
                <w:b/>
                <w:bCs/>
                <w:i/>
                <w:iCs/>
                <w:sz w:val="24"/>
                <w:szCs w:val="24"/>
                <w:lang w:val="en-US"/>
              </w:rPr>
              <w:t>:</w:t>
            </w:r>
          </w:p>
          <w:p w14:paraId="7E238BFD" w14:textId="590416D5" w:rsidR="005E3D0F" w:rsidRDefault="005E3D0F" w:rsidP="00D41266">
            <w:pPr>
              <w:autoSpaceDE w:val="0"/>
              <w:autoSpaceDN w:val="0"/>
              <w:adjustRightInd w:val="0"/>
              <w:spacing w:after="0"/>
              <w:rPr>
                <w:rFonts w:ascii="Times New Roman" w:hAnsi="Times New Roman" w:cs="Times New Roman"/>
                <w:lang w:val="en-US"/>
              </w:rPr>
            </w:pPr>
            <w:r>
              <w:rPr>
                <w:rFonts w:ascii="Times New Roman" w:hAnsi="Times New Roman" w:cs="Times New Roman"/>
                <w:lang w:val="en-US"/>
              </w:rPr>
              <w:t>- Như trên;</w:t>
            </w:r>
          </w:p>
          <w:p w14:paraId="4CC3DA9B" w14:textId="0CECD68E" w:rsidR="003A0182" w:rsidRPr="00E2781D" w:rsidRDefault="005E3D0F" w:rsidP="00D41266">
            <w:pPr>
              <w:autoSpaceDE w:val="0"/>
              <w:autoSpaceDN w:val="0"/>
              <w:adjustRightInd w:val="0"/>
              <w:spacing w:after="0"/>
              <w:rPr>
                <w:rFonts w:ascii="Times New Roman" w:hAnsi="Times New Roman" w:cs="Times New Roman"/>
                <w:lang w:val="en"/>
              </w:rPr>
            </w:pPr>
            <w:r>
              <w:rPr>
                <w:rFonts w:ascii="Times New Roman" w:hAnsi="Times New Roman" w:cs="Times New Roman"/>
                <w:lang w:val="en-US"/>
              </w:rPr>
              <w:t xml:space="preserve">- </w:t>
            </w:r>
            <w:r w:rsidR="00D41266" w:rsidRPr="00E2781D">
              <w:rPr>
                <w:rFonts w:ascii="Times New Roman" w:hAnsi="Times New Roman" w:cs="Times New Roman"/>
                <w:lang w:val="en-US"/>
              </w:rPr>
              <w:t>…</w:t>
            </w:r>
            <w:r w:rsidR="003A0182" w:rsidRPr="00E2781D">
              <w:rPr>
                <w:rFonts w:ascii="Times New Roman" w:hAnsi="Times New Roman" w:cs="Times New Roman"/>
              </w:rPr>
              <w:br/>
            </w:r>
            <w:r w:rsidR="003A0182" w:rsidRPr="00E2781D">
              <w:rPr>
                <w:rFonts w:ascii="Times New Roman" w:hAnsi="Times New Roman" w:cs="Times New Roman"/>
                <w:lang w:val="en"/>
              </w:rPr>
              <w:t>- Lưu: VT</w:t>
            </w:r>
            <w:r>
              <w:rPr>
                <w:rFonts w:ascii="Times New Roman" w:hAnsi="Times New Roman" w:cs="Times New Roman"/>
                <w:lang w:val="en"/>
              </w:rPr>
              <w:t>.</w:t>
            </w:r>
          </w:p>
        </w:tc>
        <w:tc>
          <w:tcPr>
            <w:tcW w:w="2863" w:type="pct"/>
            <w:shd w:val="clear" w:color="auto" w:fill="FFFFFF"/>
          </w:tcPr>
          <w:p w14:paraId="55625709" w14:textId="04DA0FE8" w:rsidR="003A0182" w:rsidRPr="00CA25B8" w:rsidRDefault="003A0182" w:rsidP="00D41266">
            <w:pPr>
              <w:autoSpaceDE w:val="0"/>
              <w:autoSpaceDN w:val="0"/>
              <w:adjustRightInd w:val="0"/>
              <w:spacing w:after="0"/>
              <w:jc w:val="center"/>
              <w:rPr>
                <w:rFonts w:ascii="Times New Roman" w:hAnsi="Times New Roman" w:cs="Times New Roman"/>
                <w:sz w:val="28"/>
                <w:szCs w:val="28"/>
                <w:lang w:val="en"/>
              </w:rPr>
            </w:pPr>
            <w:r w:rsidRPr="00CA25B8">
              <w:rPr>
                <w:rFonts w:ascii="Times New Roman" w:hAnsi="Times New Roman" w:cs="Times New Roman"/>
                <w:b/>
                <w:bCs/>
                <w:sz w:val="28"/>
                <w:szCs w:val="28"/>
                <w:lang w:val="en"/>
              </w:rPr>
              <w:t>TH</w:t>
            </w:r>
            <w:r w:rsidRPr="00CA25B8">
              <w:rPr>
                <w:rFonts w:ascii="Times New Roman" w:hAnsi="Times New Roman" w:cs="Times New Roman"/>
                <w:b/>
                <w:bCs/>
                <w:sz w:val="28"/>
                <w:szCs w:val="28"/>
              </w:rPr>
              <w:t>Ủ TRƯỞNG</w:t>
            </w:r>
            <w:r w:rsidRPr="00CA25B8">
              <w:rPr>
                <w:rFonts w:ascii="Times New Roman" w:hAnsi="Times New Roman" w:cs="Times New Roman"/>
                <w:b/>
                <w:bCs/>
                <w:sz w:val="28"/>
                <w:szCs w:val="28"/>
                <w:lang w:val="en-US"/>
              </w:rPr>
              <w:t xml:space="preserve"> </w:t>
            </w:r>
            <w:r w:rsidRPr="00CA25B8">
              <w:rPr>
                <w:rFonts w:ascii="Times New Roman" w:hAnsi="Times New Roman" w:cs="Times New Roman"/>
                <w:b/>
                <w:bCs/>
                <w:sz w:val="28"/>
                <w:szCs w:val="28"/>
              </w:rPr>
              <w:br/>
            </w:r>
            <w:r w:rsidRPr="00CA25B8">
              <w:rPr>
                <w:rFonts w:ascii="Times New Roman" w:hAnsi="Times New Roman" w:cs="Times New Roman"/>
                <w:i/>
                <w:iCs/>
                <w:sz w:val="28"/>
                <w:szCs w:val="28"/>
                <w:lang w:val="en"/>
              </w:rPr>
              <w:t>(Ký, ghi rõ h</w:t>
            </w:r>
            <w:r w:rsidRPr="00CA25B8">
              <w:rPr>
                <w:rFonts w:ascii="Times New Roman" w:hAnsi="Times New Roman" w:cs="Times New Roman"/>
                <w:i/>
                <w:iCs/>
                <w:sz w:val="28"/>
                <w:szCs w:val="28"/>
              </w:rPr>
              <w:t>ọ t</w:t>
            </w:r>
            <w:r w:rsidRPr="00CA25B8">
              <w:rPr>
                <w:rFonts w:ascii="Times New Roman" w:hAnsi="Times New Roman" w:cs="Times New Roman"/>
                <w:i/>
                <w:iCs/>
                <w:sz w:val="28"/>
                <w:szCs w:val="28"/>
                <w:lang w:val="en-US"/>
              </w:rPr>
              <w:t>ên và đóng d</w:t>
            </w:r>
            <w:r w:rsidRPr="00CA25B8">
              <w:rPr>
                <w:rFonts w:ascii="Times New Roman" w:hAnsi="Times New Roman" w:cs="Times New Roman"/>
                <w:i/>
                <w:iCs/>
                <w:sz w:val="28"/>
                <w:szCs w:val="28"/>
              </w:rPr>
              <w:t>ấu)</w:t>
            </w:r>
          </w:p>
        </w:tc>
      </w:tr>
    </w:tbl>
    <w:p w14:paraId="6DC42F12" w14:textId="77777777" w:rsidR="003F75FB" w:rsidRDefault="003F75FB" w:rsidP="003F75FB">
      <w:pPr>
        <w:widowControl w:val="0"/>
        <w:spacing w:after="0" w:line="240" w:lineRule="auto"/>
        <w:rPr>
          <w:rFonts w:ascii="Times New Roman" w:eastAsia="Times New Roman" w:hAnsi="Times New Roman" w:cs="Times New Roman"/>
          <w:b/>
          <w:bCs/>
          <w:sz w:val="28"/>
          <w:szCs w:val="28"/>
          <w:lang w:val="en-US"/>
        </w:rPr>
        <w:sectPr w:rsidR="003F75FB" w:rsidSect="00A37CF3">
          <w:footnotePr>
            <w:numRestart w:val="eachSect"/>
          </w:footnotePr>
          <w:pgSz w:w="11909" w:h="16834"/>
          <w:pgMar w:top="1134" w:right="1134" w:bottom="1134" w:left="1701" w:header="720" w:footer="720" w:gutter="0"/>
          <w:cols w:space="720"/>
          <w:docGrid w:linePitch="299"/>
        </w:sectPr>
      </w:pPr>
    </w:p>
    <w:p w14:paraId="53F80594" w14:textId="38C59D4E" w:rsidR="00303778" w:rsidRDefault="00303778" w:rsidP="00303778">
      <w:pPr>
        <w:shd w:val="clear" w:color="auto" w:fill="FFFFFF"/>
        <w:spacing w:after="0" w:line="234" w:lineRule="atLeast"/>
        <w:jc w:val="right"/>
        <w:rPr>
          <w:rFonts w:ascii="Times New Roman" w:eastAsia="Times New Roman" w:hAnsi="Times New Roman" w:cs="Times New Roman"/>
          <w:i/>
          <w:iCs/>
          <w:color w:val="000000"/>
          <w:szCs w:val="26"/>
          <w:lang w:val="en-US"/>
        </w:rPr>
      </w:pPr>
      <w:bookmarkStart w:id="11" w:name="II1"/>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II</w:t>
      </w:r>
      <w:r w:rsidRPr="00970C73">
        <w:rPr>
          <w:rFonts w:ascii="Times New Roman" w:eastAsia="Times New Roman" w:hAnsi="Times New Roman" w:cs="Times New Roman"/>
          <w:i/>
          <w:iCs/>
          <w:color w:val="000000"/>
          <w:szCs w:val="26"/>
        </w:rPr>
        <w:t>.1</w:t>
      </w:r>
      <w:bookmarkEnd w:id="11"/>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72AEB4CD" w14:textId="77777777" w:rsidR="00C56218" w:rsidRPr="00C56218" w:rsidRDefault="00C56218" w:rsidP="00303778">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236" w:type="pct"/>
        <w:tblInd w:w="-289" w:type="dxa"/>
        <w:tblLook w:val="01E0" w:firstRow="1" w:lastRow="1" w:firstColumn="1" w:lastColumn="1" w:noHBand="0" w:noVBand="0"/>
      </w:tblPr>
      <w:tblGrid>
        <w:gridCol w:w="3833"/>
        <w:gridCol w:w="5669"/>
      </w:tblGrid>
      <w:tr w:rsidR="00C56218" w:rsidRPr="00287D99" w14:paraId="25ABEF88" w14:textId="77777777" w:rsidTr="00567BBE">
        <w:trPr>
          <w:trHeight w:val="1045"/>
        </w:trPr>
        <w:tc>
          <w:tcPr>
            <w:tcW w:w="2017" w:type="pct"/>
          </w:tcPr>
          <w:p w14:paraId="30F57E51" w14:textId="755374FC" w:rsidR="00C56218" w:rsidRPr="00C56218" w:rsidRDefault="00C56218" w:rsidP="00567BBE">
            <w:pPr>
              <w:spacing w:after="0" w:line="240" w:lineRule="auto"/>
              <w:jc w:val="center"/>
              <w:rPr>
                <w:noProof/>
                <w:sz w:val="26"/>
                <w:szCs w:val="26"/>
              </w:rPr>
            </w:pPr>
            <w:r w:rsidRPr="00C56218">
              <w:rPr>
                <w:rFonts w:ascii="Times New Roman" w:hAnsi="Times New Roman" w:cs="Times New Roman"/>
                <w:b/>
                <w:bCs/>
                <w:noProof/>
                <w:sz w:val="26"/>
                <w:szCs w:val="26"/>
              </w:rPr>
              <w:t>CƠ QUAN ĐỀ XUẤT</w:t>
            </w:r>
          </w:p>
          <w:p w14:paraId="54FBC057" w14:textId="77777777" w:rsidR="00C56218" w:rsidRPr="00287D99" w:rsidRDefault="00C56218" w:rsidP="00567BBE">
            <w:pPr>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60" behindDoc="0" locked="0" layoutInCell="1" allowOverlap="1" wp14:anchorId="693B13DC" wp14:editId="1A75D5FC">
                      <wp:simplePos x="0" y="0"/>
                      <wp:positionH relativeFrom="column">
                        <wp:posOffset>685800</wp:posOffset>
                      </wp:positionH>
                      <wp:positionV relativeFrom="paragraph">
                        <wp:posOffset>64982</wp:posOffset>
                      </wp:positionV>
                      <wp:extent cx="936837" cy="0"/>
                      <wp:effectExtent l="0" t="0" r="0" b="0"/>
                      <wp:wrapNone/>
                      <wp:docPr id="2064090274" name="Straight Connector 12"/>
                      <wp:cNvGraphicFramePr/>
                      <a:graphic xmlns:a="http://schemas.openxmlformats.org/drawingml/2006/main">
                        <a:graphicData uri="http://schemas.microsoft.com/office/word/2010/wordprocessingShape">
                          <wps:wsp>
                            <wps:cNvCnPr/>
                            <wps:spPr>
                              <a:xfrm>
                                <a:off x="0" y="0"/>
                                <a:ext cx="9368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9479C7" id="Straight Connector 12" o:spid="_x0000_s1026" style="position:absolute;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1pt" to="127.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" strokecolor="black [3040]"/>
                  </w:pict>
                </mc:Fallback>
              </mc:AlternateContent>
            </w:r>
          </w:p>
        </w:tc>
        <w:tc>
          <w:tcPr>
            <w:tcW w:w="2983" w:type="pct"/>
          </w:tcPr>
          <w:p w14:paraId="590EBE6B" w14:textId="77777777" w:rsidR="00C56218" w:rsidRPr="00287D99" w:rsidRDefault="00C56218" w:rsidP="00567BBE">
            <w:pPr>
              <w:spacing w:after="0" w:line="240" w:lineRule="auto"/>
              <w:jc w:val="center"/>
              <w:rPr>
                <w:rFonts w:ascii="Times New Roman" w:hAnsi="Times New Roman" w:cs="Times New Roman"/>
                <w:b/>
                <w:bCs/>
                <w:noProof/>
                <w:sz w:val="24"/>
                <w:szCs w:val="24"/>
              </w:rPr>
            </w:pPr>
            <w:r w:rsidRPr="006267C2">
              <w:rPr>
                <w:rFonts w:ascii="Times New Roman" w:hAnsi="Times New Roman" w:cs="Times New Roman"/>
                <w:b/>
                <w:bCs/>
                <w:noProof/>
                <w:sz w:val="26"/>
                <w:szCs w:val="26"/>
              </w:rPr>
              <mc:AlternateContent>
                <mc:Choice Requires="wps">
                  <w:drawing>
                    <wp:anchor distT="0" distB="0" distL="114300" distR="114300" simplePos="0" relativeHeight="251658261" behindDoc="0" locked="0" layoutInCell="1" allowOverlap="1" wp14:anchorId="359EF013" wp14:editId="2D6CE657">
                      <wp:simplePos x="0" y="0"/>
                      <wp:positionH relativeFrom="column">
                        <wp:posOffset>662305</wp:posOffset>
                      </wp:positionH>
                      <wp:positionV relativeFrom="paragraph">
                        <wp:posOffset>436880</wp:posOffset>
                      </wp:positionV>
                      <wp:extent cx="2156460" cy="0"/>
                      <wp:effectExtent l="0" t="0" r="0" b="0"/>
                      <wp:wrapNone/>
                      <wp:docPr id="406327698" name="Straight Connector 13"/>
                      <wp:cNvGraphicFramePr/>
                      <a:graphic xmlns:a="http://schemas.openxmlformats.org/drawingml/2006/main">
                        <a:graphicData uri="http://schemas.microsoft.com/office/word/2010/wordprocessingShape">
                          <wps:wsp>
                            <wps:cNvCnPr/>
                            <wps:spPr>
                              <a:xfrm>
                                <a:off x="0" y="0"/>
                                <a:ext cx="2156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DEEB14" id="Straight Connector 13" o:spid="_x0000_s1026" style="position:absolute;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5pt,34.4pt" to="221.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" strokecolor="black [3040]"/>
                  </w:pict>
                </mc:Fallback>
              </mc:AlternateContent>
            </w:r>
            <w:r w:rsidRPr="006267C2">
              <w:rPr>
                <w:rFonts w:ascii="Times New Roman" w:hAnsi="Times New Roman" w:cs="Times New Roman"/>
                <w:b/>
                <w:bCs/>
                <w:noProof/>
                <w:sz w:val="26"/>
                <w:szCs w:val="26"/>
              </w:rPr>
              <w:t>CỘNG HÒA XÃ HỘI CHỦ NGHĨA VIỆT NAM</w:t>
            </w:r>
            <w:r w:rsidRPr="00287D99">
              <w:rPr>
                <w:rFonts w:ascii="Times New Roman" w:hAnsi="Times New Roman" w:cs="Times New Roman"/>
                <w:b/>
                <w:bCs/>
                <w:noProof/>
                <w:sz w:val="24"/>
                <w:szCs w:val="24"/>
              </w:rPr>
              <w:br/>
            </w:r>
            <w:r w:rsidRPr="006267C2">
              <w:rPr>
                <w:rFonts w:ascii="Times New Roman" w:hAnsi="Times New Roman" w:cs="Times New Roman"/>
                <w:b/>
                <w:bCs/>
                <w:noProof/>
                <w:sz w:val="28"/>
                <w:szCs w:val="28"/>
              </w:rPr>
              <w:t xml:space="preserve">Độc lập - Tự do - Hạnh phúc </w:t>
            </w:r>
            <w:r w:rsidRPr="00287D99">
              <w:rPr>
                <w:rFonts w:ascii="Times New Roman" w:hAnsi="Times New Roman" w:cs="Times New Roman"/>
                <w:b/>
                <w:bCs/>
                <w:noProof/>
                <w:sz w:val="24"/>
                <w:szCs w:val="24"/>
              </w:rPr>
              <w:br/>
            </w:r>
          </w:p>
        </w:tc>
      </w:tr>
      <w:tr w:rsidR="00C56218" w:rsidRPr="00287D99" w14:paraId="6279799B" w14:textId="77777777" w:rsidTr="00567BBE">
        <w:trPr>
          <w:trHeight w:val="467"/>
        </w:trPr>
        <w:tc>
          <w:tcPr>
            <w:tcW w:w="2017" w:type="pct"/>
          </w:tcPr>
          <w:p w14:paraId="5010F405" w14:textId="67F1F3C6" w:rsidR="00C56218" w:rsidRPr="00B22493" w:rsidRDefault="00C56218" w:rsidP="00567BBE">
            <w:pPr>
              <w:spacing w:after="0" w:line="240" w:lineRule="auto"/>
              <w:jc w:val="center"/>
              <w:rPr>
                <w:rFonts w:ascii="Times New Roman" w:hAnsi="Times New Roman" w:cs="Times New Roman"/>
                <w:noProof/>
                <w:sz w:val="28"/>
                <w:szCs w:val="28"/>
                <w:lang w:val="en-US"/>
              </w:rPr>
            </w:pPr>
            <w:r w:rsidRPr="00B22493">
              <w:rPr>
                <w:rFonts w:ascii="Times New Roman" w:hAnsi="Times New Roman" w:cs="Times New Roman"/>
                <w:noProof/>
                <w:sz w:val="28"/>
                <w:szCs w:val="28"/>
              </w:rPr>
              <w:t xml:space="preserve">Số: </w:t>
            </w:r>
            <w:r w:rsidRPr="00B22493">
              <w:rPr>
                <w:rFonts w:ascii="Times New Roman" w:hAnsi="Times New Roman" w:cs="Times New Roman"/>
                <w:noProof/>
                <w:sz w:val="28"/>
                <w:szCs w:val="28"/>
                <w:lang w:val="en-US"/>
              </w:rPr>
              <w:t>…/</w:t>
            </w:r>
            <w:r w:rsidR="007C3E0E">
              <w:rPr>
                <w:rFonts w:ascii="Times New Roman" w:hAnsi="Times New Roman" w:cs="Times New Roman"/>
                <w:noProof/>
                <w:sz w:val="28"/>
                <w:szCs w:val="28"/>
                <w:lang w:val="en-US"/>
              </w:rPr>
              <w:t>…</w:t>
            </w:r>
          </w:p>
        </w:tc>
        <w:tc>
          <w:tcPr>
            <w:tcW w:w="2983" w:type="pct"/>
          </w:tcPr>
          <w:p w14:paraId="356E45D3" w14:textId="77777777" w:rsidR="00C56218" w:rsidRPr="00B22493" w:rsidRDefault="00C56218" w:rsidP="00567BBE">
            <w:pPr>
              <w:spacing w:after="0" w:line="240" w:lineRule="auto"/>
              <w:jc w:val="center"/>
              <w:rPr>
                <w:rFonts w:ascii="Times New Roman" w:hAnsi="Times New Roman" w:cs="Times New Roman"/>
                <w:i/>
                <w:iCs/>
                <w:noProof/>
                <w:sz w:val="28"/>
                <w:szCs w:val="28"/>
              </w:rPr>
            </w:pPr>
            <w:r w:rsidRPr="00B22493">
              <w:rPr>
                <w:rFonts w:ascii="Times New Roman" w:hAnsi="Times New Roman" w:cs="Times New Roman"/>
                <w:i/>
                <w:iCs/>
                <w:noProof/>
                <w:sz w:val="28"/>
                <w:szCs w:val="28"/>
              </w:rPr>
              <w:t xml:space="preserve">…., ngày   tháng   năm </w:t>
            </w:r>
            <w:r w:rsidRPr="00B22493">
              <w:rPr>
                <w:rFonts w:ascii="Times New Roman" w:hAnsi="Times New Roman" w:cs="Times New Roman"/>
                <w:i/>
                <w:iCs/>
                <w:noProof/>
                <w:sz w:val="28"/>
                <w:szCs w:val="28"/>
                <w:lang w:val="en-US"/>
              </w:rPr>
              <w:t>..</w:t>
            </w:r>
            <w:r w:rsidRPr="00B22493">
              <w:rPr>
                <w:rFonts w:ascii="Times New Roman" w:hAnsi="Times New Roman" w:cs="Times New Roman"/>
                <w:i/>
                <w:iCs/>
                <w:noProof/>
                <w:sz w:val="28"/>
                <w:szCs w:val="28"/>
              </w:rPr>
              <w:t>.</w:t>
            </w:r>
          </w:p>
        </w:tc>
      </w:tr>
    </w:tbl>
    <w:p w14:paraId="0581AC51" w14:textId="77777777" w:rsidR="00C56218" w:rsidRPr="00C56218" w:rsidRDefault="00C56218" w:rsidP="003B6C8C">
      <w:pPr>
        <w:spacing w:before="120" w:after="120" w:line="340" w:lineRule="exact"/>
        <w:jc w:val="center"/>
        <w:rPr>
          <w:rFonts w:ascii="Times New Roman" w:hAnsi="Times New Roman" w:cs="Times New Roman"/>
          <w:b/>
          <w:bCs/>
          <w:sz w:val="28"/>
          <w:szCs w:val="28"/>
        </w:rPr>
      </w:pPr>
    </w:p>
    <w:p w14:paraId="12A0AFD3" w14:textId="3132DF27" w:rsidR="00B66975" w:rsidRPr="003B6C8C" w:rsidRDefault="00B66975" w:rsidP="003B6C8C">
      <w:pPr>
        <w:spacing w:before="120" w:after="120" w:line="340" w:lineRule="exact"/>
        <w:jc w:val="center"/>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MẪU ĐỀ ÁN MUA VÀ PHỔ BIẾN CÔNG NGHỆ</w:t>
      </w:r>
    </w:p>
    <w:p w14:paraId="3985DCD0" w14:textId="77777777" w:rsidR="00B66975" w:rsidRPr="003B6C8C" w:rsidRDefault="00B66975" w:rsidP="003B6C8C">
      <w:pPr>
        <w:spacing w:before="120" w:after="120" w:line="340" w:lineRule="exact"/>
        <w:rPr>
          <w:rFonts w:ascii="Times New Roman" w:hAnsi="Times New Roman" w:cs="Times New Roman"/>
          <w:sz w:val="28"/>
          <w:szCs w:val="28"/>
          <w:lang w:val="de-DE"/>
        </w:rPr>
      </w:pPr>
    </w:p>
    <w:p w14:paraId="5F74E304"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 THÔNG TIN CHUNG</w:t>
      </w:r>
    </w:p>
    <w:p w14:paraId="2235E6EC" w14:textId="5E2650FF" w:rsidR="00B66975" w:rsidRPr="00BA3387" w:rsidRDefault="00B66975"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Tên Đề án</w:t>
      </w:r>
      <w:r w:rsidR="009532FC" w:rsidRPr="00BA3387">
        <w:rPr>
          <w:rFonts w:ascii="Times New Roman" w:hAnsi="Times New Roman" w:cs="Times New Roman"/>
          <w:sz w:val="28"/>
          <w:szCs w:val="28"/>
          <w:lang w:val="de-DE"/>
        </w:rPr>
        <w:t>:</w:t>
      </w:r>
      <w:r w:rsidR="00D16C4B" w:rsidRPr="00BA3387">
        <w:rPr>
          <w:rFonts w:ascii="Times New Roman" w:hAnsi="Times New Roman" w:cs="Times New Roman"/>
          <w:sz w:val="28"/>
          <w:szCs w:val="28"/>
          <w:lang w:val="de-DE"/>
        </w:rPr>
        <w:tab/>
      </w:r>
    </w:p>
    <w:p w14:paraId="08E8B6BE" w14:textId="109DC616" w:rsidR="00B66975" w:rsidRPr="00BA3387" w:rsidRDefault="00B66975"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Cơ quan chủ trì xây dựng Đề án</w:t>
      </w:r>
      <w:r w:rsidR="00164289" w:rsidRPr="00BA3387">
        <w:rPr>
          <w:rFonts w:ascii="Times New Roman" w:hAnsi="Times New Roman" w:cs="Times New Roman"/>
          <w:sz w:val="28"/>
          <w:szCs w:val="28"/>
          <w:lang w:val="de-DE"/>
        </w:rPr>
        <w:t>:</w:t>
      </w:r>
      <w:r w:rsidR="00A476E5" w:rsidRPr="00BA3387">
        <w:rPr>
          <w:rFonts w:ascii="Times New Roman" w:hAnsi="Times New Roman" w:cs="Times New Roman"/>
          <w:sz w:val="28"/>
          <w:szCs w:val="28"/>
          <w:lang w:val="de-DE"/>
        </w:rPr>
        <w:tab/>
      </w:r>
    </w:p>
    <w:p w14:paraId="62B743AE" w14:textId="4F20443C" w:rsidR="00B66975" w:rsidRPr="00BA3387" w:rsidRDefault="00B66975"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Cơ quan phối hợp</w:t>
      </w:r>
      <w:r w:rsidR="00A476E5" w:rsidRPr="00BA3387">
        <w:rPr>
          <w:rFonts w:ascii="Times New Roman" w:hAnsi="Times New Roman" w:cs="Times New Roman"/>
          <w:sz w:val="28"/>
          <w:szCs w:val="28"/>
          <w:lang w:val="de-DE"/>
        </w:rPr>
        <w:t>:</w:t>
      </w:r>
      <w:r w:rsidR="00A476E5" w:rsidRPr="00BA3387">
        <w:rPr>
          <w:rFonts w:ascii="Times New Roman" w:hAnsi="Times New Roman" w:cs="Times New Roman"/>
          <w:sz w:val="28"/>
          <w:szCs w:val="28"/>
          <w:lang w:val="de-DE"/>
        </w:rPr>
        <w:tab/>
      </w:r>
    </w:p>
    <w:p w14:paraId="2BAC4DF1" w14:textId="1C7CC31C" w:rsidR="00B66975" w:rsidRPr="00BA3387" w:rsidRDefault="00CB7D00" w:rsidP="00FE577E">
      <w:pPr>
        <w:numPr>
          <w:ilvl w:val="0"/>
          <w:numId w:val="5"/>
        </w:numPr>
        <w:tabs>
          <w:tab w:val="clear" w:pos="720"/>
          <w:tab w:val="left" w:leader="dot" w:pos="9072"/>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Thuộc l</w:t>
      </w:r>
      <w:r w:rsidR="00B66975" w:rsidRPr="00BA3387">
        <w:rPr>
          <w:rFonts w:ascii="Times New Roman" w:hAnsi="Times New Roman" w:cs="Times New Roman"/>
          <w:sz w:val="28"/>
          <w:szCs w:val="28"/>
          <w:lang w:val="de-DE"/>
        </w:rPr>
        <w:t>ĩnh vực công nghệ</w:t>
      </w:r>
      <w:r w:rsidRPr="00BA3387">
        <w:rPr>
          <w:rStyle w:val="FootnoteReference"/>
          <w:rFonts w:ascii="Times New Roman" w:hAnsi="Times New Roman" w:cs="Times New Roman"/>
          <w:sz w:val="28"/>
          <w:szCs w:val="28"/>
          <w:lang w:val="de-DE"/>
        </w:rPr>
        <w:footnoteReference w:id="9"/>
      </w:r>
      <w:r w:rsidR="00A476E5" w:rsidRPr="00BA3387">
        <w:rPr>
          <w:rFonts w:ascii="Times New Roman" w:hAnsi="Times New Roman" w:cs="Times New Roman"/>
          <w:sz w:val="28"/>
          <w:szCs w:val="28"/>
          <w:lang w:val="de-DE"/>
        </w:rPr>
        <w:t>:</w:t>
      </w:r>
      <w:r w:rsidRPr="00BA3387">
        <w:rPr>
          <w:rFonts w:ascii="Times New Roman" w:hAnsi="Times New Roman" w:cs="Times New Roman"/>
          <w:sz w:val="28"/>
          <w:szCs w:val="28"/>
          <w:lang w:val="de-DE"/>
        </w:rPr>
        <w:tab/>
      </w:r>
    </w:p>
    <w:p w14:paraId="0C36E754" w14:textId="3488F0A0" w:rsidR="00B66975" w:rsidRPr="00BA3387" w:rsidRDefault="00B66975" w:rsidP="00FE577E">
      <w:pPr>
        <w:numPr>
          <w:ilvl w:val="0"/>
          <w:numId w:val="5"/>
        </w:numPr>
        <w:tabs>
          <w:tab w:val="clear" w:pos="720"/>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 xml:space="preserve">Phân loại </w:t>
      </w:r>
      <w:r w:rsidR="00374987">
        <w:rPr>
          <w:rFonts w:ascii="Times New Roman" w:hAnsi="Times New Roman" w:cs="Times New Roman"/>
          <w:sz w:val="28"/>
          <w:szCs w:val="28"/>
          <w:lang w:val="de-DE"/>
        </w:rPr>
        <w:t xml:space="preserve">mục đích </w:t>
      </w:r>
      <w:r w:rsidR="00374987" w:rsidRPr="00374987">
        <w:rPr>
          <w:rFonts w:ascii="Times New Roman" w:hAnsi="Times New Roman" w:cs="Times New Roman"/>
          <w:sz w:val="28"/>
          <w:szCs w:val="28"/>
          <w:lang w:val="de-DE"/>
        </w:rPr>
        <w:t>Nhà nước mua và phổ biến công nghệ</w:t>
      </w:r>
      <w:r w:rsidRPr="00BA3387">
        <w:rPr>
          <w:rFonts w:ascii="Times New Roman" w:hAnsi="Times New Roman" w:cs="Times New Roman"/>
          <w:sz w:val="28"/>
          <w:szCs w:val="28"/>
          <w:lang w:val="de-DE"/>
        </w:rPr>
        <w:t xml:space="preserve"> theo</w:t>
      </w:r>
      <w:r w:rsidR="00374987">
        <w:rPr>
          <w:rFonts w:ascii="Times New Roman" w:hAnsi="Times New Roman" w:cs="Times New Roman"/>
          <w:sz w:val="28"/>
          <w:szCs w:val="28"/>
          <w:lang w:val="de-DE"/>
        </w:rPr>
        <w:t xml:space="preserve"> khoản 1</w:t>
      </w:r>
      <w:r w:rsidRPr="00BA3387">
        <w:rPr>
          <w:rFonts w:ascii="Times New Roman" w:hAnsi="Times New Roman" w:cs="Times New Roman"/>
          <w:sz w:val="28"/>
          <w:szCs w:val="28"/>
          <w:lang w:val="de-DE"/>
        </w:rPr>
        <w:t xml:space="preserve"> Điều 35a </w:t>
      </w:r>
      <w:r w:rsidR="00467505" w:rsidRPr="00467505">
        <w:rPr>
          <w:rFonts w:ascii="Times New Roman" w:hAnsi="Times New Roman" w:cs="Times New Roman"/>
          <w:sz w:val="28"/>
          <w:szCs w:val="28"/>
          <w:lang w:val="de-DE"/>
        </w:rPr>
        <w:t>Luật số 07/2017/QH14, được bổ sung tại khoản 16 Điều 1 Luật số 115/2025/QH15</w:t>
      </w:r>
      <w:r w:rsidR="008E4091">
        <w:rPr>
          <w:rFonts w:ascii="Times New Roman" w:hAnsi="Times New Roman" w:cs="Times New Roman"/>
          <w:sz w:val="28"/>
          <w:szCs w:val="28"/>
          <w:lang w:val="de-DE"/>
        </w:rPr>
        <w:t>:</w:t>
      </w:r>
    </w:p>
    <w:p w14:paraId="31552DA6" w14:textId="1593760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a khoản 1 </w:t>
      </w:r>
      <w:r w:rsidR="00F14838">
        <w:rPr>
          <w:rFonts w:ascii="Times New Roman" w:hAnsi="Times New Roman" w:cs="Times New Roman"/>
          <w:sz w:val="28"/>
          <w:szCs w:val="28"/>
          <w:lang w:val="en-US"/>
        </w:rPr>
        <w:t xml:space="preserve">Điều 35a </w:t>
      </w:r>
      <w:r w:rsidRPr="003B6C8C">
        <w:rPr>
          <w:rFonts w:ascii="Times New Roman" w:hAnsi="Times New Roman" w:cs="Times New Roman"/>
          <w:sz w:val="28"/>
          <w:szCs w:val="28"/>
          <w:lang w:val="en-US"/>
        </w:rPr>
        <w:t>(</w:t>
      </w:r>
      <w:r w:rsidR="008E4091">
        <w:rPr>
          <w:rFonts w:ascii="Times New Roman" w:hAnsi="Times New Roman" w:cs="Times New Roman"/>
          <w:sz w:val="28"/>
          <w:szCs w:val="28"/>
          <w:lang w:val="en-US"/>
        </w:rPr>
        <w:t xml:space="preserve">Phục vụ </w:t>
      </w:r>
      <w:r w:rsidRPr="003B6C8C">
        <w:rPr>
          <w:rFonts w:ascii="Times New Roman" w:hAnsi="Times New Roman" w:cs="Times New Roman"/>
          <w:sz w:val="28"/>
          <w:szCs w:val="28"/>
          <w:lang w:val="en-US"/>
        </w:rPr>
        <w:t xml:space="preserve">quốc phòng, </w:t>
      </w:r>
      <w:proofErr w:type="gramStart"/>
      <w:r w:rsidRPr="003B6C8C">
        <w:rPr>
          <w:rFonts w:ascii="Times New Roman" w:hAnsi="Times New Roman" w:cs="Times New Roman"/>
          <w:sz w:val="28"/>
          <w:szCs w:val="28"/>
          <w:lang w:val="en-US"/>
        </w:rPr>
        <w:t>an</w:t>
      </w:r>
      <w:proofErr w:type="gramEnd"/>
      <w:r w:rsidRPr="003B6C8C">
        <w:rPr>
          <w:rFonts w:ascii="Times New Roman" w:hAnsi="Times New Roman" w:cs="Times New Roman"/>
          <w:sz w:val="28"/>
          <w:szCs w:val="28"/>
          <w:lang w:val="en-US"/>
        </w:rPr>
        <w:t xml:space="preserve"> ninh)</w:t>
      </w:r>
    </w:p>
    <w:p w14:paraId="2BC5129F" w14:textId="100DE4C1" w:rsidR="00B66975" w:rsidRPr="003B6C8C" w:rsidRDefault="00B66975" w:rsidP="00F86D9C">
      <w:pPr>
        <w:spacing w:before="120" w:after="120" w:line="340" w:lineRule="exact"/>
        <w:ind w:left="284"/>
        <w:jc w:val="both"/>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b khoản 1</w:t>
      </w:r>
      <w:r w:rsidR="00F14838">
        <w:rPr>
          <w:rFonts w:ascii="Times New Roman" w:hAnsi="Times New Roman" w:cs="Times New Roman"/>
          <w:sz w:val="28"/>
          <w:szCs w:val="28"/>
          <w:lang w:val="en-US"/>
        </w:rPr>
        <w:t xml:space="preserve"> Điểu 35a</w:t>
      </w:r>
      <w:r w:rsidRPr="003B6C8C">
        <w:rPr>
          <w:rFonts w:ascii="Times New Roman" w:hAnsi="Times New Roman" w:cs="Times New Roman"/>
          <w:sz w:val="28"/>
          <w:szCs w:val="28"/>
          <w:lang w:val="en-US"/>
        </w:rPr>
        <w:t xml:space="preserve"> (</w:t>
      </w:r>
      <w:r w:rsidR="00F86D9C" w:rsidRPr="00F86D9C">
        <w:rPr>
          <w:rFonts w:ascii="Times New Roman" w:hAnsi="Times New Roman" w:cs="Times New Roman"/>
          <w:sz w:val="28"/>
          <w:szCs w:val="28"/>
          <w:lang w:val="en-US"/>
        </w:rPr>
        <w:t>Phục vụ hoạt động giáo dục, y tế, bảo vệ môi trường, phòng chống thiên tai, dịch bệnh</w:t>
      </w:r>
      <w:r w:rsidRPr="003B6C8C">
        <w:rPr>
          <w:rFonts w:ascii="Times New Roman" w:hAnsi="Times New Roman" w:cs="Times New Roman"/>
          <w:sz w:val="28"/>
          <w:szCs w:val="28"/>
          <w:lang w:val="en-US"/>
        </w:rPr>
        <w:t>)</w:t>
      </w:r>
    </w:p>
    <w:p w14:paraId="42682505" w14:textId="77777777" w:rsidR="00B66975" w:rsidRPr="00BA3387" w:rsidRDefault="00B66975" w:rsidP="00FE577E">
      <w:pPr>
        <w:numPr>
          <w:ilvl w:val="0"/>
          <w:numId w:val="5"/>
        </w:numPr>
        <w:tabs>
          <w:tab w:val="clear" w:pos="720"/>
        </w:tabs>
        <w:spacing w:before="120" w:after="120" w:line="340" w:lineRule="exact"/>
        <w:ind w:left="284" w:hanging="284"/>
        <w:jc w:val="both"/>
        <w:rPr>
          <w:rFonts w:ascii="Times New Roman" w:hAnsi="Times New Roman" w:cs="Times New Roman"/>
          <w:sz w:val="28"/>
          <w:szCs w:val="28"/>
          <w:lang w:val="en-US"/>
        </w:rPr>
      </w:pPr>
      <w:r w:rsidRPr="00BA3387">
        <w:rPr>
          <w:rFonts w:ascii="Times New Roman" w:hAnsi="Times New Roman" w:cs="Times New Roman"/>
          <w:sz w:val="28"/>
          <w:szCs w:val="28"/>
          <w:lang w:val="en-US"/>
        </w:rPr>
        <w:t>Cơ quan tiếp nhận Đề án để thẩm định</w:t>
      </w:r>
    </w:p>
    <w:p w14:paraId="306100B1" w14:textId="7777777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Bộ Khoa học và Công nghệ</w:t>
      </w:r>
    </w:p>
    <w:p w14:paraId="146451E8" w14:textId="7777777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Bộ Quốc phòng</w:t>
      </w:r>
    </w:p>
    <w:p w14:paraId="67A6EF52" w14:textId="77777777" w:rsidR="00B66975" w:rsidRPr="003B6C8C" w:rsidRDefault="00B66975" w:rsidP="0099508A">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Bộ Công an</w:t>
      </w:r>
    </w:p>
    <w:p w14:paraId="0A3805EB" w14:textId="12118E61" w:rsidR="00B66975" w:rsidRPr="003B6C8C" w:rsidRDefault="00B66975" w:rsidP="003B6C8C">
      <w:pPr>
        <w:spacing w:before="120" w:after="120" w:line="340" w:lineRule="exact"/>
        <w:rPr>
          <w:rFonts w:ascii="Times New Roman" w:hAnsi="Times New Roman" w:cs="Times New Roman"/>
          <w:b/>
          <w:bCs/>
          <w:sz w:val="28"/>
          <w:szCs w:val="28"/>
          <w:lang w:val="en-US"/>
        </w:rPr>
      </w:pPr>
      <w:r w:rsidRPr="003B6C8C">
        <w:rPr>
          <w:rFonts w:ascii="Times New Roman" w:hAnsi="Times New Roman" w:cs="Times New Roman"/>
          <w:b/>
          <w:bCs/>
          <w:sz w:val="28"/>
          <w:szCs w:val="28"/>
          <w:lang w:val="en-US"/>
        </w:rPr>
        <w:t>II. SỰ CẦN THIẾT</w:t>
      </w:r>
      <w:r w:rsidR="00316D7D">
        <w:rPr>
          <w:rFonts w:ascii="Times New Roman" w:hAnsi="Times New Roman" w:cs="Times New Roman"/>
          <w:b/>
          <w:bCs/>
          <w:sz w:val="28"/>
          <w:szCs w:val="28"/>
          <w:lang w:val="en-US"/>
        </w:rPr>
        <w:t>,</w:t>
      </w:r>
      <w:r w:rsidRPr="003B6C8C">
        <w:rPr>
          <w:rFonts w:ascii="Times New Roman" w:hAnsi="Times New Roman" w:cs="Times New Roman"/>
          <w:b/>
          <w:bCs/>
          <w:sz w:val="28"/>
          <w:szCs w:val="28"/>
          <w:lang w:val="en-US"/>
        </w:rPr>
        <w:t xml:space="preserve"> MỤC TIÊU</w:t>
      </w:r>
      <w:r w:rsidR="00B60810">
        <w:rPr>
          <w:rFonts w:ascii="Times New Roman" w:hAnsi="Times New Roman" w:cs="Times New Roman"/>
          <w:b/>
          <w:bCs/>
          <w:sz w:val="28"/>
          <w:szCs w:val="28"/>
          <w:lang w:val="en-US"/>
        </w:rPr>
        <w:t xml:space="preserve"> </w:t>
      </w:r>
      <w:r w:rsidR="00B60810" w:rsidRPr="00B60810">
        <w:rPr>
          <w:rFonts w:ascii="Times New Roman" w:hAnsi="Times New Roman" w:cs="Times New Roman"/>
          <w:b/>
          <w:bCs/>
          <w:sz w:val="28"/>
          <w:szCs w:val="28"/>
          <w:lang w:val="en-US"/>
        </w:rPr>
        <w:t>MUA VÀ PHỔ BIẾN CÔNG NGHỆ</w:t>
      </w:r>
    </w:p>
    <w:p w14:paraId="2247B5C8" w14:textId="77777777" w:rsidR="00B66975" w:rsidRPr="005E5D79" w:rsidRDefault="00B66975"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sidRPr="005E5D79">
        <w:rPr>
          <w:rFonts w:ascii="Times New Roman" w:hAnsi="Times New Roman" w:cs="Times New Roman"/>
          <w:sz w:val="28"/>
          <w:szCs w:val="28"/>
          <w:lang w:val="en-US"/>
        </w:rPr>
        <w:t>Bối</w:t>
      </w:r>
      <w:r w:rsidRPr="005E5D79">
        <w:rPr>
          <w:rFonts w:ascii="Times New Roman" w:hAnsi="Times New Roman" w:cs="Times New Roman"/>
          <w:sz w:val="28"/>
          <w:szCs w:val="28"/>
          <w:lang w:val="de-DE"/>
        </w:rPr>
        <w:t xml:space="preserve"> </w:t>
      </w:r>
      <w:r w:rsidRPr="005E5D79">
        <w:rPr>
          <w:rFonts w:ascii="Times New Roman" w:hAnsi="Times New Roman" w:cs="Times New Roman"/>
          <w:sz w:val="28"/>
          <w:szCs w:val="28"/>
          <w:lang w:val="en-US"/>
        </w:rPr>
        <w:t>cảnh</w:t>
      </w:r>
      <w:r w:rsidRPr="005E5D79">
        <w:rPr>
          <w:rFonts w:ascii="Times New Roman" w:hAnsi="Times New Roman" w:cs="Times New Roman"/>
          <w:sz w:val="28"/>
          <w:szCs w:val="28"/>
          <w:lang w:val="de-DE"/>
        </w:rPr>
        <w:t xml:space="preserve"> và vấn đề quốc gia cần giải quyết</w:t>
      </w:r>
    </w:p>
    <w:p w14:paraId="34156FFB" w14:textId="3B9244D1"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w:t>
      </w:r>
      <w:r w:rsidR="00B66975" w:rsidRPr="003B6C8C">
        <w:rPr>
          <w:rFonts w:ascii="Times New Roman" w:hAnsi="Times New Roman" w:cs="Times New Roman"/>
          <w:sz w:val="28"/>
          <w:szCs w:val="28"/>
          <w:lang w:val="de-DE"/>
        </w:rPr>
        <w:t>Thực trạng</w:t>
      </w:r>
      <w:r w:rsidR="000F2C67">
        <w:rPr>
          <w:rFonts w:ascii="Times New Roman" w:hAnsi="Times New Roman" w:cs="Times New Roman"/>
          <w:sz w:val="28"/>
          <w:szCs w:val="28"/>
          <w:lang w:val="de-DE"/>
        </w:rPr>
        <w:t>.</w:t>
      </w:r>
    </w:p>
    <w:p w14:paraId="3575BE1C" w14:textId="5165704E"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w:t>
      </w:r>
      <w:r w:rsidR="00B66975" w:rsidRPr="003B6C8C">
        <w:rPr>
          <w:rFonts w:ascii="Times New Roman" w:hAnsi="Times New Roman" w:cs="Times New Roman"/>
          <w:sz w:val="28"/>
          <w:szCs w:val="28"/>
          <w:lang w:val="de-DE"/>
        </w:rPr>
        <w:t>Hạn chế hiện nay</w:t>
      </w:r>
      <w:r w:rsidR="000F2C67">
        <w:rPr>
          <w:rFonts w:ascii="Times New Roman" w:hAnsi="Times New Roman" w:cs="Times New Roman"/>
          <w:sz w:val="28"/>
          <w:szCs w:val="28"/>
          <w:lang w:val="de-DE"/>
        </w:rPr>
        <w:t>.</w:t>
      </w:r>
    </w:p>
    <w:p w14:paraId="010B0E6B" w14:textId="4A62F533"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c) </w:t>
      </w:r>
      <w:r w:rsidR="00B66975" w:rsidRPr="003B6C8C">
        <w:rPr>
          <w:rFonts w:ascii="Times New Roman" w:hAnsi="Times New Roman" w:cs="Times New Roman"/>
          <w:sz w:val="28"/>
          <w:szCs w:val="28"/>
          <w:lang w:val="de-DE"/>
        </w:rPr>
        <w:t>Tính cấp bách</w:t>
      </w:r>
      <w:r w:rsidR="000F2C67">
        <w:rPr>
          <w:rFonts w:ascii="Times New Roman" w:hAnsi="Times New Roman" w:cs="Times New Roman"/>
          <w:sz w:val="28"/>
          <w:szCs w:val="28"/>
          <w:lang w:val="de-DE"/>
        </w:rPr>
        <w:t>.</w:t>
      </w:r>
    </w:p>
    <w:p w14:paraId="2034D4F9" w14:textId="77777777" w:rsidR="00B66975" w:rsidRPr="005E5D79" w:rsidRDefault="00B66975"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sidRPr="005E5D79">
        <w:rPr>
          <w:rFonts w:ascii="Times New Roman" w:hAnsi="Times New Roman" w:cs="Times New Roman"/>
          <w:sz w:val="28"/>
          <w:szCs w:val="28"/>
          <w:lang w:val="en-US"/>
        </w:rPr>
        <w:t>Mục</w:t>
      </w:r>
      <w:r w:rsidRPr="005E5D79">
        <w:rPr>
          <w:rFonts w:ascii="Times New Roman" w:hAnsi="Times New Roman" w:cs="Times New Roman"/>
          <w:sz w:val="28"/>
          <w:szCs w:val="28"/>
          <w:lang w:val="de-DE"/>
        </w:rPr>
        <w:t xml:space="preserve"> tiêu của việc mua và phổ biến công nghệ</w:t>
      </w:r>
    </w:p>
    <w:p w14:paraId="25DB0D7B" w14:textId="5FD0052A"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w:t>
      </w:r>
      <w:r w:rsidR="00B66975" w:rsidRPr="003B6C8C">
        <w:rPr>
          <w:rFonts w:ascii="Times New Roman" w:hAnsi="Times New Roman" w:cs="Times New Roman"/>
          <w:sz w:val="28"/>
          <w:szCs w:val="28"/>
          <w:lang w:val="de-DE"/>
        </w:rPr>
        <w:t>Mục tiêu tổng quát</w:t>
      </w:r>
      <w:r w:rsidR="000F2C67">
        <w:rPr>
          <w:rFonts w:ascii="Times New Roman" w:hAnsi="Times New Roman" w:cs="Times New Roman"/>
          <w:sz w:val="28"/>
          <w:szCs w:val="28"/>
          <w:lang w:val="de-DE"/>
        </w:rPr>
        <w:t>.</w:t>
      </w:r>
    </w:p>
    <w:p w14:paraId="5FA0EF6D" w14:textId="1B0667FD"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b) </w:t>
      </w:r>
      <w:r w:rsidR="00B66975" w:rsidRPr="003B6C8C">
        <w:rPr>
          <w:rFonts w:ascii="Times New Roman" w:hAnsi="Times New Roman" w:cs="Times New Roman"/>
          <w:sz w:val="28"/>
          <w:szCs w:val="28"/>
          <w:lang w:val="de-DE"/>
        </w:rPr>
        <w:t>Mục tiêu cụ thể</w:t>
      </w:r>
      <w:r w:rsidR="000F2C67">
        <w:rPr>
          <w:rFonts w:ascii="Times New Roman" w:hAnsi="Times New Roman" w:cs="Times New Roman"/>
          <w:sz w:val="28"/>
          <w:szCs w:val="28"/>
          <w:lang w:val="de-DE"/>
        </w:rPr>
        <w:t>.</w:t>
      </w:r>
    </w:p>
    <w:p w14:paraId="3C0E1296" w14:textId="67E01805" w:rsidR="00B66975" w:rsidRPr="003B6C8C" w:rsidRDefault="00816959" w:rsidP="00816959">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c) </w:t>
      </w:r>
      <w:r w:rsidR="00B66975" w:rsidRPr="003B6C8C">
        <w:rPr>
          <w:rFonts w:ascii="Times New Roman" w:hAnsi="Times New Roman" w:cs="Times New Roman"/>
          <w:sz w:val="28"/>
          <w:szCs w:val="28"/>
          <w:lang w:val="de-DE"/>
        </w:rPr>
        <w:t>Kết quả dự kiến đạt được</w:t>
      </w:r>
      <w:r w:rsidR="000F2C67">
        <w:rPr>
          <w:rFonts w:ascii="Times New Roman" w:hAnsi="Times New Roman" w:cs="Times New Roman"/>
          <w:sz w:val="28"/>
          <w:szCs w:val="28"/>
          <w:lang w:val="de-DE"/>
        </w:rPr>
        <w:t>.</w:t>
      </w:r>
    </w:p>
    <w:p w14:paraId="02EBC888" w14:textId="5AF443F6" w:rsidR="00B66975" w:rsidRDefault="00B66975"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sidRPr="005E5D79">
        <w:rPr>
          <w:rFonts w:ascii="Times New Roman" w:hAnsi="Times New Roman" w:cs="Times New Roman"/>
          <w:sz w:val="28"/>
          <w:szCs w:val="28"/>
          <w:lang w:val="de-DE"/>
        </w:rPr>
        <w:t xml:space="preserve">Phạm </w:t>
      </w:r>
      <w:r w:rsidRPr="005E5D79">
        <w:rPr>
          <w:rFonts w:ascii="Times New Roman" w:hAnsi="Times New Roman" w:cs="Times New Roman"/>
          <w:sz w:val="28"/>
          <w:szCs w:val="28"/>
          <w:lang w:val="en-US"/>
        </w:rPr>
        <w:t>vi</w:t>
      </w:r>
      <w:r w:rsidRPr="005E5D79">
        <w:rPr>
          <w:rFonts w:ascii="Times New Roman" w:hAnsi="Times New Roman" w:cs="Times New Roman"/>
          <w:sz w:val="28"/>
          <w:szCs w:val="28"/>
          <w:lang w:val="de-DE"/>
        </w:rPr>
        <w:t>, đối tượng thụ hưởng</w:t>
      </w:r>
      <w:r w:rsidR="000F2C67">
        <w:rPr>
          <w:rFonts w:ascii="Times New Roman" w:hAnsi="Times New Roman" w:cs="Times New Roman"/>
          <w:sz w:val="28"/>
          <w:szCs w:val="28"/>
          <w:lang w:val="de-DE"/>
        </w:rPr>
        <w:t>.</w:t>
      </w:r>
    </w:p>
    <w:p w14:paraId="4425746C" w14:textId="38A632B6" w:rsidR="004206A3" w:rsidRPr="005E5D79" w:rsidRDefault="004206A3" w:rsidP="00610992">
      <w:pPr>
        <w:numPr>
          <w:ilvl w:val="0"/>
          <w:numId w:val="1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2A78BA30"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III. THUYẾT MINH CÔNG NGHỆ</w:t>
      </w:r>
    </w:p>
    <w:p w14:paraId="748B806E" w14:textId="770FEA8E"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Tên công nghệ</w:t>
      </w:r>
      <w:r w:rsidR="000F2C67">
        <w:rPr>
          <w:rFonts w:ascii="Times New Roman" w:hAnsi="Times New Roman" w:cs="Times New Roman"/>
          <w:sz w:val="28"/>
          <w:szCs w:val="28"/>
          <w:lang w:val="de-DE"/>
        </w:rPr>
        <w:t>.</w:t>
      </w:r>
    </w:p>
    <w:p w14:paraId="26CAE743" w14:textId="7227AC75"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Xuất xứ</w:t>
      </w:r>
      <w:r w:rsidR="00B75CC5">
        <w:rPr>
          <w:rFonts w:ascii="Times New Roman" w:hAnsi="Times New Roman" w:cs="Times New Roman"/>
          <w:sz w:val="28"/>
          <w:szCs w:val="28"/>
          <w:lang w:val="de-DE"/>
        </w:rPr>
        <w:t xml:space="preserve"> công nghệ</w:t>
      </w:r>
      <w:r w:rsidR="000F2C67">
        <w:rPr>
          <w:rFonts w:ascii="Times New Roman" w:hAnsi="Times New Roman" w:cs="Times New Roman"/>
          <w:sz w:val="28"/>
          <w:szCs w:val="28"/>
          <w:lang w:val="de-DE"/>
        </w:rPr>
        <w:t>.</w:t>
      </w:r>
    </w:p>
    <w:p w14:paraId="5116AD03" w14:textId="37EBF520"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Mô tả công nghệ</w:t>
      </w:r>
      <w:r w:rsidR="000F2C67">
        <w:rPr>
          <w:rFonts w:ascii="Times New Roman" w:hAnsi="Times New Roman" w:cs="Times New Roman"/>
          <w:sz w:val="28"/>
          <w:szCs w:val="28"/>
          <w:lang w:val="de-DE"/>
        </w:rPr>
        <w:t>.</w:t>
      </w:r>
    </w:p>
    <w:p w14:paraId="6DF8245A" w14:textId="5833024C"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Mức độ hoàn thiện </w:t>
      </w:r>
      <w:r w:rsidR="00B75CC5">
        <w:rPr>
          <w:rFonts w:ascii="Times New Roman" w:hAnsi="Times New Roman" w:cs="Times New Roman"/>
          <w:sz w:val="28"/>
          <w:szCs w:val="28"/>
          <w:lang w:val="de-DE"/>
        </w:rPr>
        <w:t>công nghệ</w:t>
      </w:r>
      <w:r w:rsidR="000F2C67">
        <w:rPr>
          <w:rFonts w:ascii="Times New Roman" w:hAnsi="Times New Roman" w:cs="Times New Roman"/>
          <w:sz w:val="28"/>
          <w:szCs w:val="28"/>
          <w:lang w:val="de-DE"/>
        </w:rPr>
        <w:t>.</w:t>
      </w:r>
    </w:p>
    <w:p w14:paraId="63978FD9" w14:textId="2B0E21CA"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Giá trị sử dụng và ưu điểm vượt trội</w:t>
      </w:r>
      <w:r w:rsidR="00B75CC5">
        <w:rPr>
          <w:rFonts w:ascii="Times New Roman" w:hAnsi="Times New Roman" w:cs="Times New Roman"/>
          <w:sz w:val="28"/>
          <w:szCs w:val="28"/>
          <w:lang w:val="de-DE"/>
        </w:rPr>
        <w:t xml:space="preserve"> của công nghệ</w:t>
      </w:r>
      <w:r w:rsidR="000F2C67">
        <w:rPr>
          <w:rFonts w:ascii="Times New Roman" w:hAnsi="Times New Roman" w:cs="Times New Roman"/>
          <w:sz w:val="28"/>
          <w:szCs w:val="28"/>
          <w:lang w:val="de-DE"/>
        </w:rPr>
        <w:t>.</w:t>
      </w:r>
    </w:p>
    <w:p w14:paraId="48765B1D" w14:textId="64159551" w:rsidR="00B66975" w:rsidRPr="003B6C8C"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Khả năng triển khai</w:t>
      </w:r>
      <w:r w:rsidR="00B75CC5">
        <w:rPr>
          <w:rFonts w:ascii="Times New Roman" w:hAnsi="Times New Roman" w:cs="Times New Roman"/>
          <w:sz w:val="28"/>
          <w:szCs w:val="28"/>
          <w:lang w:val="de-DE"/>
        </w:rPr>
        <w:t xml:space="preserve"> công nghệ</w:t>
      </w:r>
      <w:r w:rsidRPr="003B6C8C">
        <w:rPr>
          <w:rFonts w:ascii="Times New Roman" w:hAnsi="Times New Roman" w:cs="Times New Roman"/>
          <w:sz w:val="28"/>
          <w:szCs w:val="28"/>
          <w:lang w:val="de-DE"/>
        </w:rPr>
        <w:t xml:space="preserve"> tại Việt Nam</w:t>
      </w:r>
      <w:r w:rsidR="000F2C67">
        <w:rPr>
          <w:rFonts w:ascii="Times New Roman" w:hAnsi="Times New Roman" w:cs="Times New Roman"/>
          <w:sz w:val="28"/>
          <w:szCs w:val="28"/>
          <w:lang w:val="de-DE"/>
        </w:rPr>
        <w:t>.</w:t>
      </w:r>
    </w:p>
    <w:p w14:paraId="7F9234DC" w14:textId="30FC8F63" w:rsidR="00B66975" w:rsidRDefault="00B66975"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Khả năng</w:t>
      </w:r>
      <w:r w:rsidR="006959CC">
        <w:rPr>
          <w:rFonts w:ascii="Times New Roman" w:hAnsi="Times New Roman" w:cs="Times New Roman"/>
          <w:sz w:val="28"/>
          <w:szCs w:val="28"/>
          <w:lang w:val="de-DE"/>
        </w:rPr>
        <w:t xml:space="preserve"> phổ biến và</w:t>
      </w:r>
      <w:r w:rsidRPr="003B6C8C">
        <w:rPr>
          <w:rFonts w:ascii="Times New Roman" w:hAnsi="Times New Roman" w:cs="Times New Roman"/>
          <w:sz w:val="28"/>
          <w:szCs w:val="28"/>
          <w:lang w:val="de-DE"/>
        </w:rPr>
        <w:t xml:space="preserve"> nhân rộng</w:t>
      </w:r>
      <w:r w:rsidR="000F2C67">
        <w:rPr>
          <w:rFonts w:ascii="Times New Roman" w:hAnsi="Times New Roman" w:cs="Times New Roman"/>
          <w:sz w:val="28"/>
          <w:szCs w:val="28"/>
          <w:lang w:val="de-DE"/>
        </w:rPr>
        <w:t>.</w:t>
      </w:r>
    </w:p>
    <w:p w14:paraId="4B6F7451" w14:textId="7E62D7C5" w:rsidR="006B7516" w:rsidRPr="003B6C8C" w:rsidRDefault="006B7516" w:rsidP="00FE577E">
      <w:pPr>
        <w:numPr>
          <w:ilvl w:val="0"/>
          <w:numId w:val="6"/>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2702C725" w14:textId="257E5A6F"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IV. TÌNH TRẠNG PHÁP LÝ</w:t>
      </w:r>
      <w:r w:rsidR="00A35A67">
        <w:rPr>
          <w:rFonts w:ascii="Times New Roman" w:hAnsi="Times New Roman" w:cs="Times New Roman"/>
          <w:b/>
          <w:bCs/>
          <w:sz w:val="28"/>
          <w:szCs w:val="28"/>
          <w:lang w:val="de-DE"/>
        </w:rPr>
        <w:t xml:space="preserve"> CỦA CÔNG NGHỆ</w:t>
      </w:r>
    </w:p>
    <w:p w14:paraId="5276107C" w14:textId="146B95E9" w:rsidR="00B66975" w:rsidRPr="00CB0D8E" w:rsidRDefault="00EA53E8" w:rsidP="00CB0D8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Quyền</w:t>
      </w:r>
      <w:r w:rsidR="00B66975" w:rsidRPr="003B6C8C">
        <w:rPr>
          <w:rFonts w:ascii="Times New Roman" w:hAnsi="Times New Roman" w:cs="Times New Roman"/>
          <w:sz w:val="28"/>
          <w:szCs w:val="28"/>
          <w:lang w:val="de-DE"/>
        </w:rPr>
        <w:t xml:space="preserve"> sở hữu công nghệ</w:t>
      </w:r>
      <w:r w:rsidR="000F2C67">
        <w:rPr>
          <w:rFonts w:ascii="Times New Roman" w:hAnsi="Times New Roman" w:cs="Times New Roman"/>
          <w:sz w:val="28"/>
          <w:szCs w:val="28"/>
          <w:lang w:val="de-DE"/>
        </w:rPr>
        <w:t>.</w:t>
      </w:r>
    </w:p>
    <w:p w14:paraId="16633958" w14:textId="67B7E225" w:rsidR="00B66975" w:rsidRDefault="00B66975"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Quyền </w:t>
      </w:r>
      <w:r w:rsidR="00525B28">
        <w:rPr>
          <w:rFonts w:ascii="Times New Roman" w:hAnsi="Times New Roman" w:cs="Times New Roman"/>
          <w:sz w:val="28"/>
          <w:szCs w:val="28"/>
          <w:lang w:val="de-DE"/>
        </w:rPr>
        <w:t>sử dụng</w:t>
      </w:r>
      <w:r w:rsidR="00C647A2">
        <w:rPr>
          <w:rFonts w:ascii="Times New Roman" w:hAnsi="Times New Roman" w:cs="Times New Roman"/>
          <w:sz w:val="28"/>
          <w:szCs w:val="28"/>
          <w:lang w:val="de-DE"/>
        </w:rPr>
        <w:t xml:space="preserve"> công nghệ</w:t>
      </w:r>
      <w:r w:rsidR="000F2C67">
        <w:rPr>
          <w:rFonts w:ascii="Times New Roman" w:hAnsi="Times New Roman" w:cs="Times New Roman"/>
          <w:sz w:val="28"/>
          <w:szCs w:val="28"/>
          <w:lang w:val="de-DE"/>
        </w:rPr>
        <w:t>.</w:t>
      </w:r>
    </w:p>
    <w:p w14:paraId="30C8E369" w14:textId="10BE1853" w:rsidR="00C66CF3" w:rsidRPr="003B6C8C" w:rsidRDefault="00C66CF3"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Quyền sở hữu trí tuệ đối với công nghệ</w:t>
      </w:r>
      <w:r w:rsidR="000F2C67">
        <w:rPr>
          <w:rFonts w:ascii="Times New Roman" w:hAnsi="Times New Roman" w:cs="Times New Roman"/>
          <w:sz w:val="28"/>
          <w:szCs w:val="28"/>
          <w:lang w:val="de-DE"/>
        </w:rPr>
        <w:t>.</w:t>
      </w:r>
    </w:p>
    <w:p w14:paraId="779BA5B4" w14:textId="5CC871AE" w:rsidR="00B66975" w:rsidRPr="003B6C8C" w:rsidRDefault="00B66975"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pháp lý tiềm ẩn</w:t>
      </w:r>
      <w:r w:rsidR="000F2C67">
        <w:rPr>
          <w:rFonts w:ascii="Times New Roman" w:hAnsi="Times New Roman" w:cs="Times New Roman"/>
          <w:sz w:val="28"/>
          <w:szCs w:val="28"/>
          <w:lang w:val="de-DE"/>
        </w:rPr>
        <w:t>.</w:t>
      </w:r>
    </w:p>
    <w:p w14:paraId="2930E832" w14:textId="7A9FBAA6" w:rsidR="00B66975" w:rsidRDefault="00B66975"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Cam kết bảo đảm quyền</w:t>
      </w:r>
      <w:r w:rsidR="00357BD7">
        <w:rPr>
          <w:rFonts w:ascii="Times New Roman" w:hAnsi="Times New Roman" w:cs="Times New Roman"/>
          <w:sz w:val="28"/>
          <w:szCs w:val="28"/>
          <w:lang w:val="de-DE"/>
        </w:rPr>
        <w:t xml:space="preserve"> sở hữu</w:t>
      </w:r>
      <w:r w:rsidR="008745D0">
        <w:rPr>
          <w:rFonts w:ascii="Times New Roman" w:hAnsi="Times New Roman" w:cs="Times New Roman"/>
          <w:sz w:val="28"/>
          <w:szCs w:val="28"/>
          <w:lang w:val="de-DE"/>
        </w:rPr>
        <w:t xml:space="preserve"> công nghệ</w:t>
      </w:r>
      <w:r w:rsidR="00357BD7">
        <w:rPr>
          <w:rFonts w:ascii="Times New Roman" w:hAnsi="Times New Roman" w:cs="Times New Roman"/>
          <w:sz w:val="28"/>
          <w:szCs w:val="28"/>
          <w:lang w:val="de-DE"/>
        </w:rPr>
        <w:t>, quyền</w:t>
      </w:r>
      <w:r w:rsidRPr="003B6C8C">
        <w:rPr>
          <w:rFonts w:ascii="Times New Roman" w:hAnsi="Times New Roman" w:cs="Times New Roman"/>
          <w:sz w:val="28"/>
          <w:szCs w:val="28"/>
          <w:lang w:val="de-DE"/>
        </w:rPr>
        <w:t xml:space="preserve"> sử dụng </w:t>
      </w:r>
      <w:r w:rsidR="008745D0">
        <w:rPr>
          <w:rFonts w:ascii="Times New Roman" w:hAnsi="Times New Roman" w:cs="Times New Roman"/>
          <w:sz w:val="28"/>
          <w:szCs w:val="28"/>
          <w:lang w:val="de-DE"/>
        </w:rPr>
        <w:t xml:space="preserve">công nghệ </w:t>
      </w:r>
      <w:r w:rsidRPr="003B6C8C">
        <w:rPr>
          <w:rFonts w:ascii="Times New Roman" w:hAnsi="Times New Roman" w:cs="Times New Roman"/>
          <w:sz w:val="28"/>
          <w:szCs w:val="28"/>
          <w:lang w:val="de-DE"/>
        </w:rPr>
        <w:t>hợp pháp sau khi Nhà nước mua</w:t>
      </w:r>
      <w:r w:rsidR="000F2C67">
        <w:rPr>
          <w:rFonts w:ascii="Times New Roman" w:hAnsi="Times New Roman" w:cs="Times New Roman"/>
          <w:sz w:val="28"/>
          <w:szCs w:val="28"/>
          <w:lang w:val="de-DE"/>
        </w:rPr>
        <w:t>.</w:t>
      </w:r>
    </w:p>
    <w:p w14:paraId="015A9138" w14:textId="4082F28C" w:rsidR="00357BD7" w:rsidRPr="003B6C8C" w:rsidRDefault="00357BD7" w:rsidP="00FE577E">
      <w:pPr>
        <w:numPr>
          <w:ilvl w:val="0"/>
          <w:numId w:val="7"/>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010C9997"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 PHƯƠNG ÁN MUA CÔNG NGHỆ</w:t>
      </w:r>
    </w:p>
    <w:p w14:paraId="5B6CF3F8" w14:textId="77777777"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Hình thức mua:</w:t>
      </w:r>
    </w:p>
    <w:p w14:paraId="7DD8612F" w14:textId="21487E89" w:rsidR="00B66975" w:rsidRPr="003B6C8C" w:rsidRDefault="00B66975" w:rsidP="0055271C">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sở hữu</w:t>
      </w:r>
      <w:r w:rsidR="004459FA">
        <w:rPr>
          <w:rFonts w:ascii="Times New Roman" w:hAnsi="Times New Roman" w:cs="Times New Roman"/>
          <w:sz w:val="28"/>
          <w:szCs w:val="28"/>
          <w:lang w:val="de-DE"/>
        </w:rPr>
        <w:t xml:space="preserve"> công nghệ</w:t>
      </w:r>
    </w:p>
    <w:p w14:paraId="7115498C" w14:textId="00887820" w:rsidR="00B66975" w:rsidRPr="003B6C8C" w:rsidRDefault="00B66975" w:rsidP="0055271C">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sử dụng</w:t>
      </w:r>
      <w:r w:rsidR="004459FA">
        <w:rPr>
          <w:rFonts w:ascii="Times New Roman" w:hAnsi="Times New Roman" w:cs="Times New Roman"/>
          <w:sz w:val="28"/>
          <w:szCs w:val="28"/>
          <w:lang w:val="de-DE"/>
        </w:rPr>
        <w:t xml:space="preserve"> công nghệ</w:t>
      </w:r>
    </w:p>
    <w:p w14:paraId="58B37B44" w14:textId="4171A991"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Phạm vi quyền dự kiến</w:t>
      </w:r>
      <w:r w:rsidR="000F2C67">
        <w:rPr>
          <w:rFonts w:ascii="Times New Roman" w:hAnsi="Times New Roman" w:cs="Times New Roman"/>
          <w:sz w:val="28"/>
          <w:szCs w:val="28"/>
          <w:lang w:val="de-DE"/>
        </w:rPr>
        <w:t>.</w:t>
      </w:r>
    </w:p>
    <w:p w14:paraId="788CBFD5" w14:textId="58E76DF1"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Thời hạn </w:t>
      </w:r>
      <w:r w:rsidR="006A421D">
        <w:rPr>
          <w:rFonts w:ascii="Times New Roman" w:hAnsi="Times New Roman" w:cs="Times New Roman"/>
          <w:sz w:val="28"/>
          <w:szCs w:val="28"/>
          <w:lang w:val="de-DE"/>
        </w:rPr>
        <w:t>sở hữu/</w:t>
      </w:r>
      <w:r w:rsidRPr="003B6C8C">
        <w:rPr>
          <w:rFonts w:ascii="Times New Roman" w:hAnsi="Times New Roman" w:cs="Times New Roman"/>
          <w:sz w:val="28"/>
          <w:szCs w:val="28"/>
          <w:lang w:val="de-DE"/>
        </w:rPr>
        <w:t>sử dụng</w:t>
      </w:r>
      <w:r w:rsidR="000F2C67">
        <w:rPr>
          <w:rFonts w:ascii="Times New Roman" w:hAnsi="Times New Roman" w:cs="Times New Roman"/>
          <w:sz w:val="28"/>
          <w:szCs w:val="28"/>
          <w:lang w:val="de-DE"/>
        </w:rPr>
        <w:t>.</w:t>
      </w:r>
    </w:p>
    <w:p w14:paraId="4AA8504E" w14:textId="79A20D5C"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Điều kiện và nghĩa vụ kèm theo</w:t>
      </w:r>
      <w:r w:rsidR="000F2C67">
        <w:rPr>
          <w:rFonts w:ascii="Times New Roman" w:hAnsi="Times New Roman" w:cs="Times New Roman"/>
          <w:sz w:val="28"/>
          <w:szCs w:val="28"/>
          <w:lang w:val="de-DE"/>
        </w:rPr>
        <w:t>.</w:t>
      </w:r>
    </w:p>
    <w:p w14:paraId="361D98FA" w14:textId="1CAED159"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Giá dự kiến/giá tham chiếu</w:t>
      </w:r>
      <w:r w:rsidR="000F2C67">
        <w:rPr>
          <w:rFonts w:ascii="Times New Roman" w:hAnsi="Times New Roman" w:cs="Times New Roman"/>
          <w:sz w:val="28"/>
          <w:szCs w:val="28"/>
          <w:lang w:val="de-DE"/>
        </w:rPr>
        <w:t>.</w:t>
      </w:r>
    </w:p>
    <w:p w14:paraId="28828417" w14:textId="0F391A33"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Căn cứ xác định giá</w:t>
      </w:r>
      <w:r w:rsidR="000F2C67">
        <w:rPr>
          <w:rFonts w:ascii="Times New Roman" w:hAnsi="Times New Roman" w:cs="Times New Roman"/>
          <w:sz w:val="28"/>
          <w:szCs w:val="28"/>
          <w:lang w:val="de-DE"/>
        </w:rPr>
        <w:t>.</w:t>
      </w:r>
    </w:p>
    <w:p w14:paraId="321234F5" w14:textId="61CCF753" w:rsidR="00B66975" w:rsidRPr="003B6C8C"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Phương án lựa chọn đối tác</w:t>
      </w:r>
      <w:r w:rsidR="000F2C67">
        <w:rPr>
          <w:rFonts w:ascii="Times New Roman" w:hAnsi="Times New Roman" w:cs="Times New Roman"/>
          <w:sz w:val="28"/>
          <w:szCs w:val="28"/>
          <w:lang w:val="de-DE"/>
        </w:rPr>
        <w:t>.</w:t>
      </w:r>
    </w:p>
    <w:p w14:paraId="7F86633B" w14:textId="0585319D" w:rsidR="00B66975" w:rsidRDefault="00B66975"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Đề xuất cơ chế đặc thù (nếu có)</w:t>
      </w:r>
      <w:r w:rsidR="000F2C67">
        <w:rPr>
          <w:rFonts w:ascii="Times New Roman" w:hAnsi="Times New Roman" w:cs="Times New Roman"/>
          <w:sz w:val="28"/>
          <w:szCs w:val="28"/>
          <w:lang w:val="de-DE"/>
        </w:rPr>
        <w:t>.</w:t>
      </w:r>
    </w:p>
    <w:p w14:paraId="772C4557" w14:textId="76646BB7" w:rsidR="00722D17" w:rsidRPr="003B6C8C" w:rsidRDefault="00722D17" w:rsidP="00FE577E">
      <w:pPr>
        <w:numPr>
          <w:ilvl w:val="0"/>
          <w:numId w:val="8"/>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Nội dung khác (nếu có)</w:t>
      </w:r>
      <w:r w:rsidR="000F2C67">
        <w:rPr>
          <w:rFonts w:ascii="Times New Roman" w:hAnsi="Times New Roman" w:cs="Times New Roman"/>
          <w:sz w:val="28"/>
          <w:szCs w:val="28"/>
          <w:lang w:val="de-DE"/>
        </w:rPr>
        <w:t>.</w:t>
      </w:r>
    </w:p>
    <w:p w14:paraId="6199D288"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VI. PHƯƠNG ÁN PHỔ BIẾN CÔNG NGHỆ</w:t>
      </w:r>
    </w:p>
    <w:p w14:paraId="652E8E3C" w14:textId="74849DFD"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Đối tượng </w:t>
      </w:r>
      <w:r w:rsidR="002F47B5">
        <w:rPr>
          <w:rFonts w:ascii="Times New Roman" w:hAnsi="Times New Roman" w:cs="Times New Roman"/>
          <w:sz w:val="28"/>
          <w:szCs w:val="28"/>
          <w:lang w:val="de-DE"/>
        </w:rPr>
        <w:t xml:space="preserve">dự kiến </w:t>
      </w:r>
      <w:r w:rsidRPr="003B6C8C">
        <w:rPr>
          <w:rFonts w:ascii="Times New Roman" w:hAnsi="Times New Roman" w:cs="Times New Roman"/>
          <w:sz w:val="28"/>
          <w:szCs w:val="28"/>
          <w:lang w:val="de-DE"/>
        </w:rPr>
        <w:t>tiếp nhận công nghệ</w:t>
      </w:r>
    </w:p>
    <w:p w14:paraId="4613840A" w14:textId="77777777"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Hình thức phổ biến:</w:t>
      </w:r>
    </w:p>
    <w:p w14:paraId="75BD5137" w14:textId="0700EA2B" w:rsidR="00B66975" w:rsidRPr="003B6C8C" w:rsidRDefault="00B66975" w:rsidP="00BF233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w:t>
      </w:r>
      <w:r w:rsidR="00313FD9">
        <w:rPr>
          <w:rFonts w:ascii="Times New Roman" w:hAnsi="Times New Roman" w:cs="Times New Roman"/>
          <w:sz w:val="28"/>
          <w:szCs w:val="28"/>
          <w:lang w:val="de-DE"/>
        </w:rPr>
        <w:t>M</w:t>
      </w:r>
      <w:r w:rsidRPr="003B6C8C">
        <w:rPr>
          <w:rFonts w:ascii="Times New Roman" w:hAnsi="Times New Roman" w:cs="Times New Roman"/>
          <w:sz w:val="28"/>
          <w:szCs w:val="28"/>
          <w:lang w:val="de-DE"/>
        </w:rPr>
        <w:t>iễn phí</w:t>
      </w:r>
    </w:p>
    <w:p w14:paraId="7AE1A629" w14:textId="35AC7770" w:rsidR="00B66975" w:rsidRPr="003B6C8C" w:rsidRDefault="00B66975" w:rsidP="00BF233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w:t>
      </w:r>
      <w:r w:rsidR="00C511B7">
        <w:rPr>
          <w:rFonts w:ascii="Times New Roman" w:hAnsi="Times New Roman" w:cs="Times New Roman"/>
          <w:sz w:val="28"/>
          <w:szCs w:val="28"/>
          <w:lang w:val="de-DE"/>
        </w:rPr>
        <w:t>Ưu</w:t>
      </w:r>
      <w:r w:rsidRPr="003B6C8C">
        <w:rPr>
          <w:rFonts w:ascii="Times New Roman" w:hAnsi="Times New Roman" w:cs="Times New Roman"/>
          <w:sz w:val="28"/>
          <w:szCs w:val="28"/>
          <w:lang w:val="de-DE"/>
        </w:rPr>
        <w:t xml:space="preserve"> đãi</w:t>
      </w:r>
    </w:p>
    <w:p w14:paraId="3DB06469" w14:textId="77777777" w:rsidR="00B66975" w:rsidRPr="003B6C8C" w:rsidRDefault="00B66975" w:rsidP="00BF233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Cấp quyền sử dụng có điều kiện</w:t>
      </w:r>
    </w:p>
    <w:p w14:paraId="3308F12E" w14:textId="77777777" w:rsidR="00942BDB" w:rsidRDefault="00B66975" w:rsidP="00942BDB">
      <w:pPr>
        <w:spacing w:before="120" w:after="120" w:line="340" w:lineRule="exact"/>
        <w:ind w:left="284"/>
        <w:rPr>
          <w:rFonts w:ascii="Times New Roman" w:hAnsi="Times New Roman" w:cs="Times New Roman"/>
          <w:sz w:val="28"/>
          <w:szCs w:val="28"/>
          <w:lang w:val="de-DE"/>
        </w:rPr>
      </w:pPr>
      <w:r w:rsidRPr="00BF233B">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Hợp tác cùng phát triển công nghệ</w:t>
      </w:r>
    </w:p>
    <w:p w14:paraId="6382C171" w14:textId="5956EA39" w:rsidR="00942BDB" w:rsidRPr="00942BDB" w:rsidRDefault="00942BDB" w:rsidP="00942BDB">
      <w:pPr>
        <w:spacing w:before="120" w:after="120" w:line="340" w:lineRule="exact"/>
        <w:ind w:firstLine="284"/>
        <w:jc w:val="both"/>
        <w:rPr>
          <w:rFonts w:ascii="Times New Roman" w:hAnsi="Times New Roman" w:cs="Times New Roman"/>
          <w:i/>
          <w:iCs/>
          <w:sz w:val="28"/>
          <w:szCs w:val="28"/>
          <w:lang w:val="de-DE"/>
        </w:rPr>
      </w:pPr>
      <w:r w:rsidRPr="00942BDB">
        <w:rPr>
          <w:rFonts w:ascii="Times New Roman" w:hAnsi="Times New Roman" w:cs="Times New Roman"/>
          <w:i/>
          <w:iCs/>
          <w:sz w:val="28"/>
          <w:szCs w:val="28"/>
          <w:lang w:val="de-DE"/>
        </w:rPr>
        <w:t>(Mô tả chi tiết theo điểm đ khoản 2 Điều 36 Nghị định số …./2026/NĐ-CP ngày … tháng … năm 2026 của Chính phủ quy định chi tiết một số điều và hướng dẫn biện pháp thi hành Luật Chuyển giao công nghệ số 07/2017/QH14; được sửa đổi bổ sung bởi Luật số 93/2025/QH15 và Luật số 115/2025/QH15</w:t>
      </w:r>
      <w:r>
        <w:rPr>
          <w:rFonts w:ascii="Times New Roman" w:hAnsi="Times New Roman" w:cs="Times New Roman"/>
          <w:i/>
          <w:iCs/>
          <w:sz w:val="28"/>
          <w:szCs w:val="28"/>
          <w:lang w:val="de-DE"/>
        </w:rPr>
        <w:t>)</w:t>
      </w:r>
    </w:p>
    <w:p w14:paraId="79192DCD" w14:textId="3CC7CFED"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Điều kiện áp dụng</w:t>
      </w:r>
      <w:r w:rsidR="000F2C67">
        <w:rPr>
          <w:rFonts w:ascii="Times New Roman" w:hAnsi="Times New Roman" w:cs="Times New Roman"/>
          <w:sz w:val="28"/>
          <w:szCs w:val="28"/>
          <w:lang w:val="de-DE"/>
        </w:rPr>
        <w:t>.</w:t>
      </w:r>
    </w:p>
    <w:p w14:paraId="55FF053C" w14:textId="4D97348C"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Phương án </w:t>
      </w:r>
      <w:r w:rsidR="00A73453">
        <w:rPr>
          <w:rFonts w:ascii="Times New Roman" w:hAnsi="Times New Roman" w:cs="Times New Roman"/>
          <w:sz w:val="28"/>
          <w:szCs w:val="28"/>
          <w:lang w:val="de-DE"/>
        </w:rPr>
        <w:t xml:space="preserve">tổ chức thực hiện, </w:t>
      </w:r>
      <w:r w:rsidRPr="003B6C8C">
        <w:rPr>
          <w:rFonts w:ascii="Times New Roman" w:hAnsi="Times New Roman" w:cs="Times New Roman"/>
          <w:sz w:val="28"/>
          <w:szCs w:val="28"/>
          <w:lang w:val="de-DE"/>
        </w:rPr>
        <w:t>đào tạo và chuyển giao năng lực</w:t>
      </w:r>
      <w:r w:rsidR="000F2C67">
        <w:rPr>
          <w:rFonts w:ascii="Times New Roman" w:hAnsi="Times New Roman" w:cs="Times New Roman"/>
          <w:sz w:val="28"/>
          <w:szCs w:val="28"/>
          <w:lang w:val="de-DE"/>
        </w:rPr>
        <w:t>.</w:t>
      </w:r>
    </w:p>
    <w:p w14:paraId="3378C110" w14:textId="4471675D"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chế giám sát việc sử dụng công nghệ</w:t>
      </w:r>
      <w:r w:rsidR="000F2C67">
        <w:rPr>
          <w:rFonts w:ascii="Times New Roman" w:hAnsi="Times New Roman" w:cs="Times New Roman"/>
          <w:sz w:val="28"/>
          <w:szCs w:val="28"/>
          <w:lang w:val="de-DE"/>
        </w:rPr>
        <w:t>.</w:t>
      </w:r>
    </w:p>
    <w:p w14:paraId="3A935CBA" w14:textId="15DFC410" w:rsidR="00B66975" w:rsidRPr="003B6C8C"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Nghĩa vụ bảo mật và bảo vệ quyền </w:t>
      </w:r>
      <w:r w:rsidR="00A73453">
        <w:rPr>
          <w:rFonts w:ascii="Times New Roman" w:hAnsi="Times New Roman" w:cs="Times New Roman"/>
          <w:sz w:val="28"/>
          <w:szCs w:val="28"/>
          <w:lang w:val="de-DE"/>
        </w:rPr>
        <w:t>sở hữu trí</w:t>
      </w:r>
      <w:r w:rsidR="008A3B57">
        <w:rPr>
          <w:rFonts w:ascii="Times New Roman" w:hAnsi="Times New Roman" w:cs="Times New Roman"/>
          <w:sz w:val="28"/>
          <w:szCs w:val="28"/>
          <w:lang w:val="de-DE"/>
        </w:rPr>
        <w:t xml:space="preserve"> tuệ</w:t>
      </w:r>
      <w:r w:rsidR="000F2C67">
        <w:rPr>
          <w:rFonts w:ascii="Times New Roman" w:hAnsi="Times New Roman" w:cs="Times New Roman"/>
          <w:sz w:val="28"/>
          <w:szCs w:val="28"/>
          <w:lang w:val="de-DE"/>
        </w:rPr>
        <w:t>.</w:t>
      </w:r>
    </w:p>
    <w:p w14:paraId="42592436" w14:textId="69239A35" w:rsidR="00B66975" w:rsidRDefault="00B66975" w:rsidP="00FE577E">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chế thu hồi quyền sử dụng</w:t>
      </w:r>
      <w:r w:rsidR="00CE45C0">
        <w:rPr>
          <w:rFonts w:ascii="Times New Roman" w:hAnsi="Times New Roman" w:cs="Times New Roman"/>
          <w:sz w:val="28"/>
          <w:szCs w:val="28"/>
          <w:lang w:val="de-DE"/>
        </w:rPr>
        <w:t>, quyền hợp tác cùng phát triển công nghệ</w:t>
      </w:r>
      <w:r w:rsidRPr="003B6C8C">
        <w:rPr>
          <w:rFonts w:ascii="Times New Roman" w:hAnsi="Times New Roman" w:cs="Times New Roman"/>
          <w:sz w:val="28"/>
          <w:szCs w:val="28"/>
          <w:lang w:val="de-DE"/>
        </w:rPr>
        <w:t xml:space="preserve"> khi vi phạm</w:t>
      </w:r>
      <w:r w:rsidR="000F2C67">
        <w:rPr>
          <w:rFonts w:ascii="Times New Roman" w:hAnsi="Times New Roman" w:cs="Times New Roman"/>
          <w:sz w:val="28"/>
          <w:szCs w:val="28"/>
          <w:lang w:val="de-DE"/>
        </w:rPr>
        <w:t>.</w:t>
      </w:r>
    </w:p>
    <w:p w14:paraId="7A7F924A" w14:textId="2B8D5C88" w:rsidR="00B37231" w:rsidRPr="00B37231" w:rsidRDefault="00B37231" w:rsidP="00B37231">
      <w:pPr>
        <w:numPr>
          <w:ilvl w:val="0"/>
          <w:numId w:val="9"/>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70CF00E2"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VII. DỰ TOÁN KINH PHÍ</w:t>
      </w:r>
    </w:p>
    <w:p w14:paraId="5061D310" w14:textId="6B90C2C8" w:rsidR="00B66975" w:rsidRPr="003B6C8C"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Tổng kinh phí dự kiến</w:t>
      </w:r>
      <w:r w:rsidR="000F2C67">
        <w:rPr>
          <w:rFonts w:ascii="Times New Roman" w:hAnsi="Times New Roman" w:cs="Times New Roman"/>
          <w:sz w:val="28"/>
          <w:szCs w:val="28"/>
          <w:lang w:val="de-DE"/>
        </w:rPr>
        <w:t>.</w:t>
      </w:r>
    </w:p>
    <w:p w14:paraId="53EAFB7B" w14:textId="77777777" w:rsidR="00B66975" w:rsidRPr="003B6C8C"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cấu chi:</w:t>
      </w:r>
    </w:p>
    <w:p w14:paraId="78BE8262" w14:textId="2B11F92B" w:rsidR="00B66975" w:rsidRPr="003B6C8C"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w:t>
      </w:r>
      <w:r w:rsidR="00B66975" w:rsidRPr="003B6C8C">
        <w:rPr>
          <w:rFonts w:ascii="Times New Roman" w:hAnsi="Times New Roman" w:cs="Times New Roman"/>
          <w:sz w:val="28"/>
          <w:szCs w:val="28"/>
          <w:lang w:val="de-DE"/>
        </w:rPr>
        <w:t>Chi mua công nghệ</w:t>
      </w:r>
      <w:r w:rsidR="000F2C67">
        <w:rPr>
          <w:rFonts w:ascii="Times New Roman" w:hAnsi="Times New Roman" w:cs="Times New Roman"/>
          <w:sz w:val="28"/>
          <w:szCs w:val="28"/>
          <w:lang w:val="de-DE"/>
        </w:rPr>
        <w:t>.</w:t>
      </w:r>
    </w:p>
    <w:p w14:paraId="3F9CEE9A" w14:textId="40B64215" w:rsidR="00B66975" w:rsidRPr="003B6C8C"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w:t>
      </w:r>
      <w:r w:rsidR="00B66975" w:rsidRPr="003B6C8C">
        <w:rPr>
          <w:rFonts w:ascii="Times New Roman" w:hAnsi="Times New Roman" w:cs="Times New Roman"/>
          <w:sz w:val="28"/>
          <w:szCs w:val="28"/>
          <w:lang w:val="de-DE"/>
        </w:rPr>
        <w:t>Chi đào tạo, chuyển giao</w:t>
      </w:r>
      <w:r w:rsidR="000F2C67">
        <w:rPr>
          <w:rFonts w:ascii="Times New Roman" w:hAnsi="Times New Roman" w:cs="Times New Roman"/>
          <w:sz w:val="28"/>
          <w:szCs w:val="28"/>
          <w:lang w:val="de-DE"/>
        </w:rPr>
        <w:t>.</w:t>
      </w:r>
    </w:p>
    <w:p w14:paraId="027A4D4F" w14:textId="6ED01B5A" w:rsidR="00B66975" w:rsidRPr="003B6C8C"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c) </w:t>
      </w:r>
      <w:r w:rsidR="00B66975" w:rsidRPr="003B6C8C">
        <w:rPr>
          <w:rFonts w:ascii="Times New Roman" w:hAnsi="Times New Roman" w:cs="Times New Roman"/>
          <w:sz w:val="28"/>
          <w:szCs w:val="28"/>
          <w:lang w:val="de-DE"/>
        </w:rPr>
        <w:t>Chi hỗ trợ triển khai</w:t>
      </w:r>
      <w:r w:rsidR="000F2C67">
        <w:rPr>
          <w:rFonts w:ascii="Times New Roman" w:hAnsi="Times New Roman" w:cs="Times New Roman"/>
          <w:sz w:val="28"/>
          <w:szCs w:val="28"/>
          <w:lang w:val="de-DE"/>
        </w:rPr>
        <w:t>.</w:t>
      </w:r>
    </w:p>
    <w:p w14:paraId="28F48E7E" w14:textId="14D5F2CB" w:rsidR="00B66975" w:rsidRDefault="00BF233B"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d) </w:t>
      </w:r>
      <w:r w:rsidR="00B66975" w:rsidRPr="003B6C8C">
        <w:rPr>
          <w:rFonts w:ascii="Times New Roman" w:hAnsi="Times New Roman" w:cs="Times New Roman"/>
          <w:sz w:val="28"/>
          <w:szCs w:val="28"/>
          <w:lang w:val="de-DE"/>
        </w:rPr>
        <w:t>Chi quản lý, giám sát</w:t>
      </w:r>
      <w:r w:rsidR="000F2C67">
        <w:rPr>
          <w:rFonts w:ascii="Times New Roman" w:hAnsi="Times New Roman" w:cs="Times New Roman"/>
          <w:sz w:val="28"/>
          <w:szCs w:val="28"/>
          <w:lang w:val="de-DE"/>
        </w:rPr>
        <w:t>.</w:t>
      </w:r>
    </w:p>
    <w:p w14:paraId="53947E46" w14:textId="1512FF39" w:rsidR="006E469D" w:rsidRPr="003B6C8C" w:rsidRDefault="006E469D" w:rsidP="00BF233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đ) Chi khác (nếu có)</w:t>
      </w:r>
      <w:r w:rsidR="000F2C67">
        <w:rPr>
          <w:rFonts w:ascii="Times New Roman" w:hAnsi="Times New Roman" w:cs="Times New Roman"/>
          <w:sz w:val="28"/>
          <w:szCs w:val="28"/>
          <w:lang w:val="de-DE"/>
        </w:rPr>
        <w:t>.</w:t>
      </w:r>
    </w:p>
    <w:p w14:paraId="490B337E" w14:textId="23C343F6" w:rsidR="00B66975" w:rsidRPr="003B6C8C"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Nguồn kinh phí</w:t>
      </w:r>
      <w:r w:rsidR="00FC10FF">
        <w:rPr>
          <w:rFonts w:ascii="Times New Roman" w:hAnsi="Times New Roman" w:cs="Times New Roman"/>
          <w:sz w:val="28"/>
          <w:szCs w:val="28"/>
          <w:lang w:val="de-DE"/>
        </w:rPr>
        <w:t xml:space="preserve"> dự kiến</w:t>
      </w:r>
      <w:r w:rsidR="000F2C67">
        <w:rPr>
          <w:rFonts w:ascii="Times New Roman" w:hAnsi="Times New Roman" w:cs="Times New Roman"/>
          <w:sz w:val="28"/>
          <w:szCs w:val="28"/>
          <w:lang w:val="de-DE"/>
        </w:rPr>
        <w:t>.</w:t>
      </w:r>
    </w:p>
    <w:p w14:paraId="4DC350B3" w14:textId="7F5CBCC8" w:rsidR="00B66975" w:rsidRDefault="00B66975" w:rsidP="00FE577E">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chế huy động nguồn lực khác (nếu có)</w:t>
      </w:r>
      <w:r w:rsidR="000F2C67">
        <w:rPr>
          <w:rFonts w:ascii="Times New Roman" w:hAnsi="Times New Roman" w:cs="Times New Roman"/>
          <w:sz w:val="28"/>
          <w:szCs w:val="28"/>
          <w:lang w:val="de-DE"/>
        </w:rPr>
        <w:t>.</w:t>
      </w:r>
    </w:p>
    <w:p w14:paraId="0A75327D" w14:textId="70A18448" w:rsidR="008F6A37" w:rsidRPr="008F6A37" w:rsidRDefault="008F6A37" w:rsidP="008F6A37">
      <w:pPr>
        <w:numPr>
          <w:ilvl w:val="0"/>
          <w:numId w:val="10"/>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58FBBA64"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VIII. ĐÁNH GIÁ HIỆU QUẢ VÀ TÁC ĐỘNG</w:t>
      </w:r>
    </w:p>
    <w:p w14:paraId="4C2A8696" w14:textId="19085B41" w:rsidR="00B66975" w:rsidRPr="003B6C8C"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Hiệu quả kinh tế</w:t>
      </w:r>
      <w:r w:rsidR="000F2C67">
        <w:rPr>
          <w:rFonts w:ascii="Times New Roman" w:hAnsi="Times New Roman" w:cs="Times New Roman"/>
          <w:sz w:val="28"/>
          <w:szCs w:val="28"/>
          <w:lang w:val="de-DE"/>
        </w:rPr>
        <w:t>.</w:t>
      </w:r>
    </w:p>
    <w:p w14:paraId="167A16CA" w14:textId="22BBC885" w:rsidR="00B66975"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lastRenderedPageBreak/>
        <w:t>Hiệu quả xã hội</w:t>
      </w:r>
      <w:r w:rsidR="000F2C67">
        <w:rPr>
          <w:rFonts w:ascii="Times New Roman" w:hAnsi="Times New Roman" w:cs="Times New Roman"/>
          <w:sz w:val="28"/>
          <w:szCs w:val="28"/>
          <w:lang w:val="de-DE"/>
        </w:rPr>
        <w:t>.</w:t>
      </w:r>
    </w:p>
    <w:p w14:paraId="1BBB0E23" w14:textId="358AA3D4" w:rsidR="00220B4F" w:rsidRPr="003B6C8C" w:rsidRDefault="00220B4F"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Hiệu quả đảm bảo quốc phòng, an ninh</w:t>
      </w:r>
      <w:r w:rsidR="000F2C67">
        <w:rPr>
          <w:rFonts w:ascii="Times New Roman" w:hAnsi="Times New Roman" w:cs="Times New Roman"/>
          <w:sz w:val="28"/>
          <w:szCs w:val="28"/>
          <w:lang w:val="de-DE"/>
        </w:rPr>
        <w:t>.</w:t>
      </w:r>
    </w:p>
    <w:p w14:paraId="64C9053E" w14:textId="05D0C7B8" w:rsidR="00B66975" w:rsidRPr="003B6C8C"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Tác động lan tỏa</w:t>
      </w:r>
      <w:r w:rsidR="000F2C67">
        <w:rPr>
          <w:rFonts w:ascii="Times New Roman" w:hAnsi="Times New Roman" w:cs="Times New Roman"/>
          <w:sz w:val="28"/>
          <w:szCs w:val="28"/>
          <w:lang w:val="de-DE"/>
        </w:rPr>
        <w:t>.</w:t>
      </w:r>
    </w:p>
    <w:p w14:paraId="0EDB0EC4" w14:textId="6A1013B4" w:rsidR="00B66975" w:rsidRPr="003B6C8C"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Nâng cao năng lực công nghệ quốc gia</w:t>
      </w:r>
      <w:r w:rsidR="000F2C67">
        <w:rPr>
          <w:rFonts w:ascii="Times New Roman" w:hAnsi="Times New Roman" w:cs="Times New Roman"/>
          <w:sz w:val="28"/>
          <w:szCs w:val="28"/>
          <w:lang w:val="de-DE"/>
        </w:rPr>
        <w:t>.</w:t>
      </w:r>
    </w:p>
    <w:p w14:paraId="04D2369F" w14:textId="7876365A" w:rsidR="00B66975" w:rsidRDefault="00B66975"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Đóng góp vào</w:t>
      </w:r>
      <w:r w:rsidR="00C2582C">
        <w:rPr>
          <w:rFonts w:ascii="Times New Roman" w:hAnsi="Times New Roman" w:cs="Times New Roman"/>
          <w:sz w:val="28"/>
          <w:szCs w:val="28"/>
          <w:lang w:val="de-DE"/>
        </w:rPr>
        <w:t xml:space="preserve"> phát triển</w:t>
      </w:r>
      <w:r w:rsidRPr="003B6C8C">
        <w:rPr>
          <w:rFonts w:ascii="Times New Roman" w:hAnsi="Times New Roman" w:cs="Times New Roman"/>
          <w:sz w:val="28"/>
          <w:szCs w:val="28"/>
          <w:lang w:val="de-DE"/>
        </w:rPr>
        <w:t xml:space="preserve"> thị trường khoa học và công nghệ</w:t>
      </w:r>
      <w:r w:rsidR="000F2C67">
        <w:rPr>
          <w:rFonts w:ascii="Times New Roman" w:hAnsi="Times New Roman" w:cs="Times New Roman"/>
          <w:sz w:val="28"/>
          <w:szCs w:val="28"/>
          <w:lang w:val="de-DE"/>
        </w:rPr>
        <w:t>.</w:t>
      </w:r>
    </w:p>
    <w:p w14:paraId="3AE0C727" w14:textId="3FD8BA77" w:rsidR="008F6A37" w:rsidRPr="003B6C8C" w:rsidRDefault="008F6A37" w:rsidP="00610992">
      <w:pPr>
        <w:numPr>
          <w:ilvl w:val="0"/>
          <w:numId w:val="18"/>
        </w:numPr>
        <w:tabs>
          <w:tab w:val="clear" w:pos="720"/>
        </w:tabs>
        <w:spacing w:before="120" w:after="120" w:line="340" w:lineRule="exact"/>
        <w:ind w:left="284" w:hanging="284"/>
        <w:jc w:val="both"/>
        <w:rPr>
          <w:rFonts w:ascii="Times New Roman" w:hAnsi="Times New Roman" w:cs="Times New Roman"/>
          <w:sz w:val="28"/>
          <w:szCs w:val="28"/>
          <w:lang w:val="de-DE"/>
        </w:rPr>
      </w:pPr>
      <w:r w:rsidRPr="008F6A37">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0F8614D5"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IX. RỦI RO VÀ BIỆN PHÁP KIỂM SOÁT</w:t>
      </w:r>
    </w:p>
    <w:p w14:paraId="25D9E328" w14:textId="59161962"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kỹ thuật</w:t>
      </w:r>
      <w:r w:rsidR="000F2C67">
        <w:rPr>
          <w:rFonts w:ascii="Times New Roman" w:hAnsi="Times New Roman" w:cs="Times New Roman"/>
          <w:sz w:val="28"/>
          <w:szCs w:val="28"/>
          <w:lang w:val="de-DE"/>
        </w:rPr>
        <w:t>.</w:t>
      </w:r>
    </w:p>
    <w:p w14:paraId="32EC3CB7" w14:textId="79D770FA"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pháp lý</w:t>
      </w:r>
      <w:r w:rsidR="000F2C67">
        <w:rPr>
          <w:rFonts w:ascii="Times New Roman" w:hAnsi="Times New Roman" w:cs="Times New Roman"/>
          <w:sz w:val="28"/>
          <w:szCs w:val="28"/>
          <w:lang w:val="de-DE"/>
        </w:rPr>
        <w:t>.</w:t>
      </w:r>
    </w:p>
    <w:p w14:paraId="2BE20163" w14:textId="180B054F"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tài chính</w:t>
      </w:r>
      <w:r w:rsidR="000F2C67">
        <w:rPr>
          <w:rFonts w:ascii="Times New Roman" w:hAnsi="Times New Roman" w:cs="Times New Roman"/>
          <w:sz w:val="28"/>
          <w:szCs w:val="28"/>
          <w:lang w:val="de-DE"/>
        </w:rPr>
        <w:t>.</w:t>
      </w:r>
    </w:p>
    <w:p w14:paraId="185C02B1" w14:textId="44E4C94A" w:rsidR="00B66975" w:rsidRPr="003B6C8C"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Rủi ro triển khai</w:t>
      </w:r>
      <w:r w:rsidR="000F2C67">
        <w:rPr>
          <w:rFonts w:ascii="Times New Roman" w:hAnsi="Times New Roman" w:cs="Times New Roman"/>
          <w:sz w:val="28"/>
          <w:szCs w:val="28"/>
          <w:lang w:val="de-DE"/>
        </w:rPr>
        <w:t>.</w:t>
      </w:r>
    </w:p>
    <w:p w14:paraId="1CDFFDF8" w14:textId="3D60C7FB" w:rsidR="00B66975" w:rsidRDefault="00B66975"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Biện pháp kiểm soát</w:t>
      </w:r>
      <w:r w:rsidR="000F2C67">
        <w:rPr>
          <w:rFonts w:ascii="Times New Roman" w:hAnsi="Times New Roman" w:cs="Times New Roman"/>
          <w:sz w:val="28"/>
          <w:szCs w:val="28"/>
          <w:lang w:val="de-DE"/>
        </w:rPr>
        <w:t>.</w:t>
      </w:r>
    </w:p>
    <w:p w14:paraId="180AEE7E" w14:textId="144BDCC2" w:rsidR="00F902E9" w:rsidRPr="003B6C8C" w:rsidRDefault="00F902E9" w:rsidP="00610992">
      <w:pPr>
        <w:numPr>
          <w:ilvl w:val="0"/>
          <w:numId w:val="19"/>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w:t>
      </w:r>
      <w:r w:rsidRPr="00F902E9">
        <w:rPr>
          <w:rFonts w:ascii="Times New Roman" w:hAnsi="Times New Roman" w:cs="Times New Roman"/>
          <w:sz w:val="28"/>
          <w:szCs w:val="28"/>
          <w:lang w:val="de-DE"/>
        </w:rPr>
        <w:t>ội dung khác (nếu có)</w:t>
      </w:r>
      <w:r w:rsidR="000F2C67">
        <w:rPr>
          <w:rFonts w:ascii="Times New Roman" w:hAnsi="Times New Roman" w:cs="Times New Roman"/>
          <w:sz w:val="28"/>
          <w:szCs w:val="28"/>
          <w:lang w:val="de-DE"/>
        </w:rPr>
        <w:t>.</w:t>
      </w:r>
    </w:p>
    <w:p w14:paraId="581ED960"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X. TỔ CHỨC THỰC HIỆN</w:t>
      </w:r>
    </w:p>
    <w:p w14:paraId="32862040" w14:textId="37821427" w:rsidR="00B66975" w:rsidRPr="003B6C8C"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Cơ quan</w:t>
      </w:r>
      <w:r w:rsidR="00D37328">
        <w:rPr>
          <w:rFonts w:ascii="Times New Roman" w:hAnsi="Times New Roman" w:cs="Times New Roman"/>
          <w:sz w:val="28"/>
          <w:szCs w:val="28"/>
          <w:lang w:val="de-DE"/>
        </w:rPr>
        <w:t xml:space="preserve">, tổ chức </w:t>
      </w:r>
      <w:r w:rsidRPr="003B6C8C">
        <w:rPr>
          <w:rFonts w:ascii="Times New Roman" w:hAnsi="Times New Roman" w:cs="Times New Roman"/>
          <w:sz w:val="28"/>
          <w:szCs w:val="28"/>
          <w:lang w:val="de-DE"/>
        </w:rPr>
        <w:t>chủ trì t</w:t>
      </w:r>
      <w:r w:rsidR="00026CB8">
        <w:rPr>
          <w:rFonts w:ascii="Times New Roman" w:hAnsi="Times New Roman" w:cs="Times New Roman"/>
          <w:sz w:val="28"/>
          <w:szCs w:val="28"/>
          <w:lang w:val="de-DE"/>
        </w:rPr>
        <w:t>riển khai</w:t>
      </w:r>
      <w:r w:rsidRPr="003B6C8C">
        <w:rPr>
          <w:rFonts w:ascii="Times New Roman" w:hAnsi="Times New Roman" w:cs="Times New Roman"/>
          <w:sz w:val="28"/>
          <w:szCs w:val="28"/>
          <w:lang w:val="de-DE"/>
        </w:rPr>
        <w:t xml:space="preserve"> sau khi được phê duyệt</w:t>
      </w:r>
      <w:r w:rsidR="00D15A13">
        <w:rPr>
          <w:rFonts w:ascii="Times New Roman" w:hAnsi="Times New Roman" w:cs="Times New Roman"/>
          <w:sz w:val="28"/>
          <w:szCs w:val="28"/>
          <w:lang w:val="de-DE"/>
        </w:rPr>
        <w:t xml:space="preserve"> Đề án</w:t>
      </w:r>
      <w:r w:rsidR="000F2C67">
        <w:rPr>
          <w:rFonts w:ascii="Times New Roman" w:hAnsi="Times New Roman" w:cs="Times New Roman"/>
          <w:sz w:val="28"/>
          <w:szCs w:val="28"/>
          <w:lang w:val="de-DE"/>
        </w:rPr>
        <w:t>.</w:t>
      </w:r>
    </w:p>
    <w:p w14:paraId="5E901210" w14:textId="4E7D49B9" w:rsidR="00B66975" w:rsidRPr="003B6C8C"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Trách nhiệm của các cơ quan liên quan</w:t>
      </w:r>
      <w:r w:rsidR="000F2C67">
        <w:rPr>
          <w:rFonts w:ascii="Times New Roman" w:hAnsi="Times New Roman" w:cs="Times New Roman"/>
          <w:sz w:val="28"/>
          <w:szCs w:val="28"/>
          <w:lang w:val="de-DE"/>
        </w:rPr>
        <w:t>.</w:t>
      </w:r>
    </w:p>
    <w:p w14:paraId="5811CF58" w14:textId="74D5F0A1" w:rsidR="00B66975" w:rsidRPr="003B6C8C"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Lộ trình thực hiện</w:t>
      </w:r>
      <w:r w:rsidR="000F2C67">
        <w:rPr>
          <w:rFonts w:ascii="Times New Roman" w:hAnsi="Times New Roman" w:cs="Times New Roman"/>
          <w:sz w:val="28"/>
          <w:szCs w:val="28"/>
          <w:lang w:val="de-DE"/>
        </w:rPr>
        <w:t>.</w:t>
      </w:r>
    </w:p>
    <w:p w14:paraId="3E4C5383" w14:textId="122A1E37" w:rsidR="00B66975" w:rsidRDefault="00B66975"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Cơ chế báo cáo, </w:t>
      </w:r>
      <w:r w:rsidR="00827EDB">
        <w:rPr>
          <w:rFonts w:ascii="Times New Roman" w:hAnsi="Times New Roman" w:cs="Times New Roman"/>
          <w:sz w:val="28"/>
          <w:szCs w:val="28"/>
          <w:lang w:val="de-DE"/>
        </w:rPr>
        <w:t>kiểm tra, giám sát,</w:t>
      </w:r>
      <w:r w:rsidRPr="003B6C8C">
        <w:rPr>
          <w:rFonts w:ascii="Times New Roman" w:hAnsi="Times New Roman" w:cs="Times New Roman"/>
          <w:sz w:val="28"/>
          <w:szCs w:val="28"/>
          <w:lang w:val="de-DE"/>
        </w:rPr>
        <w:t xml:space="preserve"> đánh giá</w:t>
      </w:r>
      <w:r w:rsidR="000F2C67">
        <w:rPr>
          <w:rFonts w:ascii="Times New Roman" w:hAnsi="Times New Roman" w:cs="Times New Roman"/>
          <w:sz w:val="28"/>
          <w:szCs w:val="28"/>
          <w:lang w:val="de-DE"/>
        </w:rPr>
        <w:t>.</w:t>
      </w:r>
    </w:p>
    <w:p w14:paraId="4E075BE2" w14:textId="476F4154" w:rsidR="00C53D0C" w:rsidRPr="003B6C8C" w:rsidRDefault="00C53D0C" w:rsidP="00610992">
      <w:pPr>
        <w:numPr>
          <w:ilvl w:val="0"/>
          <w:numId w:val="20"/>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N</w:t>
      </w:r>
      <w:r w:rsidRPr="00F902E9">
        <w:rPr>
          <w:rFonts w:ascii="Times New Roman" w:hAnsi="Times New Roman" w:cs="Times New Roman"/>
          <w:sz w:val="28"/>
          <w:szCs w:val="28"/>
          <w:lang w:val="de-DE"/>
        </w:rPr>
        <w:t>ội dung khác (nếu có)</w:t>
      </w:r>
      <w:r w:rsidR="000F2C67">
        <w:rPr>
          <w:rFonts w:ascii="Times New Roman" w:hAnsi="Times New Roman" w:cs="Times New Roman"/>
          <w:sz w:val="28"/>
          <w:szCs w:val="28"/>
          <w:lang w:val="de-DE"/>
        </w:rPr>
        <w:t>.</w:t>
      </w:r>
    </w:p>
    <w:p w14:paraId="112C9BB0"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XI. KIẾN NGHỊ</w:t>
      </w:r>
    </w:p>
    <w:p w14:paraId="775D7345" w14:textId="4A194B6C" w:rsidR="00B66975" w:rsidRPr="003B6C8C" w:rsidRDefault="00B66975" w:rsidP="00610992">
      <w:pPr>
        <w:numPr>
          <w:ilvl w:val="0"/>
          <w:numId w:val="21"/>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Kiến nghị </w:t>
      </w:r>
      <w:r w:rsidR="000C3B79">
        <w:rPr>
          <w:rFonts w:ascii="Times New Roman" w:hAnsi="Times New Roman" w:cs="Times New Roman"/>
          <w:sz w:val="28"/>
          <w:szCs w:val="28"/>
          <w:lang w:val="de-DE"/>
        </w:rPr>
        <w:t>về việc phê duyệt Đề án</w:t>
      </w:r>
      <w:r w:rsidR="000F2C67">
        <w:rPr>
          <w:rFonts w:ascii="Times New Roman" w:hAnsi="Times New Roman" w:cs="Times New Roman"/>
          <w:sz w:val="28"/>
          <w:szCs w:val="28"/>
          <w:lang w:val="de-DE"/>
        </w:rPr>
        <w:t>.</w:t>
      </w:r>
    </w:p>
    <w:p w14:paraId="571C1115" w14:textId="33A60B31" w:rsidR="00B66975" w:rsidRDefault="00B66975" w:rsidP="00610992">
      <w:pPr>
        <w:numPr>
          <w:ilvl w:val="0"/>
          <w:numId w:val="21"/>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Kiến nghị về cơ chế đặc thù (nếu có)</w:t>
      </w:r>
      <w:r w:rsidR="000F2C67">
        <w:rPr>
          <w:rFonts w:ascii="Times New Roman" w:hAnsi="Times New Roman" w:cs="Times New Roman"/>
          <w:sz w:val="28"/>
          <w:szCs w:val="28"/>
          <w:lang w:val="de-DE"/>
        </w:rPr>
        <w:t>.</w:t>
      </w:r>
    </w:p>
    <w:p w14:paraId="7D27B286" w14:textId="04083657" w:rsidR="008404F8" w:rsidRPr="003B6C8C" w:rsidRDefault="008404F8" w:rsidP="00610992">
      <w:pPr>
        <w:numPr>
          <w:ilvl w:val="0"/>
          <w:numId w:val="21"/>
        </w:numPr>
        <w:tabs>
          <w:tab w:val="clear" w:pos="720"/>
        </w:tabs>
        <w:spacing w:before="120" w:after="120" w:line="340" w:lineRule="exact"/>
        <w:ind w:left="284" w:hanging="284"/>
        <w:jc w:val="both"/>
        <w:rPr>
          <w:rFonts w:ascii="Times New Roman" w:hAnsi="Times New Roman" w:cs="Times New Roman"/>
          <w:sz w:val="28"/>
          <w:szCs w:val="28"/>
          <w:lang w:val="de-DE"/>
        </w:rPr>
      </w:pPr>
      <w:r w:rsidRPr="008404F8">
        <w:rPr>
          <w:rFonts w:ascii="Times New Roman" w:hAnsi="Times New Roman" w:cs="Times New Roman"/>
          <w:sz w:val="28"/>
          <w:szCs w:val="28"/>
          <w:lang w:val="de-DE"/>
        </w:rPr>
        <w:t>Nội dung khác (nếu có)</w:t>
      </w:r>
      <w:r w:rsidR="000F2C67">
        <w:rPr>
          <w:rFonts w:ascii="Times New Roman" w:hAnsi="Times New Roman" w:cs="Times New Roman"/>
          <w:sz w:val="28"/>
          <w:szCs w:val="28"/>
          <w:lang w:val="de-DE"/>
        </w:rPr>
        <w:t>.</w:t>
      </w:r>
    </w:p>
    <w:p w14:paraId="6AC82592"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XII. CAM KẾT</w:t>
      </w:r>
    </w:p>
    <w:p w14:paraId="1B56552B" w14:textId="77777777" w:rsidR="00B66975" w:rsidRPr="003B6C8C" w:rsidRDefault="00B66975" w:rsidP="003B6C8C">
      <w:pPr>
        <w:spacing w:before="120" w:after="120" w:line="340" w:lineRule="exact"/>
        <w:rPr>
          <w:rFonts w:ascii="Times New Roman" w:hAnsi="Times New Roman" w:cs="Times New Roman"/>
          <w:sz w:val="28"/>
          <w:szCs w:val="28"/>
          <w:lang w:val="de-DE"/>
        </w:rPr>
      </w:pPr>
      <w:r w:rsidRPr="003B6C8C">
        <w:rPr>
          <w:rFonts w:ascii="Times New Roman" w:hAnsi="Times New Roman" w:cs="Times New Roman"/>
          <w:sz w:val="28"/>
          <w:szCs w:val="28"/>
          <w:lang w:val="de-DE"/>
        </w:rPr>
        <w:t>Cơ quan chủ trì xây dựng Đề án cam kết:</w:t>
      </w:r>
    </w:p>
    <w:p w14:paraId="5A0E014D" w14:textId="69433A01" w:rsidR="00B66975" w:rsidRPr="003B6C8C" w:rsidRDefault="00B66975"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Tính trung thực của </w:t>
      </w:r>
      <w:r w:rsidR="00F951E0">
        <w:rPr>
          <w:rFonts w:ascii="Times New Roman" w:hAnsi="Times New Roman" w:cs="Times New Roman"/>
          <w:sz w:val="28"/>
          <w:szCs w:val="28"/>
          <w:lang w:val="de-DE"/>
        </w:rPr>
        <w:t>Đề án</w:t>
      </w:r>
      <w:r w:rsidR="002C48D2">
        <w:rPr>
          <w:rFonts w:ascii="Times New Roman" w:hAnsi="Times New Roman" w:cs="Times New Roman"/>
          <w:sz w:val="28"/>
          <w:szCs w:val="28"/>
          <w:lang w:val="de-DE"/>
        </w:rPr>
        <w:t>.</w:t>
      </w:r>
    </w:p>
    <w:p w14:paraId="6654C707" w14:textId="544B5686" w:rsidR="00B66975" w:rsidRPr="003B6C8C" w:rsidRDefault="00B66975"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 xml:space="preserve">Tính hợp pháp của </w:t>
      </w:r>
      <w:r w:rsidR="00877BD9" w:rsidRPr="00877BD9">
        <w:rPr>
          <w:rFonts w:ascii="Times New Roman" w:hAnsi="Times New Roman" w:cs="Times New Roman"/>
          <w:sz w:val="28"/>
          <w:szCs w:val="28"/>
          <w:lang w:val="de-DE"/>
        </w:rPr>
        <w:t>quyền sở hữu công nghệ, quyền sử dụng công nghệ, quyền sở hữu trí tuệ đối với công nghệ</w:t>
      </w:r>
      <w:r w:rsidR="002C48D2">
        <w:rPr>
          <w:rFonts w:ascii="Times New Roman" w:hAnsi="Times New Roman" w:cs="Times New Roman"/>
          <w:sz w:val="28"/>
          <w:szCs w:val="28"/>
          <w:lang w:val="de-DE"/>
        </w:rPr>
        <w:t>.</w:t>
      </w:r>
    </w:p>
    <w:p w14:paraId="5D645280" w14:textId="3F986444" w:rsidR="00B66975" w:rsidRDefault="00B66975"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Chịu trách nhiệm về hiệu quả thực hiện</w:t>
      </w:r>
      <w:r w:rsidR="002C48D2">
        <w:rPr>
          <w:rFonts w:ascii="Times New Roman" w:hAnsi="Times New Roman" w:cs="Times New Roman"/>
          <w:sz w:val="28"/>
          <w:szCs w:val="28"/>
          <w:lang w:val="de-DE"/>
        </w:rPr>
        <w:t>.</w:t>
      </w:r>
    </w:p>
    <w:p w14:paraId="482D6ADF" w14:textId="372C752F" w:rsidR="00877BD9" w:rsidRPr="003B6C8C" w:rsidRDefault="00877BD9" w:rsidP="00610992">
      <w:pPr>
        <w:numPr>
          <w:ilvl w:val="0"/>
          <w:numId w:val="22"/>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Cam kết khác (nếu có)</w:t>
      </w:r>
      <w:r w:rsidR="002C48D2">
        <w:rPr>
          <w:rFonts w:ascii="Times New Roman" w:hAnsi="Times New Roman" w:cs="Times New Roman"/>
          <w:sz w:val="28"/>
          <w:szCs w:val="28"/>
          <w:lang w:val="de-DE"/>
        </w:rPr>
        <w:t>.</w:t>
      </w:r>
    </w:p>
    <w:p w14:paraId="6CBDD51C" w14:textId="77777777" w:rsidR="00B66975" w:rsidRPr="003B6C8C" w:rsidRDefault="00B66975" w:rsidP="003B6C8C">
      <w:pPr>
        <w:spacing w:before="120" w:after="120" w:line="340" w:lineRule="exact"/>
        <w:rPr>
          <w:rFonts w:ascii="Times New Roman" w:hAnsi="Times New Roman" w:cs="Times New Roman"/>
          <w:b/>
          <w:bCs/>
          <w:sz w:val="28"/>
          <w:szCs w:val="28"/>
          <w:lang w:val="de-DE"/>
        </w:rPr>
      </w:pPr>
      <w:r w:rsidRPr="003B6C8C">
        <w:rPr>
          <w:rFonts w:ascii="Times New Roman" w:hAnsi="Times New Roman" w:cs="Times New Roman"/>
          <w:b/>
          <w:bCs/>
          <w:sz w:val="28"/>
          <w:szCs w:val="28"/>
          <w:lang w:val="de-DE"/>
        </w:rPr>
        <w:t>PHỤ LỤC KÈM THEO</w:t>
      </w:r>
    </w:p>
    <w:p w14:paraId="49A5807E" w14:textId="39741FC4"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Tài liệu kỹ thuật</w:t>
      </w:r>
      <w:r w:rsidR="002C48D2">
        <w:rPr>
          <w:rFonts w:ascii="Times New Roman" w:hAnsi="Times New Roman" w:cs="Times New Roman"/>
          <w:sz w:val="28"/>
          <w:szCs w:val="28"/>
          <w:lang w:val="de-DE"/>
        </w:rPr>
        <w:t>.</w:t>
      </w:r>
    </w:p>
    <w:p w14:paraId="6D3F3C36" w14:textId="67B5831F"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lastRenderedPageBreak/>
        <w:t xml:space="preserve">Tài liệu pháp lý </w:t>
      </w:r>
      <w:r w:rsidR="00FE577E">
        <w:rPr>
          <w:rFonts w:ascii="Times New Roman" w:hAnsi="Times New Roman" w:cs="Times New Roman"/>
          <w:sz w:val="28"/>
          <w:szCs w:val="28"/>
          <w:lang w:val="de-DE"/>
        </w:rPr>
        <w:t xml:space="preserve">về </w:t>
      </w:r>
      <w:r w:rsidR="00567BBE" w:rsidRPr="00567BBE">
        <w:rPr>
          <w:rFonts w:ascii="Times New Roman" w:hAnsi="Times New Roman" w:cs="Times New Roman"/>
          <w:sz w:val="28"/>
          <w:szCs w:val="28"/>
          <w:lang w:val="de-DE"/>
        </w:rPr>
        <w:t>quyền sở hữu công nghệ, quyền sử dụng công nghệ, quyền sở hữu trí tuệ đối với công nghệ</w:t>
      </w:r>
      <w:r w:rsidR="002C48D2">
        <w:rPr>
          <w:rFonts w:ascii="Times New Roman" w:hAnsi="Times New Roman" w:cs="Times New Roman"/>
          <w:sz w:val="28"/>
          <w:szCs w:val="28"/>
          <w:lang w:val="de-DE"/>
        </w:rPr>
        <w:t>.</w:t>
      </w:r>
    </w:p>
    <w:p w14:paraId="2DF5C6AD" w14:textId="36F3846F"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Dự thảo hợp đồng mua</w:t>
      </w:r>
      <w:r w:rsidR="002C48D2">
        <w:rPr>
          <w:rFonts w:ascii="Times New Roman" w:hAnsi="Times New Roman" w:cs="Times New Roman"/>
          <w:sz w:val="28"/>
          <w:szCs w:val="28"/>
          <w:lang w:val="de-DE"/>
        </w:rPr>
        <w:t>.</w:t>
      </w:r>
    </w:p>
    <w:p w14:paraId="48D3936B" w14:textId="7E5B97C5"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Báo giá/</w:t>
      </w:r>
      <w:r w:rsidR="00F93AAB">
        <w:rPr>
          <w:rFonts w:ascii="Times New Roman" w:hAnsi="Times New Roman" w:cs="Times New Roman"/>
          <w:sz w:val="28"/>
          <w:szCs w:val="28"/>
          <w:lang w:val="de-DE"/>
        </w:rPr>
        <w:t xml:space="preserve">kết quả thẩm </w:t>
      </w:r>
      <w:r w:rsidRPr="003B6C8C">
        <w:rPr>
          <w:rFonts w:ascii="Times New Roman" w:hAnsi="Times New Roman" w:cs="Times New Roman"/>
          <w:sz w:val="28"/>
          <w:szCs w:val="28"/>
          <w:lang w:val="de-DE"/>
        </w:rPr>
        <w:t>định giá</w:t>
      </w:r>
      <w:r w:rsidR="002C48D2">
        <w:rPr>
          <w:rFonts w:ascii="Times New Roman" w:hAnsi="Times New Roman" w:cs="Times New Roman"/>
          <w:sz w:val="28"/>
          <w:szCs w:val="28"/>
          <w:lang w:val="de-DE"/>
        </w:rPr>
        <w:t>.</w:t>
      </w:r>
    </w:p>
    <w:p w14:paraId="77CB4F07" w14:textId="6D2E269E" w:rsidR="00B66975" w:rsidRPr="003B6C8C"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Tài liệu tham chiếu quốc tế</w:t>
      </w:r>
      <w:r w:rsidR="002C48D2">
        <w:rPr>
          <w:rFonts w:ascii="Times New Roman" w:hAnsi="Times New Roman" w:cs="Times New Roman"/>
          <w:sz w:val="28"/>
          <w:szCs w:val="28"/>
          <w:lang w:val="de-DE"/>
        </w:rPr>
        <w:t>.</w:t>
      </w:r>
    </w:p>
    <w:p w14:paraId="4DA3B39B" w14:textId="1E8C66B3" w:rsidR="00B66975" w:rsidRDefault="00B66975"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Văn bản phối hợp liên ngành (nếu có)</w:t>
      </w:r>
      <w:r w:rsidR="002C48D2">
        <w:rPr>
          <w:rFonts w:ascii="Times New Roman" w:hAnsi="Times New Roman" w:cs="Times New Roman"/>
          <w:sz w:val="28"/>
          <w:szCs w:val="28"/>
          <w:lang w:val="de-DE"/>
        </w:rPr>
        <w:t>.</w:t>
      </w:r>
    </w:p>
    <w:p w14:paraId="74201E30" w14:textId="0B4C98B4" w:rsidR="00BD3F84" w:rsidRPr="003B6C8C" w:rsidRDefault="00BD3F84" w:rsidP="00610992">
      <w:pPr>
        <w:numPr>
          <w:ilvl w:val="0"/>
          <w:numId w:val="23"/>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Tài liệu </w:t>
      </w:r>
      <w:r w:rsidRPr="00BD3F84">
        <w:rPr>
          <w:rFonts w:ascii="Times New Roman" w:hAnsi="Times New Roman" w:cs="Times New Roman"/>
          <w:sz w:val="28"/>
          <w:szCs w:val="28"/>
          <w:lang w:val="de-DE"/>
        </w:rPr>
        <w:t>khác (nếu có)</w:t>
      </w:r>
      <w:r w:rsidR="002C48D2">
        <w:rPr>
          <w:rFonts w:ascii="Times New Roman" w:hAnsi="Times New Roman" w:cs="Times New Roman"/>
          <w:sz w:val="28"/>
          <w:szCs w:val="28"/>
          <w:lang w:val="de-DE"/>
        </w:rPr>
        <w:t>.</w:t>
      </w:r>
    </w:p>
    <w:p w14:paraId="2ADBE0AB" w14:textId="58A06AF3" w:rsidR="00B63F00" w:rsidRPr="003B6C8C" w:rsidRDefault="006A5372" w:rsidP="003B6C8C">
      <w:pPr>
        <w:spacing w:before="120" w:after="120" w:line="340" w:lineRule="exact"/>
        <w:ind w:left="5040" w:firstLine="720"/>
        <w:rPr>
          <w:rFonts w:ascii="Times New Roman" w:hAnsi="Times New Roman" w:cs="Times New Roman"/>
          <w:i/>
          <w:iCs/>
          <w:noProof/>
          <w:sz w:val="28"/>
          <w:szCs w:val="28"/>
        </w:rPr>
      </w:pPr>
      <w:r w:rsidRPr="003B6C8C">
        <w:rPr>
          <w:rFonts w:ascii="Times New Roman" w:hAnsi="Times New Roman" w:cs="Times New Roman"/>
          <w:i/>
          <w:iCs/>
          <w:noProof/>
          <w:sz w:val="28"/>
          <w:szCs w:val="28"/>
        </w:rPr>
        <w:t xml:space="preserve">…, ngày   tháng   năm </w:t>
      </w:r>
      <w:r w:rsidRPr="003B6C8C">
        <w:rPr>
          <w:rFonts w:ascii="Times New Roman" w:hAnsi="Times New Roman" w:cs="Times New Roman"/>
          <w:i/>
          <w:iCs/>
          <w:noProof/>
          <w:sz w:val="28"/>
          <w:szCs w:val="28"/>
          <w:lang w:val="de-DE"/>
        </w:rPr>
        <w:t>..</w:t>
      </w:r>
      <w:r w:rsidRPr="003B6C8C">
        <w:rPr>
          <w:rFonts w:ascii="Times New Roman" w:hAnsi="Times New Roman" w:cs="Times New Roman"/>
          <w:i/>
          <w:iCs/>
          <w:noProof/>
          <w:sz w:val="28"/>
          <w:szCs w:val="28"/>
        </w:rPr>
        <w:t>.</w:t>
      </w:r>
    </w:p>
    <w:p w14:paraId="44A7AAE6" w14:textId="5DA145A5" w:rsidR="006A5372" w:rsidRPr="003B6C8C" w:rsidRDefault="006A5372" w:rsidP="003B6C8C">
      <w:pPr>
        <w:spacing w:before="120" w:after="120" w:line="340" w:lineRule="exact"/>
        <w:ind w:left="5040" w:firstLine="720"/>
        <w:rPr>
          <w:rFonts w:ascii="Times New Roman" w:eastAsia="Times New Roman" w:hAnsi="Times New Roman" w:cs="Times New Roman"/>
          <w:sz w:val="28"/>
          <w:szCs w:val="28"/>
        </w:rPr>
      </w:pPr>
      <w:r w:rsidRPr="003B6C8C">
        <w:rPr>
          <w:rFonts w:ascii="Times New Roman" w:hAnsi="Times New Roman" w:cs="Times New Roman"/>
          <w:b/>
          <w:bCs/>
          <w:sz w:val="28"/>
          <w:szCs w:val="28"/>
          <w:lang w:val="de-DE"/>
        </w:rPr>
        <w:t>TH</w:t>
      </w:r>
      <w:r w:rsidRPr="003B6C8C">
        <w:rPr>
          <w:rFonts w:ascii="Times New Roman" w:hAnsi="Times New Roman" w:cs="Times New Roman"/>
          <w:b/>
          <w:bCs/>
          <w:sz w:val="28"/>
          <w:szCs w:val="28"/>
        </w:rPr>
        <w:t>Ủ TRƯỞNG</w:t>
      </w:r>
      <w:r w:rsidRPr="003B6C8C">
        <w:rPr>
          <w:rFonts w:ascii="Times New Roman" w:hAnsi="Times New Roman" w:cs="Times New Roman"/>
          <w:b/>
          <w:bCs/>
          <w:sz w:val="28"/>
          <w:szCs w:val="28"/>
          <w:lang w:val="de-DE"/>
        </w:rPr>
        <w:t xml:space="preserve"> </w:t>
      </w:r>
      <w:r w:rsidRPr="003B6C8C">
        <w:rPr>
          <w:rFonts w:ascii="Times New Roman" w:hAnsi="Times New Roman" w:cs="Times New Roman"/>
          <w:b/>
          <w:bCs/>
          <w:sz w:val="28"/>
          <w:szCs w:val="28"/>
        </w:rPr>
        <w:br/>
      </w:r>
      <w:r w:rsidRPr="003B6C8C">
        <w:rPr>
          <w:rFonts w:ascii="Times New Roman" w:hAnsi="Times New Roman" w:cs="Times New Roman"/>
          <w:i/>
          <w:iCs/>
          <w:sz w:val="28"/>
          <w:szCs w:val="28"/>
          <w:lang w:val="de-DE"/>
        </w:rPr>
        <w:t>(Ký, ghi rõ h</w:t>
      </w:r>
      <w:r w:rsidRPr="003B6C8C">
        <w:rPr>
          <w:rFonts w:ascii="Times New Roman" w:hAnsi="Times New Roman" w:cs="Times New Roman"/>
          <w:i/>
          <w:iCs/>
          <w:sz w:val="28"/>
          <w:szCs w:val="28"/>
        </w:rPr>
        <w:t>ọ t</w:t>
      </w:r>
      <w:r w:rsidRPr="003B6C8C">
        <w:rPr>
          <w:rFonts w:ascii="Times New Roman" w:hAnsi="Times New Roman" w:cs="Times New Roman"/>
          <w:i/>
          <w:iCs/>
          <w:sz w:val="28"/>
          <w:szCs w:val="28"/>
          <w:lang w:val="de-DE"/>
        </w:rPr>
        <w:t>ên và đóng d</w:t>
      </w:r>
      <w:r w:rsidRPr="003B6C8C">
        <w:rPr>
          <w:rFonts w:ascii="Times New Roman" w:hAnsi="Times New Roman" w:cs="Times New Roman"/>
          <w:i/>
          <w:iCs/>
          <w:sz w:val="28"/>
          <w:szCs w:val="28"/>
        </w:rPr>
        <w:t>ấu)</w:t>
      </w:r>
    </w:p>
    <w:p w14:paraId="79EBF648" w14:textId="77777777" w:rsidR="00356952" w:rsidRPr="00C56218" w:rsidRDefault="00356952" w:rsidP="00356952">
      <w:pPr>
        <w:shd w:val="clear" w:color="auto" w:fill="FFFFFF"/>
        <w:spacing w:after="0" w:line="234" w:lineRule="atLeast"/>
        <w:ind w:right="440"/>
        <w:rPr>
          <w:rFonts w:ascii="Times New Roman" w:eastAsia="Times New Roman" w:hAnsi="Times New Roman" w:cs="Times New Roman"/>
          <w:i/>
          <w:iCs/>
          <w:color w:val="000000"/>
          <w:szCs w:val="26"/>
          <w:lang w:val="de-DE"/>
        </w:rPr>
        <w:sectPr w:rsidR="00356952" w:rsidRPr="00C56218" w:rsidSect="00A37CF3">
          <w:footnotePr>
            <w:numRestart w:val="eachSect"/>
          </w:footnotePr>
          <w:pgSz w:w="11909" w:h="16834"/>
          <w:pgMar w:top="1134" w:right="1134" w:bottom="1134" w:left="1701" w:header="720" w:footer="720" w:gutter="0"/>
          <w:cols w:space="720"/>
          <w:docGrid w:linePitch="299"/>
        </w:sectPr>
      </w:pPr>
      <w:bookmarkStart w:id="12" w:name="II2"/>
    </w:p>
    <w:p w14:paraId="64173595" w14:textId="0FD0AF2F" w:rsidR="00184029" w:rsidRDefault="00184029" w:rsidP="00184029">
      <w:pPr>
        <w:shd w:val="clear" w:color="auto" w:fill="FFFFFF"/>
        <w:spacing w:after="0" w:line="234" w:lineRule="atLeast"/>
        <w:jc w:val="right"/>
        <w:rPr>
          <w:rFonts w:ascii="Times New Roman" w:eastAsia="Times New Roman" w:hAnsi="Times New Roman" w:cs="Times New Roman"/>
          <w:i/>
          <w:iCs/>
          <w:color w:val="000000"/>
          <w:szCs w:val="26"/>
          <w:lang w:val="en-US"/>
        </w:rPr>
      </w:pPr>
      <w:r w:rsidRPr="00970C73">
        <w:rPr>
          <w:rFonts w:ascii="Times New Roman" w:eastAsia="Times New Roman" w:hAnsi="Times New Roman" w:cs="Times New Roman"/>
          <w:i/>
          <w:iCs/>
          <w:color w:val="000000"/>
          <w:szCs w:val="26"/>
          <w:lang w:val="vi-VN"/>
        </w:rPr>
        <w:lastRenderedPageBreak/>
        <w:t xml:space="preserve">Mẫu số </w:t>
      </w:r>
      <w:r w:rsidRPr="00970C73">
        <w:rPr>
          <w:rFonts w:ascii="Times New Roman" w:eastAsia="Times New Roman" w:hAnsi="Times New Roman" w:cs="Times New Roman"/>
          <w:i/>
          <w:iCs/>
          <w:color w:val="000000"/>
          <w:szCs w:val="26"/>
          <w:lang w:val="en-US"/>
        </w:rPr>
        <w:t>II</w:t>
      </w:r>
      <w:r w:rsidRPr="00970C73">
        <w:rPr>
          <w:rFonts w:ascii="Times New Roman" w:eastAsia="Times New Roman" w:hAnsi="Times New Roman" w:cs="Times New Roman"/>
          <w:i/>
          <w:iCs/>
          <w:color w:val="000000"/>
          <w:szCs w:val="26"/>
        </w:rPr>
        <w:t>.</w:t>
      </w:r>
      <w:r w:rsidRPr="00970C73">
        <w:rPr>
          <w:rFonts w:ascii="Times New Roman" w:eastAsia="Times New Roman" w:hAnsi="Times New Roman" w:cs="Times New Roman"/>
          <w:i/>
          <w:iCs/>
          <w:color w:val="000000"/>
          <w:szCs w:val="26"/>
          <w:lang w:val="en-US"/>
        </w:rPr>
        <w:t>2</w:t>
      </w:r>
      <w:bookmarkEnd w:id="12"/>
      <w:r w:rsidRPr="00970C73">
        <w:rPr>
          <w:rFonts w:ascii="Times New Roman" w:eastAsia="Times New Roman" w:hAnsi="Times New Roman" w:cs="Times New Roman"/>
          <w:i/>
          <w:iCs/>
          <w:color w:val="000000"/>
          <w:szCs w:val="26"/>
        </w:rPr>
        <w:br/>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r>
      <w:r w:rsidRPr="00970C73">
        <w:rPr>
          <w:rFonts w:ascii="Times New Roman" w:eastAsia="Times New Roman" w:hAnsi="Times New Roman" w:cs="Times New Roman"/>
          <w:i/>
          <w:iCs/>
          <w:color w:val="000000"/>
          <w:szCs w:val="26"/>
        </w:rPr>
        <w:softHyphen/>
        <w:t>.....</w:t>
      </w:r>
      <w:r w:rsidRPr="00970C73">
        <w:rPr>
          <w:rFonts w:ascii="Times New Roman" w:eastAsia="Times New Roman" w:hAnsi="Times New Roman" w:cs="Times New Roman"/>
          <w:i/>
          <w:iCs/>
          <w:color w:val="000000"/>
          <w:szCs w:val="26"/>
          <w:lang w:val="vi-VN"/>
        </w:rPr>
        <w:t>/20</w:t>
      </w:r>
      <w:r w:rsidRPr="00970C73">
        <w:rPr>
          <w:rFonts w:ascii="Times New Roman" w:eastAsia="Times New Roman" w:hAnsi="Times New Roman" w:cs="Times New Roman"/>
          <w:i/>
          <w:iCs/>
          <w:color w:val="000000"/>
          <w:szCs w:val="26"/>
        </w:rPr>
        <w:t>26</w:t>
      </w:r>
      <w:r w:rsidRPr="00970C73">
        <w:rPr>
          <w:rFonts w:ascii="Times New Roman" w:eastAsia="Times New Roman" w:hAnsi="Times New Roman" w:cs="Times New Roman"/>
          <w:i/>
          <w:iCs/>
          <w:color w:val="000000"/>
          <w:szCs w:val="26"/>
          <w:lang w:val="vi-VN"/>
        </w:rPr>
        <w:t>/TT-BKHCN</w:t>
      </w:r>
    </w:p>
    <w:p w14:paraId="4E26BECF" w14:textId="77777777" w:rsidR="00AE0D6E" w:rsidRPr="00AE0D6E" w:rsidRDefault="00AE0D6E" w:rsidP="00184029">
      <w:pPr>
        <w:shd w:val="clear" w:color="auto" w:fill="FFFFFF"/>
        <w:spacing w:after="0" w:line="234" w:lineRule="atLeast"/>
        <w:jc w:val="right"/>
        <w:rPr>
          <w:rFonts w:ascii="Times New Roman" w:eastAsia="Times New Roman" w:hAnsi="Times New Roman" w:cs="Times New Roman"/>
          <w:i/>
          <w:iCs/>
          <w:color w:val="000000"/>
          <w:szCs w:val="26"/>
          <w:lang w:val="en-US"/>
        </w:rPr>
      </w:pPr>
    </w:p>
    <w:tbl>
      <w:tblPr>
        <w:tblW w:w="5000" w:type="pct"/>
        <w:tblCellMar>
          <w:left w:w="0" w:type="dxa"/>
          <w:right w:w="0" w:type="dxa"/>
        </w:tblCellMar>
        <w:tblLook w:val="0000" w:firstRow="0" w:lastRow="0" w:firstColumn="0" w:lastColumn="0" w:noHBand="0" w:noVBand="0"/>
      </w:tblPr>
      <w:tblGrid>
        <w:gridCol w:w="3640"/>
        <w:gridCol w:w="5434"/>
      </w:tblGrid>
      <w:tr w:rsidR="00B63F00" w:rsidRPr="00AE0D6E" w14:paraId="4A4F676D" w14:textId="77777777" w:rsidTr="00567BBE">
        <w:tc>
          <w:tcPr>
            <w:tcW w:w="2006" w:type="pct"/>
            <w:shd w:val="clear" w:color="000000" w:fill="FFFFFF"/>
          </w:tcPr>
          <w:p w14:paraId="63232F9F" w14:textId="3005179D" w:rsidR="00B63F00" w:rsidRPr="00AE0D6E" w:rsidRDefault="006B5C65" w:rsidP="00567BBE">
            <w:pPr>
              <w:autoSpaceDE w:val="0"/>
              <w:autoSpaceDN w:val="0"/>
              <w:adjustRightInd w:val="0"/>
              <w:spacing w:before="120"/>
              <w:jc w:val="center"/>
              <w:rPr>
                <w:rFonts w:ascii="Times New Roman" w:hAnsi="Times New Roman" w:cs="Times New Roman"/>
                <w:sz w:val="24"/>
                <w:szCs w:val="24"/>
              </w:rPr>
            </w:pPr>
            <w:r w:rsidRPr="00AE0D6E">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4E67B4C1" wp14:editId="29CDAD85">
                      <wp:simplePos x="0" y="0"/>
                      <wp:positionH relativeFrom="column">
                        <wp:posOffset>652145</wp:posOffset>
                      </wp:positionH>
                      <wp:positionV relativeFrom="paragraph">
                        <wp:posOffset>532130</wp:posOffset>
                      </wp:positionV>
                      <wp:extent cx="980440" cy="0"/>
                      <wp:effectExtent l="0" t="0" r="0" b="0"/>
                      <wp:wrapNone/>
                      <wp:docPr id="1113085505" name="Straight Connector 10"/>
                      <wp:cNvGraphicFramePr/>
                      <a:graphic xmlns:a="http://schemas.openxmlformats.org/drawingml/2006/main">
                        <a:graphicData uri="http://schemas.microsoft.com/office/word/2010/wordprocessingShape">
                          <wps:wsp>
                            <wps:cNvCnPr/>
                            <wps:spPr>
                              <a:xfrm>
                                <a:off x="0" y="0"/>
                                <a:ext cx="980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5C38B68" id="Straight Connector 10"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1.35pt,41.9pt" to="128.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SNmQEAAIcDAAAOAAAAZHJzL2Uyb0RvYy54bWysU8tu2zAQvBfoPxC815KDoEgF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" strokecolor="black [3040]"/>
                  </w:pict>
                </mc:Fallback>
              </mc:AlternateContent>
            </w:r>
            <w:r w:rsidR="00B63F00" w:rsidRPr="00AE0D6E">
              <w:rPr>
                <w:rFonts w:ascii="Times New Roman" w:hAnsi="Times New Roman" w:cs="Times New Roman"/>
                <w:sz w:val="24"/>
                <w:szCs w:val="24"/>
              </w:rPr>
              <w:t>CƠ QUAN THẨM ĐỊNH</w:t>
            </w:r>
            <w:r w:rsidR="00035087" w:rsidRPr="00AE0D6E">
              <w:rPr>
                <w:rFonts w:ascii="Times New Roman" w:hAnsi="Times New Roman" w:cs="Times New Roman"/>
                <w:sz w:val="24"/>
                <w:szCs w:val="24"/>
              </w:rPr>
              <w:t>….</w:t>
            </w:r>
            <w:r w:rsidR="00B63F00" w:rsidRPr="00AE0D6E">
              <w:rPr>
                <w:rFonts w:ascii="Times New Roman" w:hAnsi="Times New Roman" w:cs="Times New Roman"/>
                <w:sz w:val="24"/>
                <w:szCs w:val="24"/>
              </w:rPr>
              <w:br/>
            </w:r>
            <w:r w:rsidR="00B63F00" w:rsidRPr="00AE0D6E">
              <w:rPr>
                <w:rFonts w:ascii="Times New Roman" w:hAnsi="Times New Roman" w:cs="Times New Roman"/>
                <w:b/>
                <w:bCs/>
                <w:sz w:val="24"/>
                <w:szCs w:val="24"/>
              </w:rPr>
              <w:t>HỘI ĐỒNG ….</w:t>
            </w:r>
            <w:r w:rsidR="00B63F00" w:rsidRPr="00AE0D6E">
              <w:rPr>
                <w:rFonts w:ascii="Times New Roman" w:hAnsi="Times New Roman" w:cs="Times New Roman"/>
                <w:b/>
                <w:bCs/>
                <w:sz w:val="24"/>
                <w:szCs w:val="24"/>
              </w:rPr>
              <w:br/>
            </w:r>
          </w:p>
        </w:tc>
        <w:tc>
          <w:tcPr>
            <w:tcW w:w="2994" w:type="pct"/>
            <w:shd w:val="clear" w:color="000000" w:fill="FFFFFF"/>
          </w:tcPr>
          <w:p w14:paraId="57E6BF8D" w14:textId="2076F6B5" w:rsidR="00B63F00" w:rsidRPr="00AE0D6E" w:rsidRDefault="006B5C65" w:rsidP="00567BBE">
            <w:pPr>
              <w:autoSpaceDE w:val="0"/>
              <w:autoSpaceDN w:val="0"/>
              <w:adjustRightInd w:val="0"/>
              <w:spacing w:before="120"/>
              <w:jc w:val="center"/>
              <w:rPr>
                <w:rFonts w:ascii="Times New Roman" w:hAnsi="Times New Roman" w:cs="Times New Roman"/>
                <w:sz w:val="24"/>
                <w:szCs w:val="24"/>
              </w:rPr>
            </w:pPr>
            <w:r w:rsidRPr="00AE0D6E">
              <w:rPr>
                <w:rFonts w:ascii="Times New Roman" w:hAnsi="Times New Roman" w:cs="Times New Roman"/>
                <w:b/>
                <w:bCs/>
                <w:noProof/>
                <w:sz w:val="24"/>
                <w:szCs w:val="24"/>
              </w:rPr>
              <mc:AlternateContent>
                <mc:Choice Requires="wps">
                  <w:drawing>
                    <wp:anchor distT="0" distB="0" distL="114300" distR="114300" simplePos="0" relativeHeight="251658250" behindDoc="0" locked="0" layoutInCell="1" allowOverlap="1" wp14:anchorId="0EE35353" wp14:editId="3F1DB5E9">
                      <wp:simplePos x="0" y="0"/>
                      <wp:positionH relativeFrom="column">
                        <wp:posOffset>799465</wp:posOffset>
                      </wp:positionH>
                      <wp:positionV relativeFrom="paragraph">
                        <wp:posOffset>532765</wp:posOffset>
                      </wp:positionV>
                      <wp:extent cx="1847850" cy="0"/>
                      <wp:effectExtent l="0" t="0" r="0" b="0"/>
                      <wp:wrapNone/>
                      <wp:docPr id="67039916" name="Straight Connector 11"/>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B528163" id="Straight Connector 11"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5pt,41.95pt" to="208.4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" strokecolor="black [3040]"/>
                  </w:pict>
                </mc:Fallback>
              </mc:AlternateContent>
            </w:r>
            <w:r w:rsidR="00B63F00" w:rsidRPr="00AE0D6E">
              <w:rPr>
                <w:rFonts w:ascii="Times New Roman" w:hAnsi="Times New Roman" w:cs="Times New Roman"/>
                <w:b/>
                <w:bCs/>
                <w:sz w:val="24"/>
                <w:szCs w:val="24"/>
              </w:rPr>
              <w:t>CỘNG HÒA XÃ HỘI CHỦ NGHĨA VIỆT NAM</w:t>
            </w:r>
            <w:r w:rsidR="00B63F00" w:rsidRPr="00AE0D6E">
              <w:rPr>
                <w:rFonts w:ascii="Times New Roman" w:hAnsi="Times New Roman" w:cs="Times New Roman"/>
                <w:b/>
                <w:bCs/>
                <w:sz w:val="24"/>
                <w:szCs w:val="24"/>
              </w:rPr>
              <w:br/>
              <w:t xml:space="preserve">Độc lập - Tự do - Hạnh phúc </w:t>
            </w:r>
            <w:r w:rsidR="00B63F00" w:rsidRPr="00AE0D6E">
              <w:rPr>
                <w:rFonts w:ascii="Times New Roman" w:hAnsi="Times New Roman" w:cs="Times New Roman"/>
                <w:b/>
                <w:bCs/>
                <w:sz w:val="24"/>
                <w:szCs w:val="24"/>
              </w:rPr>
              <w:br/>
            </w:r>
          </w:p>
        </w:tc>
      </w:tr>
    </w:tbl>
    <w:p w14:paraId="176502D7" w14:textId="2476D205" w:rsidR="006A5372" w:rsidRPr="00E72A79" w:rsidRDefault="006A5372" w:rsidP="006A5372">
      <w:pPr>
        <w:ind w:left="5040" w:firstLine="720"/>
        <w:rPr>
          <w:rFonts w:ascii="Times New Roman" w:hAnsi="Times New Roman" w:cs="Times New Roman"/>
          <w:i/>
          <w:iCs/>
          <w:noProof/>
          <w:sz w:val="28"/>
          <w:szCs w:val="28"/>
        </w:rPr>
      </w:pPr>
      <w:r w:rsidRPr="00E72A79">
        <w:rPr>
          <w:rFonts w:ascii="Times New Roman" w:hAnsi="Times New Roman" w:cs="Times New Roman"/>
          <w:i/>
          <w:iCs/>
          <w:noProof/>
          <w:sz w:val="28"/>
          <w:szCs w:val="28"/>
        </w:rPr>
        <w:t>…, ngày   tháng   năm ...</w:t>
      </w:r>
    </w:p>
    <w:p w14:paraId="5E5C5E51" w14:textId="0BC47785" w:rsidR="00B63F00" w:rsidRPr="00AE0D6E" w:rsidRDefault="00B63F00" w:rsidP="00AE0D6E">
      <w:pPr>
        <w:spacing w:before="120" w:after="120" w:line="340" w:lineRule="exact"/>
        <w:jc w:val="center"/>
        <w:rPr>
          <w:rFonts w:ascii="Times New Roman" w:hAnsi="Times New Roman" w:cs="Times New Roman"/>
          <w:sz w:val="28"/>
          <w:szCs w:val="28"/>
          <w:lang w:val="de-DE"/>
        </w:rPr>
      </w:pPr>
      <w:r w:rsidRPr="00AE0D6E">
        <w:rPr>
          <w:rFonts w:ascii="Times New Roman" w:hAnsi="Times New Roman" w:cs="Times New Roman"/>
          <w:b/>
          <w:bCs/>
          <w:sz w:val="28"/>
          <w:szCs w:val="28"/>
          <w:lang w:val="de-DE"/>
        </w:rPr>
        <w:t>BÁO CÁO THẨM ĐỊNH</w:t>
      </w:r>
      <w:r w:rsidR="00B15289" w:rsidRPr="00AE0D6E">
        <w:rPr>
          <w:rFonts w:ascii="Times New Roman" w:hAnsi="Times New Roman" w:cs="Times New Roman"/>
          <w:b/>
          <w:bCs/>
          <w:sz w:val="28"/>
          <w:szCs w:val="28"/>
          <w:lang w:val="de-DE"/>
        </w:rPr>
        <w:t xml:space="preserve"> ĐỀ ÁN MUA VÀ PHỔ BIẾN CÔNG NGHỆ</w:t>
      </w:r>
    </w:p>
    <w:p w14:paraId="189B3626" w14:textId="77777777" w:rsidR="00B63F00" w:rsidRPr="00AE0D6E" w:rsidRDefault="00B63F00" w:rsidP="00AE0D6E">
      <w:pPr>
        <w:spacing w:before="120" w:after="120" w:line="340" w:lineRule="exact"/>
        <w:rPr>
          <w:rFonts w:ascii="Times New Roman" w:hAnsi="Times New Roman" w:cs="Times New Roman"/>
          <w:sz w:val="28"/>
          <w:szCs w:val="28"/>
          <w:lang w:val="de-DE"/>
        </w:rPr>
      </w:pPr>
    </w:p>
    <w:p w14:paraId="157918CA" w14:textId="77777777"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I. CĂN CỨ THẨM ĐỊNH</w:t>
      </w:r>
    </w:p>
    <w:p w14:paraId="61B8ADB6" w14:textId="7267D3EB" w:rsidR="00B63F00" w:rsidRPr="00AE0D6E" w:rsidRDefault="00E406C8" w:rsidP="00E406C8">
      <w:pPr>
        <w:numPr>
          <w:ilvl w:val="0"/>
          <w:numId w:val="11"/>
        </w:numPr>
        <w:spacing w:before="120" w:after="120" w:line="340" w:lineRule="exact"/>
        <w:ind w:left="284" w:hanging="284"/>
        <w:jc w:val="both"/>
        <w:rPr>
          <w:rFonts w:ascii="Times New Roman" w:hAnsi="Times New Roman" w:cs="Times New Roman"/>
          <w:sz w:val="28"/>
          <w:szCs w:val="28"/>
          <w:lang w:val="de-DE"/>
        </w:rPr>
      </w:pPr>
      <w:r w:rsidRPr="00E406C8">
        <w:rPr>
          <w:rFonts w:ascii="Times New Roman" w:hAnsi="Times New Roman" w:cs="Times New Roman"/>
          <w:sz w:val="28"/>
          <w:szCs w:val="28"/>
          <w:lang w:val="de-DE"/>
        </w:rPr>
        <w:t>Luật Chuyển giao công nghệ số 07/2017/QH14; được sửa đổi, bổ sung bởi Luật số 115/2025/QH15</w:t>
      </w:r>
      <w:r w:rsidR="00B63F00" w:rsidRPr="00AE0D6E">
        <w:rPr>
          <w:rFonts w:ascii="Times New Roman" w:hAnsi="Times New Roman" w:cs="Times New Roman"/>
          <w:sz w:val="28"/>
          <w:szCs w:val="28"/>
          <w:lang w:val="de-DE"/>
        </w:rPr>
        <w:t>;</w:t>
      </w:r>
    </w:p>
    <w:p w14:paraId="04ECFF08" w14:textId="7D7F103D" w:rsidR="00B63F00" w:rsidRPr="00AE0D6E" w:rsidRDefault="00B63F00" w:rsidP="00E406C8">
      <w:pPr>
        <w:numPr>
          <w:ilvl w:val="0"/>
          <w:numId w:val="11"/>
        </w:numPr>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Nghị định số …</w:t>
      </w:r>
      <w:r w:rsidR="00E406C8">
        <w:rPr>
          <w:rFonts w:ascii="Times New Roman" w:hAnsi="Times New Roman" w:cs="Times New Roman"/>
          <w:sz w:val="28"/>
          <w:szCs w:val="28"/>
          <w:lang w:val="de-DE"/>
        </w:rPr>
        <w:t xml:space="preserve">/2026/NĐ-CP ngày .../.../... của Chính phủ </w:t>
      </w:r>
      <w:r w:rsidR="00AE0705" w:rsidRPr="00AE0705">
        <w:rPr>
          <w:rFonts w:ascii="Times New Roman" w:hAnsi="Times New Roman" w:cs="Times New Roman"/>
          <w:sz w:val="28"/>
          <w:szCs w:val="28"/>
          <w:lang w:val="de-DE"/>
        </w:rPr>
        <w:t>quy định chi tiết một số điều và hướng dẫn biện pháp thi hành Luật Chuyển giao công nghệ số 07/2017/QH14; được sửa đổi bổ sung bởi Luật số 93/2025/QH15 và Luật số 115/2025/QH15</w:t>
      </w:r>
      <w:r w:rsidRPr="00AE0D6E">
        <w:rPr>
          <w:rFonts w:ascii="Times New Roman" w:hAnsi="Times New Roman" w:cs="Times New Roman"/>
          <w:sz w:val="28"/>
          <w:szCs w:val="28"/>
          <w:lang w:val="de-DE"/>
        </w:rPr>
        <w:t>;</w:t>
      </w:r>
    </w:p>
    <w:p w14:paraId="13C36762" w14:textId="7E523EC3" w:rsidR="00B63F00" w:rsidRDefault="00B63F00" w:rsidP="00E406C8">
      <w:pPr>
        <w:numPr>
          <w:ilvl w:val="0"/>
          <w:numId w:val="11"/>
        </w:numPr>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Hồ sơ Đề án do … (cơ quan chủ trì</w:t>
      </w:r>
      <w:r w:rsidR="00B81592">
        <w:rPr>
          <w:rFonts w:ascii="Times New Roman" w:hAnsi="Times New Roman" w:cs="Times New Roman"/>
          <w:sz w:val="28"/>
          <w:szCs w:val="28"/>
          <w:lang w:val="en-US"/>
        </w:rPr>
        <w:t xml:space="preserve"> xây dựng)</w:t>
      </w:r>
      <w:r w:rsidR="00F57283">
        <w:rPr>
          <w:rFonts w:ascii="Times New Roman" w:hAnsi="Times New Roman" w:cs="Times New Roman"/>
          <w:sz w:val="28"/>
          <w:szCs w:val="28"/>
          <w:lang w:val="en-US"/>
        </w:rPr>
        <w:t>;</w:t>
      </w:r>
    </w:p>
    <w:p w14:paraId="073A2ECB" w14:textId="65F8ED6E" w:rsidR="00F57283" w:rsidRPr="00F57283" w:rsidRDefault="00F57283" w:rsidP="00F57283">
      <w:pPr>
        <w:numPr>
          <w:ilvl w:val="0"/>
          <w:numId w:val="11"/>
        </w:numPr>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Quyết định số …</w:t>
      </w:r>
      <w:r>
        <w:rPr>
          <w:rFonts w:ascii="Times New Roman" w:hAnsi="Times New Roman" w:cs="Times New Roman"/>
          <w:sz w:val="28"/>
          <w:szCs w:val="28"/>
          <w:lang w:val="de-DE"/>
        </w:rPr>
        <w:t>/QĐ-TTg</w:t>
      </w:r>
      <w:r w:rsidRPr="00AE0D6E">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ngày .../.../... </w:t>
      </w:r>
      <w:r w:rsidRPr="00AE0D6E">
        <w:rPr>
          <w:rFonts w:ascii="Times New Roman" w:hAnsi="Times New Roman" w:cs="Times New Roman"/>
          <w:sz w:val="28"/>
          <w:szCs w:val="28"/>
          <w:lang w:val="de-DE"/>
        </w:rPr>
        <w:t>của Thủ tướng Chính phủ về việc thành lập Hội đồng thẩm định quốc gia mua và phổ biến công nghệ</w:t>
      </w:r>
      <w:r>
        <w:rPr>
          <w:rFonts w:ascii="Times New Roman" w:hAnsi="Times New Roman" w:cs="Times New Roman"/>
          <w:sz w:val="28"/>
          <w:szCs w:val="28"/>
          <w:lang w:val="de-DE"/>
        </w:rPr>
        <w:t>.</w:t>
      </w:r>
    </w:p>
    <w:p w14:paraId="4A61E0CF" w14:textId="77777777" w:rsidR="00B63F00" w:rsidRPr="00AE0D6E" w:rsidRDefault="00B63F00" w:rsidP="00AE0D6E">
      <w:pPr>
        <w:spacing w:before="120" w:after="120" w:line="340" w:lineRule="exact"/>
        <w:rPr>
          <w:rFonts w:ascii="Times New Roman" w:hAnsi="Times New Roman" w:cs="Times New Roman"/>
          <w:b/>
          <w:bCs/>
          <w:sz w:val="28"/>
          <w:szCs w:val="28"/>
          <w:lang w:val="en-US"/>
        </w:rPr>
      </w:pPr>
      <w:r w:rsidRPr="00AE0D6E">
        <w:rPr>
          <w:rFonts w:ascii="Times New Roman" w:hAnsi="Times New Roman" w:cs="Times New Roman"/>
          <w:b/>
          <w:bCs/>
          <w:sz w:val="28"/>
          <w:szCs w:val="28"/>
          <w:lang w:val="en-US"/>
        </w:rPr>
        <w:t>II. THÔNG TIN CHUNG VỀ ĐỀ ÁN</w:t>
      </w:r>
    </w:p>
    <w:p w14:paraId="27FA469C" w14:textId="77777777" w:rsidR="00B63F00" w:rsidRPr="00AE0D6E" w:rsidRDefault="00B63F00" w:rsidP="00482C63">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Cơ quan chủ trì xây dựng Đề án:</w:t>
      </w:r>
    </w:p>
    <w:p w14:paraId="4773873E" w14:textId="38597D49" w:rsidR="00B63F00" w:rsidRPr="00AE0D6E" w:rsidRDefault="00B63F00" w:rsidP="00482C63">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Lĩnh vực công nghệ</w:t>
      </w:r>
      <w:r w:rsidR="005C70EF">
        <w:rPr>
          <w:rStyle w:val="FootnoteReference"/>
          <w:rFonts w:ascii="Times New Roman" w:hAnsi="Times New Roman" w:cs="Times New Roman"/>
          <w:sz w:val="28"/>
          <w:szCs w:val="28"/>
          <w:lang w:val="de-DE"/>
        </w:rPr>
        <w:footnoteReference w:id="10"/>
      </w:r>
      <w:r w:rsidRPr="00AE0D6E">
        <w:rPr>
          <w:rFonts w:ascii="Times New Roman" w:hAnsi="Times New Roman" w:cs="Times New Roman"/>
          <w:sz w:val="28"/>
          <w:szCs w:val="28"/>
          <w:lang w:val="de-DE"/>
        </w:rPr>
        <w:t>:</w:t>
      </w:r>
    </w:p>
    <w:p w14:paraId="594932A1" w14:textId="77777777" w:rsidR="005C70EF" w:rsidRPr="00BA3387" w:rsidRDefault="005C70EF" w:rsidP="005C70EF">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BA3387">
        <w:rPr>
          <w:rFonts w:ascii="Times New Roman" w:hAnsi="Times New Roman" w:cs="Times New Roman"/>
          <w:sz w:val="28"/>
          <w:szCs w:val="28"/>
          <w:lang w:val="de-DE"/>
        </w:rPr>
        <w:t xml:space="preserve">Phân loại </w:t>
      </w:r>
      <w:r>
        <w:rPr>
          <w:rFonts w:ascii="Times New Roman" w:hAnsi="Times New Roman" w:cs="Times New Roman"/>
          <w:sz w:val="28"/>
          <w:szCs w:val="28"/>
          <w:lang w:val="de-DE"/>
        </w:rPr>
        <w:t xml:space="preserve">mục đích </w:t>
      </w:r>
      <w:r w:rsidRPr="00374987">
        <w:rPr>
          <w:rFonts w:ascii="Times New Roman" w:hAnsi="Times New Roman" w:cs="Times New Roman"/>
          <w:sz w:val="28"/>
          <w:szCs w:val="28"/>
          <w:lang w:val="de-DE"/>
        </w:rPr>
        <w:t>Nhà nước mua và phổ biến công nghệ</w:t>
      </w:r>
      <w:r w:rsidRPr="00BA3387">
        <w:rPr>
          <w:rFonts w:ascii="Times New Roman" w:hAnsi="Times New Roman" w:cs="Times New Roman"/>
          <w:sz w:val="28"/>
          <w:szCs w:val="28"/>
          <w:lang w:val="de-DE"/>
        </w:rPr>
        <w:t xml:space="preserve"> theo</w:t>
      </w:r>
      <w:r>
        <w:rPr>
          <w:rFonts w:ascii="Times New Roman" w:hAnsi="Times New Roman" w:cs="Times New Roman"/>
          <w:sz w:val="28"/>
          <w:szCs w:val="28"/>
          <w:lang w:val="de-DE"/>
        </w:rPr>
        <w:t xml:space="preserve"> khoản 1</w:t>
      </w:r>
      <w:r w:rsidRPr="00BA3387">
        <w:rPr>
          <w:rFonts w:ascii="Times New Roman" w:hAnsi="Times New Roman" w:cs="Times New Roman"/>
          <w:sz w:val="28"/>
          <w:szCs w:val="28"/>
          <w:lang w:val="de-DE"/>
        </w:rPr>
        <w:t xml:space="preserve"> Điều 35a </w:t>
      </w:r>
      <w:r w:rsidRPr="00467505">
        <w:rPr>
          <w:rFonts w:ascii="Times New Roman" w:hAnsi="Times New Roman" w:cs="Times New Roman"/>
          <w:sz w:val="28"/>
          <w:szCs w:val="28"/>
          <w:lang w:val="de-DE"/>
        </w:rPr>
        <w:t>Luật số 07/2017/QH14, được bổ sung tại khoản 16 Điều 1 Luật số 115/2025/QH15</w:t>
      </w:r>
      <w:r>
        <w:rPr>
          <w:rFonts w:ascii="Times New Roman" w:hAnsi="Times New Roman" w:cs="Times New Roman"/>
          <w:sz w:val="28"/>
          <w:szCs w:val="28"/>
          <w:lang w:val="de-DE"/>
        </w:rPr>
        <w:t>:</w:t>
      </w:r>
    </w:p>
    <w:p w14:paraId="682828E5" w14:textId="77777777" w:rsidR="005C70EF" w:rsidRPr="003B6C8C" w:rsidRDefault="005C70EF" w:rsidP="005C70EF">
      <w:pPr>
        <w:spacing w:before="120" w:after="120" w:line="340" w:lineRule="exact"/>
        <w:ind w:left="284"/>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a khoản 1 </w:t>
      </w:r>
      <w:r>
        <w:rPr>
          <w:rFonts w:ascii="Times New Roman" w:hAnsi="Times New Roman" w:cs="Times New Roman"/>
          <w:sz w:val="28"/>
          <w:szCs w:val="28"/>
          <w:lang w:val="en-US"/>
        </w:rPr>
        <w:t xml:space="preserve">Điều 35a </w:t>
      </w:r>
      <w:r w:rsidRPr="003B6C8C">
        <w:rPr>
          <w:rFonts w:ascii="Times New Roman" w:hAnsi="Times New Roman" w:cs="Times New Roman"/>
          <w:sz w:val="28"/>
          <w:szCs w:val="28"/>
          <w:lang w:val="en-US"/>
        </w:rPr>
        <w:t>(</w:t>
      </w:r>
      <w:r>
        <w:rPr>
          <w:rFonts w:ascii="Times New Roman" w:hAnsi="Times New Roman" w:cs="Times New Roman"/>
          <w:sz w:val="28"/>
          <w:szCs w:val="28"/>
          <w:lang w:val="en-US"/>
        </w:rPr>
        <w:t xml:space="preserve">Phục vụ </w:t>
      </w:r>
      <w:r w:rsidRPr="003B6C8C">
        <w:rPr>
          <w:rFonts w:ascii="Times New Roman" w:hAnsi="Times New Roman" w:cs="Times New Roman"/>
          <w:sz w:val="28"/>
          <w:szCs w:val="28"/>
          <w:lang w:val="en-US"/>
        </w:rPr>
        <w:t xml:space="preserve">quốc phòng, </w:t>
      </w:r>
      <w:proofErr w:type="gramStart"/>
      <w:r w:rsidRPr="003B6C8C">
        <w:rPr>
          <w:rFonts w:ascii="Times New Roman" w:hAnsi="Times New Roman" w:cs="Times New Roman"/>
          <w:sz w:val="28"/>
          <w:szCs w:val="28"/>
          <w:lang w:val="en-US"/>
        </w:rPr>
        <w:t>an</w:t>
      </w:r>
      <w:proofErr w:type="gramEnd"/>
      <w:r w:rsidRPr="003B6C8C">
        <w:rPr>
          <w:rFonts w:ascii="Times New Roman" w:hAnsi="Times New Roman" w:cs="Times New Roman"/>
          <w:sz w:val="28"/>
          <w:szCs w:val="28"/>
          <w:lang w:val="en-US"/>
        </w:rPr>
        <w:t xml:space="preserve"> ninh)</w:t>
      </w:r>
    </w:p>
    <w:p w14:paraId="67B5D44C" w14:textId="77777777" w:rsidR="005C70EF" w:rsidRPr="003B6C8C" w:rsidRDefault="005C70EF" w:rsidP="005C70EF">
      <w:pPr>
        <w:spacing w:before="120" w:after="120" w:line="340" w:lineRule="exact"/>
        <w:ind w:left="284"/>
        <w:jc w:val="both"/>
        <w:rPr>
          <w:rFonts w:ascii="Times New Roman" w:hAnsi="Times New Roman" w:cs="Times New Roman"/>
          <w:sz w:val="28"/>
          <w:szCs w:val="28"/>
          <w:lang w:val="en-US"/>
        </w:rPr>
      </w:pPr>
      <w:r w:rsidRPr="003B6C8C">
        <w:rPr>
          <w:rFonts w:ascii="Segoe UI Symbol" w:hAnsi="Segoe UI Symbol" w:cs="Segoe UI Symbol"/>
          <w:sz w:val="28"/>
          <w:szCs w:val="28"/>
          <w:lang w:val="en-US"/>
        </w:rPr>
        <w:t>☐</w:t>
      </w:r>
      <w:r w:rsidRPr="003B6C8C">
        <w:rPr>
          <w:rFonts w:ascii="Times New Roman" w:hAnsi="Times New Roman" w:cs="Times New Roman"/>
          <w:sz w:val="28"/>
          <w:szCs w:val="28"/>
          <w:lang w:val="en-US"/>
        </w:rPr>
        <w:t xml:space="preserve"> Điểm b khoản 1</w:t>
      </w:r>
      <w:r>
        <w:rPr>
          <w:rFonts w:ascii="Times New Roman" w:hAnsi="Times New Roman" w:cs="Times New Roman"/>
          <w:sz w:val="28"/>
          <w:szCs w:val="28"/>
          <w:lang w:val="en-US"/>
        </w:rPr>
        <w:t xml:space="preserve"> Điểu 35a</w:t>
      </w:r>
      <w:r w:rsidRPr="003B6C8C">
        <w:rPr>
          <w:rFonts w:ascii="Times New Roman" w:hAnsi="Times New Roman" w:cs="Times New Roman"/>
          <w:sz w:val="28"/>
          <w:szCs w:val="28"/>
          <w:lang w:val="en-US"/>
        </w:rPr>
        <w:t xml:space="preserve"> (</w:t>
      </w:r>
      <w:r w:rsidRPr="00F86D9C">
        <w:rPr>
          <w:rFonts w:ascii="Times New Roman" w:hAnsi="Times New Roman" w:cs="Times New Roman"/>
          <w:sz w:val="28"/>
          <w:szCs w:val="28"/>
          <w:lang w:val="en-US"/>
        </w:rPr>
        <w:t>Phục vụ hoạt động giáo dục, y tế, bảo vệ môi trường, phòng chống thiên tai, dịch bệnh</w:t>
      </w:r>
      <w:r w:rsidRPr="003B6C8C">
        <w:rPr>
          <w:rFonts w:ascii="Times New Roman" w:hAnsi="Times New Roman" w:cs="Times New Roman"/>
          <w:sz w:val="28"/>
          <w:szCs w:val="28"/>
          <w:lang w:val="en-US"/>
        </w:rPr>
        <w:t>)</w:t>
      </w:r>
    </w:p>
    <w:p w14:paraId="19780ED1" w14:textId="77777777" w:rsidR="00313FD9" w:rsidRPr="003B6C8C" w:rsidRDefault="00313FD9" w:rsidP="00313FD9">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3B6C8C">
        <w:rPr>
          <w:rFonts w:ascii="Times New Roman" w:hAnsi="Times New Roman" w:cs="Times New Roman"/>
          <w:sz w:val="28"/>
          <w:szCs w:val="28"/>
          <w:lang w:val="de-DE"/>
        </w:rPr>
        <w:t>Hình thức mua</w:t>
      </w:r>
      <w:r>
        <w:rPr>
          <w:rFonts w:ascii="Times New Roman" w:hAnsi="Times New Roman" w:cs="Times New Roman"/>
          <w:sz w:val="28"/>
          <w:szCs w:val="28"/>
          <w:lang w:val="de-DE"/>
        </w:rPr>
        <w:t xml:space="preserve"> đề xuất</w:t>
      </w:r>
      <w:r w:rsidRPr="003B6C8C">
        <w:rPr>
          <w:rFonts w:ascii="Times New Roman" w:hAnsi="Times New Roman" w:cs="Times New Roman"/>
          <w:sz w:val="28"/>
          <w:szCs w:val="28"/>
          <w:lang w:val="de-DE"/>
        </w:rPr>
        <w:t>:</w:t>
      </w:r>
    </w:p>
    <w:p w14:paraId="2DDD1FD3" w14:textId="656EEE47" w:rsidR="00313FD9" w:rsidRPr="003B6C8C" w:rsidRDefault="00313FD9" w:rsidP="00313FD9">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sở hữu</w:t>
      </w:r>
      <w:r>
        <w:rPr>
          <w:rFonts w:ascii="Times New Roman" w:hAnsi="Times New Roman" w:cs="Times New Roman"/>
          <w:sz w:val="28"/>
          <w:szCs w:val="28"/>
          <w:lang w:val="de-DE"/>
        </w:rPr>
        <w:t xml:space="preserve"> công nghệ</w:t>
      </w:r>
    </w:p>
    <w:p w14:paraId="0339E25E" w14:textId="77777777" w:rsidR="00313FD9" w:rsidRPr="003B6C8C" w:rsidRDefault="00313FD9" w:rsidP="00313FD9">
      <w:pPr>
        <w:spacing w:before="120" w:after="120" w:line="340" w:lineRule="exact"/>
        <w:ind w:left="284"/>
        <w:rPr>
          <w:rFonts w:ascii="Times New Roman" w:hAnsi="Times New Roman" w:cs="Times New Roman"/>
          <w:sz w:val="28"/>
          <w:szCs w:val="28"/>
          <w:lang w:val="de-DE"/>
        </w:rPr>
      </w:pPr>
      <w:r w:rsidRPr="003B6C8C">
        <w:rPr>
          <w:rFonts w:ascii="Segoe UI Symbol" w:hAnsi="Segoe UI Symbol" w:cs="Segoe UI Symbol"/>
          <w:sz w:val="28"/>
          <w:szCs w:val="28"/>
          <w:lang w:val="de-DE"/>
        </w:rPr>
        <w:t>☐</w:t>
      </w:r>
      <w:r w:rsidRPr="003B6C8C">
        <w:rPr>
          <w:rFonts w:ascii="Times New Roman" w:hAnsi="Times New Roman" w:cs="Times New Roman"/>
          <w:sz w:val="28"/>
          <w:szCs w:val="28"/>
          <w:lang w:val="de-DE"/>
        </w:rPr>
        <w:t xml:space="preserve"> Mua quyền sử dụng</w:t>
      </w:r>
      <w:r>
        <w:rPr>
          <w:rFonts w:ascii="Times New Roman" w:hAnsi="Times New Roman" w:cs="Times New Roman"/>
          <w:sz w:val="28"/>
          <w:szCs w:val="28"/>
          <w:lang w:val="de-DE"/>
        </w:rPr>
        <w:t xml:space="preserve"> công nghệ</w:t>
      </w:r>
    </w:p>
    <w:p w14:paraId="74BD834B" w14:textId="77777777" w:rsidR="00B63F00" w:rsidRDefault="00B63F00" w:rsidP="00313FD9">
      <w:pPr>
        <w:numPr>
          <w:ilvl w:val="0"/>
          <w:numId w:val="12"/>
        </w:numPr>
        <w:tabs>
          <w:tab w:val="clear" w:pos="720"/>
        </w:tabs>
        <w:spacing w:before="120" w:after="120" w:line="340" w:lineRule="exact"/>
        <w:ind w:left="284" w:hanging="284"/>
        <w:jc w:val="both"/>
        <w:rPr>
          <w:rFonts w:ascii="Times New Roman" w:hAnsi="Times New Roman" w:cs="Times New Roman"/>
          <w:sz w:val="28"/>
          <w:szCs w:val="28"/>
          <w:lang w:val="de-DE"/>
        </w:rPr>
      </w:pPr>
      <w:r w:rsidRPr="00313FD9">
        <w:rPr>
          <w:rFonts w:ascii="Times New Roman" w:hAnsi="Times New Roman" w:cs="Times New Roman"/>
          <w:sz w:val="28"/>
          <w:szCs w:val="28"/>
          <w:lang w:val="de-DE"/>
        </w:rPr>
        <w:t>Hình thức phổ biến đề xuất:</w:t>
      </w:r>
    </w:p>
    <w:p w14:paraId="2562B894" w14:textId="77777777"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Miễn phí</w:t>
      </w:r>
    </w:p>
    <w:p w14:paraId="574FC1A2" w14:textId="19E682A8"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lastRenderedPageBreak/>
        <w:t>☐</w:t>
      </w:r>
      <w:r w:rsidRPr="006A33F1">
        <w:rPr>
          <w:rFonts w:ascii="Times New Roman" w:hAnsi="Times New Roman" w:cs="Times New Roman"/>
          <w:sz w:val="28"/>
          <w:szCs w:val="28"/>
          <w:lang w:val="de-DE"/>
        </w:rPr>
        <w:t xml:space="preserve"> </w:t>
      </w:r>
      <w:r w:rsidR="0044759B">
        <w:rPr>
          <w:rFonts w:ascii="Times New Roman" w:hAnsi="Times New Roman" w:cs="Times New Roman"/>
          <w:sz w:val="28"/>
          <w:szCs w:val="28"/>
          <w:lang w:val="de-DE"/>
        </w:rPr>
        <w:t>Ư</w:t>
      </w:r>
      <w:r w:rsidRPr="006A33F1">
        <w:rPr>
          <w:rFonts w:ascii="Times New Roman" w:hAnsi="Times New Roman" w:cs="Times New Roman"/>
          <w:sz w:val="28"/>
          <w:szCs w:val="28"/>
          <w:lang w:val="de-DE"/>
        </w:rPr>
        <w:t>u đãi</w:t>
      </w:r>
    </w:p>
    <w:p w14:paraId="29C442B6" w14:textId="77777777"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Cấp quyền sử dụng có điều kiện</w:t>
      </w:r>
    </w:p>
    <w:p w14:paraId="6940184E" w14:textId="6BB7FBF2" w:rsidR="006A33F1" w:rsidRPr="006A33F1" w:rsidRDefault="006A33F1"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Hợp tác cùng phát triển công nghệ</w:t>
      </w:r>
    </w:p>
    <w:p w14:paraId="7910B5A4" w14:textId="77777777"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III. QUÁ TRÌNH THẨM ĐỊNH</w:t>
      </w:r>
    </w:p>
    <w:p w14:paraId="111540ED" w14:textId="77777777" w:rsidR="00B63F00" w:rsidRPr="00AE0D6E"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Thời gian họp Hội đồng:</w:t>
      </w:r>
    </w:p>
    <w:p w14:paraId="776890BF" w14:textId="77777777" w:rsidR="00B63F00" w:rsidRPr="00AE0D6E"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AE0D6E">
        <w:rPr>
          <w:rFonts w:ascii="Times New Roman" w:hAnsi="Times New Roman" w:cs="Times New Roman"/>
          <w:sz w:val="28"/>
          <w:szCs w:val="28"/>
          <w:lang w:val="en-US"/>
        </w:rPr>
        <w:t>Hình thức họp:</w:t>
      </w:r>
    </w:p>
    <w:p w14:paraId="0185E8A0" w14:textId="77777777" w:rsidR="00B63F00" w:rsidRPr="006A33F1" w:rsidRDefault="00B63F00"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Trực tiếp</w:t>
      </w:r>
    </w:p>
    <w:p w14:paraId="0939F1B5" w14:textId="77777777" w:rsidR="00B63F00" w:rsidRPr="006A33F1" w:rsidRDefault="00B63F00"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Trực tuyến</w:t>
      </w:r>
    </w:p>
    <w:p w14:paraId="0EFA6D59" w14:textId="77777777" w:rsidR="00B63F00" w:rsidRPr="006A33F1" w:rsidRDefault="00B63F00" w:rsidP="006A33F1">
      <w:pPr>
        <w:spacing w:before="120" w:after="120" w:line="340" w:lineRule="exact"/>
        <w:ind w:left="284"/>
        <w:rPr>
          <w:rFonts w:ascii="Times New Roman" w:hAnsi="Times New Roman" w:cs="Times New Roman"/>
          <w:sz w:val="28"/>
          <w:szCs w:val="28"/>
          <w:lang w:val="de-DE"/>
        </w:rPr>
      </w:pPr>
      <w:r w:rsidRPr="006A33F1">
        <w:rPr>
          <w:rFonts w:ascii="Segoe UI Symbol" w:hAnsi="Segoe UI Symbol" w:cs="Segoe UI Symbol"/>
          <w:sz w:val="28"/>
          <w:szCs w:val="28"/>
          <w:lang w:val="de-DE"/>
        </w:rPr>
        <w:t>☐</w:t>
      </w:r>
      <w:r w:rsidRPr="006A33F1">
        <w:rPr>
          <w:rFonts w:ascii="Times New Roman" w:hAnsi="Times New Roman" w:cs="Times New Roman"/>
          <w:sz w:val="28"/>
          <w:szCs w:val="28"/>
          <w:lang w:val="de-DE"/>
        </w:rPr>
        <w:t xml:space="preserve"> Lấy ý kiến bằng văn bản</w:t>
      </w:r>
    </w:p>
    <w:p w14:paraId="38419DFA" w14:textId="77777777" w:rsidR="00B63F00" w:rsidRPr="006A33F1"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6A33F1">
        <w:rPr>
          <w:rFonts w:ascii="Times New Roman" w:hAnsi="Times New Roman" w:cs="Times New Roman"/>
          <w:sz w:val="28"/>
          <w:szCs w:val="28"/>
          <w:lang w:val="en-US"/>
        </w:rPr>
        <w:t>Thành phần tham dự:</w:t>
      </w:r>
    </w:p>
    <w:p w14:paraId="48564936" w14:textId="77777777" w:rsidR="00B63F00" w:rsidRDefault="00B63F00" w:rsidP="006A33F1">
      <w:pPr>
        <w:numPr>
          <w:ilvl w:val="0"/>
          <w:numId w:val="13"/>
        </w:numPr>
        <w:tabs>
          <w:tab w:val="clear" w:pos="720"/>
        </w:tabs>
        <w:spacing w:before="120" w:after="120" w:line="340" w:lineRule="exact"/>
        <w:ind w:left="284" w:hanging="284"/>
        <w:jc w:val="both"/>
        <w:rPr>
          <w:rFonts w:ascii="Times New Roman" w:hAnsi="Times New Roman" w:cs="Times New Roman"/>
          <w:sz w:val="28"/>
          <w:szCs w:val="28"/>
          <w:lang w:val="en-US"/>
        </w:rPr>
      </w:pPr>
      <w:r w:rsidRPr="006A33F1">
        <w:rPr>
          <w:rFonts w:ascii="Times New Roman" w:hAnsi="Times New Roman" w:cs="Times New Roman"/>
          <w:sz w:val="28"/>
          <w:szCs w:val="28"/>
          <w:lang w:val="en-US"/>
        </w:rPr>
        <w:t>Tóm tắt nội dung thảo luận chính:</w:t>
      </w:r>
    </w:p>
    <w:p w14:paraId="36624E4B" w14:textId="7462587A" w:rsidR="006E6E56" w:rsidRDefault="006E6E56" w:rsidP="006E6E56">
      <w:pPr>
        <w:tabs>
          <w:tab w:val="left" w:leader="dot" w:pos="9072"/>
        </w:tabs>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72E5A9EA" w14:textId="6FB47DA0" w:rsidR="006E6E56" w:rsidRDefault="006E6E56" w:rsidP="006E6E56">
      <w:pPr>
        <w:tabs>
          <w:tab w:val="left" w:leader="dot" w:pos="9072"/>
        </w:tabs>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2B55EE44" w14:textId="1AA27275" w:rsidR="006E6E56" w:rsidRPr="006A33F1" w:rsidRDefault="006E6E56" w:rsidP="006E6E56">
      <w:pPr>
        <w:tabs>
          <w:tab w:val="left" w:leader="dot" w:pos="9072"/>
        </w:tabs>
        <w:spacing w:before="120" w:after="120" w:line="34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06887CA2" w14:textId="77777777"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IV. NỘI DUNG THẨM ĐỊNH</w:t>
      </w:r>
    </w:p>
    <w:p w14:paraId="594B245C" w14:textId="7BFB1694" w:rsidR="002F798D" w:rsidRDefault="00B63F00" w:rsidP="002F798D">
      <w:pPr>
        <w:spacing w:before="120" w:after="120" w:line="340" w:lineRule="exact"/>
        <w:jc w:val="both"/>
        <w:rPr>
          <w:rFonts w:ascii="Times New Roman" w:hAnsi="Times New Roman" w:cs="Times New Roman"/>
          <w:sz w:val="28"/>
          <w:szCs w:val="28"/>
          <w:lang w:val="de-DE"/>
        </w:rPr>
      </w:pPr>
      <w:r w:rsidRPr="00937275">
        <w:rPr>
          <w:rFonts w:ascii="Times New Roman" w:hAnsi="Times New Roman" w:cs="Times New Roman"/>
          <w:sz w:val="28"/>
          <w:szCs w:val="28"/>
          <w:lang w:val="de-DE"/>
        </w:rPr>
        <w:t xml:space="preserve">1. </w:t>
      </w:r>
      <w:r w:rsidR="002F798D" w:rsidRPr="002F798D">
        <w:rPr>
          <w:rFonts w:ascii="Times New Roman" w:hAnsi="Times New Roman" w:cs="Times New Roman"/>
          <w:sz w:val="28"/>
          <w:szCs w:val="28"/>
          <w:lang w:val="de-DE"/>
        </w:rPr>
        <w:t>Sự cần thiết mua và phổ biến công nghệ theo mục tiêu quy định tại khoản 1 Điều 3</w:t>
      </w:r>
      <w:r w:rsidR="002F798D">
        <w:rPr>
          <w:rFonts w:ascii="Times New Roman" w:hAnsi="Times New Roman" w:cs="Times New Roman"/>
          <w:sz w:val="28"/>
          <w:szCs w:val="28"/>
          <w:lang w:val="de-DE"/>
        </w:rPr>
        <w:t>5</w:t>
      </w:r>
      <w:r w:rsidR="002F798D" w:rsidRPr="002F798D">
        <w:rPr>
          <w:rFonts w:ascii="Times New Roman" w:hAnsi="Times New Roman" w:cs="Times New Roman"/>
          <w:sz w:val="28"/>
          <w:szCs w:val="28"/>
          <w:lang w:val="de-DE"/>
        </w:rPr>
        <w:t xml:space="preserve"> Nghị định số …/2026/NĐ-CP ngày … tháng … năm … của Chính phủ quy định chi tiết một số điều và hướng dẫn biện pháp thi hành Luật Chuyển giao công nghệ số 07/2017/QH14; được sửa đổi bổ sung bởi Luật số 93/2025/QH15 và Luật số 115/2025/QH15; mức độ cấp bách và phạm vi vấn đề quốc gia hoặc địa phương cần giải quyết</w:t>
      </w:r>
      <w:r w:rsidR="002F798D">
        <w:rPr>
          <w:rFonts w:ascii="Times New Roman" w:hAnsi="Times New Roman" w:cs="Times New Roman"/>
          <w:sz w:val="28"/>
          <w:szCs w:val="28"/>
          <w:lang w:val="de-DE"/>
        </w:rPr>
        <w:t>.</w:t>
      </w:r>
    </w:p>
    <w:p w14:paraId="5CB89BB7" w14:textId="6236B663"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2.</w:t>
      </w:r>
      <w:r w:rsidRPr="002F798D">
        <w:rPr>
          <w:rFonts w:ascii="Times New Roman" w:hAnsi="Times New Roman" w:cs="Times New Roman"/>
          <w:sz w:val="28"/>
          <w:szCs w:val="28"/>
          <w:lang w:val="de-DE"/>
        </w:rPr>
        <w:t xml:space="preserve"> Giá trị sử dụng, mức độ sẵn sàng và khả năng triển khai, ứng dụng công nghệ; sự phù hợp của công nghệ với năng lực tiếp nhận, tổ chức triển khai theo phương án tại Đề án;</w:t>
      </w:r>
    </w:p>
    <w:p w14:paraId="313A9B17" w14:textId="6F9E0A3E"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3.</w:t>
      </w:r>
      <w:r w:rsidRPr="002F798D">
        <w:rPr>
          <w:rFonts w:ascii="Times New Roman" w:hAnsi="Times New Roman" w:cs="Times New Roman"/>
          <w:sz w:val="28"/>
          <w:szCs w:val="28"/>
          <w:lang w:val="de-DE"/>
        </w:rPr>
        <w:t xml:space="preserve"> Tính hợp pháp của quyền sở hữu trí tuệ và quyền chuyển giao công nghệ; khả năng bảo đảm quyền sử dụng hợp pháp khi phổ biến;</w:t>
      </w:r>
    </w:p>
    <w:p w14:paraId="305C9281" w14:textId="48FA0044"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4.</w:t>
      </w:r>
      <w:r w:rsidRPr="002F798D">
        <w:rPr>
          <w:rFonts w:ascii="Times New Roman" w:hAnsi="Times New Roman" w:cs="Times New Roman"/>
          <w:sz w:val="28"/>
          <w:szCs w:val="28"/>
          <w:lang w:val="de-DE"/>
        </w:rPr>
        <w:t xml:space="preserve"> Tính phù hợp, khả thi của phương án mua công nghệ (mua quyền sở hữu hoặc mua quyền sử dụng), bao gồm phạm vi quyền, thời hạn, điều kiện và nghĩa vụ kèm theo;</w:t>
      </w:r>
    </w:p>
    <w:p w14:paraId="6A6D2DD6" w14:textId="5CCDBDF6"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5.</w:t>
      </w:r>
      <w:r w:rsidRPr="002F798D">
        <w:rPr>
          <w:rFonts w:ascii="Times New Roman" w:hAnsi="Times New Roman" w:cs="Times New Roman"/>
          <w:sz w:val="28"/>
          <w:szCs w:val="28"/>
          <w:lang w:val="de-DE"/>
        </w:rPr>
        <w:t xml:space="preserve"> Tính phù hợp, khả thi của phương án phổ biến công nghệ, bao gồm đối tượng tiếp nhận, hình thức phổ biến, điều kiện áp dụng, phương án tổ chức thực hiện và kế hoạch đào tạo, chuyển giao năng lực;</w:t>
      </w:r>
    </w:p>
    <w:p w14:paraId="798455D0" w14:textId="5DE951DB"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6.</w:t>
      </w:r>
      <w:r w:rsidRPr="002F798D">
        <w:rPr>
          <w:rFonts w:ascii="Times New Roman" w:hAnsi="Times New Roman" w:cs="Times New Roman"/>
          <w:sz w:val="28"/>
          <w:szCs w:val="28"/>
          <w:lang w:val="de-DE"/>
        </w:rPr>
        <w:t xml:space="preserve"> Hiệu quả kinh tế - xã hội dự kiến, tác động lan tỏa, khả năng tạo đột phá trong nâng cao năng lực công nghệ của tổ chức, doanh nghiệp Việt Nam;</w:t>
      </w:r>
    </w:p>
    <w:p w14:paraId="64DCFC0E" w14:textId="7988790F"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7.</w:t>
      </w:r>
      <w:r w:rsidRPr="002F798D">
        <w:rPr>
          <w:rFonts w:ascii="Times New Roman" w:hAnsi="Times New Roman" w:cs="Times New Roman"/>
          <w:sz w:val="28"/>
          <w:szCs w:val="28"/>
          <w:lang w:val="de-DE"/>
        </w:rPr>
        <w:t xml:space="preserve"> Tính hợp lý của dự toán kinh phí, nguồn kinh phí và khả năng sử dụng ngân sách minh bạch, hiệu quả.</w:t>
      </w:r>
    </w:p>
    <w:p w14:paraId="0CBE89B8" w14:textId="72160A9B" w:rsidR="002F798D" w:rsidRPr="002F798D" w:rsidRDefault="002F798D" w:rsidP="002F798D">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8.</w:t>
      </w:r>
      <w:r w:rsidRPr="002F798D">
        <w:rPr>
          <w:rFonts w:ascii="Times New Roman" w:hAnsi="Times New Roman" w:cs="Times New Roman"/>
          <w:sz w:val="28"/>
          <w:szCs w:val="28"/>
          <w:lang w:val="de-DE"/>
        </w:rPr>
        <w:t xml:space="preserve"> Rủi ro kỹ thuật, rủi ro pháp lý và phương án kiểm soát rủi ro.</w:t>
      </w:r>
    </w:p>
    <w:p w14:paraId="05EEAD0F" w14:textId="28727006"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 xml:space="preserve">V. KẾT LUẬN </w:t>
      </w:r>
    </w:p>
    <w:p w14:paraId="62959557" w14:textId="1FE99C36"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1.</w:t>
      </w:r>
      <w:r w:rsidRPr="001132EB">
        <w:rPr>
          <w:rFonts w:ascii="Times New Roman" w:hAnsi="Times New Roman" w:cs="Times New Roman"/>
          <w:sz w:val="28"/>
          <w:szCs w:val="28"/>
          <w:lang w:val="de-DE"/>
        </w:rPr>
        <w:t xml:space="preserve"> Đánh giá về sự cần thiết mua và phổ biến công nghệ;</w:t>
      </w:r>
    </w:p>
    <w:p w14:paraId="1F8F1ED2" w14:textId="151B9F14"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2.</w:t>
      </w:r>
      <w:r w:rsidRPr="001132EB">
        <w:rPr>
          <w:rFonts w:ascii="Times New Roman" w:hAnsi="Times New Roman" w:cs="Times New Roman"/>
          <w:sz w:val="28"/>
          <w:szCs w:val="28"/>
          <w:lang w:val="de-DE"/>
        </w:rPr>
        <w:t xml:space="preserve"> Đánh giá về tính phù hợp của công nghệ, mức độ sẵn sàng và khả năng triển khai;</w:t>
      </w:r>
    </w:p>
    <w:p w14:paraId="509E2D90" w14:textId="7021739C"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3.</w:t>
      </w:r>
      <w:r w:rsidRPr="001132EB">
        <w:rPr>
          <w:rFonts w:ascii="Times New Roman" w:hAnsi="Times New Roman" w:cs="Times New Roman"/>
          <w:sz w:val="28"/>
          <w:szCs w:val="28"/>
          <w:lang w:val="de-DE"/>
        </w:rPr>
        <w:t xml:space="preserve"> Đánh giá về tính hợp pháp của quyền sở hữu trí tuệ và quyền chuyển giao;</w:t>
      </w:r>
    </w:p>
    <w:p w14:paraId="5F46CDE5" w14:textId="5136CF84"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4.</w:t>
      </w:r>
      <w:r w:rsidRPr="001132EB">
        <w:rPr>
          <w:rFonts w:ascii="Times New Roman" w:hAnsi="Times New Roman" w:cs="Times New Roman"/>
          <w:sz w:val="28"/>
          <w:szCs w:val="28"/>
          <w:lang w:val="de-DE"/>
        </w:rPr>
        <w:t xml:space="preserve"> Đánh giá về tính khả thi của phương án mua và phương án phổ biến công nghệ;</w:t>
      </w:r>
    </w:p>
    <w:p w14:paraId="3A55A933" w14:textId="6BE7450B" w:rsidR="001132EB" w:rsidRPr="001132EB"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5.</w:t>
      </w:r>
      <w:r w:rsidRPr="001132EB">
        <w:rPr>
          <w:rFonts w:ascii="Times New Roman" w:hAnsi="Times New Roman" w:cs="Times New Roman"/>
          <w:sz w:val="28"/>
          <w:szCs w:val="28"/>
          <w:lang w:val="de-DE"/>
        </w:rPr>
        <w:t xml:space="preserve"> Đánh giá về hiệu quả dự kiến và tính hợp lý của kinh phí;</w:t>
      </w:r>
    </w:p>
    <w:p w14:paraId="458E534D" w14:textId="281E4C8A" w:rsidR="00713FF6" w:rsidRDefault="001132EB" w:rsidP="001132EB">
      <w:pPr>
        <w:spacing w:before="120" w:after="120" w:line="340" w:lineRule="exact"/>
        <w:jc w:val="both"/>
        <w:rPr>
          <w:rFonts w:ascii="Times New Roman" w:hAnsi="Times New Roman" w:cs="Times New Roman"/>
          <w:sz w:val="28"/>
          <w:szCs w:val="28"/>
          <w:lang w:val="de-DE"/>
        </w:rPr>
      </w:pPr>
      <w:r>
        <w:rPr>
          <w:rFonts w:ascii="Times New Roman" w:hAnsi="Times New Roman" w:cs="Times New Roman"/>
          <w:sz w:val="28"/>
          <w:szCs w:val="28"/>
          <w:lang w:val="de-DE"/>
        </w:rPr>
        <w:t>6.</w:t>
      </w:r>
      <w:r w:rsidRPr="001132EB">
        <w:rPr>
          <w:rFonts w:ascii="Times New Roman" w:hAnsi="Times New Roman" w:cs="Times New Roman"/>
          <w:sz w:val="28"/>
          <w:szCs w:val="28"/>
          <w:lang w:val="de-DE"/>
        </w:rPr>
        <w:t xml:space="preserve"> Kiến nghị phê duyệt hoặc không phê duyệt; trường hợp kiến nghị phê duyệt phải nêu rõ các điều kiện, yêu cầu kèm theo để kiểm soát rủi ro và bảo đảm hiệu quả.</w:t>
      </w:r>
    </w:p>
    <w:p w14:paraId="2CD9034C" w14:textId="4A7A248E" w:rsidR="00713FF6" w:rsidRDefault="00713FF6" w:rsidP="00AE0D6E">
      <w:pPr>
        <w:spacing w:before="120" w:after="120" w:line="340" w:lineRule="exact"/>
        <w:rPr>
          <w:rFonts w:ascii="Times New Roman" w:hAnsi="Times New Roman" w:cs="Times New Roman"/>
          <w:b/>
          <w:bCs/>
          <w:sz w:val="28"/>
          <w:szCs w:val="28"/>
          <w:lang w:val="de-DE"/>
        </w:rPr>
      </w:pPr>
      <w:r>
        <w:rPr>
          <w:rFonts w:ascii="Times New Roman" w:hAnsi="Times New Roman" w:cs="Times New Roman"/>
          <w:b/>
          <w:bCs/>
          <w:sz w:val="28"/>
          <w:szCs w:val="28"/>
          <w:lang w:val="de-DE"/>
        </w:rPr>
        <w:t xml:space="preserve">VI. </w:t>
      </w:r>
      <w:r w:rsidR="006D31A5">
        <w:rPr>
          <w:rFonts w:ascii="Times New Roman" w:hAnsi="Times New Roman" w:cs="Times New Roman"/>
          <w:b/>
          <w:bCs/>
          <w:sz w:val="28"/>
          <w:szCs w:val="28"/>
          <w:lang w:val="de-DE"/>
        </w:rPr>
        <w:t>ĐỀ XUẤT</w:t>
      </w:r>
      <w:r w:rsidR="007164FF">
        <w:rPr>
          <w:rFonts w:ascii="Times New Roman" w:hAnsi="Times New Roman" w:cs="Times New Roman"/>
          <w:b/>
          <w:bCs/>
          <w:sz w:val="28"/>
          <w:szCs w:val="28"/>
          <w:lang w:val="de-DE"/>
        </w:rPr>
        <w:t xml:space="preserve">, </w:t>
      </w:r>
      <w:r>
        <w:rPr>
          <w:rFonts w:ascii="Times New Roman" w:hAnsi="Times New Roman" w:cs="Times New Roman"/>
          <w:b/>
          <w:bCs/>
          <w:sz w:val="28"/>
          <w:szCs w:val="28"/>
          <w:lang w:val="de-DE"/>
        </w:rPr>
        <w:t>KIẾN NGHỊ</w:t>
      </w:r>
    </w:p>
    <w:p w14:paraId="3071DCC9" w14:textId="7D8E79C2"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Times New Roman" w:hAnsi="Times New Roman" w:cs="Times New Roman"/>
          <w:sz w:val="28"/>
          <w:szCs w:val="28"/>
          <w:lang w:val="de-DE"/>
        </w:rPr>
        <w:t>Sau khi thẩm định, Hội đồng thống nhất</w:t>
      </w:r>
      <w:r w:rsidR="006D31A5">
        <w:rPr>
          <w:rFonts w:ascii="Times New Roman" w:hAnsi="Times New Roman" w:cs="Times New Roman"/>
          <w:sz w:val="28"/>
          <w:szCs w:val="28"/>
          <w:lang w:val="de-DE"/>
        </w:rPr>
        <w:t xml:space="preserve"> đề xuất</w:t>
      </w:r>
      <w:r w:rsidRPr="00AE0D6E">
        <w:rPr>
          <w:rFonts w:ascii="Times New Roman" w:hAnsi="Times New Roman" w:cs="Times New Roman"/>
          <w:sz w:val="28"/>
          <w:szCs w:val="28"/>
          <w:lang w:val="de-DE"/>
        </w:rPr>
        <w:t>:</w:t>
      </w:r>
    </w:p>
    <w:p w14:paraId="1B2FD7AC" w14:textId="36FE4E8D"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Segoe UI Symbol" w:hAnsi="Segoe UI Symbol" w:cs="Segoe UI Symbol"/>
          <w:sz w:val="28"/>
          <w:szCs w:val="28"/>
          <w:lang w:val="de-DE"/>
        </w:rPr>
        <w:t>☐</w:t>
      </w:r>
      <w:r w:rsidRPr="00AE0D6E">
        <w:rPr>
          <w:rFonts w:ascii="Times New Roman" w:hAnsi="Times New Roman" w:cs="Times New Roman"/>
          <w:sz w:val="28"/>
          <w:szCs w:val="28"/>
          <w:lang w:val="de-DE"/>
        </w:rPr>
        <w:t xml:space="preserve"> </w:t>
      </w:r>
      <w:r w:rsidR="007164FF">
        <w:rPr>
          <w:rFonts w:ascii="Times New Roman" w:hAnsi="Times New Roman" w:cs="Times New Roman"/>
          <w:sz w:val="28"/>
          <w:szCs w:val="28"/>
          <w:lang w:val="de-DE"/>
        </w:rPr>
        <w:t>P</w:t>
      </w:r>
      <w:r w:rsidRPr="00AE0D6E">
        <w:rPr>
          <w:rFonts w:ascii="Times New Roman" w:hAnsi="Times New Roman" w:cs="Times New Roman"/>
          <w:sz w:val="28"/>
          <w:szCs w:val="28"/>
          <w:lang w:val="de-DE"/>
        </w:rPr>
        <w:t>hê duyệt Đề án</w:t>
      </w:r>
    </w:p>
    <w:p w14:paraId="1571B45C" w14:textId="6E5693DC"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Segoe UI Symbol" w:hAnsi="Segoe UI Symbol" w:cs="Segoe UI Symbol"/>
          <w:sz w:val="28"/>
          <w:szCs w:val="28"/>
          <w:lang w:val="de-DE"/>
        </w:rPr>
        <w:t>☐</w:t>
      </w:r>
      <w:r w:rsidRPr="00AE0D6E">
        <w:rPr>
          <w:rFonts w:ascii="Times New Roman" w:hAnsi="Times New Roman" w:cs="Times New Roman"/>
          <w:sz w:val="28"/>
          <w:szCs w:val="28"/>
          <w:lang w:val="de-DE"/>
        </w:rPr>
        <w:t xml:space="preserve"> </w:t>
      </w:r>
      <w:r w:rsidR="007164FF">
        <w:rPr>
          <w:rFonts w:ascii="Times New Roman" w:hAnsi="Times New Roman" w:cs="Times New Roman"/>
          <w:sz w:val="28"/>
          <w:szCs w:val="28"/>
          <w:lang w:val="de-DE"/>
        </w:rPr>
        <w:t>P</w:t>
      </w:r>
      <w:r w:rsidRPr="00AE0D6E">
        <w:rPr>
          <w:rFonts w:ascii="Times New Roman" w:hAnsi="Times New Roman" w:cs="Times New Roman"/>
          <w:sz w:val="28"/>
          <w:szCs w:val="28"/>
          <w:lang w:val="de-DE"/>
        </w:rPr>
        <w:t>hê duyệt có điều kiện</w:t>
      </w:r>
    </w:p>
    <w:p w14:paraId="4620DCDA" w14:textId="2F39AEEE" w:rsidR="001132EB" w:rsidRPr="00AE0D6E" w:rsidRDefault="001132EB" w:rsidP="001132EB">
      <w:pPr>
        <w:spacing w:before="120" w:after="120" w:line="340" w:lineRule="exact"/>
        <w:rPr>
          <w:rFonts w:ascii="Times New Roman" w:hAnsi="Times New Roman" w:cs="Times New Roman"/>
          <w:sz w:val="28"/>
          <w:szCs w:val="28"/>
          <w:lang w:val="de-DE"/>
        </w:rPr>
      </w:pPr>
      <w:r w:rsidRPr="00AE0D6E">
        <w:rPr>
          <w:rFonts w:ascii="Segoe UI Symbol" w:hAnsi="Segoe UI Symbol" w:cs="Segoe UI Symbol"/>
          <w:sz w:val="28"/>
          <w:szCs w:val="28"/>
          <w:lang w:val="de-DE"/>
        </w:rPr>
        <w:t>☐</w:t>
      </w:r>
      <w:r w:rsidRPr="00AE0D6E">
        <w:rPr>
          <w:rFonts w:ascii="Times New Roman" w:hAnsi="Times New Roman" w:cs="Times New Roman"/>
          <w:sz w:val="28"/>
          <w:szCs w:val="28"/>
          <w:lang w:val="de-DE"/>
        </w:rPr>
        <w:t xml:space="preserve"> </w:t>
      </w:r>
      <w:r w:rsidR="007164FF">
        <w:rPr>
          <w:rFonts w:ascii="Times New Roman" w:hAnsi="Times New Roman" w:cs="Times New Roman"/>
          <w:sz w:val="28"/>
          <w:szCs w:val="28"/>
          <w:lang w:val="de-DE"/>
        </w:rPr>
        <w:t>K</w:t>
      </w:r>
      <w:r w:rsidRPr="00AE0D6E">
        <w:rPr>
          <w:rFonts w:ascii="Times New Roman" w:hAnsi="Times New Roman" w:cs="Times New Roman"/>
          <w:sz w:val="28"/>
          <w:szCs w:val="28"/>
          <w:lang w:val="de-DE"/>
        </w:rPr>
        <w:t>hông phê duyệt</w:t>
      </w:r>
    </w:p>
    <w:p w14:paraId="6FE7A41F" w14:textId="18BA71EF" w:rsidR="001132EB" w:rsidRPr="00AE0D6E" w:rsidRDefault="001132EB" w:rsidP="001132EB">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Trường hợp</w:t>
      </w:r>
      <w:r w:rsidR="00D3698A">
        <w:rPr>
          <w:rFonts w:ascii="Times New Roman" w:hAnsi="Times New Roman" w:cs="Times New Roman"/>
          <w:b/>
          <w:bCs/>
          <w:sz w:val="28"/>
          <w:szCs w:val="28"/>
          <w:lang w:val="de-DE"/>
        </w:rPr>
        <w:t xml:space="preserve"> </w:t>
      </w:r>
      <w:r w:rsidRPr="00AE0D6E">
        <w:rPr>
          <w:rFonts w:ascii="Times New Roman" w:hAnsi="Times New Roman" w:cs="Times New Roman"/>
          <w:b/>
          <w:bCs/>
          <w:sz w:val="28"/>
          <w:szCs w:val="28"/>
          <w:lang w:val="de-DE"/>
        </w:rPr>
        <w:t>phê duyệt có điều kiện</w:t>
      </w:r>
      <w:r w:rsidR="00EF4650">
        <w:rPr>
          <w:rFonts w:ascii="Times New Roman" w:hAnsi="Times New Roman" w:cs="Times New Roman"/>
          <w:b/>
          <w:bCs/>
          <w:sz w:val="28"/>
          <w:szCs w:val="28"/>
          <w:lang w:val="de-DE"/>
        </w:rPr>
        <w:t xml:space="preserve">, </w:t>
      </w:r>
      <w:r w:rsidR="00B97DD9">
        <w:rPr>
          <w:rFonts w:ascii="Times New Roman" w:hAnsi="Times New Roman" w:cs="Times New Roman"/>
          <w:b/>
          <w:bCs/>
          <w:sz w:val="28"/>
          <w:szCs w:val="28"/>
          <w:lang w:val="de-DE"/>
        </w:rPr>
        <w:t>kiến nghị rõ</w:t>
      </w:r>
      <w:r w:rsidRPr="00AE0D6E">
        <w:rPr>
          <w:rFonts w:ascii="Times New Roman" w:hAnsi="Times New Roman" w:cs="Times New Roman"/>
          <w:b/>
          <w:bCs/>
          <w:sz w:val="28"/>
          <w:szCs w:val="28"/>
          <w:lang w:val="de-DE"/>
        </w:rPr>
        <w:t>:</w:t>
      </w:r>
    </w:p>
    <w:p w14:paraId="326E995D" w14:textId="5B7080D5" w:rsidR="001132EB" w:rsidRPr="00AE0D6E"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phạm vi quyền:</w:t>
      </w:r>
    </w:p>
    <w:p w14:paraId="57FE6537" w14:textId="0FB18975" w:rsidR="001132EB" w:rsidRPr="00AE0D6E"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đối tượng phổ biến:</w:t>
      </w:r>
    </w:p>
    <w:p w14:paraId="557DE66A" w14:textId="28F318F5" w:rsidR="001132EB" w:rsidRPr="00AE0D6E"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kiểm soát rủi ro:</w:t>
      </w:r>
    </w:p>
    <w:p w14:paraId="59FD5EE0" w14:textId="11114579" w:rsidR="001132EB" w:rsidRDefault="001132EB"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Điều kiện</w:t>
      </w:r>
      <w:r w:rsidR="00C3322C">
        <w:rPr>
          <w:rFonts w:ascii="Times New Roman" w:hAnsi="Times New Roman" w:cs="Times New Roman"/>
          <w:sz w:val="28"/>
          <w:szCs w:val="28"/>
          <w:lang w:val="de-DE"/>
        </w:rPr>
        <w:t>, yêu cầu</w:t>
      </w:r>
      <w:r w:rsidRPr="00AE0D6E">
        <w:rPr>
          <w:rFonts w:ascii="Times New Roman" w:hAnsi="Times New Roman" w:cs="Times New Roman"/>
          <w:sz w:val="28"/>
          <w:szCs w:val="28"/>
          <w:lang w:val="de-DE"/>
        </w:rPr>
        <w:t xml:space="preserve"> về cơ chế tài chính:</w:t>
      </w:r>
    </w:p>
    <w:p w14:paraId="7F1F0A1A" w14:textId="115314A2" w:rsidR="0059694F" w:rsidRPr="001132EB" w:rsidRDefault="0059694F" w:rsidP="00610992">
      <w:pPr>
        <w:numPr>
          <w:ilvl w:val="0"/>
          <w:numId w:val="14"/>
        </w:numPr>
        <w:tabs>
          <w:tab w:val="clear" w:pos="720"/>
        </w:tabs>
        <w:spacing w:before="120" w:after="120" w:line="340" w:lineRule="exact"/>
        <w:ind w:left="284" w:hanging="284"/>
        <w:jc w:val="both"/>
        <w:rPr>
          <w:rFonts w:ascii="Times New Roman" w:hAnsi="Times New Roman" w:cs="Times New Roman"/>
          <w:sz w:val="28"/>
          <w:szCs w:val="28"/>
          <w:lang w:val="de-DE"/>
        </w:rPr>
      </w:pPr>
      <w:r>
        <w:rPr>
          <w:rFonts w:ascii="Times New Roman" w:hAnsi="Times New Roman" w:cs="Times New Roman"/>
          <w:sz w:val="28"/>
          <w:szCs w:val="28"/>
          <w:lang w:val="de-DE"/>
        </w:rPr>
        <w:t>Điều kiện</w:t>
      </w:r>
      <w:r w:rsidR="00137222">
        <w:rPr>
          <w:rFonts w:ascii="Times New Roman" w:hAnsi="Times New Roman" w:cs="Times New Roman"/>
          <w:sz w:val="28"/>
          <w:szCs w:val="28"/>
          <w:lang w:val="de-DE"/>
        </w:rPr>
        <w:t>, yêu cầu</w:t>
      </w:r>
      <w:r>
        <w:rPr>
          <w:rFonts w:ascii="Times New Roman" w:hAnsi="Times New Roman" w:cs="Times New Roman"/>
          <w:sz w:val="28"/>
          <w:szCs w:val="28"/>
          <w:lang w:val="de-DE"/>
        </w:rPr>
        <w:t xml:space="preserve"> khác (nếu có)</w:t>
      </w:r>
      <w:r w:rsidR="008208E6">
        <w:rPr>
          <w:rFonts w:ascii="Times New Roman" w:hAnsi="Times New Roman" w:cs="Times New Roman"/>
          <w:sz w:val="28"/>
          <w:szCs w:val="28"/>
          <w:lang w:val="de-DE"/>
        </w:rPr>
        <w:t>:</w:t>
      </w:r>
    </w:p>
    <w:p w14:paraId="3A5BF7CC" w14:textId="63DB5B0E" w:rsidR="00B63F00" w:rsidRPr="00AE0D6E" w:rsidRDefault="00B63F00" w:rsidP="00AE0D6E">
      <w:pPr>
        <w:spacing w:before="120" w:after="120" w:line="340" w:lineRule="exact"/>
        <w:rPr>
          <w:rFonts w:ascii="Times New Roman" w:hAnsi="Times New Roman" w:cs="Times New Roman"/>
          <w:b/>
          <w:bCs/>
          <w:sz w:val="28"/>
          <w:szCs w:val="28"/>
          <w:lang w:val="de-DE"/>
        </w:rPr>
      </w:pPr>
      <w:r w:rsidRPr="00AE0D6E">
        <w:rPr>
          <w:rFonts w:ascii="Times New Roman" w:hAnsi="Times New Roman" w:cs="Times New Roman"/>
          <w:b/>
          <w:bCs/>
          <w:sz w:val="28"/>
          <w:szCs w:val="28"/>
          <w:lang w:val="de-DE"/>
        </w:rPr>
        <w:t>V</w:t>
      </w:r>
      <w:r w:rsidR="00713FF6">
        <w:rPr>
          <w:rFonts w:ascii="Times New Roman" w:hAnsi="Times New Roman" w:cs="Times New Roman"/>
          <w:b/>
          <w:bCs/>
          <w:sz w:val="28"/>
          <w:szCs w:val="28"/>
          <w:lang w:val="de-DE"/>
        </w:rPr>
        <w:t>I</w:t>
      </w:r>
      <w:r w:rsidRPr="00AE0D6E">
        <w:rPr>
          <w:rFonts w:ascii="Times New Roman" w:hAnsi="Times New Roman" w:cs="Times New Roman"/>
          <w:b/>
          <w:bCs/>
          <w:sz w:val="28"/>
          <w:szCs w:val="28"/>
          <w:lang w:val="de-DE"/>
        </w:rPr>
        <w:t xml:space="preserve">I. Ý KIẾN KHÁC </w:t>
      </w:r>
      <w:r w:rsidRPr="008208E6">
        <w:rPr>
          <w:rFonts w:ascii="Times New Roman" w:hAnsi="Times New Roman" w:cs="Times New Roman"/>
          <w:b/>
          <w:bCs/>
          <w:sz w:val="28"/>
          <w:szCs w:val="28"/>
          <w:lang w:val="de-DE"/>
        </w:rPr>
        <w:t>(</w:t>
      </w:r>
      <w:r w:rsidR="008208E6" w:rsidRPr="008208E6">
        <w:rPr>
          <w:rFonts w:ascii="Times New Roman" w:hAnsi="Times New Roman" w:cs="Times New Roman"/>
          <w:b/>
          <w:bCs/>
          <w:sz w:val="28"/>
          <w:szCs w:val="28"/>
          <w:lang w:val="de-DE"/>
        </w:rPr>
        <w:t>nếu có</w:t>
      </w:r>
      <w:r w:rsidRPr="008208E6">
        <w:rPr>
          <w:rFonts w:ascii="Times New Roman" w:hAnsi="Times New Roman" w:cs="Times New Roman"/>
          <w:b/>
          <w:bCs/>
          <w:sz w:val="28"/>
          <w:szCs w:val="28"/>
          <w:lang w:val="de-DE"/>
        </w:rPr>
        <w:t>)</w:t>
      </w:r>
    </w:p>
    <w:p w14:paraId="753E0EE5" w14:textId="298A509C" w:rsidR="00B63F00" w:rsidRPr="00AE0D6E" w:rsidRDefault="00B63F00" w:rsidP="00610992">
      <w:pPr>
        <w:numPr>
          <w:ilvl w:val="0"/>
          <w:numId w:val="2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Ý kiến bảo lưu</w:t>
      </w:r>
      <w:r w:rsidR="000F2C67">
        <w:rPr>
          <w:rFonts w:ascii="Times New Roman" w:hAnsi="Times New Roman" w:cs="Times New Roman"/>
          <w:sz w:val="28"/>
          <w:szCs w:val="28"/>
          <w:lang w:val="de-DE"/>
        </w:rPr>
        <w:t>.</w:t>
      </w:r>
    </w:p>
    <w:p w14:paraId="7619F11B" w14:textId="3A433562" w:rsidR="00BE3DAC" w:rsidRPr="00BE3DAC" w:rsidRDefault="00BE3DAC" w:rsidP="00610992">
      <w:pPr>
        <w:numPr>
          <w:ilvl w:val="0"/>
          <w:numId w:val="24"/>
        </w:numPr>
        <w:tabs>
          <w:tab w:val="clear" w:pos="720"/>
        </w:tabs>
        <w:spacing w:before="120" w:after="120" w:line="340" w:lineRule="exact"/>
        <w:ind w:left="284" w:hanging="284"/>
        <w:jc w:val="both"/>
        <w:rPr>
          <w:rFonts w:ascii="Times New Roman" w:hAnsi="Times New Roman" w:cs="Times New Roman"/>
          <w:sz w:val="28"/>
          <w:szCs w:val="28"/>
          <w:lang w:val="de-DE"/>
        </w:rPr>
      </w:pPr>
      <w:r w:rsidRPr="00AE0D6E">
        <w:rPr>
          <w:rFonts w:ascii="Times New Roman" w:hAnsi="Times New Roman" w:cs="Times New Roman"/>
          <w:sz w:val="28"/>
          <w:szCs w:val="28"/>
          <w:lang w:val="de-DE"/>
        </w:rPr>
        <w:t xml:space="preserve">Ý kiến </w:t>
      </w:r>
      <w:r>
        <w:rPr>
          <w:rFonts w:ascii="Times New Roman" w:hAnsi="Times New Roman" w:cs="Times New Roman"/>
          <w:sz w:val="28"/>
          <w:szCs w:val="28"/>
          <w:lang w:val="de-DE"/>
        </w:rPr>
        <w:t>khác (nếu có)</w:t>
      </w:r>
      <w:r w:rsidR="000F2C67">
        <w:rPr>
          <w:rFonts w:ascii="Times New Roman" w:hAnsi="Times New Roman" w:cs="Times New Roman"/>
          <w:sz w:val="28"/>
          <w:szCs w:val="28"/>
          <w:lang w:val="de-DE"/>
        </w:rPr>
        <w:t>.</w:t>
      </w:r>
    </w:p>
    <w:p w14:paraId="18363C88" w14:textId="30FE9AFE" w:rsidR="00B63F00" w:rsidRPr="00AE0D6E" w:rsidRDefault="00B63F00" w:rsidP="00AE0D6E">
      <w:pPr>
        <w:spacing w:before="120" w:after="120" w:line="340" w:lineRule="exact"/>
        <w:rPr>
          <w:rFonts w:ascii="Times New Roman" w:hAnsi="Times New Roman" w:cs="Times New Roman"/>
          <w:b/>
          <w:bCs/>
          <w:sz w:val="28"/>
          <w:szCs w:val="28"/>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6"/>
      </w:tblGrid>
      <w:tr w:rsidR="00B63F00" w:rsidRPr="00AE0D6E" w14:paraId="4B8AC5F9" w14:textId="77777777" w:rsidTr="00567BBE">
        <w:tc>
          <w:tcPr>
            <w:tcW w:w="4673" w:type="dxa"/>
          </w:tcPr>
          <w:p w14:paraId="4D379F01" w14:textId="77777777" w:rsidR="00EC3F65" w:rsidRPr="00BE3DAC" w:rsidRDefault="00EC3F65" w:rsidP="00EC3F65">
            <w:pPr>
              <w:spacing w:before="120" w:after="120" w:line="340" w:lineRule="exact"/>
              <w:jc w:val="center"/>
              <w:rPr>
                <w:rFonts w:ascii="Times New Roman" w:hAnsi="Times New Roman" w:cs="Times New Roman"/>
                <w:b/>
                <w:bCs/>
                <w:sz w:val="28"/>
                <w:szCs w:val="28"/>
                <w:lang w:val="de-DE"/>
              </w:rPr>
            </w:pPr>
            <w:r w:rsidRPr="00BE3DAC">
              <w:rPr>
                <w:rFonts w:ascii="Times New Roman" w:hAnsi="Times New Roman" w:cs="Times New Roman"/>
                <w:b/>
                <w:bCs/>
                <w:sz w:val="28"/>
                <w:szCs w:val="28"/>
                <w:lang w:val="de-DE"/>
              </w:rPr>
              <w:t>Các thành viên Hội đồng</w:t>
            </w:r>
          </w:p>
          <w:p w14:paraId="69DBD170" w14:textId="77777777" w:rsidR="00EC3F65" w:rsidRPr="00A75B0D" w:rsidRDefault="00EC3F65" w:rsidP="00EC3F65">
            <w:pPr>
              <w:spacing w:before="120" w:after="120" w:line="340" w:lineRule="exact"/>
              <w:jc w:val="center"/>
              <w:rPr>
                <w:rFonts w:ascii="Times New Roman" w:hAnsi="Times New Roman" w:cs="Times New Roman"/>
                <w:sz w:val="28"/>
                <w:szCs w:val="28"/>
                <w:lang w:val="de-DE"/>
              </w:rPr>
            </w:pPr>
            <w:r w:rsidRPr="00A75B0D">
              <w:rPr>
                <w:rFonts w:ascii="Times New Roman" w:hAnsi="Times New Roman" w:cs="Times New Roman"/>
                <w:sz w:val="28"/>
                <w:szCs w:val="28"/>
                <w:lang w:val="de-DE"/>
              </w:rPr>
              <w:t>(Ký, ghi rõ họ tên)</w:t>
            </w:r>
          </w:p>
          <w:p w14:paraId="344CCB01" w14:textId="77777777" w:rsidR="00B63F00" w:rsidRPr="00BE3DAC" w:rsidRDefault="00B63F00" w:rsidP="00EC3F65">
            <w:pPr>
              <w:spacing w:before="120" w:after="120" w:line="340" w:lineRule="exact"/>
              <w:jc w:val="center"/>
              <w:rPr>
                <w:rFonts w:ascii="Times New Roman" w:hAnsi="Times New Roman" w:cs="Times New Roman"/>
                <w:b/>
                <w:bCs/>
                <w:sz w:val="28"/>
                <w:szCs w:val="28"/>
                <w:lang w:val="de-DE"/>
              </w:rPr>
            </w:pPr>
          </w:p>
        </w:tc>
        <w:tc>
          <w:tcPr>
            <w:tcW w:w="4674" w:type="dxa"/>
          </w:tcPr>
          <w:p w14:paraId="2F9C0FAE" w14:textId="77777777" w:rsidR="00EC3F65" w:rsidRPr="00BE3DAC" w:rsidRDefault="00EC3F65" w:rsidP="00EC3F65">
            <w:pPr>
              <w:spacing w:before="120" w:after="120" w:line="340" w:lineRule="exact"/>
              <w:jc w:val="center"/>
              <w:rPr>
                <w:rFonts w:ascii="Times New Roman" w:hAnsi="Times New Roman" w:cs="Times New Roman"/>
                <w:b/>
                <w:bCs/>
                <w:sz w:val="28"/>
                <w:szCs w:val="28"/>
                <w:lang w:val="de-DE"/>
              </w:rPr>
            </w:pPr>
            <w:r w:rsidRPr="00BE3DAC">
              <w:rPr>
                <w:rFonts w:ascii="Times New Roman" w:hAnsi="Times New Roman" w:cs="Times New Roman"/>
                <w:b/>
                <w:bCs/>
                <w:sz w:val="28"/>
                <w:szCs w:val="28"/>
                <w:lang w:val="de-DE"/>
              </w:rPr>
              <w:t>Chủ tịch Hội đồng</w:t>
            </w:r>
          </w:p>
          <w:p w14:paraId="111250EB" w14:textId="77777777" w:rsidR="00EC3F65" w:rsidRPr="00A75B0D" w:rsidRDefault="00EC3F65" w:rsidP="00EC3F65">
            <w:pPr>
              <w:spacing w:before="120" w:after="120" w:line="340" w:lineRule="exact"/>
              <w:jc w:val="center"/>
              <w:rPr>
                <w:rFonts w:ascii="Times New Roman" w:hAnsi="Times New Roman" w:cs="Times New Roman"/>
                <w:sz w:val="28"/>
                <w:szCs w:val="28"/>
                <w:lang w:val="de-DE"/>
              </w:rPr>
            </w:pPr>
            <w:r w:rsidRPr="00A75B0D">
              <w:rPr>
                <w:rFonts w:ascii="Times New Roman" w:hAnsi="Times New Roman" w:cs="Times New Roman"/>
                <w:sz w:val="28"/>
                <w:szCs w:val="28"/>
                <w:lang w:val="de-DE"/>
              </w:rPr>
              <w:t>(Ký, ghi rõ họ tên)</w:t>
            </w:r>
          </w:p>
          <w:p w14:paraId="3BA88889" w14:textId="77777777" w:rsidR="00B63F00" w:rsidRPr="00BE3DAC" w:rsidRDefault="00B63F00" w:rsidP="00AE0D6E">
            <w:pPr>
              <w:spacing w:before="120" w:after="120" w:line="340" w:lineRule="exact"/>
              <w:jc w:val="center"/>
              <w:rPr>
                <w:rFonts w:ascii="Times New Roman" w:hAnsi="Times New Roman" w:cs="Times New Roman"/>
                <w:b/>
                <w:bCs/>
                <w:sz w:val="28"/>
                <w:szCs w:val="28"/>
                <w:lang w:val="de-DE"/>
              </w:rPr>
            </w:pPr>
          </w:p>
        </w:tc>
      </w:tr>
    </w:tbl>
    <w:p w14:paraId="02D1CB0D" w14:textId="77777777" w:rsidR="007E5AF7" w:rsidRPr="00970C73" w:rsidRDefault="007E5AF7" w:rsidP="00887EB0">
      <w:pPr>
        <w:widowControl w:val="0"/>
        <w:spacing w:after="0" w:line="240" w:lineRule="auto"/>
        <w:jc w:val="center"/>
        <w:rPr>
          <w:rFonts w:ascii="Times New Roman" w:eastAsia="Times New Roman" w:hAnsi="Times New Roman" w:cs="Times New Roman"/>
          <w:sz w:val="28"/>
          <w:szCs w:val="28"/>
        </w:rPr>
      </w:pPr>
    </w:p>
    <w:sectPr w:rsidR="007E5AF7" w:rsidRPr="00970C73" w:rsidSect="00A37CF3">
      <w:footnotePr>
        <w:numRestart w:val="eachSect"/>
      </w:footnotePr>
      <w:pgSz w:w="11909" w:h="16834"/>
      <w:pgMar w:top="1134" w:right="1134"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D282D" w14:textId="77777777" w:rsidR="00567BBE" w:rsidRDefault="00567BBE">
      <w:pPr>
        <w:spacing w:after="0" w:line="240" w:lineRule="auto"/>
      </w:pPr>
      <w:r>
        <w:separator/>
      </w:r>
    </w:p>
  </w:endnote>
  <w:endnote w:type="continuationSeparator" w:id="0">
    <w:p w14:paraId="748EB7E9" w14:textId="77777777" w:rsidR="00567BBE" w:rsidRDefault="0056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B0EF01B-C1BB-4384-A48A-0FE450F862BA}"/>
    <w:embedBold r:id="rId2" w:fontKey="{2E66C77F-71B3-4195-B59B-2988F127F279}"/>
    <w:embedItalic r:id="rId3" w:fontKey="{79C4B774-CC1B-42F5-8362-A6D89D436D9F}"/>
    <w:embedBoldItalic r:id="rId4" w:fontKey="{334602CD-2207-4348-BACE-72BF67BA5459}"/>
  </w:font>
  <w:font w:name="Calibri">
    <w:panose1 w:val="020F0502020204030204"/>
    <w:charset w:val="00"/>
    <w:family w:val="swiss"/>
    <w:pitch w:val="variable"/>
    <w:sig w:usb0="E4002EFF" w:usb1="C200247B" w:usb2="00000009" w:usb3="00000000" w:csb0="000001FF" w:csb1="00000000"/>
    <w:embedRegular r:id="rId5" w:fontKey="{5CA679C9-B24A-441F-88B6-1076ACBD8786}"/>
    <w:embedBold r:id="rId6" w:fontKey="{DAEB7400-3781-4F64-985B-C8E7158019BE}"/>
    <w:embedItalic r:id="rId7" w:fontKey="{4E235A1F-F520-4468-A4FE-EB29D09C67E6}"/>
    <w:embedBoldItalic r:id="rId8" w:fontKey="{337A65E0-00E4-4FBD-BA31-CC5A469E44D4}"/>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89ACA093-B545-4D32-9FA1-F9C364232019}"/>
  </w:font>
  <w:font w:name="Verdana">
    <w:panose1 w:val="020B0604030504040204"/>
    <w:charset w:val="00"/>
    <w:family w:val="swiss"/>
    <w:pitch w:val="variable"/>
    <w:sig w:usb0="A00006FF" w:usb1="4000205B" w:usb2="00000010" w:usb3="00000000" w:csb0="0000019F" w:csb1="00000000"/>
    <w:embedRegular r:id="rId10" w:fontKey="{4211A25D-D754-414A-A060-DC7585A7A1C5}"/>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1" w:fontKey="{03F6ECBF-75A5-4637-863D-F075612476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61727" w14:textId="77777777" w:rsidR="00567BBE" w:rsidRDefault="00567BBE">
      <w:pPr>
        <w:spacing w:after="0" w:line="240" w:lineRule="auto"/>
      </w:pPr>
      <w:r>
        <w:separator/>
      </w:r>
    </w:p>
  </w:footnote>
  <w:footnote w:type="continuationSeparator" w:id="0">
    <w:p w14:paraId="32179A3F" w14:textId="77777777" w:rsidR="00567BBE" w:rsidRDefault="00567BBE">
      <w:pPr>
        <w:spacing w:after="0" w:line="240" w:lineRule="auto"/>
      </w:pPr>
      <w:r>
        <w:continuationSeparator/>
      </w:r>
    </w:p>
  </w:footnote>
  <w:footnote w:id="1">
    <w:p w14:paraId="6E06474E" w14:textId="5F95AEFE" w:rsidR="00567BBE" w:rsidRPr="00696945" w:rsidRDefault="00567BBE" w:rsidP="002B5A8F">
      <w:pPr>
        <w:pStyle w:val="FootnoteText"/>
        <w:ind w:firstLine="720"/>
        <w:rPr>
          <w:rFonts w:ascii="Times New Roman" w:hAnsi="Times New Roman" w:cs="Times New Roman"/>
        </w:rPr>
      </w:pPr>
      <w:r>
        <w:rPr>
          <w:rStyle w:val="FootnoteReference"/>
        </w:rPr>
        <w:footnoteRef/>
      </w:r>
      <w:r w:rsidRPr="005D4B56">
        <w:rPr>
          <w:rFonts w:ascii="Times New Roman" w:hAnsi="Times New Roman" w:cs="Times New Roman"/>
        </w:rPr>
        <w:t xml:space="preserve"> </w:t>
      </w:r>
      <w:r w:rsidRPr="00696945">
        <w:rPr>
          <w:rFonts w:ascii="Times New Roman" w:hAnsi="Times New Roman" w:cs="Times New Roman"/>
        </w:rPr>
        <w:t>Điền tên Cơ quan chuyên môn về khoa học và công nghệ thuộc Uỷ ban nhân dân cấp tỉnh phù hợp.</w:t>
      </w:r>
    </w:p>
  </w:footnote>
  <w:footnote w:id="2">
    <w:p w14:paraId="6060D74D" w14:textId="714DA4AD" w:rsidR="00567BBE" w:rsidRPr="00696945" w:rsidRDefault="00567BBE" w:rsidP="00FF7C85">
      <w:pPr>
        <w:pStyle w:val="FootnoteText"/>
        <w:ind w:firstLine="720"/>
      </w:pPr>
      <w:r w:rsidRPr="005D4B56">
        <w:rPr>
          <w:rStyle w:val="FootnoteReference"/>
          <w:rFonts w:ascii="Times New Roman" w:hAnsi="Times New Roman" w:cs="Times New Roman"/>
        </w:rPr>
        <w:footnoteRef/>
      </w:r>
      <w:r w:rsidRPr="005D4B56">
        <w:rPr>
          <w:rFonts w:ascii="Times New Roman" w:hAnsi="Times New Roman" w:cs="Times New Roman"/>
        </w:rPr>
        <w:t xml:space="preserve"> </w:t>
      </w:r>
      <w:r w:rsidRPr="00696945">
        <w:rPr>
          <w:rFonts w:ascii="Times New Roman" w:hAnsi="Times New Roman" w:cs="Times New Roman"/>
        </w:rPr>
        <w:t>Điền vào mục 1.1 trong trường hợp đối tượng đề nghị là tổ chức; mục 1.2 trong trường hợp đối tượng đề nghị là cá nhân.</w:t>
      </w:r>
    </w:p>
  </w:footnote>
  <w:footnote w:id="3">
    <w:p w14:paraId="7D18B122" w14:textId="52243FFC" w:rsidR="00567BBE" w:rsidRPr="00B728E4" w:rsidRDefault="00567BBE" w:rsidP="00FF7C85">
      <w:pPr>
        <w:pStyle w:val="FootnoteText"/>
        <w:ind w:firstLine="720"/>
        <w:rPr>
          <w:rFonts w:ascii="Times New Roman" w:hAnsi="Times New Roman" w:cs="Times New Roman"/>
        </w:rPr>
      </w:pPr>
      <w:r w:rsidRPr="00B728E4">
        <w:rPr>
          <w:rStyle w:val="FootnoteReference"/>
          <w:rFonts w:ascii="Times New Roman" w:hAnsi="Times New Roman" w:cs="Times New Roman"/>
        </w:rPr>
        <w:footnoteRef/>
      </w:r>
      <w:r w:rsidRPr="00B728E4">
        <w:rPr>
          <w:rFonts w:ascii="Times New Roman" w:hAnsi="Times New Roman" w:cs="Times New Roman"/>
        </w:rPr>
        <w:t xml:space="preserve"> </w:t>
      </w:r>
      <w:r w:rsidRPr="00B728E4">
        <w:rPr>
          <w:rFonts w:ascii="Times New Roman" w:hAnsi="Times New Roman" w:cs="Times New Roman"/>
        </w:rPr>
        <w:t>Phân loại theo phân ngành khoa học và công nghệ (cấp 4) tại Thông tư số 24/2025/TT-BKHCN ngày 30 tháng 10 năm 2025</w:t>
      </w:r>
    </w:p>
  </w:footnote>
  <w:footnote w:id="4">
    <w:p w14:paraId="24007960" w14:textId="636AF437" w:rsidR="00567BBE" w:rsidRPr="003F78D2" w:rsidRDefault="00567BBE" w:rsidP="00FF7C85">
      <w:pPr>
        <w:pStyle w:val="FootnoteText"/>
        <w:ind w:firstLine="720"/>
      </w:pPr>
      <w:r w:rsidRPr="00B728E4">
        <w:rPr>
          <w:rStyle w:val="FootnoteReference"/>
          <w:rFonts w:ascii="Times New Roman" w:hAnsi="Times New Roman" w:cs="Times New Roman"/>
        </w:rPr>
        <w:footnoteRef/>
      </w:r>
      <w:r w:rsidRPr="00B728E4">
        <w:rPr>
          <w:rFonts w:ascii="Times New Roman" w:hAnsi="Times New Roman" w:cs="Times New Roman"/>
        </w:rPr>
        <w:t xml:space="preserve"> </w:t>
      </w:r>
      <w:r w:rsidRPr="00B728E4">
        <w:rPr>
          <w:rFonts w:ascii="Times New Roman" w:hAnsi="Times New Roman" w:cs="Times New Roman"/>
        </w:rPr>
        <w:t>Khai báo theo Ngành cấp 3 của Danh mục ngành kinh tế Việt Nam được quy định tại Quyết định số 36/2025/QĐ-TTg ngày 29 tháng 9 năm 2025 của Thủ tướng Chính phủ</w:t>
      </w:r>
    </w:p>
  </w:footnote>
  <w:footnote w:id="5">
    <w:p w14:paraId="289EA3F2" w14:textId="27BC4294" w:rsidR="00567BBE" w:rsidRPr="005D6DC3" w:rsidRDefault="00567BBE" w:rsidP="005B6FB6">
      <w:pPr>
        <w:pStyle w:val="FootnoteText"/>
        <w:ind w:firstLine="720"/>
        <w:rPr>
          <w:sz w:val="18"/>
          <w:szCs w:val="18"/>
        </w:rPr>
      </w:pPr>
      <w:r w:rsidRPr="003B0715">
        <w:rPr>
          <w:rStyle w:val="FootnoteReference"/>
          <w:sz w:val="18"/>
          <w:szCs w:val="18"/>
        </w:rPr>
        <w:footnoteRef/>
      </w:r>
      <w:r w:rsidRPr="003B0715">
        <w:rPr>
          <w:sz w:val="18"/>
          <w:szCs w:val="18"/>
        </w:rPr>
        <w:t xml:space="preserve"> </w:t>
      </w:r>
      <w:r w:rsidRPr="005D6DC3">
        <w:rPr>
          <w:rFonts w:ascii="Times New Roman" w:hAnsi="Times New Roman" w:cs="Times New Roman"/>
          <w:sz w:val="18"/>
          <w:szCs w:val="18"/>
        </w:rPr>
        <w:t>Phân loại theo phân ngành khoa học và công nghệ (cấp 4) tại Thông tư số 24/2025/TT-BKHCN ngày 30 tháng 10 năm 2025</w:t>
      </w:r>
    </w:p>
  </w:footnote>
  <w:footnote w:id="6">
    <w:p w14:paraId="69044E62" w14:textId="77777777" w:rsidR="00567BBE" w:rsidRPr="005D6DC3" w:rsidRDefault="00567BBE" w:rsidP="005B6FB6">
      <w:pPr>
        <w:pStyle w:val="FootnoteText"/>
        <w:ind w:firstLine="720"/>
      </w:pPr>
      <w:r w:rsidRPr="003B0715">
        <w:rPr>
          <w:rStyle w:val="FootnoteReference"/>
          <w:sz w:val="18"/>
          <w:szCs w:val="18"/>
        </w:rPr>
        <w:footnoteRef/>
      </w:r>
      <w:r w:rsidRPr="003B0715">
        <w:rPr>
          <w:sz w:val="18"/>
          <w:szCs w:val="18"/>
        </w:rPr>
        <w:t xml:space="preserve"> </w:t>
      </w:r>
      <w:r w:rsidRPr="005D6DC3">
        <w:rPr>
          <w:rFonts w:ascii="Times New Roman" w:hAnsi="Times New Roman" w:cs="Times New Roman"/>
          <w:sz w:val="18"/>
          <w:szCs w:val="18"/>
        </w:rPr>
        <w:t>Khai báo theo Ngành cấp 3 của Danh mục ngành kinh tế Việt Nam được quy định tại Quyết định số 36/2025/QĐ-TTg ngày 29 tháng 9 năm 2025 của Thủ tướng Chính phủ</w:t>
      </w:r>
    </w:p>
  </w:footnote>
  <w:footnote w:id="7">
    <w:p w14:paraId="45E64BF0" w14:textId="038D9AE8" w:rsidR="00567BBE" w:rsidRPr="001623B9" w:rsidRDefault="00567BBE" w:rsidP="001623B9">
      <w:pPr>
        <w:pStyle w:val="FootnoteText"/>
        <w:ind w:firstLine="720"/>
        <w:rPr>
          <w:rFonts w:ascii="Times New Roman" w:hAnsi="Times New Roman" w:cs="Times New Roman"/>
        </w:rPr>
      </w:pPr>
      <w:r w:rsidRPr="001623B9">
        <w:rPr>
          <w:rStyle w:val="FootnoteReference"/>
          <w:rFonts w:ascii="Times New Roman" w:hAnsi="Times New Roman" w:cs="Times New Roman"/>
        </w:rPr>
        <w:footnoteRef/>
      </w:r>
      <w:r w:rsidRPr="001623B9">
        <w:rPr>
          <w:rFonts w:ascii="Times New Roman" w:hAnsi="Times New Roman" w:cs="Times New Roman"/>
        </w:rPr>
        <w:t xml:space="preserve"> </w:t>
      </w:r>
      <w:r w:rsidRPr="001623B9">
        <w:rPr>
          <w:rFonts w:ascii="Times New Roman" w:hAnsi="Times New Roman" w:cs="Times New Roman"/>
        </w:rPr>
        <w:t>Tên tổ chức, cá nhân đề nghị thẩm định công nghệ</w:t>
      </w:r>
    </w:p>
  </w:footnote>
  <w:footnote w:id="8">
    <w:p w14:paraId="624B9D8B" w14:textId="458E6E83" w:rsidR="00567BBE" w:rsidRPr="00470B5E" w:rsidRDefault="00567BBE">
      <w:pPr>
        <w:pStyle w:val="FootnoteText"/>
      </w:pPr>
      <w:r>
        <w:rPr>
          <w:rStyle w:val="FootnoteReference"/>
        </w:rPr>
        <w:footnoteRef/>
      </w:r>
      <w:r>
        <w:t xml:space="preserve"> </w:t>
      </w:r>
      <w:r w:rsidRPr="00470B5E">
        <w:rPr>
          <w:rFonts w:ascii="Times New Roman" w:hAnsi="Times New Roman" w:cs="Times New Roman"/>
        </w:rPr>
        <w:t>Tên tổ chức/cá nhân đề nghị thẩm định</w:t>
      </w:r>
    </w:p>
  </w:footnote>
  <w:footnote w:id="9">
    <w:p w14:paraId="7955D4D9" w14:textId="47702982" w:rsidR="00567BBE" w:rsidRPr="00CB7D00" w:rsidRDefault="00567BBE" w:rsidP="00CB7D00">
      <w:pPr>
        <w:pStyle w:val="FootnoteText"/>
        <w:ind w:firstLine="720"/>
        <w:rPr>
          <w:rFonts w:ascii="Times New Roman" w:hAnsi="Times New Roman" w:cs="Times New Roman"/>
        </w:rPr>
      </w:pPr>
      <w:r w:rsidRPr="00CB7D00">
        <w:rPr>
          <w:rStyle w:val="FootnoteReference"/>
          <w:rFonts w:ascii="Times New Roman" w:hAnsi="Times New Roman" w:cs="Times New Roman"/>
        </w:rPr>
        <w:footnoteRef/>
      </w:r>
      <w:r w:rsidRPr="00CB7D00">
        <w:rPr>
          <w:rFonts w:ascii="Times New Roman" w:hAnsi="Times New Roman" w:cs="Times New Roman"/>
        </w:rPr>
        <w:t xml:space="preserve"> </w:t>
      </w:r>
      <w:r w:rsidRPr="00CB7D00">
        <w:rPr>
          <w:rFonts w:ascii="Times New Roman" w:hAnsi="Times New Roman" w:cs="Times New Roman"/>
        </w:rPr>
        <w:t>Phân loại theo phân ngành khoa học và công nghệ (cấp 4) tại Thông tư số 24/2025/TT-BKHCN ngày 30 tháng 10 năm 2025</w:t>
      </w:r>
    </w:p>
  </w:footnote>
  <w:footnote w:id="10">
    <w:p w14:paraId="5C283A40" w14:textId="5204A594" w:rsidR="00567BBE" w:rsidRPr="005C70EF" w:rsidRDefault="00567BBE" w:rsidP="005C70EF">
      <w:pPr>
        <w:pStyle w:val="FootnoteText"/>
        <w:ind w:firstLine="720"/>
        <w:rPr>
          <w:rFonts w:ascii="Times New Roman" w:hAnsi="Times New Roman" w:cs="Times New Roman"/>
        </w:rPr>
      </w:pPr>
      <w:r w:rsidRPr="005C70EF">
        <w:rPr>
          <w:rStyle w:val="FootnoteReference"/>
          <w:rFonts w:ascii="Times New Roman" w:hAnsi="Times New Roman" w:cs="Times New Roman"/>
        </w:rPr>
        <w:footnoteRef/>
      </w:r>
      <w:r w:rsidRPr="005C70EF">
        <w:rPr>
          <w:rFonts w:ascii="Times New Roman" w:hAnsi="Times New Roman" w:cs="Times New Roman"/>
        </w:rPr>
        <w:t xml:space="preserve"> </w:t>
      </w:r>
      <w:r w:rsidRPr="005C70EF">
        <w:rPr>
          <w:rFonts w:ascii="Times New Roman" w:hAnsi="Times New Roman" w:cs="Times New Roman"/>
        </w:rPr>
        <w:t>Phân loại theo phân ngành khoa học và công nghệ (cấp 4) tại Thông tư số 24/2025/TT-BKHCN ngày 30 tháng 10 năm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075376"/>
      <w:docPartObj>
        <w:docPartGallery w:val="Page Numbers (Top of Page)"/>
        <w:docPartUnique/>
      </w:docPartObj>
    </w:sdtPr>
    <w:sdtEndPr>
      <w:rPr>
        <w:rFonts w:ascii="Times New Roman" w:hAnsi="Times New Roman" w:cs="Times New Roman"/>
        <w:noProof/>
      </w:rPr>
    </w:sdtEndPr>
    <w:sdtContent>
      <w:p w14:paraId="74404FCF" w14:textId="32A0D0A6" w:rsidR="00A00E54" w:rsidRPr="00A00E54" w:rsidRDefault="00A00E54">
        <w:pPr>
          <w:pStyle w:val="Header"/>
          <w:jc w:val="center"/>
          <w:rPr>
            <w:rFonts w:ascii="Times New Roman" w:hAnsi="Times New Roman" w:cs="Times New Roman"/>
          </w:rPr>
        </w:pPr>
        <w:r w:rsidRPr="00A00E54">
          <w:rPr>
            <w:rFonts w:ascii="Times New Roman" w:hAnsi="Times New Roman" w:cs="Times New Roman"/>
          </w:rPr>
          <w:fldChar w:fldCharType="begin"/>
        </w:r>
        <w:r w:rsidRPr="00A00E54">
          <w:rPr>
            <w:rFonts w:ascii="Times New Roman" w:hAnsi="Times New Roman" w:cs="Times New Roman"/>
          </w:rPr>
          <w:instrText xml:space="preserve"> PAGE   \* MERGEFORMAT </w:instrText>
        </w:r>
        <w:r w:rsidRPr="00A00E54">
          <w:rPr>
            <w:rFonts w:ascii="Times New Roman" w:hAnsi="Times New Roman" w:cs="Times New Roman"/>
          </w:rPr>
          <w:fldChar w:fldCharType="separate"/>
        </w:r>
        <w:r w:rsidRPr="00A00E54">
          <w:rPr>
            <w:rFonts w:ascii="Times New Roman" w:hAnsi="Times New Roman" w:cs="Times New Roman"/>
            <w:noProof/>
          </w:rPr>
          <w:t>2</w:t>
        </w:r>
        <w:r w:rsidRPr="00A00E54">
          <w:rPr>
            <w:rFonts w:ascii="Times New Roman" w:hAnsi="Times New Roman" w:cs="Times New Roman"/>
            <w:noProof/>
          </w:rPr>
          <w:fldChar w:fldCharType="end"/>
        </w:r>
      </w:p>
    </w:sdtContent>
  </w:sdt>
  <w:p w14:paraId="670C023E" w14:textId="77777777" w:rsidR="00A00E54" w:rsidRDefault="00A00E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02" w14:textId="16E833F5" w:rsidR="00567BBE" w:rsidRPr="00A00E54" w:rsidRDefault="00567BB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582F"/>
    <w:multiLevelType w:val="multilevel"/>
    <w:tmpl w:val="AB4AC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841D7"/>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82450"/>
    <w:multiLevelType w:val="multilevel"/>
    <w:tmpl w:val="B1E8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07ED3"/>
    <w:multiLevelType w:val="multilevel"/>
    <w:tmpl w:val="82C2D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F02FA0"/>
    <w:multiLevelType w:val="multilevel"/>
    <w:tmpl w:val="AB4AC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50A57"/>
    <w:multiLevelType w:val="multilevel"/>
    <w:tmpl w:val="B944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244538"/>
    <w:multiLevelType w:val="multilevel"/>
    <w:tmpl w:val="8FC64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581C15"/>
    <w:multiLevelType w:val="multilevel"/>
    <w:tmpl w:val="B944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3B6673"/>
    <w:multiLevelType w:val="multilevel"/>
    <w:tmpl w:val="A666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957F3E"/>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141C60"/>
    <w:multiLevelType w:val="multilevel"/>
    <w:tmpl w:val="75E8B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657EC4"/>
    <w:multiLevelType w:val="multilevel"/>
    <w:tmpl w:val="F070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C06FC"/>
    <w:multiLevelType w:val="hybridMultilevel"/>
    <w:tmpl w:val="8F120A16"/>
    <w:lvl w:ilvl="0" w:tplc="1F72D2EE">
      <w:start w:val="1"/>
      <w:numFmt w:val="decimal"/>
      <w:lvlText w:val="%1"/>
      <w:lvlJc w:val="left"/>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45144"/>
    <w:multiLevelType w:val="multilevel"/>
    <w:tmpl w:val="C512F7B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A54C62"/>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ED7D95"/>
    <w:multiLevelType w:val="multilevel"/>
    <w:tmpl w:val="39D04CE0"/>
    <w:lvl w:ilvl="0">
      <w:start w:val="1"/>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16" w15:restartNumberingAfterBreak="0">
    <w:nsid w:val="57437E1E"/>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9B2828"/>
    <w:multiLevelType w:val="multilevel"/>
    <w:tmpl w:val="86C23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F36665"/>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F961C7"/>
    <w:multiLevelType w:val="multilevel"/>
    <w:tmpl w:val="A666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8D1113"/>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E905B6"/>
    <w:multiLevelType w:val="multilevel"/>
    <w:tmpl w:val="7596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E97A8C"/>
    <w:multiLevelType w:val="multilevel"/>
    <w:tmpl w:val="3AB46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417137"/>
    <w:multiLevelType w:val="multilevel"/>
    <w:tmpl w:val="4A8C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1"/>
  </w:num>
  <w:num w:numId="3">
    <w:abstractNumId w:val="0"/>
  </w:num>
  <w:num w:numId="4">
    <w:abstractNumId w:val="10"/>
  </w:num>
  <w:num w:numId="5">
    <w:abstractNumId w:val="5"/>
  </w:num>
  <w:num w:numId="6">
    <w:abstractNumId w:val="6"/>
  </w:num>
  <w:num w:numId="7">
    <w:abstractNumId w:val="23"/>
  </w:num>
  <w:num w:numId="8">
    <w:abstractNumId w:val="3"/>
  </w:num>
  <w:num w:numId="9">
    <w:abstractNumId w:val="2"/>
  </w:num>
  <w:num w:numId="10">
    <w:abstractNumId w:val="1"/>
  </w:num>
  <w:num w:numId="11">
    <w:abstractNumId w:val="15"/>
  </w:num>
  <w:num w:numId="12">
    <w:abstractNumId w:val="17"/>
  </w:num>
  <w:num w:numId="13">
    <w:abstractNumId w:val="11"/>
  </w:num>
  <w:num w:numId="14">
    <w:abstractNumId w:val="19"/>
  </w:num>
  <w:num w:numId="15">
    <w:abstractNumId w:val="12"/>
  </w:num>
  <w:num w:numId="16">
    <w:abstractNumId w:val="4"/>
  </w:num>
  <w:num w:numId="17">
    <w:abstractNumId w:val="7"/>
  </w:num>
  <w:num w:numId="18">
    <w:abstractNumId w:val="14"/>
  </w:num>
  <w:num w:numId="19">
    <w:abstractNumId w:val="9"/>
  </w:num>
  <w:num w:numId="20">
    <w:abstractNumId w:val="16"/>
  </w:num>
  <w:num w:numId="21">
    <w:abstractNumId w:val="18"/>
  </w:num>
  <w:num w:numId="22">
    <w:abstractNumId w:val="22"/>
  </w:num>
  <w:num w:numId="23">
    <w:abstractNumId w:val="20"/>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AF7"/>
    <w:rsid w:val="00005151"/>
    <w:rsid w:val="00011AE2"/>
    <w:rsid w:val="00011BC6"/>
    <w:rsid w:val="00012E05"/>
    <w:rsid w:val="00014F63"/>
    <w:rsid w:val="00016042"/>
    <w:rsid w:val="00020BFB"/>
    <w:rsid w:val="0002271C"/>
    <w:rsid w:val="00023544"/>
    <w:rsid w:val="00024A3C"/>
    <w:rsid w:val="0002664D"/>
    <w:rsid w:val="00026CB8"/>
    <w:rsid w:val="00030ACC"/>
    <w:rsid w:val="00032EEA"/>
    <w:rsid w:val="00035087"/>
    <w:rsid w:val="00035683"/>
    <w:rsid w:val="00036606"/>
    <w:rsid w:val="000373A0"/>
    <w:rsid w:val="000411B9"/>
    <w:rsid w:val="00045415"/>
    <w:rsid w:val="00045748"/>
    <w:rsid w:val="00045CE5"/>
    <w:rsid w:val="000514A3"/>
    <w:rsid w:val="00052520"/>
    <w:rsid w:val="0005252F"/>
    <w:rsid w:val="00053E6C"/>
    <w:rsid w:val="00053F3A"/>
    <w:rsid w:val="000562D3"/>
    <w:rsid w:val="00063BB2"/>
    <w:rsid w:val="00064DD3"/>
    <w:rsid w:val="000715DF"/>
    <w:rsid w:val="00071789"/>
    <w:rsid w:val="00073CD8"/>
    <w:rsid w:val="00073E85"/>
    <w:rsid w:val="00075026"/>
    <w:rsid w:val="00081791"/>
    <w:rsid w:val="00085FFC"/>
    <w:rsid w:val="00086738"/>
    <w:rsid w:val="000877BB"/>
    <w:rsid w:val="00090AF9"/>
    <w:rsid w:val="0009129E"/>
    <w:rsid w:val="000952F4"/>
    <w:rsid w:val="000A24E2"/>
    <w:rsid w:val="000A5C8A"/>
    <w:rsid w:val="000B1353"/>
    <w:rsid w:val="000B168C"/>
    <w:rsid w:val="000B4CA2"/>
    <w:rsid w:val="000B5EB8"/>
    <w:rsid w:val="000B6EA4"/>
    <w:rsid w:val="000B72F6"/>
    <w:rsid w:val="000C1C82"/>
    <w:rsid w:val="000C213F"/>
    <w:rsid w:val="000C337A"/>
    <w:rsid w:val="000C3B79"/>
    <w:rsid w:val="000C3C3F"/>
    <w:rsid w:val="000C6407"/>
    <w:rsid w:val="000D5F3B"/>
    <w:rsid w:val="000D681D"/>
    <w:rsid w:val="000D7AD1"/>
    <w:rsid w:val="000D7B9E"/>
    <w:rsid w:val="000D7E1E"/>
    <w:rsid w:val="000E1BAB"/>
    <w:rsid w:val="000E1BDF"/>
    <w:rsid w:val="000E67AD"/>
    <w:rsid w:val="000F12DE"/>
    <w:rsid w:val="000F2C67"/>
    <w:rsid w:val="000F41D5"/>
    <w:rsid w:val="00100BE6"/>
    <w:rsid w:val="00100E66"/>
    <w:rsid w:val="0010238C"/>
    <w:rsid w:val="001035AB"/>
    <w:rsid w:val="00106E32"/>
    <w:rsid w:val="001132EB"/>
    <w:rsid w:val="00113FDF"/>
    <w:rsid w:val="001158E5"/>
    <w:rsid w:val="00116C82"/>
    <w:rsid w:val="0012274F"/>
    <w:rsid w:val="00124430"/>
    <w:rsid w:val="00125107"/>
    <w:rsid w:val="00127025"/>
    <w:rsid w:val="0013230E"/>
    <w:rsid w:val="00133843"/>
    <w:rsid w:val="00133E7D"/>
    <w:rsid w:val="0013406F"/>
    <w:rsid w:val="00134E31"/>
    <w:rsid w:val="00137222"/>
    <w:rsid w:val="00143B65"/>
    <w:rsid w:val="001447C6"/>
    <w:rsid w:val="001447F4"/>
    <w:rsid w:val="00147750"/>
    <w:rsid w:val="00151258"/>
    <w:rsid w:val="00154FDA"/>
    <w:rsid w:val="00156351"/>
    <w:rsid w:val="001623B9"/>
    <w:rsid w:val="00164289"/>
    <w:rsid w:val="00167C90"/>
    <w:rsid w:val="0017059D"/>
    <w:rsid w:val="0017364B"/>
    <w:rsid w:val="0017588A"/>
    <w:rsid w:val="00175D3A"/>
    <w:rsid w:val="00180C54"/>
    <w:rsid w:val="001819FD"/>
    <w:rsid w:val="00184029"/>
    <w:rsid w:val="00186BAD"/>
    <w:rsid w:val="00190345"/>
    <w:rsid w:val="00192E5A"/>
    <w:rsid w:val="001A33CD"/>
    <w:rsid w:val="001A46D6"/>
    <w:rsid w:val="001A63FE"/>
    <w:rsid w:val="001A67DB"/>
    <w:rsid w:val="001A72AB"/>
    <w:rsid w:val="001B21C9"/>
    <w:rsid w:val="001B22B4"/>
    <w:rsid w:val="001B3D67"/>
    <w:rsid w:val="001B5695"/>
    <w:rsid w:val="001C04FC"/>
    <w:rsid w:val="001C0573"/>
    <w:rsid w:val="001C1512"/>
    <w:rsid w:val="001C20A1"/>
    <w:rsid w:val="001C70D2"/>
    <w:rsid w:val="001D0058"/>
    <w:rsid w:val="001D2B06"/>
    <w:rsid w:val="001D4C86"/>
    <w:rsid w:val="001D5A78"/>
    <w:rsid w:val="001D6B2B"/>
    <w:rsid w:val="001D7128"/>
    <w:rsid w:val="001E00F3"/>
    <w:rsid w:val="001E27E9"/>
    <w:rsid w:val="001E35DC"/>
    <w:rsid w:val="001E3B23"/>
    <w:rsid w:val="001F1369"/>
    <w:rsid w:val="001F1A48"/>
    <w:rsid w:val="001F5851"/>
    <w:rsid w:val="001F679A"/>
    <w:rsid w:val="001F7B81"/>
    <w:rsid w:val="00201B28"/>
    <w:rsid w:val="00205E1D"/>
    <w:rsid w:val="00210916"/>
    <w:rsid w:val="002122B0"/>
    <w:rsid w:val="0021375C"/>
    <w:rsid w:val="00220B4F"/>
    <w:rsid w:val="002229DA"/>
    <w:rsid w:val="002247FF"/>
    <w:rsid w:val="0022535B"/>
    <w:rsid w:val="00226931"/>
    <w:rsid w:val="0022747D"/>
    <w:rsid w:val="00227B6B"/>
    <w:rsid w:val="00230087"/>
    <w:rsid w:val="00230D41"/>
    <w:rsid w:val="00234C0C"/>
    <w:rsid w:val="00235E96"/>
    <w:rsid w:val="00237E96"/>
    <w:rsid w:val="0024040A"/>
    <w:rsid w:val="00242556"/>
    <w:rsid w:val="002427E0"/>
    <w:rsid w:val="00242ECD"/>
    <w:rsid w:val="00243A63"/>
    <w:rsid w:val="00250F1E"/>
    <w:rsid w:val="00251742"/>
    <w:rsid w:val="002517A9"/>
    <w:rsid w:val="00253E0C"/>
    <w:rsid w:val="0025542D"/>
    <w:rsid w:val="00262ADA"/>
    <w:rsid w:val="00263C82"/>
    <w:rsid w:val="00264F89"/>
    <w:rsid w:val="002658E2"/>
    <w:rsid w:val="00266497"/>
    <w:rsid w:val="002735EA"/>
    <w:rsid w:val="002742E1"/>
    <w:rsid w:val="00274837"/>
    <w:rsid w:val="00274B6D"/>
    <w:rsid w:val="00280FFF"/>
    <w:rsid w:val="00281A46"/>
    <w:rsid w:val="00283223"/>
    <w:rsid w:val="0028497C"/>
    <w:rsid w:val="00286BBC"/>
    <w:rsid w:val="00287D99"/>
    <w:rsid w:val="00291608"/>
    <w:rsid w:val="002930BD"/>
    <w:rsid w:val="002936AA"/>
    <w:rsid w:val="00293D1F"/>
    <w:rsid w:val="002954DE"/>
    <w:rsid w:val="00296EE3"/>
    <w:rsid w:val="002A2197"/>
    <w:rsid w:val="002B2D22"/>
    <w:rsid w:val="002B2E3B"/>
    <w:rsid w:val="002B45AE"/>
    <w:rsid w:val="002B542C"/>
    <w:rsid w:val="002B5A8F"/>
    <w:rsid w:val="002C2C3B"/>
    <w:rsid w:val="002C48D2"/>
    <w:rsid w:val="002C72CE"/>
    <w:rsid w:val="002D0176"/>
    <w:rsid w:val="002D09DD"/>
    <w:rsid w:val="002D2DAC"/>
    <w:rsid w:val="002D3F4D"/>
    <w:rsid w:val="002D529D"/>
    <w:rsid w:val="002D53B4"/>
    <w:rsid w:val="002D5E89"/>
    <w:rsid w:val="002D61DE"/>
    <w:rsid w:val="002D71C4"/>
    <w:rsid w:val="002D7B91"/>
    <w:rsid w:val="002E0305"/>
    <w:rsid w:val="002E3895"/>
    <w:rsid w:val="002E536F"/>
    <w:rsid w:val="002E6421"/>
    <w:rsid w:val="002E66E4"/>
    <w:rsid w:val="002E7345"/>
    <w:rsid w:val="002F1380"/>
    <w:rsid w:val="002F2210"/>
    <w:rsid w:val="002F2AF9"/>
    <w:rsid w:val="002F4365"/>
    <w:rsid w:val="002F47B5"/>
    <w:rsid w:val="002F4E28"/>
    <w:rsid w:val="002F798D"/>
    <w:rsid w:val="0030083E"/>
    <w:rsid w:val="00303778"/>
    <w:rsid w:val="003048AD"/>
    <w:rsid w:val="00304B7A"/>
    <w:rsid w:val="00304EF8"/>
    <w:rsid w:val="00305A1E"/>
    <w:rsid w:val="003066C0"/>
    <w:rsid w:val="003100D9"/>
    <w:rsid w:val="003117B3"/>
    <w:rsid w:val="00312745"/>
    <w:rsid w:val="00313FD9"/>
    <w:rsid w:val="00316D7D"/>
    <w:rsid w:val="003174F7"/>
    <w:rsid w:val="00320F48"/>
    <w:rsid w:val="0032213F"/>
    <w:rsid w:val="00323A1B"/>
    <w:rsid w:val="00324B70"/>
    <w:rsid w:val="00325635"/>
    <w:rsid w:val="00327519"/>
    <w:rsid w:val="00327BB8"/>
    <w:rsid w:val="00342276"/>
    <w:rsid w:val="0034596C"/>
    <w:rsid w:val="003548A9"/>
    <w:rsid w:val="00356952"/>
    <w:rsid w:val="003576B5"/>
    <w:rsid w:val="00357BD7"/>
    <w:rsid w:val="00362BC7"/>
    <w:rsid w:val="00363721"/>
    <w:rsid w:val="00363D60"/>
    <w:rsid w:val="00364F76"/>
    <w:rsid w:val="00365EF4"/>
    <w:rsid w:val="00371167"/>
    <w:rsid w:val="0037251D"/>
    <w:rsid w:val="00374987"/>
    <w:rsid w:val="00375E59"/>
    <w:rsid w:val="00376A15"/>
    <w:rsid w:val="00376E4D"/>
    <w:rsid w:val="003821D8"/>
    <w:rsid w:val="00383154"/>
    <w:rsid w:val="0038507E"/>
    <w:rsid w:val="003852AD"/>
    <w:rsid w:val="00391275"/>
    <w:rsid w:val="00391286"/>
    <w:rsid w:val="00397D6D"/>
    <w:rsid w:val="003A0182"/>
    <w:rsid w:val="003A0792"/>
    <w:rsid w:val="003A1A9B"/>
    <w:rsid w:val="003A3F58"/>
    <w:rsid w:val="003A41F3"/>
    <w:rsid w:val="003A681A"/>
    <w:rsid w:val="003B0715"/>
    <w:rsid w:val="003B20E9"/>
    <w:rsid w:val="003B395B"/>
    <w:rsid w:val="003B6C8C"/>
    <w:rsid w:val="003B744F"/>
    <w:rsid w:val="003B792A"/>
    <w:rsid w:val="003C1528"/>
    <w:rsid w:val="003C18B8"/>
    <w:rsid w:val="003C7069"/>
    <w:rsid w:val="003C74FF"/>
    <w:rsid w:val="003D00B8"/>
    <w:rsid w:val="003D5945"/>
    <w:rsid w:val="003D5E05"/>
    <w:rsid w:val="003E122E"/>
    <w:rsid w:val="003E2137"/>
    <w:rsid w:val="003E2F7E"/>
    <w:rsid w:val="003E661F"/>
    <w:rsid w:val="003E6B18"/>
    <w:rsid w:val="003F435B"/>
    <w:rsid w:val="003F4920"/>
    <w:rsid w:val="003F75FB"/>
    <w:rsid w:val="003F78D2"/>
    <w:rsid w:val="004043E6"/>
    <w:rsid w:val="004112AB"/>
    <w:rsid w:val="00411EB4"/>
    <w:rsid w:val="00412661"/>
    <w:rsid w:val="00417C74"/>
    <w:rsid w:val="00417D14"/>
    <w:rsid w:val="004206A3"/>
    <w:rsid w:val="00421996"/>
    <w:rsid w:val="004221EE"/>
    <w:rsid w:val="00423F9D"/>
    <w:rsid w:val="00424582"/>
    <w:rsid w:val="00427CDA"/>
    <w:rsid w:val="0043133C"/>
    <w:rsid w:val="0043373E"/>
    <w:rsid w:val="00434BE1"/>
    <w:rsid w:val="00437AAA"/>
    <w:rsid w:val="00437E78"/>
    <w:rsid w:val="004404C8"/>
    <w:rsid w:val="004418D6"/>
    <w:rsid w:val="004421F5"/>
    <w:rsid w:val="00443CC9"/>
    <w:rsid w:val="004441AE"/>
    <w:rsid w:val="004443BF"/>
    <w:rsid w:val="004447AC"/>
    <w:rsid w:val="004459FA"/>
    <w:rsid w:val="0044755C"/>
    <w:rsid w:val="0044759B"/>
    <w:rsid w:val="00450BAC"/>
    <w:rsid w:val="00451C24"/>
    <w:rsid w:val="00454C90"/>
    <w:rsid w:val="00454CFC"/>
    <w:rsid w:val="004554EF"/>
    <w:rsid w:val="00460685"/>
    <w:rsid w:val="00460AE6"/>
    <w:rsid w:val="00462F41"/>
    <w:rsid w:val="00463401"/>
    <w:rsid w:val="004674CB"/>
    <w:rsid w:val="00467505"/>
    <w:rsid w:val="00470B5E"/>
    <w:rsid w:val="00472C4A"/>
    <w:rsid w:val="00476115"/>
    <w:rsid w:val="004779BA"/>
    <w:rsid w:val="00480EBC"/>
    <w:rsid w:val="00481A71"/>
    <w:rsid w:val="00482C63"/>
    <w:rsid w:val="00482D37"/>
    <w:rsid w:val="004830D8"/>
    <w:rsid w:val="00483F52"/>
    <w:rsid w:val="00494679"/>
    <w:rsid w:val="00494B4C"/>
    <w:rsid w:val="0049587C"/>
    <w:rsid w:val="004A210C"/>
    <w:rsid w:val="004A48EB"/>
    <w:rsid w:val="004A5535"/>
    <w:rsid w:val="004A6901"/>
    <w:rsid w:val="004A6A23"/>
    <w:rsid w:val="004B0C81"/>
    <w:rsid w:val="004B0F04"/>
    <w:rsid w:val="004B511D"/>
    <w:rsid w:val="004B5432"/>
    <w:rsid w:val="004B59C6"/>
    <w:rsid w:val="004B59ED"/>
    <w:rsid w:val="004B6823"/>
    <w:rsid w:val="004B6BE1"/>
    <w:rsid w:val="004C0C61"/>
    <w:rsid w:val="004C726F"/>
    <w:rsid w:val="004D2D47"/>
    <w:rsid w:val="004D4E56"/>
    <w:rsid w:val="004D5B3A"/>
    <w:rsid w:val="004D6123"/>
    <w:rsid w:val="004D79C9"/>
    <w:rsid w:val="004E2D2C"/>
    <w:rsid w:val="004E5643"/>
    <w:rsid w:val="004E5A21"/>
    <w:rsid w:val="004F0DA2"/>
    <w:rsid w:val="004F19B2"/>
    <w:rsid w:val="004F28D5"/>
    <w:rsid w:val="004F3165"/>
    <w:rsid w:val="004F57D5"/>
    <w:rsid w:val="004F5A13"/>
    <w:rsid w:val="004F5CBF"/>
    <w:rsid w:val="004F700C"/>
    <w:rsid w:val="005040FE"/>
    <w:rsid w:val="0050499D"/>
    <w:rsid w:val="00507A77"/>
    <w:rsid w:val="005114A8"/>
    <w:rsid w:val="00512F7E"/>
    <w:rsid w:val="00520D5A"/>
    <w:rsid w:val="00520F3D"/>
    <w:rsid w:val="0052124D"/>
    <w:rsid w:val="00522FDD"/>
    <w:rsid w:val="0052372F"/>
    <w:rsid w:val="005242A1"/>
    <w:rsid w:val="00525B28"/>
    <w:rsid w:val="00525C70"/>
    <w:rsid w:val="00525F72"/>
    <w:rsid w:val="005266EA"/>
    <w:rsid w:val="0052674F"/>
    <w:rsid w:val="00526E5F"/>
    <w:rsid w:val="005271F2"/>
    <w:rsid w:val="00527CE5"/>
    <w:rsid w:val="00532343"/>
    <w:rsid w:val="00533240"/>
    <w:rsid w:val="0053333D"/>
    <w:rsid w:val="00542AE4"/>
    <w:rsid w:val="00542E2E"/>
    <w:rsid w:val="0054398B"/>
    <w:rsid w:val="005479A6"/>
    <w:rsid w:val="0055181F"/>
    <w:rsid w:val="00551E1A"/>
    <w:rsid w:val="0055271C"/>
    <w:rsid w:val="005543EB"/>
    <w:rsid w:val="005549D6"/>
    <w:rsid w:val="0056397C"/>
    <w:rsid w:val="00566C16"/>
    <w:rsid w:val="00567BBE"/>
    <w:rsid w:val="00573360"/>
    <w:rsid w:val="00573858"/>
    <w:rsid w:val="005803A0"/>
    <w:rsid w:val="005823F7"/>
    <w:rsid w:val="00583244"/>
    <w:rsid w:val="00586DD5"/>
    <w:rsid w:val="00587B87"/>
    <w:rsid w:val="005912BE"/>
    <w:rsid w:val="00591F7D"/>
    <w:rsid w:val="005942AB"/>
    <w:rsid w:val="0059622C"/>
    <w:rsid w:val="0059694F"/>
    <w:rsid w:val="005A0D32"/>
    <w:rsid w:val="005A0E53"/>
    <w:rsid w:val="005A132C"/>
    <w:rsid w:val="005A2324"/>
    <w:rsid w:val="005A232D"/>
    <w:rsid w:val="005A2A7C"/>
    <w:rsid w:val="005A419A"/>
    <w:rsid w:val="005A4AAB"/>
    <w:rsid w:val="005A7C10"/>
    <w:rsid w:val="005B0584"/>
    <w:rsid w:val="005B0FD1"/>
    <w:rsid w:val="005B1B9D"/>
    <w:rsid w:val="005B3EC2"/>
    <w:rsid w:val="005B5736"/>
    <w:rsid w:val="005B6FB6"/>
    <w:rsid w:val="005B7847"/>
    <w:rsid w:val="005C11AA"/>
    <w:rsid w:val="005C1F25"/>
    <w:rsid w:val="005C3431"/>
    <w:rsid w:val="005C3EDC"/>
    <w:rsid w:val="005C6256"/>
    <w:rsid w:val="005C70EF"/>
    <w:rsid w:val="005C7AA4"/>
    <w:rsid w:val="005D0272"/>
    <w:rsid w:val="005D136D"/>
    <w:rsid w:val="005D25B1"/>
    <w:rsid w:val="005D3734"/>
    <w:rsid w:val="005D3DDE"/>
    <w:rsid w:val="005D4B56"/>
    <w:rsid w:val="005D572E"/>
    <w:rsid w:val="005D6DC3"/>
    <w:rsid w:val="005E292B"/>
    <w:rsid w:val="005E3D0F"/>
    <w:rsid w:val="005E5D79"/>
    <w:rsid w:val="005E6C36"/>
    <w:rsid w:val="005E77EA"/>
    <w:rsid w:val="005F1C7E"/>
    <w:rsid w:val="005F24C0"/>
    <w:rsid w:val="005F5AC0"/>
    <w:rsid w:val="0060090D"/>
    <w:rsid w:val="00600B41"/>
    <w:rsid w:val="00604BC9"/>
    <w:rsid w:val="00610992"/>
    <w:rsid w:val="00613B24"/>
    <w:rsid w:val="00614F48"/>
    <w:rsid w:val="0061704D"/>
    <w:rsid w:val="00620156"/>
    <w:rsid w:val="00624B28"/>
    <w:rsid w:val="00626219"/>
    <w:rsid w:val="006267C2"/>
    <w:rsid w:val="00627E94"/>
    <w:rsid w:val="00630154"/>
    <w:rsid w:val="00631710"/>
    <w:rsid w:val="0063191E"/>
    <w:rsid w:val="00632BE6"/>
    <w:rsid w:val="00635C6F"/>
    <w:rsid w:val="006421DD"/>
    <w:rsid w:val="00645125"/>
    <w:rsid w:val="006479BA"/>
    <w:rsid w:val="0065014A"/>
    <w:rsid w:val="006506E0"/>
    <w:rsid w:val="00650841"/>
    <w:rsid w:val="00653C7A"/>
    <w:rsid w:val="00655F6A"/>
    <w:rsid w:val="006567E4"/>
    <w:rsid w:val="00657383"/>
    <w:rsid w:val="00657B8A"/>
    <w:rsid w:val="00657F5D"/>
    <w:rsid w:val="00662DD8"/>
    <w:rsid w:val="00662E1F"/>
    <w:rsid w:val="006633C2"/>
    <w:rsid w:val="006640CD"/>
    <w:rsid w:val="00664C5B"/>
    <w:rsid w:val="00665FC7"/>
    <w:rsid w:val="00670667"/>
    <w:rsid w:val="00673912"/>
    <w:rsid w:val="00676947"/>
    <w:rsid w:val="00686096"/>
    <w:rsid w:val="00687B11"/>
    <w:rsid w:val="00691D36"/>
    <w:rsid w:val="00695706"/>
    <w:rsid w:val="006959CC"/>
    <w:rsid w:val="00696945"/>
    <w:rsid w:val="00696ED6"/>
    <w:rsid w:val="00697C66"/>
    <w:rsid w:val="006A33F1"/>
    <w:rsid w:val="006A421D"/>
    <w:rsid w:val="006A4A8C"/>
    <w:rsid w:val="006A5372"/>
    <w:rsid w:val="006A660F"/>
    <w:rsid w:val="006A7752"/>
    <w:rsid w:val="006B0C94"/>
    <w:rsid w:val="006B5C65"/>
    <w:rsid w:val="006B65AF"/>
    <w:rsid w:val="006B7516"/>
    <w:rsid w:val="006C3AC5"/>
    <w:rsid w:val="006C5393"/>
    <w:rsid w:val="006C6ADF"/>
    <w:rsid w:val="006C6E9A"/>
    <w:rsid w:val="006C77AF"/>
    <w:rsid w:val="006C7C9B"/>
    <w:rsid w:val="006D2286"/>
    <w:rsid w:val="006D31A5"/>
    <w:rsid w:val="006D35F9"/>
    <w:rsid w:val="006E00D3"/>
    <w:rsid w:val="006E469D"/>
    <w:rsid w:val="006E66CB"/>
    <w:rsid w:val="006E6E56"/>
    <w:rsid w:val="006E70A1"/>
    <w:rsid w:val="006F01F5"/>
    <w:rsid w:val="006F1F59"/>
    <w:rsid w:val="006F205E"/>
    <w:rsid w:val="006F5F5C"/>
    <w:rsid w:val="006F7939"/>
    <w:rsid w:val="00702146"/>
    <w:rsid w:val="007031AF"/>
    <w:rsid w:val="00703320"/>
    <w:rsid w:val="0070611F"/>
    <w:rsid w:val="00707BFA"/>
    <w:rsid w:val="00711E81"/>
    <w:rsid w:val="00712594"/>
    <w:rsid w:val="00712FCE"/>
    <w:rsid w:val="00713FF6"/>
    <w:rsid w:val="007164FF"/>
    <w:rsid w:val="00716832"/>
    <w:rsid w:val="00721447"/>
    <w:rsid w:val="00721CF6"/>
    <w:rsid w:val="007223CA"/>
    <w:rsid w:val="00722D17"/>
    <w:rsid w:val="00723371"/>
    <w:rsid w:val="0072441C"/>
    <w:rsid w:val="00724FF7"/>
    <w:rsid w:val="00725AF8"/>
    <w:rsid w:val="00726AAD"/>
    <w:rsid w:val="0072752F"/>
    <w:rsid w:val="00730210"/>
    <w:rsid w:val="00730D6A"/>
    <w:rsid w:val="00732471"/>
    <w:rsid w:val="00733CC5"/>
    <w:rsid w:val="007350F6"/>
    <w:rsid w:val="007434CA"/>
    <w:rsid w:val="00743D6C"/>
    <w:rsid w:val="00743EAB"/>
    <w:rsid w:val="007500A9"/>
    <w:rsid w:val="00751BC7"/>
    <w:rsid w:val="007527BC"/>
    <w:rsid w:val="00752B9E"/>
    <w:rsid w:val="00755FF5"/>
    <w:rsid w:val="007602F7"/>
    <w:rsid w:val="007630A1"/>
    <w:rsid w:val="007631C2"/>
    <w:rsid w:val="00763CF3"/>
    <w:rsid w:val="007654A4"/>
    <w:rsid w:val="00765F26"/>
    <w:rsid w:val="00766433"/>
    <w:rsid w:val="00766F1C"/>
    <w:rsid w:val="007707FF"/>
    <w:rsid w:val="00772B67"/>
    <w:rsid w:val="007738FC"/>
    <w:rsid w:val="00773BF0"/>
    <w:rsid w:val="00774707"/>
    <w:rsid w:val="007778D6"/>
    <w:rsid w:val="007815DD"/>
    <w:rsid w:val="00783FDF"/>
    <w:rsid w:val="00790A0A"/>
    <w:rsid w:val="007A17E0"/>
    <w:rsid w:val="007A46E7"/>
    <w:rsid w:val="007A675A"/>
    <w:rsid w:val="007B449B"/>
    <w:rsid w:val="007B536F"/>
    <w:rsid w:val="007B5BEF"/>
    <w:rsid w:val="007B7C66"/>
    <w:rsid w:val="007C3E0E"/>
    <w:rsid w:val="007D0CFD"/>
    <w:rsid w:val="007D1F3C"/>
    <w:rsid w:val="007D1FC1"/>
    <w:rsid w:val="007D2943"/>
    <w:rsid w:val="007D40F0"/>
    <w:rsid w:val="007E01E3"/>
    <w:rsid w:val="007E2120"/>
    <w:rsid w:val="007E2EEF"/>
    <w:rsid w:val="007E3149"/>
    <w:rsid w:val="007E5AF7"/>
    <w:rsid w:val="007E6EDA"/>
    <w:rsid w:val="007E7008"/>
    <w:rsid w:val="007F0596"/>
    <w:rsid w:val="007F56E8"/>
    <w:rsid w:val="007F5CEF"/>
    <w:rsid w:val="007F5EB3"/>
    <w:rsid w:val="007F6A00"/>
    <w:rsid w:val="007F743F"/>
    <w:rsid w:val="007F75D8"/>
    <w:rsid w:val="00802AF2"/>
    <w:rsid w:val="008079D0"/>
    <w:rsid w:val="00814334"/>
    <w:rsid w:val="00816959"/>
    <w:rsid w:val="0081745B"/>
    <w:rsid w:val="008174E2"/>
    <w:rsid w:val="00817E75"/>
    <w:rsid w:val="008208E6"/>
    <w:rsid w:val="00822177"/>
    <w:rsid w:val="00825C82"/>
    <w:rsid w:val="00827EDB"/>
    <w:rsid w:val="00831B01"/>
    <w:rsid w:val="00831C4F"/>
    <w:rsid w:val="00832D44"/>
    <w:rsid w:val="00834941"/>
    <w:rsid w:val="00835F1A"/>
    <w:rsid w:val="0083681D"/>
    <w:rsid w:val="008404F8"/>
    <w:rsid w:val="008413CA"/>
    <w:rsid w:val="00841E7A"/>
    <w:rsid w:val="00842226"/>
    <w:rsid w:val="0084645F"/>
    <w:rsid w:val="0084707C"/>
    <w:rsid w:val="008515DD"/>
    <w:rsid w:val="008520D3"/>
    <w:rsid w:val="008526A5"/>
    <w:rsid w:val="00852F4F"/>
    <w:rsid w:val="00855924"/>
    <w:rsid w:val="00857FFC"/>
    <w:rsid w:val="00861D86"/>
    <w:rsid w:val="0086339A"/>
    <w:rsid w:val="0087001F"/>
    <w:rsid w:val="00872C3D"/>
    <w:rsid w:val="008745D0"/>
    <w:rsid w:val="00874ACA"/>
    <w:rsid w:val="00877BD9"/>
    <w:rsid w:val="00886A4F"/>
    <w:rsid w:val="00887EB0"/>
    <w:rsid w:val="00887F80"/>
    <w:rsid w:val="00890164"/>
    <w:rsid w:val="00892014"/>
    <w:rsid w:val="00892F14"/>
    <w:rsid w:val="008939E3"/>
    <w:rsid w:val="00895B06"/>
    <w:rsid w:val="00897420"/>
    <w:rsid w:val="008A015B"/>
    <w:rsid w:val="008A09CD"/>
    <w:rsid w:val="008A2DF6"/>
    <w:rsid w:val="008A3814"/>
    <w:rsid w:val="008A3B57"/>
    <w:rsid w:val="008B1F95"/>
    <w:rsid w:val="008B60F7"/>
    <w:rsid w:val="008C22BF"/>
    <w:rsid w:val="008C2FA7"/>
    <w:rsid w:val="008C3A5C"/>
    <w:rsid w:val="008C5CF7"/>
    <w:rsid w:val="008C67DB"/>
    <w:rsid w:val="008C6883"/>
    <w:rsid w:val="008C688C"/>
    <w:rsid w:val="008D0F54"/>
    <w:rsid w:val="008E06AD"/>
    <w:rsid w:val="008E2AED"/>
    <w:rsid w:val="008E38A1"/>
    <w:rsid w:val="008E4091"/>
    <w:rsid w:val="008F0BAF"/>
    <w:rsid w:val="008F16E0"/>
    <w:rsid w:val="008F5144"/>
    <w:rsid w:val="008F6A37"/>
    <w:rsid w:val="008F7B9E"/>
    <w:rsid w:val="009009CA"/>
    <w:rsid w:val="00901512"/>
    <w:rsid w:val="00903C7F"/>
    <w:rsid w:val="0090445F"/>
    <w:rsid w:val="009106A0"/>
    <w:rsid w:val="009136E3"/>
    <w:rsid w:val="00920DD1"/>
    <w:rsid w:val="00922622"/>
    <w:rsid w:val="009234F0"/>
    <w:rsid w:val="00924019"/>
    <w:rsid w:val="00924654"/>
    <w:rsid w:val="00925046"/>
    <w:rsid w:val="00926763"/>
    <w:rsid w:val="009270E3"/>
    <w:rsid w:val="009328D2"/>
    <w:rsid w:val="00932CE2"/>
    <w:rsid w:val="00933DDE"/>
    <w:rsid w:val="00934C7F"/>
    <w:rsid w:val="009362A3"/>
    <w:rsid w:val="00937275"/>
    <w:rsid w:val="0093774C"/>
    <w:rsid w:val="00937FAE"/>
    <w:rsid w:val="00940BD6"/>
    <w:rsid w:val="00940F45"/>
    <w:rsid w:val="00942BDB"/>
    <w:rsid w:val="00942F9C"/>
    <w:rsid w:val="00943553"/>
    <w:rsid w:val="009447F7"/>
    <w:rsid w:val="00945A5D"/>
    <w:rsid w:val="0094622A"/>
    <w:rsid w:val="009462F6"/>
    <w:rsid w:val="00947879"/>
    <w:rsid w:val="0095238C"/>
    <w:rsid w:val="009532FC"/>
    <w:rsid w:val="0096039F"/>
    <w:rsid w:val="009612CA"/>
    <w:rsid w:val="0096139A"/>
    <w:rsid w:val="00962553"/>
    <w:rsid w:val="009627DD"/>
    <w:rsid w:val="0096583E"/>
    <w:rsid w:val="00970C73"/>
    <w:rsid w:val="00971E08"/>
    <w:rsid w:val="009722BC"/>
    <w:rsid w:val="00973440"/>
    <w:rsid w:val="00974FFB"/>
    <w:rsid w:val="00980DE3"/>
    <w:rsid w:val="00983940"/>
    <w:rsid w:val="00985EAA"/>
    <w:rsid w:val="0098652B"/>
    <w:rsid w:val="009874FB"/>
    <w:rsid w:val="009878DF"/>
    <w:rsid w:val="00991BBC"/>
    <w:rsid w:val="00991C50"/>
    <w:rsid w:val="00991C86"/>
    <w:rsid w:val="00991EA8"/>
    <w:rsid w:val="00992735"/>
    <w:rsid w:val="00992AE3"/>
    <w:rsid w:val="0099508A"/>
    <w:rsid w:val="00995464"/>
    <w:rsid w:val="009962C3"/>
    <w:rsid w:val="009962E3"/>
    <w:rsid w:val="00997C50"/>
    <w:rsid w:val="009A0F8B"/>
    <w:rsid w:val="009A3F05"/>
    <w:rsid w:val="009A480A"/>
    <w:rsid w:val="009A76CB"/>
    <w:rsid w:val="009A78FC"/>
    <w:rsid w:val="009B411C"/>
    <w:rsid w:val="009B4887"/>
    <w:rsid w:val="009B55C7"/>
    <w:rsid w:val="009B7B07"/>
    <w:rsid w:val="009B7EAE"/>
    <w:rsid w:val="009C15D7"/>
    <w:rsid w:val="009C3F15"/>
    <w:rsid w:val="009C4FE2"/>
    <w:rsid w:val="009C78EA"/>
    <w:rsid w:val="009C7EA0"/>
    <w:rsid w:val="009E555D"/>
    <w:rsid w:val="009E5943"/>
    <w:rsid w:val="009E5E29"/>
    <w:rsid w:val="009E6DEB"/>
    <w:rsid w:val="009E7109"/>
    <w:rsid w:val="009F1848"/>
    <w:rsid w:val="009F21C7"/>
    <w:rsid w:val="009F4994"/>
    <w:rsid w:val="009F7701"/>
    <w:rsid w:val="009F7A08"/>
    <w:rsid w:val="00A00255"/>
    <w:rsid w:val="00A0032F"/>
    <w:rsid w:val="00A00E54"/>
    <w:rsid w:val="00A04C04"/>
    <w:rsid w:val="00A0600B"/>
    <w:rsid w:val="00A1297D"/>
    <w:rsid w:val="00A13C87"/>
    <w:rsid w:val="00A15867"/>
    <w:rsid w:val="00A20F0C"/>
    <w:rsid w:val="00A210CC"/>
    <w:rsid w:val="00A23A36"/>
    <w:rsid w:val="00A31F79"/>
    <w:rsid w:val="00A33A9A"/>
    <w:rsid w:val="00A3474F"/>
    <w:rsid w:val="00A34AAF"/>
    <w:rsid w:val="00A35A22"/>
    <w:rsid w:val="00A35A67"/>
    <w:rsid w:val="00A37CF3"/>
    <w:rsid w:val="00A43252"/>
    <w:rsid w:val="00A476E5"/>
    <w:rsid w:val="00A53B21"/>
    <w:rsid w:val="00A56336"/>
    <w:rsid w:val="00A568C0"/>
    <w:rsid w:val="00A56FE0"/>
    <w:rsid w:val="00A57259"/>
    <w:rsid w:val="00A57292"/>
    <w:rsid w:val="00A5732A"/>
    <w:rsid w:val="00A57C80"/>
    <w:rsid w:val="00A63576"/>
    <w:rsid w:val="00A65332"/>
    <w:rsid w:val="00A65764"/>
    <w:rsid w:val="00A67E18"/>
    <w:rsid w:val="00A72149"/>
    <w:rsid w:val="00A73453"/>
    <w:rsid w:val="00A73B08"/>
    <w:rsid w:val="00A73CFE"/>
    <w:rsid w:val="00A740C7"/>
    <w:rsid w:val="00A743AD"/>
    <w:rsid w:val="00A75B0D"/>
    <w:rsid w:val="00A80DA3"/>
    <w:rsid w:val="00A812DC"/>
    <w:rsid w:val="00A827A5"/>
    <w:rsid w:val="00A82AB4"/>
    <w:rsid w:val="00A84022"/>
    <w:rsid w:val="00A84D1C"/>
    <w:rsid w:val="00A90CEA"/>
    <w:rsid w:val="00A92722"/>
    <w:rsid w:val="00A93E80"/>
    <w:rsid w:val="00A93F62"/>
    <w:rsid w:val="00A96082"/>
    <w:rsid w:val="00A96AB5"/>
    <w:rsid w:val="00A9772E"/>
    <w:rsid w:val="00AA269E"/>
    <w:rsid w:val="00AA6CD5"/>
    <w:rsid w:val="00AB0ABA"/>
    <w:rsid w:val="00AB79EE"/>
    <w:rsid w:val="00AB79F8"/>
    <w:rsid w:val="00AC52F6"/>
    <w:rsid w:val="00AD193E"/>
    <w:rsid w:val="00AD43E2"/>
    <w:rsid w:val="00AD4C87"/>
    <w:rsid w:val="00AD6928"/>
    <w:rsid w:val="00AD7ECC"/>
    <w:rsid w:val="00AE0705"/>
    <w:rsid w:val="00AE0D6E"/>
    <w:rsid w:val="00AE1123"/>
    <w:rsid w:val="00AE1F2D"/>
    <w:rsid w:val="00AE3957"/>
    <w:rsid w:val="00AE71F0"/>
    <w:rsid w:val="00AF2D92"/>
    <w:rsid w:val="00AF3039"/>
    <w:rsid w:val="00AF487E"/>
    <w:rsid w:val="00AF5435"/>
    <w:rsid w:val="00AF697E"/>
    <w:rsid w:val="00AF763B"/>
    <w:rsid w:val="00AF7A05"/>
    <w:rsid w:val="00AF7B24"/>
    <w:rsid w:val="00B004FA"/>
    <w:rsid w:val="00B03D5B"/>
    <w:rsid w:val="00B06112"/>
    <w:rsid w:val="00B10BB4"/>
    <w:rsid w:val="00B12A3A"/>
    <w:rsid w:val="00B15289"/>
    <w:rsid w:val="00B16506"/>
    <w:rsid w:val="00B1766A"/>
    <w:rsid w:val="00B216D4"/>
    <w:rsid w:val="00B22493"/>
    <w:rsid w:val="00B3089B"/>
    <w:rsid w:val="00B30C29"/>
    <w:rsid w:val="00B32836"/>
    <w:rsid w:val="00B32E06"/>
    <w:rsid w:val="00B34997"/>
    <w:rsid w:val="00B37231"/>
    <w:rsid w:val="00B40D99"/>
    <w:rsid w:val="00B41192"/>
    <w:rsid w:val="00B42CAE"/>
    <w:rsid w:val="00B42E4F"/>
    <w:rsid w:val="00B435C9"/>
    <w:rsid w:val="00B44812"/>
    <w:rsid w:val="00B45C12"/>
    <w:rsid w:val="00B515BD"/>
    <w:rsid w:val="00B54108"/>
    <w:rsid w:val="00B550DB"/>
    <w:rsid w:val="00B56DEA"/>
    <w:rsid w:val="00B5766C"/>
    <w:rsid w:val="00B60810"/>
    <w:rsid w:val="00B618C9"/>
    <w:rsid w:val="00B61E47"/>
    <w:rsid w:val="00B63F00"/>
    <w:rsid w:val="00B63F40"/>
    <w:rsid w:val="00B65BEB"/>
    <w:rsid w:val="00B66975"/>
    <w:rsid w:val="00B6700D"/>
    <w:rsid w:val="00B67FD8"/>
    <w:rsid w:val="00B728E4"/>
    <w:rsid w:val="00B73AEA"/>
    <w:rsid w:val="00B75CC5"/>
    <w:rsid w:val="00B81592"/>
    <w:rsid w:val="00B83162"/>
    <w:rsid w:val="00B84258"/>
    <w:rsid w:val="00B86FDF"/>
    <w:rsid w:val="00B87B19"/>
    <w:rsid w:val="00B9066F"/>
    <w:rsid w:val="00B906E8"/>
    <w:rsid w:val="00B92655"/>
    <w:rsid w:val="00B94698"/>
    <w:rsid w:val="00B94D74"/>
    <w:rsid w:val="00B97A9D"/>
    <w:rsid w:val="00B97DD9"/>
    <w:rsid w:val="00BA3387"/>
    <w:rsid w:val="00BA4C90"/>
    <w:rsid w:val="00BA6BFB"/>
    <w:rsid w:val="00BB22CB"/>
    <w:rsid w:val="00BB233C"/>
    <w:rsid w:val="00BB37DB"/>
    <w:rsid w:val="00BB4499"/>
    <w:rsid w:val="00BB7A39"/>
    <w:rsid w:val="00BC2E0A"/>
    <w:rsid w:val="00BC3AA5"/>
    <w:rsid w:val="00BC67AF"/>
    <w:rsid w:val="00BD1B50"/>
    <w:rsid w:val="00BD27FB"/>
    <w:rsid w:val="00BD3281"/>
    <w:rsid w:val="00BD3F84"/>
    <w:rsid w:val="00BD4CC9"/>
    <w:rsid w:val="00BE3C49"/>
    <w:rsid w:val="00BE3D09"/>
    <w:rsid w:val="00BE3DAC"/>
    <w:rsid w:val="00BE50E5"/>
    <w:rsid w:val="00BE5818"/>
    <w:rsid w:val="00BE67AB"/>
    <w:rsid w:val="00BF233B"/>
    <w:rsid w:val="00BF46AB"/>
    <w:rsid w:val="00BF5A22"/>
    <w:rsid w:val="00BF5ED3"/>
    <w:rsid w:val="00BF63B4"/>
    <w:rsid w:val="00BF7E21"/>
    <w:rsid w:val="00C011E7"/>
    <w:rsid w:val="00C0217A"/>
    <w:rsid w:val="00C048AD"/>
    <w:rsid w:val="00C06FB0"/>
    <w:rsid w:val="00C07268"/>
    <w:rsid w:val="00C110D1"/>
    <w:rsid w:val="00C11327"/>
    <w:rsid w:val="00C14035"/>
    <w:rsid w:val="00C148A6"/>
    <w:rsid w:val="00C17C74"/>
    <w:rsid w:val="00C20059"/>
    <w:rsid w:val="00C21468"/>
    <w:rsid w:val="00C23F00"/>
    <w:rsid w:val="00C24A75"/>
    <w:rsid w:val="00C2582C"/>
    <w:rsid w:val="00C26B80"/>
    <w:rsid w:val="00C27ECB"/>
    <w:rsid w:val="00C30863"/>
    <w:rsid w:val="00C310B3"/>
    <w:rsid w:val="00C319D2"/>
    <w:rsid w:val="00C3259C"/>
    <w:rsid w:val="00C3322C"/>
    <w:rsid w:val="00C35312"/>
    <w:rsid w:val="00C362AC"/>
    <w:rsid w:val="00C4124F"/>
    <w:rsid w:val="00C435CE"/>
    <w:rsid w:val="00C444A1"/>
    <w:rsid w:val="00C453CE"/>
    <w:rsid w:val="00C45515"/>
    <w:rsid w:val="00C4695B"/>
    <w:rsid w:val="00C470EA"/>
    <w:rsid w:val="00C511B7"/>
    <w:rsid w:val="00C52F4C"/>
    <w:rsid w:val="00C53955"/>
    <w:rsid w:val="00C53D0C"/>
    <w:rsid w:val="00C541FE"/>
    <w:rsid w:val="00C56218"/>
    <w:rsid w:val="00C62752"/>
    <w:rsid w:val="00C647A2"/>
    <w:rsid w:val="00C64A8C"/>
    <w:rsid w:val="00C66CF3"/>
    <w:rsid w:val="00C7039F"/>
    <w:rsid w:val="00C70E00"/>
    <w:rsid w:val="00C726A2"/>
    <w:rsid w:val="00C72B08"/>
    <w:rsid w:val="00C72FE7"/>
    <w:rsid w:val="00C7759F"/>
    <w:rsid w:val="00C80547"/>
    <w:rsid w:val="00C86933"/>
    <w:rsid w:val="00C91E77"/>
    <w:rsid w:val="00C9280F"/>
    <w:rsid w:val="00C97C09"/>
    <w:rsid w:val="00CA1233"/>
    <w:rsid w:val="00CA18E0"/>
    <w:rsid w:val="00CA240B"/>
    <w:rsid w:val="00CA25B8"/>
    <w:rsid w:val="00CA4ADF"/>
    <w:rsid w:val="00CA6C9A"/>
    <w:rsid w:val="00CA705C"/>
    <w:rsid w:val="00CB0D8E"/>
    <w:rsid w:val="00CB13BF"/>
    <w:rsid w:val="00CB2880"/>
    <w:rsid w:val="00CB29C7"/>
    <w:rsid w:val="00CB4AE6"/>
    <w:rsid w:val="00CB766A"/>
    <w:rsid w:val="00CB7D00"/>
    <w:rsid w:val="00CC1AB5"/>
    <w:rsid w:val="00CC1CE7"/>
    <w:rsid w:val="00CC5E90"/>
    <w:rsid w:val="00CD11D5"/>
    <w:rsid w:val="00CD18DA"/>
    <w:rsid w:val="00CD3AF0"/>
    <w:rsid w:val="00CD6C8B"/>
    <w:rsid w:val="00CE45C0"/>
    <w:rsid w:val="00CE548F"/>
    <w:rsid w:val="00CF0890"/>
    <w:rsid w:val="00CF6205"/>
    <w:rsid w:val="00CF671C"/>
    <w:rsid w:val="00D00C5C"/>
    <w:rsid w:val="00D020DE"/>
    <w:rsid w:val="00D06900"/>
    <w:rsid w:val="00D131C5"/>
    <w:rsid w:val="00D150D9"/>
    <w:rsid w:val="00D15A13"/>
    <w:rsid w:val="00D16C4B"/>
    <w:rsid w:val="00D1707D"/>
    <w:rsid w:val="00D20533"/>
    <w:rsid w:val="00D218D1"/>
    <w:rsid w:val="00D22214"/>
    <w:rsid w:val="00D22B68"/>
    <w:rsid w:val="00D25763"/>
    <w:rsid w:val="00D26F1D"/>
    <w:rsid w:val="00D319F7"/>
    <w:rsid w:val="00D3698A"/>
    <w:rsid w:val="00D37328"/>
    <w:rsid w:val="00D403AF"/>
    <w:rsid w:val="00D41266"/>
    <w:rsid w:val="00D41C23"/>
    <w:rsid w:val="00D43628"/>
    <w:rsid w:val="00D43709"/>
    <w:rsid w:val="00D4420C"/>
    <w:rsid w:val="00D44E4C"/>
    <w:rsid w:val="00D50926"/>
    <w:rsid w:val="00D5480C"/>
    <w:rsid w:val="00D5511F"/>
    <w:rsid w:val="00D717E7"/>
    <w:rsid w:val="00D72740"/>
    <w:rsid w:val="00D72D0F"/>
    <w:rsid w:val="00D7395B"/>
    <w:rsid w:val="00D750B8"/>
    <w:rsid w:val="00D75FB7"/>
    <w:rsid w:val="00D76E56"/>
    <w:rsid w:val="00D80A71"/>
    <w:rsid w:val="00D811DD"/>
    <w:rsid w:val="00D83173"/>
    <w:rsid w:val="00D9046E"/>
    <w:rsid w:val="00D922E3"/>
    <w:rsid w:val="00DA1E24"/>
    <w:rsid w:val="00DA5525"/>
    <w:rsid w:val="00DA7A0F"/>
    <w:rsid w:val="00DB6CCE"/>
    <w:rsid w:val="00DC156B"/>
    <w:rsid w:val="00DC1DC2"/>
    <w:rsid w:val="00DC6381"/>
    <w:rsid w:val="00DC7D7C"/>
    <w:rsid w:val="00DD0678"/>
    <w:rsid w:val="00DD230B"/>
    <w:rsid w:val="00DD2ED6"/>
    <w:rsid w:val="00DD6367"/>
    <w:rsid w:val="00DD7CD3"/>
    <w:rsid w:val="00DE1A5D"/>
    <w:rsid w:val="00DE2ECA"/>
    <w:rsid w:val="00DE40E1"/>
    <w:rsid w:val="00DE41A3"/>
    <w:rsid w:val="00DF0077"/>
    <w:rsid w:val="00DF0CDA"/>
    <w:rsid w:val="00DF2333"/>
    <w:rsid w:val="00DF6D0C"/>
    <w:rsid w:val="00E0110F"/>
    <w:rsid w:val="00E0491B"/>
    <w:rsid w:val="00E04D01"/>
    <w:rsid w:val="00E067EB"/>
    <w:rsid w:val="00E11EC6"/>
    <w:rsid w:val="00E17F05"/>
    <w:rsid w:val="00E219D2"/>
    <w:rsid w:val="00E21EB4"/>
    <w:rsid w:val="00E23390"/>
    <w:rsid w:val="00E266FA"/>
    <w:rsid w:val="00E2781D"/>
    <w:rsid w:val="00E32E40"/>
    <w:rsid w:val="00E334A5"/>
    <w:rsid w:val="00E406C8"/>
    <w:rsid w:val="00E4083A"/>
    <w:rsid w:val="00E42115"/>
    <w:rsid w:val="00E43B8D"/>
    <w:rsid w:val="00E444E7"/>
    <w:rsid w:val="00E45977"/>
    <w:rsid w:val="00E45EB8"/>
    <w:rsid w:val="00E47323"/>
    <w:rsid w:val="00E52525"/>
    <w:rsid w:val="00E54C73"/>
    <w:rsid w:val="00E629FB"/>
    <w:rsid w:val="00E6317C"/>
    <w:rsid w:val="00E65B61"/>
    <w:rsid w:val="00E65DE2"/>
    <w:rsid w:val="00E67824"/>
    <w:rsid w:val="00E67D81"/>
    <w:rsid w:val="00E67E49"/>
    <w:rsid w:val="00E70C7E"/>
    <w:rsid w:val="00E720D8"/>
    <w:rsid w:val="00E72A79"/>
    <w:rsid w:val="00E73A57"/>
    <w:rsid w:val="00E7599A"/>
    <w:rsid w:val="00E77166"/>
    <w:rsid w:val="00E8281D"/>
    <w:rsid w:val="00E8399B"/>
    <w:rsid w:val="00E83FC7"/>
    <w:rsid w:val="00E84251"/>
    <w:rsid w:val="00E851AF"/>
    <w:rsid w:val="00E879B1"/>
    <w:rsid w:val="00E90236"/>
    <w:rsid w:val="00E90FF7"/>
    <w:rsid w:val="00EA00A1"/>
    <w:rsid w:val="00EA01E8"/>
    <w:rsid w:val="00EA3BC7"/>
    <w:rsid w:val="00EA3D0A"/>
    <w:rsid w:val="00EA4945"/>
    <w:rsid w:val="00EA53E8"/>
    <w:rsid w:val="00EA55A5"/>
    <w:rsid w:val="00EA5AE7"/>
    <w:rsid w:val="00EA5F80"/>
    <w:rsid w:val="00EA78A0"/>
    <w:rsid w:val="00EA7997"/>
    <w:rsid w:val="00EB00B7"/>
    <w:rsid w:val="00EB05F5"/>
    <w:rsid w:val="00EB0753"/>
    <w:rsid w:val="00EB0EB4"/>
    <w:rsid w:val="00EB2F16"/>
    <w:rsid w:val="00EB37B4"/>
    <w:rsid w:val="00EB4D2F"/>
    <w:rsid w:val="00EB67C3"/>
    <w:rsid w:val="00EC120D"/>
    <w:rsid w:val="00EC190E"/>
    <w:rsid w:val="00EC2EA3"/>
    <w:rsid w:val="00EC2EEB"/>
    <w:rsid w:val="00EC3F65"/>
    <w:rsid w:val="00ED32DB"/>
    <w:rsid w:val="00EE1CEB"/>
    <w:rsid w:val="00EE2A08"/>
    <w:rsid w:val="00EE3371"/>
    <w:rsid w:val="00EE4D4F"/>
    <w:rsid w:val="00EE7C0A"/>
    <w:rsid w:val="00EE7FAA"/>
    <w:rsid w:val="00EF151D"/>
    <w:rsid w:val="00EF4650"/>
    <w:rsid w:val="00EF61DC"/>
    <w:rsid w:val="00EF6756"/>
    <w:rsid w:val="00F01A53"/>
    <w:rsid w:val="00F103FA"/>
    <w:rsid w:val="00F11CAC"/>
    <w:rsid w:val="00F1226D"/>
    <w:rsid w:val="00F12443"/>
    <w:rsid w:val="00F14838"/>
    <w:rsid w:val="00F16ECD"/>
    <w:rsid w:val="00F17038"/>
    <w:rsid w:val="00F17768"/>
    <w:rsid w:val="00F21F58"/>
    <w:rsid w:val="00F2229A"/>
    <w:rsid w:val="00F32457"/>
    <w:rsid w:val="00F34165"/>
    <w:rsid w:val="00F35360"/>
    <w:rsid w:val="00F36C4A"/>
    <w:rsid w:val="00F46411"/>
    <w:rsid w:val="00F51452"/>
    <w:rsid w:val="00F520C5"/>
    <w:rsid w:val="00F534F2"/>
    <w:rsid w:val="00F57283"/>
    <w:rsid w:val="00F61E70"/>
    <w:rsid w:val="00F639C0"/>
    <w:rsid w:val="00F63F6B"/>
    <w:rsid w:val="00F67ED3"/>
    <w:rsid w:val="00F74B91"/>
    <w:rsid w:val="00F76740"/>
    <w:rsid w:val="00F7763F"/>
    <w:rsid w:val="00F8221D"/>
    <w:rsid w:val="00F833E1"/>
    <w:rsid w:val="00F86D9C"/>
    <w:rsid w:val="00F8758C"/>
    <w:rsid w:val="00F87BCD"/>
    <w:rsid w:val="00F902E9"/>
    <w:rsid w:val="00F922C4"/>
    <w:rsid w:val="00F93AAB"/>
    <w:rsid w:val="00F95042"/>
    <w:rsid w:val="00F951E0"/>
    <w:rsid w:val="00FA1BEF"/>
    <w:rsid w:val="00FA3FB8"/>
    <w:rsid w:val="00FA4DA0"/>
    <w:rsid w:val="00FA4FA1"/>
    <w:rsid w:val="00FB1869"/>
    <w:rsid w:val="00FB385E"/>
    <w:rsid w:val="00FB4602"/>
    <w:rsid w:val="00FB5876"/>
    <w:rsid w:val="00FB6D67"/>
    <w:rsid w:val="00FC05DE"/>
    <w:rsid w:val="00FC10FF"/>
    <w:rsid w:val="00FC2F00"/>
    <w:rsid w:val="00FC2F0C"/>
    <w:rsid w:val="00FC3927"/>
    <w:rsid w:val="00FC3B23"/>
    <w:rsid w:val="00FC3F5F"/>
    <w:rsid w:val="00FC64D2"/>
    <w:rsid w:val="00FC6A2C"/>
    <w:rsid w:val="00FD54FD"/>
    <w:rsid w:val="00FD6182"/>
    <w:rsid w:val="00FD6E6F"/>
    <w:rsid w:val="00FE0568"/>
    <w:rsid w:val="00FE072C"/>
    <w:rsid w:val="00FE161F"/>
    <w:rsid w:val="00FE577E"/>
    <w:rsid w:val="00FE6C48"/>
    <w:rsid w:val="00FF33BC"/>
    <w:rsid w:val="00FF3970"/>
    <w:rsid w:val="00FF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1072"/>
  <w15:docId w15:val="{2D2301C4-464B-4F0B-96F7-E7B69AFC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v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1BBC"/>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83736B"/>
    <w:rPr>
      <w:sz w:val="16"/>
      <w:szCs w:val="16"/>
    </w:rPr>
  </w:style>
  <w:style w:type="paragraph" w:styleId="CommentText">
    <w:name w:val="annotation text"/>
    <w:basedOn w:val="Normal"/>
    <w:link w:val="CommentTextChar"/>
    <w:uiPriority w:val="99"/>
    <w:unhideWhenUsed/>
    <w:rsid w:val="0083736B"/>
    <w:pPr>
      <w:spacing w:line="240" w:lineRule="auto"/>
    </w:pPr>
    <w:rPr>
      <w:sz w:val="20"/>
      <w:szCs w:val="20"/>
    </w:rPr>
  </w:style>
  <w:style w:type="character" w:customStyle="1" w:styleId="CommentTextChar">
    <w:name w:val="Comment Text Char"/>
    <w:basedOn w:val="DefaultParagraphFont"/>
    <w:link w:val="CommentText"/>
    <w:uiPriority w:val="99"/>
    <w:rsid w:val="0083736B"/>
    <w:rPr>
      <w:sz w:val="20"/>
      <w:szCs w:val="20"/>
    </w:rPr>
  </w:style>
  <w:style w:type="paragraph" w:styleId="CommentSubject">
    <w:name w:val="annotation subject"/>
    <w:basedOn w:val="CommentText"/>
    <w:next w:val="CommentText"/>
    <w:link w:val="CommentSubjectChar"/>
    <w:uiPriority w:val="99"/>
    <w:semiHidden/>
    <w:unhideWhenUsed/>
    <w:rsid w:val="0083736B"/>
    <w:rPr>
      <w:b/>
      <w:bCs/>
    </w:rPr>
  </w:style>
  <w:style w:type="character" w:customStyle="1" w:styleId="CommentSubjectChar">
    <w:name w:val="Comment Subject Char"/>
    <w:basedOn w:val="CommentTextChar"/>
    <w:link w:val="CommentSubject"/>
    <w:uiPriority w:val="99"/>
    <w:semiHidden/>
    <w:rsid w:val="0083736B"/>
    <w:rPr>
      <w:b/>
      <w:bCs/>
      <w:sz w:val="20"/>
      <w:szCs w:val="20"/>
    </w:rPr>
  </w:style>
  <w:style w:type="paragraph" w:styleId="Revision">
    <w:name w:val="Revision"/>
    <w:hidden/>
    <w:uiPriority w:val="99"/>
    <w:semiHidden/>
    <w:rsid w:val="00684324"/>
    <w:pPr>
      <w:spacing w:after="0" w:line="240" w:lineRule="auto"/>
    </w:pPr>
  </w:style>
  <w:style w:type="character" w:styleId="Hyperlink">
    <w:name w:val="Hyperlink"/>
    <w:basedOn w:val="DefaultParagraphFont"/>
    <w:uiPriority w:val="99"/>
    <w:unhideWhenUsed/>
    <w:rsid w:val="00D27EDD"/>
    <w:rPr>
      <w:color w:val="0000FF" w:themeColor="hyperlink"/>
      <w:u w:val="single"/>
    </w:rPr>
  </w:style>
  <w:style w:type="paragraph" w:styleId="NormalWeb">
    <w:name w:val="Normal (Web)"/>
    <w:basedOn w:val="Normal"/>
    <w:unhideWhenUsed/>
    <w:rsid w:val="002834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2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B9"/>
    <w:rPr>
      <w:rFonts w:ascii="Segoe UI" w:hAnsi="Segoe UI" w:cs="Segoe UI"/>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paragraph" w:styleId="FootnoteText">
    <w:name w:val="footnote text"/>
    <w:basedOn w:val="Normal"/>
    <w:link w:val="FootnoteTextChar"/>
    <w:uiPriority w:val="99"/>
    <w:semiHidden/>
    <w:unhideWhenUsed/>
    <w:rsid w:val="006640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40CD"/>
    <w:rPr>
      <w:sz w:val="20"/>
      <w:szCs w:val="20"/>
    </w:rPr>
  </w:style>
  <w:style w:type="character" w:styleId="FootnoteReference">
    <w:name w:val="footnote reference"/>
    <w:basedOn w:val="DefaultParagraphFont"/>
    <w:uiPriority w:val="99"/>
    <w:semiHidden/>
    <w:unhideWhenUsed/>
    <w:rsid w:val="006640CD"/>
    <w:rPr>
      <w:vertAlign w:val="superscript"/>
    </w:rPr>
  </w:style>
  <w:style w:type="paragraph" w:customStyle="1" w:styleId="Char">
    <w:name w:val="Char"/>
    <w:basedOn w:val="Normal"/>
    <w:autoRedefine/>
    <w:rsid w:val="00462F41"/>
    <w:pPr>
      <w:spacing w:after="160" w:line="240" w:lineRule="exact"/>
    </w:pPr>
    <w:rPr>
      <w:rFonts w:ascii="Verdana" w:eastAsia="Times New Roman" w:hAnsi="Verdana" w:cs="Verdana"/>
      <w:sz w:val="20"/>
      <w:szCs w:val="20"/>
      <w:lang w:val="en-US"/>
    </w:rPr>
  </w:style>
  <w:style w:type="character" w:customStyle="1" w:styleId="UnresolvedMention1">
    <w:name w:val="Unresolved Mention1"/>
    <w:basedOn w:val="DefaultParagraphFont"/>
    <w:uiPriority w:val="99"/>
    <w:semiHidden/>
    <w:unhideWhenUsed/>
    <w:rsid w:val="003B395B"/>
    <w:rPr>
      <w:color w:val="605E5C"/>
      <w:shd w:val="clear" w:color="auto" w:fill="E1DFDD"/>
    </w:rPr>
  </w:style>
  <w:style w:type="character" w:styleId="FollowedHyperlink">
    <w:name w:val="FollowedHyperlink"/>
    <w:basedOn w:val="DefaultParagraphFont"/>
    <w:uiPriority w:val="99"/>
    <w:semiHidden/>
    <w:unhideWhenUsed/>
    <w:rsid w:val="003B39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5826">
      <w:bodyDiv w:val="1"/>
      <w:marLeft w:val="0"/>
      <w:marRight w:val="0"/>
      <w:marTop w:val="0"/>
      <w:marBottom w:val="0"/>
      <w:divBdr>
        <w:top w:val="none" w:sz="0" w:space="0" w:color="auto"/>
        <w:left w:val="none" w:sz="0" w:space="0" w:color="auto"/>
        <w:bottom w:val="none" w:sz="0" w:space="0" w:color="auto"/>
        <w:right w:val="none" w:sz="0" w:space="0" w:color="auto"/>
      </w:divBdr>
    </w:div>
    <w:div w:id="1042636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pCfit5Q6LXSwJSqTcDwqxw3Ag==">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8C55DA-3364-4279-AFBE-C5ECE5F6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28</Pages>
  <Words>4429</Words>
  <Characters>25247</Characters>
  <Application>Microsoft Office Word</Application>
  <DocSecurity>0</DocSecurity>
  <Lines>210</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Minh Le</cp:lastModifiedBy>
  <cp:revision>797</cp:revision>
  <cp:lastPrinted>2026-02-25T11:31:00Z</cp:lastPrinted>
  <dcterms:created xsi:type="dcterms:W3CDTF">2026-03-13T01:08:00Z</dcterms:created>
  <dcterms:modified xsi:type="dcterms:W3CDTF">2026-03-14T07:27:00Z</dcterms:modified>
</cp:coreProperties>
</file>