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10542" w:type="dxa"/>
        <w:tblInd w:w="-567" w:type="dxa"/>
        <w:tblBorders>
          <w:top w:val="nil"/>
          <w:left w:val="nil"/>
          <w:bottom w:val="nil"/>
          <w:right w:val="nil"/>
          <w:insideH w:val="nil"/>
          <w:insideV w:val="nil"/>
        </w:tblBorders>
        <w:tblLayout w:type="fixed"/>
        <w:tblLook w:val="0600" w:firstRow="0" w:lastRow="0" w:firstColumn="0" w:lastColumn="0" w:noHBand="1" w:noVBand="1"/>
      </w:tblPr>
      <w:tblGrid>
        <w:gridCol w:w="4536"/>
        <w:gridCol w:w="6006"/>
      </w:tblGrid>
      <w:tr w:rsidR="00463A4F" w:rsidRPr="002B6497" w14:paraId="4629A3B7" w14:textId="77777777">
        <w:trPr>
          <w:trHeight w:val="845"/>
        </w:trPr>
        <w:tc>
          <w:tcPr>
            <w:tcW w:w="4536" w:type="dxa"/>
            <w:tcBorders>
              <w:top w:val="nil"/>
              <w:left w:val="nil"/>
              <w:bottom w:val="nil"/>
              <w:right w:val="nil"/>
            </w:tcBorders>
            <w:tcMar>
              <w:top w:w="0" w:type="dxa"/>
              <w:left w:w="100" w:type="dxa"/>
              <w:bottom w:w="0" w:type="dxa"/>
              <w:right w:w="100" w:type="dxa"/>
            </w:tcMar>
          </w:tcPr>
          <w:p w14:paraId="4629A3B3" w14:textId="77777777" w:rsidR="00463A4F" w:rsidRPr="002B6497" w:rsidRDefault="00000000">
            <w:pPr>
              <w:spacing w:after="0" w:line="380" w:lineRule="auto"/>
              <w:ind w:left="-340"/>
              <w:jc w:val="center"/>
              <w:rPr>
                <w:b/>
                <w:sz w:val="26"/>
                <w:szCs w:val="26"/>
              </w:rPr>
            </w:pPr>
            <w:r w:rsidRPr="002B6497">
              <w:rPr>
                <w:b/>
                <w:sz w:val="26"/>
                <w:szCs w:val="26"/>
              </w:rPr>
              <w:t>BỘ KHOA HỌC VÀ CÔNG NGHỆ</w:t>
            </w:r>
          </w:p>
          <w:p w14:paraId="4629A3B4" w14:textId="77777777" w:rsidR="00463A4F" w:rsidRPr="002B6497" w:rsidRDefault="00000000">
            <w:pPr>
              <w:spacing w:after="0" w:line="380" w:lineRule="auto"/>
              <w:ind w:left="-340"/>
              <w:jc w:val="center"/>
              <w:rPr>
                <w:b/>
                <w:sz w:val="26"/>
                <w:szCs w:val="26"/>
              </w:rPr>
            </w:pPr>
            <w:r w:rsidRPr="002B6497">
              <w:rPr>
                <w:b/>
                <w:sz w:val="26"/>
                <w:szCs w:val="26"/>
              </w:rPr>
              <w:t xml:space="preserve"> </w:t>
            </w:r>
          </w:p>
        </w:tc>
        <w:tc>
          <w:tcPr>
            <w:tcW w:w="6006" w:type="dxa"/>
            <w:tcBorders>
              <w:top w:val="nil"/>
              <w:left w:val="nil"/>
              <w:bottom w:val="nil"/>
              <w:right w:val="nil"/>
            </w:tcBorders>
            <w:tcMar>
              <w:top w:w="0" w:type="dxa"/>
              <w:left w:w="100" w:type="dxa"/>
              <w:bottom w:w="0" w:type="dxa"/>
              <w:right w:w="100" w:type="dxa"/>
            </w:tcMar>
          </w:tcPr>
          <w:p w14:paraId="4629A3B5" w14:textId="77777777" w:rsidR="00463A4F" w:rsidRPr="002B6497" w:rsidRDefault="00000000">
            <w:pPr>
              <w:spacing w:after="0" w:line="240" w:lineRule="auto"/>
              <w:ind w:left="-340"/>
              <w:jc w:val="center"/>
              <w:rPr>
                <w:b/>
                <w:sz w:val="26"/>
                <w:szCs w:val="26"/>
              </w:rPr>
            </w:pPr>
            <w:r w:rsidRPr="002B6497">
              <w:rPr>
                <w:b/>
                <w:sz w:val="26"/>
                <w:szCs w:val="26"/>
              </w:rPr>
              <w:t>CỘNG HÒA XÃ HỘI CHỦ NGHĨA VIỆT NAM</w:t>
            </w:r>
          </w:p>
          <w:p w14:paraId="4629A3B6" w14:textId="77777777" w:rsidR="00463A4F" w:rsidRPr="002B6497" w:rsidRDefault="00000000">
            <w:pPr>
              <w:spacing w:after="0" w:line="240" w:lineRule="auto"/>
              <w:ind w:left="-340"/>
              <w:jc w:val="center"/>
              <w:rPr>
                <w:b/>
                <w:sz w:val="28"/>
                <w:szCs w:val="28"/>
              </w:rPr>
            </w:pPr>
            <w:r w:rsidRPr="002B6497">
              <w:rPr>
                <w:b/>
                <w:sz w:val="28"/>
                <w:szCs w:val="28"/>
              </w:rPr>
              <w:t>Độc lập - Tự do - Hạnh phúc</w:t>
            </w:r>
            <w:r w:rsidRPr="002B6497">
              <w:rPr>
                <w:i/>
                <w:sz w:val="28"/>
                <w:szCs w:val="28"/>
              </w:rPr>
              <w:t xml:space="preserve">     </w:t>
            </w:r>
          </w:p>
        </w:tc>
      </w:tr>
      <w:tr w:rsidR="00463A4F" w:rsidRPr="0012167C" w14:paraId="4629A3BA" w14:textId="77777777">
        <w:trPr>
          <w:trHeight w:val="573"/>
        </w:trPr>
        <w:tc>
          <w:tcPr>
            <w:tcW w:w="4536" w:type="dxa"/>
            <w:tcBorders>
              <w:top w:val="nil"/>
              <w:left w:val="nil"/>
              <w:bottom w:val="nil"/>
              <w:right w:val="nil"/>
            </w:tcBorders>
            <w:tcMar>
              <w:top w:w="0" w:type="dxa"/>
              <w:left w:w="100" w:type="dxa"/>
              <w:bottom w:w="0" w:type="dxa"/>
              <w:right w:w="100" w:type="dxa"/>
            </w:tcMar>
          </w:tcPr>
          <w:p w14:paraId="4629A3B8" w14:textId="77777777" w:rsidR="00463A4F" w:rsidRPr="0012167C" w:rsidRDefault="00000000">
            <w:pPr>
              <w:spacing w:after="0" w:line="380" w:lineRule="auto"/>
              <w:ind w:left="-340"/>
              <w:jc w:val="center"/>
              <w:rPr>
                <w:b/>
                <w:sz w:val="28"/>
                <w:szCs w:val="28"/>
              </w:rPr>
            </w:pPr>
            <w:r w:rsidRPr="0012167C">
              <w:rPr>
                <w:sz w:val="28"/>
                <w:szCs w:val="28"/>
              </w:rPr>
              <w:t xml:space="preserve">Số:  </w:t>
            </w:r>
            <w:r w:rsidRPr="0012167C">
              <w:rPr>
                <w:sz w:val="28"/>
                <w:szCs w:val="28"/>
              </w:rPr>
              <w:tab/>
              <w:t>/2025/TT-BKHCN</w:t>
            </w:r>
          </w:p>
        </w:tc>
        <w:tc>
          <w:tcPr>
            <w:tcW w:w="6006" w:type="dxa"/>
            <w:tcBorders>
              <w:top w:val="nil"/>
              <w:left w:val="nil"/>
              <w:bottom w:val="nil"/>
              <w:right w:val="nil"/>
            </w:tcBorders>
            <w:tcMar>
              <w:top w:w="0" w:type="dxa"/>
              <w:left w:w="100" w:type="dxa"/>
              <w:bottom w:w="0" w:type="dxa"/>
              <w:right w:w="100" w:type="dxa"/>
            </w:tcMar>
          </w:tcPr>
          <w:p w14:paraId="4629A3B9" w14:textId="77777777" w:rsidR="00463A4F" w:rsidRPr="0012167C" w:rsidRDefault="00000000">
            <w:pPr>
              <w:spacing w:after="0" w:line="380" w:lineRule="auto"/>
              <w:ind w:left="-340"/>
              <w:jc w:val="center"/>
              <w:rPr>
                <w:b/>
                <w:sz w:val="28"/>
                <w:szCs w:val="28"/>
              </w:rPr>
            </w:pPr>
            <w:r w:rsidRPr="0012167C">
              <w:rPr>
                <w:i/>
                <w:sz w:val="28"/>
                <w:szCs w:val="28"/>
              </w:rPr>
              <w:t xml:space="preserve">Hà Nội, ngày </w:t>
            </w:r>
            <w:r w:rsidRPr="0012167C">
              <w:rPr>
                <w:i/>
                <w:sz w:val="28"/>
                <w:szCs w:val="28"/>
              </w:rPr>
              <w:tab/>
              <w:t>tháng   năm 2025</w:t>
            </w:r>
          </w:p>
        </w:tc>
      </w:tr>
    </w:tbl>
    <w:p w14:paraId="37A89905" w14:textId="77777777" w:rsidR="0028776E" w:rsidRDefault="0028776E" w:rsidP="0012167C">
      <w:pPr>
        <w:spacing w:after="120" w:line="240" w:lineRule="auto"/>
        <w:jc w:val="center"/>
        <w:rPr>
          <w:b/>
          <w:sz w:val="26"/>
          <w:szCs w:val="26"/>
        </w:rPr>
      </w:pPr>
    </w:p>
    <w:p w14:paraId="4629A3BB" w14:textId="1AC5F72F" w:rsidR="00463A4F" w:rsidRDefault="00000000" w:rsidP="0028776E">
      <w:pPr>
        <w:spacing w:after="120" w:line="240" w:lineRule="auto"/>
        <w:jc w:val="center"/>
        <w:rPr>
          <w:b/>
          <w:sz w:val="26"/>
          <w:szCs w:val="26"/>
        </w:rPr>
      </w:pPr>
      <w:r>
        <w:rPr>
          <w:b/>
          <w:sz w:val="26"/>
          <w:szCs w:val="26"/>
        </w:rPr>
        <w:t>THÔNG TƯ</w:t>
      </w:r>
    </w:p>
    <w:p w14:paraId="440D9F37" w14:textId="77777777" w:rsidR="0028776E" w:rsidRDefault="00000000" w:rsidP="0028776E">
      <w:pPr>
        <w:spacing w:after="0" w:line="240" w:lineRule="auto"/>
        <w:jc w:val="center"/>
        <w:rPr>
          <w:rFonts w:asciiTheme="majorHAnsi" w:hAnsiTheme="majorHAnsi" w:cstheme="majorHAnsi"/>
          <w:b/>
          <w:color w:val="000000" w:themeColor="text1"/>
          <w:spacing w:val="-4"/>
          <w:sz w:val="28"/>
          <w:szCs w:val="28"/>
        </w:rPr>
      </w:pPr>
      <w:r w:rsidRPr="0012167C">
        <w:rPr>
          <w:rFonts w:asciiTheme="majorHAnsi" w:hAnsiTheme="majorHAnsi" w:cstheme="majorHAnsi"/>
          <w:b/>
          <w:color w:val="000000" w:themeColor="text1"/>
          <w:spacing w:val="-4"/>
          <w:sz w:val="28"/>
          <w:szCs w:val="28"/>
        </w:rPr>
        <w:t>Quy định về trình tự</w:t>
      </w:r>
      <w:r w:rsidRPr="0012167C">
        <w:rPr>
          <w:rFonts w:asciiTheme="majorHAnsi" w:hAnsiTheme="majorHAnsi" w:cstheme="majorHAnsi"/>
          <w:b/>
          <w:strike/>
          <w:color w:val="000000" w:themeColor="text1"/>
          <w:spacing w:val="-4"/>
          <w:sz w:val="28"/>
          <w:szCs w:val="28"/>
        </w:rPr>
        <w:t>,</w:t>
      </w:r>
      <w:r w:rsidRPr="0012167C">
        <w:rPr>
          <w:rFonts w:asciiTheme="majorHAnsi" w:hAnsiTheme="majorHAnsi" w:cstheme="majorHAnsi"/>
          <w:b/>
          <w:color w:val="000000" w:themeColor="text1"/>
          <w:spacing w:val="-4"/>
          <w:sz w:val="28"/>
          <w:szCs w:val="28"/>
        </w:rPr>
        <w:t xml:space="preserve"> thủ tục xét duyệt, ký hợp đồng giao nhiệm vụ </w:t>
      </w:r>
    </w:p>
    <w:p w14:paraId="4629A3BC" w14:textId="463395FB" w:rsidR="00463A4F" w:rsidRPr="0012167C" w:rsidRDefault="00000000" w:rsidP="0028776E">
      <w:pPr>
        <w:spacing w:after="0" w:line="240" w:lineRule="auto"/>
        <w:jc w:val="center"/>
        <w:rPr>
          <w:rFonts w:asciiTheme="majorHAnsi" w:hAnsiTheme="majorHAnsi" w:cstheme="majorHAnsi"/>
          <w:b/>
          <w:color w:val="000000" w:themeColor="text1"/>
          <w:spacing w:val="-4"/>
          <w:sz w:val="28"/>
          <w:szCs w:val="28"/>
        </w:rPr>
      </w:pPr>
      <w:r w:rsidRPr="0012167C">
        <w:rPr>
          <w:rFonts w:asciiTheme="majorHAnsi" w:hAnsiTheme="majorHAnsi" w:cstheme="majorHAnsi"/>
          <w:b/>
          <w:color w:val="000000" w:themeColor="text1"/>
          <w:spacing w:val="-4"/>
          <w:sz w:val="28"/>
          <w:szCs w:val="28"/>
        </w:rPr>
        <w:t>khoa học, công nghệ và đổi mới sáng tạo trong khuôn khổ hợp tác quốc tế</w:t>
      </w:r>
    </w:p>
    <w:p w14:paraId="329F0D17" w14:textId="77777777" w:rsidR="0028776E" w:rsidRDefault="0028776E" w:rsidP="0012167C">
      <w:pPr>
        <w:spacing w:before="120" w:after="0" w:line="360" w:lineRule="exact"/>
        <w:ind w:firstLine="720"/>
        <w:rPr>
          <w:rFonts w:asciiTheme="majorHAnsi" w:hAnsiTheme="majorHAnsi" w:cstheme="majorHAnsi"/>
          <w:i/>
          <w:color w:val="000000" w:themeColor="text1"/>
          <w:sz w:val="28"/>
          <w:szCs w:val="28"/>
        </w:rPr>
      </w:pPr>
    </w:p>
    <w:p w14:paraId="4629A3BD" w14:textId="59A1E36F" w:rsidR="00463A4F" w:rsidRPr="0012167C" w:rsidRDefault="00000000" w:rsidP="0012167C">
      <w:pPr>
        <w:spacing w:before="120" w:after="0" w:line="360" w:lineRule="exact"/>
        <w:ind w:firstLine="720"/>
        <w:rPr>
          <w:rFonts w:asciiTheme="majorHAnsi" w:hAnsiTheme="majorHAnsi" w:cstheme="majorHAnsi"/>
          <w:color w:val="000000" w:themeColor="text1"/>
          <w:sz w:val="28"/>
          <w:szCs w:val="28"/>
        </w:rPr>
      </w:pPr>
      <w:r w:rsidRPr="0012167C">
        <w:rPr>
          <w:rFonts w:asciiTheme="majorHAnsi" w:hAnsiTheme="majorHAnsi" w:cstheme="majorHAnsi"/>
          <w:i/>
          <w:color w:val="000000" w:themeColor="text1"/>
          <w:sz w:val="28"/>
          <w:szCs w:val="28"/>
        </w:rPr>
        <w:t>Căn cứ Luật Khoa học, Công nghệ và Đổi mới sáng tạo năm 2025;</w:t>
      </w:r>
    </w:p>
    <w:p w14:paraId="4629A3BE" w14:textId="77777777" w:rsidR="00463A4F" w:rsidRPr="0012167C" w:rsidRDefault="00000000" w:rsidP="0012167C">
      <w:pPr>
        <w:spacing w:before="120" w:after="0" w:line="360" w:lineRule="exact"/>
        <w:ind w:firstLine="720"/>
        <w:jc w:val="both"/>
        <w:rPr>
          <w:rFonts w:asciiTheme="majorHAnsi" w:hAnsiTheme="majorHAnsi" w:cstheme="majorHAnsi"/>
          <w:i/>
          <w:color w:val="000000" w:themeColor="text1"/>
          <w:sz w:val="28"/>
          <w:szCs w:val="28"/>
        </w:rPr>
      </w:pPr>
      <w:r w:rsidRPr="0012167C">
        <w:rPr>
          <w:rFonts w:asciiTheme="majorHAnsi" w:hAnsiTheme="majorHAnsi" w:cstheme="majorHAnsi"/>
          <w:i/>
          <w:color w:val="000000" w:themeColor="text1"/>
          <w:sz w:val="28"/>
          <w:szCs w:val="28"/>
        </w:rPr>
        <w:t xml:space="preserve">Căn cứ Nghị định số 55/2025/NĐ-CP ngày 02 tháng 3 năm 2025 của Chính phủ quy định chức năng, nhiệm vụ, quyền hạn và cơ cấu tổ chức của Bộ Khoa học và Công nghệ; </w:t>
      </w:r>
    </w:p>
    <w:p w14:paraId="4629A3BF" w14:textId="77777777" w:rsidR="00463A4F" w:rsidRPr="0012167C" w:rsidRDefault="00000000" w:rsidP="0012167C">
      <w:pPr>
        <w:spacing w:before="120" w:after="0" w:line="360" w:lineRule="exact"/>
        <w:ind w:firstLine="720"/>
        <w:jc w:val="both"/>
        <w:rPr>
          <w:rFonts w:asciiTheme="majorHAnsi" w:hAnsiTheme="majorHAnsi" w:cstheme="majorHAnsi"/>
          <w:i/>
          <w:color w:val="000000" w:themeColor="text1"/>
          <w:sz w:val="28"/>
          <w:szCs w:val="28"/>
        </w:rPr>
      </w:pPr>
      <w:r w:rsidRPr="0012167C">
        <w:rPr>
          <w:rFonts w:asciiTheme="majorHAnsi" w:hAnsiTheme="majorHAnsi" w:cstheme="majorHAnsi"/>
          <w:i/>
          <w:color w:val="000000" w:themeColor="text1"/>
          <w:sz w:val="28"/>
          <w:szCs w:val="28"/>
        </w:rPr>
        <w:t>Căn cứ Nghị định số 267/2025/NĐ-CP ngày 14 tháng 10 năm 2025 của Chính phủ quy định chi tiết và hướng dẫn một số điều của Luật khoa học, công nghệ và đổi mới sáng tạo về Chương trình, nhiệm vụ khoa học, công nghệ và đổi mới sáng tạo và một số quy định về thúc đẩy hoạt động nghiên cứu khoa học, phát triển công nghệ và đổi mới sáng tạo;</w:t>
      </w:r>
    </w:p>
    <w:p w14:paraId="4629A3C0" w14:textId="77777777" w:rsidR="00463A4F" w:rsidRPr="0012167C" w:rsidRDefault="00000000" w:rsidP="0012167C">
      <w:pPr>
        <w:spacing w:before="120" w:after="0" w:line="360" w:lineRule="exact"/>
        <w:ind w:firstLine="720"/>
        <w:jc w:val="both"/>
        <w:rPr>
          <w:rFonts w:asciiTheme="majorHAnsi" w:hAnsiTheme="majorHAnsi" w:cstheme="majorHAnsi"/>
          <w:i/>
          <w:color w:val="000000" w:themeColor="text1"/>
          <w:sz w:val="28"/>
          <w:szCs w:val="28"/>
        </w:rPr>
      </w:pPr>
      <w:r w:rsidRPr="0012167C">
        <w:rPr>
          <w:rFonts w:asciiTheme="majorHAnsi" w:hAnsiTheme="majorHAnsi" w:cstheme="majorHAnsi"/>
          <w:i/>
          <w:color w:val="000000" w:themeColor="text1"/>
          <w:sz w:val="28"/>
          <w:szCs w:val="28"/>
        </w:rPr>
        <w:t>Theo đề nghị của Giám đốc Cơ quan điều hành Quỹ Phát triển khoa học và công nghệ Quốc gia, Vụ trưởng Vụ Hợp tác quốc tế và Vụ Pháp chế;</w:t>
      </w:r>
    </w:p>
    <w:p w14:paraId="4629A3C1" w14:textId="77777777" w:rsidR="00463A4F" w:rsidRDefault="00000000" w:rsidP="0012167C">
      <w:pPr>
        <w:spacing w:before="120" w:after="0" w:line="360" w:lineRule="exact"/>
        <w:ind w:firstLine="720"/>
        <w:jc w:val="both"/>
        <w:rPr>
          <w:rFonts w:asciiTheme="majorHAnsi" w:hAnsiTheme="majorHAnsi" w:cstheme="majorHAnsi"/>
          <w:i/>
          <w:color w:val="000000" w:themeColor="text1"/>
          <w:sz w:val="28"/>
          <w:szCs w:val="28"/>
        </w:rPr>
      </w:pPr>
      <w:r w:rsidRPr="0012167C">
        <w:rPr>
          <w:rFonts w:asciiTheme="majorHAnsi" w:hAnsiTheme="majorHAnsi" w:cstheme="majorHAnsi"/>
          <w:i/>
          <w:color w:val="000000" w:themeColor="text1"/>
          <w:sz w:val="28"/>
          <w:szCs w:val="28"/>
        </w:rPr>
        <w:t>Bộ trưởng Bộ Khoa học và Công nghệ ban hành Thông tư trình tự, thủ tục xét duyệt, ký hợp đồng giao nhiệm vụ khoa học, công nghệ và đổi mới sáng tạo trong khuôn khổ hợp tác quốc tế.</w:t>
      </w:r>
    </w:p>
    <w:p w14:paraId="5FFF233D" w14:textId="77777777" w:rsidR="0028776E" w:rsidRPr="0012167C" w:rsidRDefault="0028776E" w:rsidP="0012167C">
      <w:pPr>
        <w:spacing w:before="120" w:after="0" w:line="360" w:lineRule="exact"/>
        <w:ind w:firstLine="720"/>
        <w:jc w:val="both"/>
        <w:rPr>
          <w:rFonts w:asciiTheme="majorHAnsi" w:hAnsiTheme="majorHAnsi" w:cstheme="majorHAnsi"/>
          <w:i/>
          <w:color w:val="000000" w:themeColor="text1"/>
          <w:sz w:val="28"/>
          <w:szCs w:val="28"/>
        </w:rPr>
      </w:pPr>
    </w:p>
    <w:p w14:paraId="0700E2EA" w14:textId="77777777" w:rsidR="0028776E" w:rsidRDefault="00000000" w:rsidP="0012167C">
      <w:pPr>
        <w:pStyle w:val="Heading1"/>
        <w:spacing w:before="120" w:line="360" w:lineRule="exact"/>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CHƯƠNG I</w:t>
      </w:r>
    </w:p>
    <w:p w14:paraId="4629A3C2" w14:textId="6893BE85" w:rsidR="00463A4F" w:rsidRDefault="00000000" w:rsidP="0012167C">
      <w:pPr>
        <w:pStyle w:val="Heading1"/>
        <w:spacing w:before="120" w:line="360" w:lineRule="exact"/>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 xml:space="preserve"> QUY ĐỊNH CHUNG</w:t>
      </w:r>
    </w:p>
    <w:p w14:paraId="57B285FE" w14:textId="77777777" w:rsidR="0028776E" w:rsidRPr="0028776E" w:rsidRDefault="0028776E" w:rsidP="0028776E"/>
    <w:p w14:paraId="4629A3C3"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1. Phạm vi điều chỉnh</w:t>
      </w:r>
    </w:p>
    <w:p w14:paraId="4629A3C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Thông tư này quy định chi tiết việc xây dựng, phê duyệt, quản lý, tổ chức thực hiện nhiệm vụ/chương trình khoa học, công nghệ và đổi mới sáng tạo giải quyết các vấn đề về khoa học và công nghệ (sau đây gọi tắt là nhiệm vụ) trong khuôn khổ hợp tác quốc tế, bao gồm: thông báo kế hoạch, trình tự, thủ tục xét duyệt, đặt hàng nhiệm vụ; biểu mẫu hồ sơ, hợp đồng thực hiện nhiệm vụ, chương trình khoa học và công nghệ; nội dung, biểu mẫu và trình tự đánh giá, điều chỉnh, thanh lý nhiệm vụ; trình tự, thủ tục xây dựng, thẩm định, ban hành và tổ chức triển khai chương trình; chế độ thông tin, báo cáo, công khai kết quả và quản lý dữ liệu nhiệm vụ, chương trình trên nền tảng số quốc gia.</w:t>
      </w:r>
    </w:p>
    <w:p w14:paraId="4629A3C5"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lastRenderedPageBreak/>
        <w:t>Điều 2. Đối tượng áp dụng</w:t>
      </w:r>
    </w:p>
    <w:p w14:paraId="4629A3C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Thông tư này áp dụng đối với cơ quan, tổ chức, doanh nghiệp và cá nhân hoạt động trong lĩnh vực khoa học, công nghệ và đổi mới sáng tạo tại Việt Nam hoặc ngoài lãnh thổ Việt Nam nhưng có quyền và nghĩa vụ theo quy định của pháp luật Việt Nam, các điều ước quốc tế mà Việt Nam là thành viên và các thỏa thuận quốc tế do cơ quan, tổ chức Việt Nam ký kết theo thẩm quyền.</w:t>
      </w:r>
    </w:p>
    <w:p w14:paraId="4629A3C7"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3. Giải thích từ ngữ</w:t>
      </w:r>
    </w:p>
    <w:p w14:paraId="4629A3C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Trong Thông tư này, các thuật ngữ dưới đây được hiểu như sau:</w:t>
      </w:r>
    </w:p>
    <w:p w14:paraId="4629A3C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Đối tác đồng tài trợ là tổ chức ở nước ngoài cam kết đóng góp tài chính và/hoặc chuyên gia để cùng triển khai nhiệm vụ.</w:t>
      </w:r>
    </w:p>
    <w:p w14:paraId="4629A3C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Văn bản thỏa thuận hợp tác quốc tế là thỏa thuận bằng văn bản về hợp tác quốc tế giữa bên ký kết Việt Nam trong phạm vi chức năng, nhiệm vụ, quyền hạn của mình với bên ký kết nước ngoài, không làm phát sinh, thay đổi hoặc chấm dứt quyền, nghĩa vụ của nước Cộng hòa xã hội chủ nghĩa Việt Nam theo pháp luật quốc tế, quy định chi tiết tại Điều 2, Luật Thỏa thuận quốc tế 2020.</w:t>
      </w:r>
    </w:p>
    <w:p w14:paraId="4629A3C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Nhiệm vụ hợp tác quốc tế là nhiệm vụ khoa học, công nghệ và đổi mới sáng tạo trong khuôn khổ hợp tác quốc tế được thực hiện trên cơ sở văn bản hợp tác quốc tế giữa Việt Nam và đối tác nước ngoài.</w:t>
      </w:r>
    </w:p>
    <w:p w14:paraId="4629A3C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Loại hình nhiệm vụ hợp tác quốc tế đăng ký tài trợ là loại hình nhiệm vụ khoa học, công nghệ và đổi mới sáng tạo được phân loại theo quy định tại điều 4, Nghị định số 267/2025/NĐ-CP.</w:t>
      </w:r>
    </w:p>
    <w:p w14:paraId="4629A3C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5. Đối tác nước ngoài bao gồm Nhà nước, Quốc hội, Chính phủ, chính quyền địa phương, cơ quan, tổ chức được thành lập theo pháp luật nước ngoài, tổ chức quốc tế, cá nhân nước ngoài đề cập văn bản thỏa thuận hợp tác quốc tế dưới vai trò đối tác.</w:t>
      </w:r>
    </w:p>
    <w:p w14:paraId="4629A3C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6. Nguồn lực đối ứng là giá trị phần đóng góp của các bên cho việc thực hiện nhiệm vụ hợp tác quốc tế, dưới hình thức tài chính, nhân lực, cơ sở vật chất hoặc các nguồn lực khác </w:t>
      </w:r>
    </w:p>
    <w:p w14:paraId="4629A3C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7. Tổ chức chủ trì là tổ chức được Cơ quan quản lý nhiệm vụ phê duyệt thực hiện nhiệm vụ hợp tác quốc tế.</w:t>
      </w:r>
    </w:p>
    <w:p w14:paraId="4629A3D0"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0" w:name="_heading=h.j8mljft4jgz" w:colFirst="0" w:colLast="0"/>
      <w:bookmarkEnd w:id="0"/>
      <w:r w:rsidRPr="0012167C">
        <w:rPr>
          <w:rFonts w:asciiTheme="majorHAnsi" w:eastAsia="Times New Roman" w:hAnsiTheme="majorHAnsi" w:cstheme="majorHAnsi"/>
          <w:color w:val="000000" w:themeColor="text1"/>
          <w:sz w:val="28"/>
          <w:szCs w:val="28"/>
        </w:rPr>
        <w:t>Điều 4. Tiêu chí và yêu cầu chung đối với nhiệm vụ khoa học, công nghệ và đổi mới sáng tạo trong khuôn khổ hợp tác quốc tế</w:t>
      </w:r>
    </w:p>
    <w:p w14:paraId="4629A3D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Nhiệm vụ hợp tác quốc tế phải đáp ứng các tiêu chí quy định tại Điều 8, Nghị định số 267/2025/NĐ-CP, cụ thể như sau:</w:t>
      </w:r>
    </w:p>
    <w:p w14:paraId="4629A3D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Phù hợp với định hướng hợp tác quốc tế của Nhà nước trong lĩnh vực khoa học, công nghệ và đổi mới sáng tạo.</w:t>
      </w:r>
    </w:p>
    <w:p w14:paraId="4629A3D3"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b) Bảo đảm quyền và lợi ích hợp pháp của các bên tham gia, giữ gìn an ninh quốc gia, bảo vệ quyền sở hữu trí tuệ, và bảo mật thông tin khoa học, công nghệ và đổi mới sáng tạo.</w:t>
      </w:r>
    </w:p>
    <w:p w14:paraId="4629A3D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Có cam kết hợp tác bằng văn bản của đối tác nước ngoài, trong đó nêu rõ lĩnh vực, nội dung hợp tác, trách nhiệm phối hợp triển khai, đồng tài trợ hoặc hỗ trợ nguồn lực cần thiết.</w:t>
      </w:r>
    </w:p>
    <w:p w14:paraId="4629A3D5"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Có sự đóng góp nguồn lực của đối tác nước ngoài, bao gồm tài chính, nhân lực, cơ sở vật chất hoặc các nguồn lực khác; trường hợp đặc biệt được Bộ trưởng Bộ Khoa học và Công nghệ quyết định trừ trường hợp với đối tác truyền thống đặc biệt.</w:t>
      </w:r>
    </w:p>
    <w:p w14:paraId="4629A3D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e) Mang lại lợi ích thiết thực cho cả hai bên, góp phần giải quyết các vấn đề khoa học, công nghệ và đổi mới sáng tạo ưu tiên, nâng cao năng lực nghiên cứu, làm chủ và phát triển công nghệ mới, công nghệ lõi, đào tạo và phát triển nguồn nhân lực chất lượng cao.</w:t>
      </w:r>
    </w:p>
    <w:p w14:paraId="4629A3D7"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f) Có phương án xử lý quyền sở hữu trí tuệ, phân chia lợi ích rõ ràng, phù hợp với pháp luật Việt Nam và thông lệ quốc tế.</w:t>
      </w:r>
    </w:p>
    <w:p w14:paraId="4629A3D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g) Khả thi về tổ chức thực hiện, bảo đảm năng lực của tổ chức chủ trì và cá nhân chủ nhiệm, cơ sở vật chất, kế hoạch triển khai, phương án phối hợp với đối tác nước ngoài và tiến độ thực hiện.</w:t>
      </w:r>
    </w:p>
    <w:p w14:paraId="4629A3D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Ngoài các tiêu chí trên, nhiệm vụ hợp tác quốc tế phải:</w:t>
      </w:r>
    </w:p>
    <w:p w14:paraId="4629A3D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Phù hợp với chiến lược phát triển khoa học, công nghệ và đổi mới sáng tạo quốc gia, định hướng ưu tiên của từng giai đoạn;</w:t>
      </w:r>
    </w:p>
    <w:p w14:paraId="4629A3D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Gắn kết với các chương trình hợp tác quốc tế hoặc nghị định thư, thỏa thuận quốc tế, điều ước quốc tế mà Việt Nam là thành viên;</w:t>
      </w:r>
    </w:p>
    <w:p w14:paraId="4629A3D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Đảm bảo tính cân đối về nguồn lực giữa các bên tham gia và khả năng ứng dụng, thương mại hóa kết quả nghiên cứu tại Việt Nam.</w:t>
      </w:r>
    </w:p>
    <w:p w14:paraId="4629A3DD"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1" w:name="_heading=h.f9zfr3wcj7xi" w:colFirst="0" w:colLast="0"/>
      <w:bookmarkEnd w:id="1"/>
      <w:r w:rsidRPr="0012167C">
        <w:rPr>
          <w:rFonts w:asciiTheme="majorHAnsi" w:eastAsia="Times New Roman" w:hAnsiTheme="majorHAnsi" w:cstheme="majorHAnsi"/>
          <w:color w:val="000000" w:themeColor="text1"/>
          <w:sz w:val="28"/>
          <w:szCs w:val="28"/>
        </w:rPr>
        <w:t>Điều 5. Mã số nhiệm vụ hợp tác quốc tế và biểu mẫu liên quan</w:t>
      </w:r>
    </w:p>
    <w:p w14:paraId="4629A3DE"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b w:val="0"/>
          <w:color w:val="000000" w:themeColor="text1"/>
          <w:sz w:val="28"/>
          <w:szCs w:val="28"/>
        </w:rPr>
      </w:pPr>
      <w:r w:rsidRPr="0012167C">
        <w:rPr>
          <w:rFonts w:asciiTheme="majorHAnsi" w:eastAsia="Times New Roman" w:hAnsiTheme="majorHAnsi" w:cstheme="majorHAnsi"/>
          <w:b w:val="0"/>
          <w:color w:val="000000" w:themeColor="text1"/>
          <w:sz w:val="28"/>
          <w:szCs w:val="28"/>
        </w:rPr>
        <w:t>Nhiệm vụ khoa học, công nghệ và đổi mới sáng tạo trong khuôn khổ hợp tác quốc tế được gắn mã số thống nhất để quản lý, theo cấu trúc:</w:t>
      </w:r>
      <w:r w:rsidRPr="0012167C">
        <w:rPr>
          <w:rFonts w:asciiTheme="majorHAnsi" w:eastAsia="Times New Roman" w:hAnsiTheme="majorHAnsi" w:cstheme="majorHAnsi"/>
          <w:b w:val="0"/>
          <w:color w:val="000000" w:themeColor="text1"/>
          <w:sz w:val="28"/>
          <w:szCs w:val="28"/>
        </w:rPr>
        <w:br/>
        <w:t>HTQT.xx.</w:t>
      </w:r>
      <w:proofErr w:type="gramStart"/>
      <w:r w:rsidRPr="0012167C">
        <w:rPr>
          <w:rFonts w:asciiTheme="majorHAnsi" w:eastAsia="Times New Roman" w:hAnsiTheme="majorHAnsi" w:cstheme="majorHAnsi"/>
          <w:b w:val="0"/>
          <w:color w:val="000000" w:themeColor="text1"/>
          <w:sz w:val="28"/>
          <w:szCs w:val="28"/>
        </w:rPr>
        <w:t>yy.zz</w:t>
      </w:r>
      <w:proofErr w:type="gramEnd"/>
      <w:r w:rsidRPr="0012167C">
        <w:rPr>
          <w:rFonts w:asciiTheme="majorHAnsi" w:eastAsia="Times New Roman" w:hAnsiTheme="majorHAnsi" w:cstheme="majorHAnsi"/>
          <w:b w:val="0"/>
          <w:color w:val="000000" w:themeColor="text1"/>
          <w:sz w:val="28"/>
          <w:szCs w:val="28"/>
        </w:rPr>
        <w:t>, trong đó:</w:t>
      </w:r>
    </w:p>
    <w:p w14:paraId="4629A3D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HTQT: ký hiệu nhiệm vụ hợp tác quốc tế;</w:t>
      </w:r>
    </w:p>
    <w:p w14:paraId="4629A3E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xx: ký hiệu quốc gia hoặc vùng lãnh thổ của đối tác chính, theo Tiêu chuẩn ISO 3166-1 alpha-2 (ví dụ: JP – Nhật Bản, DE – Đức, FR – Pháp, US – Hoa Kỳ, EU – Liên minh châu Âu); hoặc tên đối tác thuộc chương trình hợp tác phương, đa phương (ví dụ FWO, DFG…)</w:t>
      </w:r>
    </w:p>
    <w:p w14:paraId="4629A3E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 yy: hai chữ số cuối của năm thu hồ sơ hoặc năm ban hành quyết định phê duyệt nhiệm vụ;</w:t>
      </w:r>
    </w:p>
    <w:p w14:paraId="4629A3E2" w14:textId="77777777" w:rsidR="00463A4F" w:rsidRPr="0012167C" w:rsidRDefault="00000000" w:rsidP="0012167C">
      <w:pPr>
        <w:spacing w:before="120" w:after="0" w:line="360" w:lineRule="exact"/>
        <w:ind w:firstLine="720"/>
        <w:jc w:val="both"/>
        <w:rPr>
          <w:rFonts w:asciiTheme="majorHAnsi" w:hAnsiTheme="majorHAnsi" w:cstheme="majorHAnsi"/>
          <w:i/>
          <w:strike/>
          <w:color w:val="000000" w:themeColor="text1"/>
          <w:sz w:val="28"/>
          <w:szCs w:val="28"/>
        </w:rPr>
      </w:pPr>
      <w:r w:rsidRPr="0012167C">
        <w:rPr>
          <w:rFonts w:asciiTheme="majorHAnsi" w:hAnsiTheme="majorHAnsi" w:cstheme="majorHAnsi"/>
          <w:color w:val="000000" w:themeColor="text1"/>
          <w:sz w:val="28"/>
          <w:szCs w:val="28"/>
        </w:rPr>
        <w:t>- zz: số thứ tự nhiệm vụ đã tiếp nhận hồ sơ; hoặc phê duyệt tài trợ.</w:t>
      </w:r>
    </w:p>
    <w:p w14:paraId="4629A3E3"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2" w:name="_heading=h.q38hnb7s5h3h" w:colFirst="0" w:colLast="0"/>
      <w:bookmarkEnd w:id="2"/>
      <w:r w:rsidRPr="0012167C">
        <w:rPr>
          <w:rFonts w:asciiTheme="majorHAnsi" w:eastAsia="Times New Roman" w:hAnsiTheme="majorHAnsi" w:cstheme="majorHAnsi"/>
          <w:color w:val="000000" w:themeColor="text1"/>
          <w:sz w:val="28"/>
          <w:szCs w:val="28"/>
        </w:rPr>
        <w:t>Điều 6. Căn cứ, nội dung và trình tự xây dựng thông báo kế hoạch tài trợ, đặt hàng nhiệm vụ hợp tác quốc tế</w:t>
      </w:r>
    </w:p>
    <w:p w14:paraId="4629A3E4"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b/>
          <w:color w:val="000000" w:themeColor="text1"/>
          <w:sz w:val="28"/>
          <w:szCs w:val="28"/>
        </w:rPr>
        <w:tab/>
      </w:r>
      <w:r w:rsidRPr="0012167C">
        <w:rPr>
          <w:rFonts w:asciiTheme="majorHAnsi" w:hAnsiTheme="majorHAnsi" w:cstheme="majorHAnsi"/>
          <w:color w:val="000000" w:themeColor="text1"/>
          <w:sz w:val="28"/>
          <w:szCs w:val="28"/>
        </w:rPr>
        <w:t>1. Căn cứ xây dựng thông báo kế hoạch tài trợ, đặt hàng nhiệm vụ hợp tác quốc tế gồm:</w:t>
      </w:r>
    </w:p>
    <w:p w14:paraId="4629A3E5"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a) Định hướng, chiến lược và nhiệm vụ/chương trình hợp tác quốc tế về khoa học, công nghệ và đổi mới sáng tạo của Nhà nước, của Bộ Khoa học và Công nghệ;</w:t>
      </w:r>
    </w:p>
    <w:p w14:paraId="4629A3E6"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b) Chiến lược, quy hoạch, kế hoạch phát triển ngành, lĩnh vực, địa phương;</w:t>
      </w:r>
      <w:r w:rsidRPr="0012167C">
        <w:rPr>
          <w:rFonts w:asciiTheme="majorHAnsi" w:hAnsiTheme="majorHAnsi" w:cstheme="majorHAnsi"/>
          <w:color w:val="000000" w:themeColor="text1"/>
          <w:sz w:val="28"/>
          <w:szCs w:val="28"/>
        </w:rPr>
        <w:br/>
      </w:r>
      <w:r w:rsidRPr="0012167C">
        <w:rPr>
          <w:rFonts w:asciiTheme="majorHAnsi" w:hAnsiTheme="majorHAnsi" w:cstheme="majorHAnsi"/>
          <w:color w:val="000000" w:themeColor="text1"/>
          <w:sz w:val="28"/>
          <w:szCs w:val="28"/>
        </w:rPr>
        <w:tab/>
        <w:t>c) Định hướng ưu tiên nghiên cứu và phát triển công nghệ, đổi mới sáng tạo quốc gia giai đoạn 5 năm, 10 năm;</w:t>
      </w:r>
    </w:p>
    <w:p w14:paraId="4629A3E7"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d) Nhu cầu thực tiễn của các bộ, cơ quan ngang bộ, cơ quan thuộc Chính phủ, Ủy ban nhân dân tỉnh, thành phố trực thuộc Trung ương, các tổ chức khoa học và công nghệ, các tổ chức có vốn đầu tư nước ngoài, doanh nghiệp, viện trường đại học;</w:t>
      </w:r>
    </w:p>
    <w:p w14:paraId="4629A3E8"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đ) Đề xuất hợp tác, đồng tài trợ hoặc hỗ trợ nguồn lực của các đối tác nước ngoài, tổ chức quốc tế, chương trình song phương hoặc đa phương mà Việt Nam là thành viên;</w:t>
      </w:r>
    </w:p>
    <w:p w14:paraId="4629A3E9"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e) Kết quả khảo sát, đánh giá tiềm năng hợp tác, năng lực đối tác và khả năng huy động nguồn lực trong và ngoài nước.</w:t>
      </w:r>
    </w:p>
    <w:p w14:paraId="4629A3EA"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2. Nội dung và trình tự xây dựng thông báo kế hoạch tài trợ, đặt hàng nhiệm vụ hợp tác quốc tế gồm các bước:</w:t>
      </w:r>
    </w:p>
    <w:p w14:paraId="4629A3EB"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 xml:space="preserve">a) Đối với các văn bản hợp tác, thỏa thuận, ghi nhớ của lãnh đạo Đảng, Nhà nước, bộ, cơ quan ngang bộ, cơ quan thuộc Chính phủ, cơ quan khác ở trung ương, Ủy ban nhân dân cấp tỉnh; các biên bản cuộc họp của Ủy ban liên chính phủ, Ủy ban, Tiểu ban hợp tác về khoa học, công nghệ và đổi với sáng tạo với các đối tác hợp tác song phương và đa phương mà Bộ Khoa học và Công nghệ được Chính phủ giao là đại diện: các văn bản thỏa thuận song phương và đa phương về hợp tác khoa học, công nghệ và đổi mới sáng tạo được Bộ trưởng Bộ Khoa học và Công nghệ ký kết với các đối tác nước ngoài được gửi về cơ quan quản lý nhiệm vụ để tiến hành thông báo kế hoạch tài trợ, đặt hàng nhiệm vụ hợp tác quốc tế theo quy định. </w:t>
      </w:r>
    </w:p>
    <w:p w14:paraId="4629A3EC"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 xml:space="preserve">b) Đối với các văn bản ghi nhớ, thỏa thuận hợp tác do cơ quan quản lý nhiệm vụ ký kết với các đối tác nước ngoài, cơ quan quản lý nhiệm vụ chủ động thông báo kế hoạch tài trợ, đặt hàng nhiệm vụ hợp tác quốc tế theo quy định. Việc </w:t>
      </w:r>
      <w:r w:rsidRPr="0012167C">
        <w:rPr>
          <w:rFonts w:asciiTheme="majorHAnsi" w:hAnsiTheme="majorHAnsi" w:cstheme="majorHAnsi"/>
          <w:color w:val="000000" w:themeColor="text1"/>
          <w:sz w:val="28"/>
          <w:szCs w:val="28"/>
        </w:rPr>
        <w:lastRenderedPageBreak/>
        <w:t>xây dựng văn bản ghi nhớ, thỏa thuận hợp tác do cơ quan quản lý nhiệm vụ ký kết với các đối tác nước ngoài được thực hiện theo quy định tại Chương II Thông tư này.</w:t>
      </w:r>
    </w:p>
    <w:p w14:paraId="4629A3ED"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b/>
        <w:t>c) Nội dung thông báo kế hoạch tài trợ, đặt hàng nhiệm vụ hợp tác quốc tế được quy định tại khoản 4, Điều 10 Nghị định 267/2025/NĐ-CP.</w:t>
      </w:r>
    </w:p>
    <w:p w14:paraId="0F23EFF6" w14:textId="77777777" w:rsidR="0028776E" w:rsidRDefault="00000000" w:rsidP="0028776E">
      <w:pPr>
        <w:pStyle w:val="Heading1"/>
        <w:pBdr>
          <w:top w:val="nil"/>
          <w:left w:val="nil"/>
          <w:bottom w:val="nil"/>
          <w:right w:val="nil"/>
          <w:between w:val="nil"/>
        </w:pBdr>
        <w:spacing w:before="120" w:line="360" w:lineRule="exact"/>
        <w:ind w:firstLine="720"/>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CHƯƠNG II.</w:t>
      </w:r>
    </w:p>
    <w:p w14:paraId="4629A3EE" w14:textId="70B95993" w:rsidR="00463A4F" w:rsidRPr="0012167C" w:rsidRDefault="00000000" w:rsidP="0028776E">
      <w:pPr>
        <w:pStyle w:val="Heading1"/>
        <w:pBdr>
          <w:top w:val="nil"/>
          <w:left w:val="nil"/>
          <w:bottom w:val="nil"/>
          <w:right w:val="nil"/>
          <w:between w:val="nil"/>
        </w:pBdr>
        <w:spacing w:before="120" w:line="360" w:lineRule="exact"/>
        <w:ind w:firstLine="720"/>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XÂY DỰNG VÀ KÝ KẾT VĂN BẢN THỎA THUẬN HỢP TÁC QUỐC TẾ</w:t>
      </w:r>
    </w:p>
    <w:p w14:paraId="4629A3EF"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7. Lựa chọn đối tác nước ngoài</w:t>
      </w:r>
    </w:p>
    <w:p w14:paraId="4629A3F0"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Trên cơ sở các tiêu chí và yêu cầu chung đối với nhiệm vụ hợp tác quốc tế được quy định tại Điều 4 Thông tư này, Cơ quan quản lý nhiệm vụ tiến hành tìm kiếm, lựa chọn đối tác phù hợp, đàm phán xác định chương trình, các nội dung hợp tác và tiến hành xây dựng dự thảo văn bản hợp tác.</w:t>
      </w:r>
    </w:p>
    <w:p w14:paraId="4629A3F1"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8. Nội dung văn bản hợp tác</w:t>
      </w:r>
    </w:p>
    <w:p w14:paraId="4629A3F2"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Văn bản hợp tác giữa Cơ quan quản lý nhiệm vụ và đối tác nước </w:t>
      </w:r>
      <w:proofErr w:type="gramStart"/>
      <w:r w:rsidRPr="0012167C">
        <w:rPr>
          <w:rFonts w:asciiTheme="majorHAnsi" w:hAnsiTheme="majorHAnsi" w:cstheme="majorHAnsi"/>
          <w:color w:val="000000" w:themeColor="text1"/>
          <w:sz w:val="28"/>
          <w:szCs w:val="28"/>
        </w:rPr>
        <w:t>ngoài  cần</w:t>
      </w:r>
      <w:proofErr w:type="gramEnd"/>
      <w:r w:rsidRPr="0012167C">
        <w:rPr>
          <w:rFonts w:asciiTheme="majorHAnsi" w:hAnsiTheme="majorHAnsi" w:cstheme="majorHAnsi"/>
          <w:color w:val="000000" w:themeColor="text1"/>
          <w:sz w:val="28"/>
          <w:szCs w:val="28"/>
        </w:rPr>
        <w:t xml:space="preserve"> có các nội dung chính sau đây:</w:t>
      </w:r>
    </w:p>
    <w:p w14:paraId="4629A3F3"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Đối tượng, hình thức, lĩnh vực hợp tác tài trợ, hỗ trợ;</w:t>
      </w:r>
    </w:p>
    <w:p w14:paraId="4629A3F4"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Nguyên tắc đóng góp của các bên</w:t>
      </w:r>
    </w:p>
    <w:p w14:paraId="4629A3F5"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Quy định cụ thể hình thức đóng góp và cam kết của các bên về việc bố trí nhân lực phù hợp, đủ năng lực đáp ứng công việc quản lý, tài trợ, hỗ trợ nghiên cứu khoa học theo thông lệ quốc tế.</w:t>
      </w:r>
    </w:p>
    <w:p w14:paraId="4629A3F6"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Quyền sở hữu trí tuệ</w:t>
      </w:r>
    </w:p>
    <w:p w14:paraId="4629A3F7"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Quy định quyền sở hữu trí tuệ được điều chỉnh theo pháp luật và quy định hiện hành của Việt Nam và đối tác, cũng như các điều ước quốc tế mà cả Việt Nam và đối tác đều là thành viên.</w:t>
      </w:r>
    </w:p>
    <w:p w14:paraId="4629A3F8"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Quy định việc sử dụng kết quả nghiên cứu thu được qua các nhiệm vụ khoa học và công nghệ, hoạt động nâng cao năng lực khoa học và công nghệ quốc gia được các tổ chức chủ trì thực hiện nhiệm vụ nghiên cứu các bên thỏa thuận riêng (dưới dạng văn bản nếu cần thiết), xác định trên cơ sở mức độ đóng góp của từng Bên;</w:t>
      </w:r>
    </w:p>
    <w:p w14:paraId="4629A3F9"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Bảo mật thông tin.</w:t>
      </w:r>
    </w:p>
    <w:p w14:paraId="4629A3FA" w14:textId="77777777" w:rsidR="00463A4F" w:rsidRPr="0012167C" w:rsidRDefault="00000000" w:rsidP="0012167C">
      <w:pPr>
        <w:pBdr>
          <w:top w:val="nil"/>
          <w:bottom w:val="nil"/>
          <w:between w:val="nil"/>
        </w:pBd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Quy định việc xử lý bảo mật thông tin hoặc dữ liệu thu được liên quan đến các hoạt động triển khai văn bản thỏa thuận hợp tác. Trường hợp cần thiết hoặc theo yêu cầu của đối tác, các bên có thể ký kết thỏa thuận chia sẻ dữ liệu.</w:t>
      </w:r>
    </w:p>
    <w:p w14:paraId="4629A3FB"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5. Thời gian có hiệu lực của văn bản hợp tác</w:t>
      </w:r>
    </w:p>
    <w:p w14:paraId="4629A3FC"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 xml:space="preserve">Thời gian thực hiện theo thỏa thuận của Cơ quan quản lý nhiệm vụ và đối tác của Cơ quan quản lý nhiệm vụ. Cơ quan quản lý nhiệm vụ và các đối tác thông báo cho nhau bằng văn bản về đề nghị chấm dứt hợp tác trước thời hạn hoặc gia hạn hợp tác khi thời gian có hiệu lực của văn bản hợp tác sắp kết </w:t>
      </w:r>
      <w:sdt>
        <w:sdtPr>
          <w:rPr>
            <w:rFonts w:asciiTheme="majorHAnsi" w:hAnsiTheme="majorHAnsi" w:cstheme="majorHAnsi"/>
            <w:color w:val="000000" w:themeColor="text1"/>
            <w:sz w:val="28"/>
            <w:szCs w:val="28"/>
          </w:rPr>
          <w:tag w:val="goog_rdk_0"/>
          <w:id w:val="-918440373"/>
        </w:sdtPr>
        <w:sdtContent/>
      </w:sdt>
      <w:r w:rsidRPr="0012167C">
        <w:rPr>
          <w:rFonts w:asciiTheme="majorHAnsi" w:hAnsiTheme="majorHAnsi" w:cstheme="majorHAnsi"/>
          <w:color w:val="000000" w:themeColor="text1"/>
          <w:sz w:val="28"/>
          <w:szCs w:val="28"/>
        </w:rPr>
        <w:t>thúc.</w:t>
      </w:r>
    </w:p>
    <w:p w14:paraId="4629A3FD"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6. Các văn bản hướng dẫn kèm theo</w:t>
      </w:r>
    </w:p>
    <w:p w14:paraId="4629A3FE"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Phương thức, tiêu chí, quy trình đánh giá xét chọn nhiệm vụ khoa học và công nghệ, hoạt động nâng cao năng lực khoa học và công nghệ quốc gia trong chương trình: Quy định dưới dạng Phụ lục kèm theo văn bản hợp tác, phù hợp với quy định tại các văn bản quy phạm pháp luật hiện hành có liên quan;</w:t>
      </w:r>
    </w:p>
    <w:p w14:paraId="4629A3FF"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Hướng dẫn đăng ký tham gia chương trình: Quy định dưới dạng Phụ lục kèm theo văn bản hợp tác, phù hợp với các văn bản pháp luật hiện hành có liên quan, quy định cụ thể hồ sơ đăng ký tham gia chương trình, các giấy tờ cần thiết kèm theo, các mốc thời gian cần lưu ý, yêu cầu đối với thuyết minh nhiệm vụ khoa học và công nghệ, hoạt động nâng cao năng lực khoa học và công nghệ quốc gia đề nghị tài trợ, hỗ trợ.</w:t>
      </w:r>
    </w:p>
    <w:p w14:paraId="4629A400"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9. Ký kết văn bản thỏa thuận hợp tác</w:t>
      </w:r>
    </w:p>
    <w:p w14:paraId="4629A401"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Thủ tục xin ý kiến, chuẩn bị ký kết văn bản hợp tác giữa Cơ quan quản lý nhiệm vụ và đối tác nước ngoài thực hiện theo quy định hiện hành về quản lý các hoạt động đối ngoại của Bộ Khoa học và Công nghệ.</w:t>
      </w:r>
    </w:p>
    <w:p w14:paraId="4629A402" w14:textId="77777777" w:rsidR="00463A4F" w:rsidRPr="0012167C" w:rsidRDefault="00000000" w:rsidP="0012167C">
      <w:pPr>
        <w:shd w:val="clear" w:color="auto" w:fill="FFFFFF"/>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Sau khi có ý kiến chấp thuận của Lãnh đạo Bộ Khoa học và Công nghệ, Thủ trưởng cơ quan quản lý nhiệm vụ ký văn bản hợp tác với đối tác nước ngoài.</w:t>
      </w:r>
    </w:p>
    <w:p w14:paraId="4629A403" w14:textId="77777777" w:rsidR="00463A4F" w:rsidRPr="0012167C" w:rsidRDefault="00000000" w:rsidP="0012167C">
      <w:pPr>
        <w:spacing w:before="120" w:after="0" w:line="360" w:lineRule="exact"/>
        <w:jc w:val="center"/>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 xml:space="preserve">Chương III. </w:t>
      </w:r>
    </w:p>
    <w:p w14:paraId="4629A404" w14:textId="77777777" w:rsidR="00463A4F" w:rsidRPr="0012167C" w:rsidRDefault="00000000" w:rsidP="0012167C">
      <w:pPr>
        <w:spacing w:before="120" w:after="0" w:line="360" w:lineRule="exact"/>
        <w:jc w:val="center"/>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TRÌNH TỰ, THỦ TỤC ĐẶT HÀNG, XÉT CHỌN, THẨM ĐỊNH, PHÊ DUYỆT NHIỆM VỤ HỢP TÁC QUỐC TẾ</w:t>
      </w:r>
    </w:p>
    <w:p w14:paraId="4629A405"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3" w:name="_heading=h.1i921xek0ktc" w:colFirst="0" w:colLast="0"/>
      <w:bookmarkEnd w:id="3"/>
      <w:r w:rsidRPr="0012167C">
        <w:rPr>
          <w:rFonts w:asciiTheme="majorHAnsi" w:eastAsia="Times New Roman" w:hAnsiTheme="majorHAnsi" w:cstheme="majorHAnsi"/>
          <w:color w:val="000000" w:themeColor="text1"/>
          <w:sz w:val="28"/>
          <w:szCs w:val="28"/>
        </w:rPr>
        <w:t>Điều 10. Thông báo kế hoạch xét tài trợ, đặt hàng nhiệm vụ hợp tác quốc tế</w:t>
      </w:r>
    </w:p>
    <w:p w14:paraId="4629A40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a) </w:t>
      </w:r>
      <w:sdt>
        <w:sdtPr>
          <w:rPr>
            <w:rFonts w:asciiTheme="majorHAnsi" w:hAnsiTheme="majorHAnsi" w:cstheme="majorHAnsi"/>
            <w:color w:val="000000" w:themeColor="text1"/>
            <w:sz w:val="28"/>
            <w:szCs w:val="28"/>
          </w:rPr>
          <w:tag w:val="goog_rdk_1"/>
          <w:id w:val="1409520375"/>
        </w:sdtPr>
        <w:sdtContent/>
      </w:sdt>
      <w:sdt>
        <w:sdtPr>
          <w:rPr>
            <w:rFonts w:asciiTheme="majorHAnsi" w:hAnsiTheme="majorHAnsi" w:cstheme="majorHAnsi"/>
            <w:color w:val="000000" w:themeColor="text1"/>
            <w:sz w:val="28"/>
            <w:szCs w:val="28"/>
          </w:rPr>
          <w:tag w:val="goog_rdk_2"/>
          <w:id w:val="266562260"/>
        </w:sdtPr>
        <w:sdtContent/>
      </w:sdt>
      <w:sdt>
        <w:sdtPr>
          <w:rPr>
            <w:rFonts w:asciiTheme="majorHAnsi" w:hAnsiTheme="majorHAnsi" w:cstheme="majorHAnsi"/>
            <w:color w:val="000000" w:themeColor="text1"/>
            <w:sz w:val="28"/>
            <w:szCs w:val="28"/>
          </w:rPr>
          <w:tag w:val="goog_rdk_3"/>
          <w:id w:val="1379850703"/>
        </w:sdtPr>
        <w:sdtContent/>
      </w:sdt>
      <w:r w:rsidRPr="0012167C">
        <w:rPr>
          <w:rFonts w:asciiTheme="majorHAnsi" w:hAnsiTheme="majorHAnsi" w:cstheme="majorHAnsi"/>
          <w:color w:val="000000" w:themeColor="text1"/>
          <w:sz w:val="28"/>
          <w:szCs w:val="28"/>
        </w:rPr>
        <w:t>Cơ quan quản lý nhiệm vụ rà soát căn cứ, đàm phán, thống nhất với đối tác nước ngoài, xây dựng thông báo kế hoạch tài trợ, đặt hàng nhiệm vụ hợp tác quốc tế theo hình thức định kỳ hằng năm hoặc đột xuất.</w:t>
      </w:r>
    </w:p>
    <w:p w14:paraId="4629A407"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b/>
          <w:color w:val="000000" w:themeColor="text1"/>
          <w:sz w:val="28"/>
          <w:szCs w:val="28"/>
        </w:rPr>
        <w:t xml:space="preserve">      </w:t>
      </w:r>
      <w:r w:rsidRPr="0012167C">
        <w:rPr>
          <w:rFonts w:asciiTheme="majorHAnsi" w:hAnsiTheme="majorHAnsi" w:cstheme="majorHAnsi"/>
          <w:b/>
          <w:color w:val="000000" w:themeColor="text1"/>
          <w:sz w:val="28"/>
          <w:szCs w:val="28"/>
        </w:rPr>
        <w:tab/>
      </w:r>
      <w:r w:rsidRPr="0012167C">
        <w:rPr>
          <w:rFonts w:asciiTheme="majorHAnsi" w:hAnsiTheme="majorHAnsi" w:cstheme="majorHAnsi"/>
          <w:bCs/>
          <w:color w:val="000000" w:themeColor="text1"/>
          <w:sz w:val="28"/>
          <w:szCs w:val="28"/>
        </w:rPr>
        <w:t>b) Thông</w:t>
      </w:r>
      <w:r w:rsidRPr="0012167C">
        <w:rPr>
          <w:rFonts w:asciiTheme="majorHAnsi" w:hAnsiTheme="majorHAnsi" w:cstheme="majorHAnsi"/>
          <w:color w:val="000000" w:themeColor="text1"/>
          <w:sz w:val="28"/>
          <w:szCs w:val="28"/>
        </w:rPr>
        <w:t xml:space="preserve"> báo kế hoạch tài trợ, đặt hàng nhiệm vụ được đăng tải trên cổng thông tin điện tử hoặc trang thông tin điện tử của cơ quan quản lý nhiệm vụ và/hoặc các phương tiện thông tin đại chúng quy định tại Khoản 1, Điều 10 Nghị định 267/2025/NĐ-CP ngày 14/10/2025 của Chính phủ.</w:t>
      </w:r>
    </w:p>
    <w:p w14:paraId="4629A40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Căn cứ, nội dung và trình tự xây dựng thông báo kế hoạch tài trợ, đặt hàng nhiệm vụ hợp tác quốc tế được quy định tại Điều 6 Thông tư này.</w:t>
      </w:r>
    </w:p>
    <w:p w14:paraId="4629A409"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bookmarkStart w:id="4" w:name="bookmark=id.u7qsewuclv0b" w:colFirst="0" w:colLast="0"/>
      <w:bookmarkEnd w:id="4"/>
      <w:r w:rsidRPr="0012167C">
        <w:rPr>
          <w:rFonts w:asciiTheme="majorHAnsi" w:hAnsiTheme="majorHAnsi" w:cstheme="majorHAnsi"/>
          <w:b/>
          <w:color w:val="000000" w:themeColor="text1"/>
          <w:sz w:val="28"/>
          <w:szCs w:val="28"/>
        </w:rPr>
        <w:t>Điều 11. Đăng ký xét tài trợ, đặt hàng thực hiện nhiệm vụ hợp tác quốc tế</w:t>
      </w:r>
    </w:p>
    <w:p w14:paraId="4629A40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1. Hồ sơ đăng ký xét tài trợ, đặt hàng thực hiện nhiệm vụ hợp tác quốc tế, bao gồm:</w:t>
      </w:r>
    </w:p>
    <w:p w14:paraId="4629A40B"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      </w:t>
      </w:r>
      <w:r w:rsidRPr="0012167C">
        <w:rPr>
          <w:rFonts w:asciiTheme="majorHAnsi" w:hAnsiTheme="majorHAnsi" w:cstheme="majorHAnsi"/>
          <w:color w:val="000000" w:themeColor="text1"/>
          <w:sz w:val="28"/>
          <w:szCs w:val="28"/>
        </w:rPr>
        <w:tab/>
        <w:t>a) Đơn đăng ký chủ trì thực hiện nhiệm vụ hợp tác quốc tế (Mẫu NVHTQT.01);</w:t>
      </w:r>
    </w:p>
    <w:p w14:paraId="4629A40C"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      </w:t>
      </w:r>
      <w:r w:rsidRPr="0012167C">
        <w:rPr>
          <w:rFonts w:asciiTheme="majorHAnsi" w:hAnsiTheme="majorHAnsi" w:cstheme="majorHAnsi"/>
          <w:color w:val="000000" w:themeColor="text1"/>
          <w:sz w:val="28"/>
          <w:szCs w:val="28"/>
        </w:rPr>
        <w:tab/>
        <w:t>b) Thuyết minh nhiệm vụ hợp tác quốc tế (Mẫu NVHTQT.02);</w:t>
      </w:r>
    </w:p>
    <w:p w14:paraId="4629A40D"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      </w:t>
      </w:r>
      <w:r w:rsidRPr="0012167C">
        <w:rPr>
          <w:rFonts w:asciiTheme="majorHAnsi" w:hAnsiTheme="majorHAnsi" w:cstheme="majorHAnsi"/>
          <w:color w:val="000000" w:themeColor="text1"/>
          <w:sz w:val="28"/>
          <w:szCs w:val="28"/>
        </w:rPr>
        <w:tab/>
        <w:t>c) Bản sao Quyết định thành lập hoặc Giấy chứng nhận đăng ký doanh nghiệp hoặc Điều lệ hoạt động được cơ quan có thẩm quyền phê duyệt hoặc các tài liệu tương đương khác. Tổ chức đề xuất không cần nộp tài liệu này trong trường hợp đã cập nhật tài liệu trên Nền tảng số quản lý khoa học, công nghệ và đổi mới sáng tạo quốc gia;</w:t>
      </w:r>
    </w:p>
    <w:p w14:paraId="4629A40E" w14:textId="77777777" w:rsidR="00463A4F" w:rsidRPr="0012167C" w:rsidRDefault="00000000" w:rsidP="0012167C">
      <w:p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      </w:t>
      </w:r>
      <w:r w:rsidRPr="0012167C">
        <w:rPr>
          <w:rFonts w:asciiTheme="majorHAnsi" w:hAnsiTheme="majorHAnsi" w:cstheme="majorHAnsi"/>
          <w:color w:val="000000" w:themeColor="text1"/>
          <w:sz w:val="28"/>
          <w:szCs w:val="28"/>
        </w:rPr>
        <w:tab/>
        <w:t>d) Lý lịch chủ nhiệm và thành viên nghiên cứu (Mẫu NVHTQT.03). Thông tin về năng lực của tổ chức đề xuất, lý lịch của cá nhân đăng ký làm chủ nhiệm và thành viên nghiên cứu phải được cập nhật trên Nền tảng số quản lý khoa học, công nghệ và đổi mới sáng tạo quốc gia.</w:t>
      </w:r>
    </w:p>
    <w:p w14:paraId="4629A40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đ) Tài liệu thể hiện phương án huy động vốn đối ứng (đối với các nhiệm vụ có yêu cầu về vốn đối ứng):</w:t>
      </w:r>
    </w:p>
    <w:p w14:paraId="4629A41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Đối với trường hợp sử dụng nguồn vốn tự có, cần bổ sung tài liệu chứng minh nguồn vốn và cam kết sử dụng nguồn vốn vào đối ứng thực hiện nhiệm vụ;</w:t>
      </w:r>
    </w:p>
    <w:p w14:paraId="4629A41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Đối với trường hợp huy động vốn từ các tổ chức, cá nhân khác, cần bổ sung văn bản cam kết và giấy tờ xác nhận về việc đóng góp vốn của các cá nhân/tổ chức/chủ sở hữu cho tổ chức chủ trì để thực hiện nhiệm vụ và văn bản thỏa thuận giữa các bên về phân chia lợi nhuận từ thương mại hóa kết quả (nếu có);</w:t>
      </w:r>
    </w:p>
    <w:p w14:paraId="4629A41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Đối với trường hợp vay vốn tổ chức tín dụng, cần bổ sung văn bản cam kết cho vay vốn của các tổ chức tín dụng để thực hiện nhiệm vụ.</w:t>
      </w:r>
    </w:p>
    <w:p w14:paraId="4629A413"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e) </w:t>
      </w:r>
      <w:sdt>
        <w:sdtPr>
          <w:rPr>
            <w:rFonts w:asciiTheme="majorHAnsi" w:hAnsiTheme="majorHAnsi" w:cstheme="majorHAnsi"/>
            <w:color w:val="000000" w:themeColor="text1"/>
            <w:sz w:val="28"/>
            <w:szCs w:val="28"/>
          </w:rPr>
          <w:tag w:val="goog_rdk_4"/>
          <w:id w:val="737459810"/>
        </w:sdtPr>
        <w:sdtContent/>
      </w:sdt>
      <w:sdt>
        <w:sdtPr>
          <w:rPr>
            <w:rFonts w:asciiTheme="majorHAnsi" w:hAnsiTheme="majorHAnsi" w:cstheme="majorHAnsi"/>
            <w:color w:val="000000" w:themeColor="text1"/>
            <w:sz w:val="28"/>
            <w:szCs w:val="28"/>
          </w:rPr>
          <w:tag w:val="goog_rdk_5"/>
          <w:id w:val="362100030"/>
        </w:sdtPr>
        <w:sdtContent/>
      </w:sdt>
      <w:sdt>
        <w:sdtPr>
          <w:rPr>
            <w:rFonts w:asciiTheme="majorHAnsi" w:hAnsiTheme="majorHAnsi" w:cstheme="majorHAnsi"/>
            <w:color w:val="000000" w:themeColor="text1"/>
            <w:sz w:val="28"/>
            <w:szCs w:val="28"/>
          </w:rPr>
          <w:tag w:val="goog_rdk_6"/>
          <w:id w:val="1961004646"/>
        </w:sdtPr>
        <w:sdtContent/>
      </w:sdt>
      <w:r w:rsidRPr="0012167C">
        <w:rPr>
          <w:rFonts w:asciiTheme="majorHAnsi" w:hAnsiTheme="majorHAnsi" w:cstheme="majorHAnsi"/>
          <w:color w:val="000000" w:themeColor="text1"/>
          <w:sz w:val="28"/>
          <w:szCs w:val="28"/>
        </w:rPr>
        <w:t>Minh chứng của tổ chức đề xuất về việc chủ trì ít nhất 03 nhiệm vụ sử dụng ngân sách nhà nước thuộc chương trình khoa học, công nghệ và đổi mới sáng tạo quốc gia hoặc thuộc chương trình khoa học và công nghệ quốc gia đã kết thúc trong 05 năm gần nhất và đạt được các kết quả, mục tiêu đề ra hoặc được đánh giá từ đạt trở lên (đối với nhiệm vụ đề nghị khoán chi đến sản phẩm cuối cùng);</w:t>
      </w:r>
    </w:p>
    <w:p w14:paraId="4629A41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g) Bản sao văn bản thỏa thuận hợp tác giữa tổ chức chủ trì và đối tác nước ngoài trong đó nêu rõ nội dung, kế hoạch triển khai, nguyên tắc chia sẻ kết quả nghiên cứu, nguồn lực đóng góp của hai bên (tài chính, nhân lực, cơ sở vật chất); cam kết cấp kinh phí của đối tác nước ngoài (nếu có);</w:t>
      </w:r>
    </w:p>
    <w:p w14:paraId="4629A415"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i) Các tài liệu liên quan khác theo tiêu chí, yêu cầu riêng đối với chương trình cụ thể (nếu có).</w:t>
      </w:r>
    </w:p>
    <w:p w14:paraId="42F21096" w14:textId="77777777" w:rsid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color w:val="000000" w:themeColor="text1"/>
          <w:sz w:val="28"/>
          <w:szCs w:val="28"/>
        </w:rPr>
        <w:t>2. Hình thức nộp hồ sơ:</w:t>
      </w:r>
    </w:p>
    <w:p w14:paraId="4629A416" w14:textId="52E554C6"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a)  Căn cứ thông báo kế hoạch tài trợ, đặt hàng thực hiện nhiệm vụ hợp tác quốc tế, Tổ chức, cá nhân lập hồ sơ đăng ký xét tài trợ, đặt hàng theo quy định tại Khoản 1, Điều này và nộp hồ sơ về cơ quan quản lý nhiệm vụ thông qua cổng dịch vụ công trực tuyến/Nền tảng số quản lý khoa học, công nghệ và đổi mới sáng tạo quốc gia hoặc trực tiếp hoặc qua dịch vụ bưu chính.</w:t>
      </w:r>
    </w:p>
    <w:p w14:paraId="681744BC"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Thời hạn nộp hồ sơ được quy định trong Thông báo kế hoạch tài trợ, đặt hàng nhiệm vụ hợp tác quốc tế.</w:t>
      </w:r>
    </w:p>
    <w:p w14:paraId="2D002184"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Bổ sung và thay thế hồ sơ:</w:t>
      </w:r>
    </w:p>
    <w:p w14:paraId="4629A418" w14:textId="3284D585"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Trong thời hạn nộp hồ sơ, tổ chức, cá nhân có quyền rút hồ sơ để bổ sung hoặc thay thế. Hồ sơ bổ sung hợp lệ chỉ được tính khi nộp trước thời hạn kết thúc nêu trong thông báo kế hoạch tài trợ, đặt hàng nhiệm vụ hợp tác quốc tế.</w:t>
      </w:r>
    </w:p>
    <w:p w14:paraId="4629A419"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5" w:name="_heading=h.jyogmbqr9h99" w:colFirst="0" w:colLast="0"/>
      <w:bookmarkEnd w:id="5"/>
      <w:r w:rsidRPr="0012167C">
        <w:rPr>
          <w:rFonts w:asciiTheme="majorHAnsi" w:eastAsia="Times New Roman" w:hAnsiTheme="majorHAnsi" w:cstheme="majorHAnsi"/>
          <w:color w:val="000000" w:themeColor="text1"/>
          <w:sz w:val="28"/>
          <w:szCs w:val="28"/>
        </w:rPr>
        <w:t>Điều 12. Nguyên tắc và điều kiện xét tài trợ, đặt hàng nhiệm vụ hợp tác quốc tế</w:t>
      </w:r>
    </w:p>
    <w:p w14:paraId="7BDE54BD"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Việc xét tài trợ, đặt hàng nhiệm vụ hợp tác quốc tế theo nguyên tắc công khai, minh bạch, cạnh tranh, bình đẳng, dựa trên chất lượng khoa học, giá trị hợp tác quốc tế và hiệu quả ứng dụng của nhiệm vụ, bảo đảm phù hợp với:</w:t>
      </w:r>
      <w:r w:rsidRPr="0012167C">
        <w:rPr>
          <w:rFonts w:asciiTheme="majorHAnsi" w:hAnsiTheme="majorHAnsi" w:cstheme="majorHAnsi"/>
          <w:color w:val="000000" w:themeColor="text1"/>
          <w:sz w:val="28"/>
          <w:szCs w:val="28"/>
        </w:rPr>
        <w:br/>
      </w:r>
      <w:r w:rsidRPr="0012167C">
        <w:rPr>
          <w:rFonts w:asciiTheme="majorHAnsi" w:hAnsiTheme="majorHAnsi" w:cstheme="majorHAnsi"/>
          <w:color w:val="000000" w:themeColor="text1"/>
          <w:sz w:val="28"/>
          <w:szCs w:val="28"/>
        </w:rPr>
        <w:tab/>
        <w:t>a) Chiến lược hợp tác quốc tế về khoa học, công nghệ và đổi mới sáng tạo của Đảng và Nhà nước;</w:t>
      </w:r>
    </w:p>
    <w:p w14:paraId="1EC8FF8E"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Định hướng phát triển ngành, lĩnh vực, địa phương;</w:t>
      </w:r>
      <w:r w:rsidRPr="0012167C">
        <w:rPr>
          <w:rFonts w:asciiTheme="majorHAnsi" w:hAnsiTheme="majorHAnsi" w:cstheme="majorHAnsi"/>
          <w:color w:val="000000" w:themeColor="text1"/>
          <w:sz w:val="28"/>
          <w:szCs w:val="28"/>
        </w:rPr>
        <w:br/>
      </w:r>
      <w:r w:rsidRPr="0012167C">
        <w:rPr>
          <w:rFonts w:asciiTheme="majorHAnsi" w:hAnsiTheme="majorHAnsi" w:cstheme="majorHAnsi"/>
          <w:color w:val="000000" w:themeColor="text1"/>
          <w:sz w:val="28"/>
          <w:szCs w:val="28"/>
        </w:rPr>
        <w:tab/>
        <w:t>c) Tiêu chí quy định tại Điều 8 Nghị định số 267/2025/NĐ-CP;</w:t>
      </w:r>
      <w:r w:rsidRPr="0012167C">
        <w:rPr>
          <w:rFonts w:asciiTheme="majorHAnsi" w:hAnsiTheme="majorHAnsi" w:cstheme="majorHAnsi"/>
          <w:color w:val="000000" w:themeColor="text1"/>
          <w:sz w:val="28"/>
          <w:szCs w:val="28"/>
        </w:rPr>
        <w:br/>
      </w:r>
      <w:r w:rsidRPr="0012167C">
        <w:rPr>
          <w:rFonts w:asciiTheme="majorHAnsi" w:hAnsiTheme="majorHAnsi" w:cstheme="majorHAnsi"/>
          <w:color w:val="000000" w:themeColor="text1"/>
          <w:sz w:val="28"/>
          <w:szCs w:val="28"/>
        </w:rPr>
        <w:tab/>
        <w:t>d) Thông báo kế hoạch xét tài trợ, đặt hàng nhiệm vụ hợp tác quốc tế.</w:t>
      </w:r>
    </w:p>
    <w:p w14:paraId="3FD0DF6F" w14:textId="77777777" w:rsid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color w:val="000000" w:themeColor="text1"/>
          <w:sz w:val="28"/>
          <w:szCs w:val="28"/>
        </w:rPr>
        <w:t>2. Điều kiện đối với tổ chức, cá nhân xét tài trợ, đặt hàng thực hiện nhiệm vụ hợp tác quốc tế:</w:t>
      </w:r>
    </w:p>
    <w:p w14:paraId="6A549E75"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Tổ chức đăng ký chủ trì phải có tư cách pháp nhân, năng lực nghiên cứu, triển khai, tài chính và nhân lực đáp ứng yêu cầu của nhiệm vụ;</w:t>
      </w:r>
    </w:p>
    <w:p w14:paraId="683692BC" w14:textId="78F1ABB1"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Cá nhân đăng ký chủ nhiệm nhiệm vụ có chuyên môn phù hợp, năng lực điều phối hợp tác quốc tế và kinh nghiệm nghiên cứu khoa học;</w:t>
      </w:r>
      <w:r w:rsidRPr="0012167C">
        <w:rPr>
          <w:rFonts w:asciiTheme="majorHAnsi" w:hAnsiTheme="majorHAnsi" w:cstheme="majorHAnsi"/>
          <w:color w:val="000000" w:themeColor="text1"/>
          <w:sz w:val="28"/>
          <w:szCs w:val="28"/>
        </w:rPr>
        <w:br/>
        <w:t xml:space="preserve"> </w:t>
      </w:r>
      <w:r w:rsidRPr="0012167C">
        <w:rPr>
          <w:rFonts w:asciiTheme="majorHAnsi" w:hAnsiTheme="majorHAnsi" w:cstheme="majorHAnsi"/>
          <w:color w:val="000000" w:themeColor="text1"/>
          <w:sz w:val="28"/>
          <w:szCs w:val="28"/>
        </w:rPr>
        <w:tab/>
        <w:t>c) Có cam kết hợp tác bằng văn bản với đối tác nước ngoài, xác định rõ nội dung, nguồn lực, quyền và nghĩa vụ của các bên;</w:t>
      </w:r>
    </w:p>
    <w:p w14:paraId="27062F99"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Nhiệm vụ không trùng lặp với các nhiệm vụ đã và đang thực hiện, không vi phạm quy định về bảo mật quốc gia hoặc chuyển giao công nghệ hạn chế.</w:t>
      </w:r>
      <w:r w:rsidRPr="0012167C">
        <w:rPr>
          <w:rFonts w:asciiTheme="majorHAnsi" w:hAnsiTheme="majorHAnsi" w:cstheme="majorHAnsi"/>
          <w:color w:val="000000" w:themeColor="text1"/>
          <w:sz w:val="28"/>
          <w:szCs w:val="28"/>
        </w:rPr>
        <w:br/>
      </w:r>
      <w:r w:rsidRPr="0012167C">
        <w:rPr>
          <w:rFonts w:asciiTheme="majorHAnsi" w:hAnsiTheme="majorHAnsi" w:cstheme="majorHAnsi"/>
          <w:color w:val="000000" w:themeColor="text1"/>
          <w:sz w:val="28"/>
          <w:szCs w:val="28"/>
        </w:rPr>
        <w:tab/>
        <w:t>3. Không xét tài trợ, đặt hàng:</w:t>
      </w:r>
    </w:p>
    <w:p w14:paraId="3FAA8DC6"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Các nhiệm vụ không phù hợp với định hướng, lĩnh vực nêu trong Thông báo kế hoạch xét tài trợ, đặt hàng;</w:t>
      </w:r>
    </w:p>
    <w:p w14:paraId="1B622A69" w14:textId="77777777" w:rsid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Các nhiệm vụ không bảo đảm nguồn lực, không có cam kết hợp tác hợp pháp của đối tác nước ngoài;</w:t>
      </w:r>
    </w:p>
    <w:p w14:paraId="4629A41C" w14:textId="73519230"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d) Các tổ chức, cá nhân đang trong thời gian bị xử lý kỷ luật, bị đình chỉ hoặc bị hạn chế tham gia hoạt động khoa học và công nghệ.</w:t>
      </w:r>
    </w:p>
    <w:p w14:paraId="4629A41D" w14:textId="77777777" w:rsidR="00463A4F" w:rsidRPr="0012167C" w:rsidRDefault="00000000" w:rsidP="0012167C">
      <w:pPr>
        <w:pStyle w:val="Heading3"/>
        <w:keepNext w:val="0"/>
        <w:keepLines w:val="0"/>
        <w:spacing w:before="120" w:line="360" w:lineRule="exact"/>
        <w:ind w:firstLine="720"/>
        <w:jc w:val="both"/>
        <w:rPr>
          <w:rFonts w:asciiTheme="majorHAnsi" w:eastAsia="Times New Roman" w:hAnsiTheme="majorHAnsi" w:cstheme="majorHAnsi"/>
          <w:color w:val="000000" w:themeColor="text1"/>
          <w:sz w:val="28"/>
          <w:szCs w:val="28"/>
        </w:rPr>
      </w:pPr>
      <w:bookmarkStart w:id="6" w:name="_heading=h.dw4nlumxzntt" w:colFirst="0" w:colLast="0"/>
      <w:bookmarkEnd w:id="6"/>
      <w:r w:rsidRPr="0012167C">
        <w:rPr>
          <w:rFonts w:asciiTheme="majorHAnsi" w:eastAsia="Times New Roman" w:hAnsiTheme="majorHAnsi" w:cstheme="majorHAnsi"/>
          <w:color w:val="000000" w:themeColor="text1"/>
          <w:sz w:val="28"/>
          <w:szCs w:val="28"/>
        </w:rPr>
        <w:t>Điều 13. Tiếp nhận, kiểm tra và xác nhận tính hợp lệ của hồ sơ</w:t>
      </w:r>
    </w:p>
    <w:p w14:paraId="4629A41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Sau khi kết thúc thời hạn nhận hồ sơ, Cơ quan quản lý nhiệm vụ tiến hành:</w:t>
      </w:r>
    </w:p>
    <w:p w14:paraId="4629A41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Mở, kiểm tra và xác nhận tính hợp lệ của hồ sơ trong vòng 05 ngày làm việc, với sự tham dự của các đơn vị có liên quan (nếu có);</w:t>
      </w:r>
    </w:p>
    <w:p w14:paraId="4629A42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Lập Biên bản mở hồ sơ (Mẫu NVHTQT.04), ghi nhận danh sách tổ chức, cá nhân đủ điều kiện tham gia xét tài trợ, đặt hàng;</w:t>
      </w:r>
    </w:p>
    <w:p w14:paraId="4629A42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Phối hợp với đối tác nước ngoài (nếu có yêu cầu) để thống nhất danh sách hồ sơ hợp lệ hai bên cùng tiếp nhận.</w:t>
      </w:r>
    </w:p>
    <w:p w14:paraId="4629A42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Hồ sơ được xác định là hợp lệ khi đáp ứng đầy đủ các yêu cầu quy định tại Điều 12 và Điều 13 của Thông tư này và đúng với nội dung Thông báo kế hoạch xét tài trợ, đặt hàng.</w:t>
      </w:r>
    </w:p>
    <w:p w14:paraId="4629A423"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14. Xét tài trợ, đặt hàng nhiệm vụ hợp tác quốc tế</w:t>
      </w:r>
    </w:p>
    <w:p w14:paraId="4629A42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Thống nhất với đối tác nước ngoài danh sách hồ sơ hai bên cùng nhận được.</w:t>
      </w:r>
    </w:p>
    <w:p w14:paraId="4629A425"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Việc xét tài trợ, đặt hàng nhiệm vụ hợp tác quốc tế được thông qua hội đồng xét tài trợ, đặt hàng (sau đây gọi tắt là hội đồng) và/hoặc ý kiến của các chuyên gia phản biện.</w:t>
      </w:r>
    </w:p>
    <w:p w14:paraId="4629A42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3. Hội đồng, chuyên gia phản biện được cơ quan quản lý nhiệm vụ thành lập để đánh giá từng nhiệm vụ hoặc nhiều nhiệm vụ. Thành viên Hội đồng khoa học được lựa chọn từ cơ sở dữ liệu chuyên gia </w:t>
      </w:r>
      <w:sdt>
        <w:sdtPr>
          <w:rPr>
            <w:rFonts w:asciiTheme="majorHAnsi" w:hAnsiTheme="majorHAnsi" w:cstheme="majorHAnsi"/>
            <w:color w:val="000000" w:themeColor="text1"/>
            <w:sz w:val="28"/>
            <w:szCs w:val="28"/>
          </w:rPr>
          <w:tag w:val="goog_rdk_7"/>
          <w:id w:val="1530635713"/>
        </w:sdtPr>
        <w:sdtContent/>
      </w:sdt>
      <w:r w:rsidRPr="0012167C">
        <w:rPr>
          <w:rFonts w:asciiTheme="majorHAnsi" w:hAnsiTheme="majorHAnsi" w:cstheme="majorHAnsi"/>
          <w:color w:val="000000" w:themeColor="text1"/>
          <w:sz w:val="28"/>
          <w:szCs w:val="28"/>
        </w:rPr>
        <w:t xml:space="preserve">hoặc đại diện cơ quan, tổ chức đề xuất đặt hàng (Bộ, ngành, địa phương đề xuất đặt hàng), nhà quản lý, nhà khoa học, nhà kinh doanh có năng lực và chuyên môn phù hợp với nhiệm vụ tư </w:t>
      </w:r>
      <w:proofErr w:type="gramStart"/>
      <w:r w:rsidRPr="0012167C">
        <w:rPr>
          <w:rFonts w:asciiTheme="majorHAnsi" w:hAnsiTheme="majorHAnsi" w:cstheme="majorHAnsi"/>
          <w:color w:val="000000" w:themeColor="text1"/>
          <w:sz w:val="28"/>
          <w:szCs w:val="28"/>
        </w:rPr>
        <w:t>vấn..</w:t>
      </w:r>
      <w:proofErr w:type="gramEnd"/>
    </w:p>
    <w:p w14:paraId="4629A427"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Cơ quan quản lý nhiệm vụ ban hành quy chế quản lý, sử dụng cơ sở dữ liệu chuyên gia; quy chế về thành lập Hội đồng, thành phần, trình tự, phương thức làm việc của Hội đồng, chuyên gia phản biện trong quá trình xét tài trợ/đặt hàng và các biểu mẫu liên quan.</w:t>
      </w:r>
    </w:p>
    <w:p w14:paraId="4629A42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5. Cơ quan quản lý nhiệm vụ đàm phán, thống nhất với đối tác nước ngoài về danh sách các nhiệm vụ dự kiến cùng thực hiện, trao đổi về kinh phí xét tài trợ, đặt hàng (nếu cần). Trên cơ sở kết quả làm việc của hội đồng xét tài trợ, đặt hàng và kết quả đàm phán với đối tác nước ngoài, Thủ trưởng cơ quan quản lý nhiệm vụ thông qua danh sách nhiệm vụ thực hiện.</w:t>
      </w:r>
    </w:p>
    <w:p w14:paraId="4629A42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6. Trên cơ sở danh sách nhiệm vụ thực hiện được thông qua, Cơ quan quản lý nhiệm vụ thông báo cho tổ chức đăng ký chủ trì, cá nhân đăng ký chủ nhiệm nhiệm vụ hoàn thiện thuyết minh, dự toán kinh phí nhiệm vụ theo ý kiến của Hội </w:t>
      </w:r>
      <w:r w:rsidRPr="0012167C">
        <w:rPr>
          <w:rFonts w:asciiTheme="majorHAnsi" w:hAnsiTheme="majorHAnsi" w:cstheme="majorHAnsi"/>
          <w:color w:val="000000" w:themeColor="text1"/>
          <w:sz w:val="28"/>
          <w:szCs w:val="28"/>
        </w:rPr>
        <w:lastRenderedPageBreak/>
        <w:t>đồng trong vòng 30 ngày được kể từ ngày có thông báo. Sau thời hạn nêu trên, Cơ quan quản lý nhiệm vụ không nhận được hồ sơ đã hoàn thiện của ổ chức đăng ký chủ trì, cá nhân đăng ký chủ nhiệm nhiệm vụ thì sẽ thông báo dừng các thủ tục phê duyệt nhiệm vụ.</w:t>
      </w:r>
    </w:p>
    <w:p w14:paraId="4629A42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7. Cơ quan quản lý nhiệm vụ tiếp nhận hồ sơ hoàn thiện tổ chức đăng ký chủ trì, cá nhân đăng ký chủ nhiệm nhiệm vụ, trao đổi với đối tác nước ngoài về kinh phí</w:t>
      </w:r>
    </w:p>
    <w:p w14:paraId="4629A42B"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15. Thẩm định, phê duyệt nhiệm vụ</w:t>
      </w:r>
    </w:p>
    <w:p w14:paraId="4629A42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Trong thời hạn 05 ngày làm việc kể từ ngày có kết quả trao đổi với đối tác nước ngoài về kinh phí và hồ sơ thẩm định đã hoàn thiện, Cơ quan quản lý nhiệm vụ tổ chức thẩm định kinh phí nhiệm vụ thông qua Tổ thẩm định. Cơ quan quản lý nhiệm vụ hỗ trợ kinh phí tối đa không vượt quá 2,5 lần nguồn lực đóng góp của đối tác nước ngoài, trừ trường hợp đối tác nước ngoài có quan hệ truyền thống đặc biệt hoặc các trường hợp khác do Bộ trưởng Bộ Khoa học và Công nghệ quyết định.</w:t>
      </w:r>
    </w:p>
    <w:p w14:paraId="4629A42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Cơ quan quản lý nhiệm vụ ban hành quy chế về thành lập Tổ thẩm định, thành phần, phương thức, trình tự làm việc của Tổ thẩm định và các biểu mẫu liên quan.</w:t>
      </w:r>
    </w:p>
    <w:p w14:paraId="4629A42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Trong thời gian tối đa 03 ngày làm việc kể từ ngày có biên bản thẩm định kinh phí, Cơ quan quản lý nhiệm vụ thông báo kết quả cho tổ chức đề xuất. Tổ chức đề xuất có trách nhiệm hoàn thiện dự toán kinh phí và gửi về cơ quan quản lý nhiệm vụ thông qua cổng dịch vụ công trực tuyến/Nền tảng số trong vòng 07 ngày làm việc kể từ thời điểm nhận thông báo.</w:t>
      </w:r>
    </w:p>
    <w:p w14:paraId="4629A42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4. Cơ quan quản lý nhiệm vụ </w:t>
      </w:r>
      <w:sdt>
        <w:sdtPr>
          <w:rPr>
            <w:rFonts w:asciiTheme="majorHAnsi" w:hAnsiTheme="majorHAnsi" w:cstheme="majorHAnsi"/>
            <w:color w:val="000000" w:themeColor="text1"/>
            <w:sz w:val="28"/>
            <w:szCs w:val="28"/>
          </w:rPr>
          <w:tag w:val="goog_rdk_8"/>
          <w:id w:val="-1586471096"/>
        </w:sdtPr>
        <w:sdtContent/>
      </w:sdt>
      <w:r w:rsidRPr="0012167C">
        <w:rPr>
          <w:rFonts w:asciiTheme="majorHAnsi" w:hAnsiTheme="majorHAnsi" w:cstheme="majorHAnsi"/>
          <w:color w:val="000000" w:themeColor="text1"/>
          <w:sz w:val="28"/>
          <w:szCs w:val="28"/>
        </w:rPr>
        <w:t>xem xét, phê duyệt các nhiệm vụ theo quy định trong thời hạn tối đa 110 ngày kể từ ngày hết hạn nộp hồ sơ hoặc ngày bắt đầu xét tài trợ, đặt hàng (đối với trường hợp tiếp nhận hồ sơ quanh năm).</w:t>
      </w:r>
    </w:p>
    <w:p w14:paraId="4629A430"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16. Hợp đồng nghiên cứu khoa học và công nghệ</w:t>
      </w:r>
    </w:p>
    <w:p w14:paraId="4629A43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Cơ quan quản lý nhiệm vụ thực hiện ký hợp đồng nghiên cứu khoa học và công nghệ với tổ chức chủ trì theo mẫu quy định tại biểu mẫu BM-07 ban hành kèm theo thông tư này. Thời hạn ký hợp đồng theo các quy định hiện hành.</w:t>
      </w:r>
    </w:p>
    <w:p w14:paraId="4629A43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Trường hợp cần sửa đổi, bổ sung hoặc điều chỉnh nội dung hợp đồng trong quá trình thực hiện, Cơ quan quản lý nhiệm vụ thực hiện theo trình tự, thủ tục quy định tại Điều 15 Nghị định số 267/2025/NĐ-CP. Hồ sơ đề nghị điều chỉnh, bổ sung hợp đồng gồm văn bản đề nghị của tổ chức chủ trì, ý kiến của chủ nhiệm nhiệm vụ và các tài liệu liên quan, được lập theo biểu mẫu BM-08 ban hành kèm theo Thông tư này.</w:t>
      </w:r>
    </w:p>
    <w:p w14:paraId="4629A433"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3. Việc hủy kết quả xét tài trợ, đặt hàng nhiệm vụ, cụm nhiệm vụ, chuỗi nhiệm vụ (nếu có) được thực hiện theo quy định hiện hành. </w:t>
      </w:r>
    </w:p>
    <w:p w14:paraId="4629A434" w14:textId="77777777" w:rsidR="00463A4F" w:rsidRPr="0012167C" w:rsidRDefault="00463A4F" w:rsidP="0012167C">
      <w:pPr>
        <w:spacing w:before="120" w:after="0" w:line="360" w:lineRule="exact"/>
        <w:ind w:firstLine="720"/>
        <w:jc w:val="both"/>
        <w:rPr>
          <w:rFonts w:asciiTheme="majorHAnsi" w:hAnsiTheme="majorHAnsi" w:cstheme="majorHAnsi"/>
          <w:color w:val="000000" w:themeColor="text1"/>
          <w:sz w:val="28"/>
          <w:szCs w:val="28"/>
        </w:rPr>
      </w:pPr>
    </w:p>
    <w:p w14:paraId="4629A435" w14:textId="77777777" w:rsidR="00463A4F" w:rsidRPr="0012167C" w:rsidRDefault="00000000" w:rsidP="0012167C">
      <w:pPr>
        <w:pStyle w:val="Heading2"/>
        <w:spacing w:before="120" w:line="360" w:lineRule="exact"/>
        <w:ind w:firstLine="720"/>
        <w:jc w:val="center"/>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 xml:space="preserve">Chương IV. </w:t>
      </w:r>
    </w:p>
    <w:p w14:paraId="4629A436" w14:textId="77777777" w:rsidR="00463A4F" w:rsidRPr="0012167C" w:rsidRDefault="00000000" w:rsidP="0012167C">
      <w:pPr>
        <w:pStyle w:val="Heading2"/>
        <w:spacing w:before="120" w:line="360" w:lineRule="exact"/>
        <w:jc w:val="center"/>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TRÌNH TỰ, THỦ TỤC ĐẶT HÀNG, XÉT CHỌN, THẨM ĐỊNH VÀ PHÊ DUYỆT NHIỆM VỤ SONG PHƯƠNG, ĐA PHƯƠNG TRONG KHUÔN KHỔ HỢP TÁC QUỐC TẾ</w:t>
      </w:r>
    </w:p>
    <w:p w14:paraId="4629A437" w14:textId="77777777" w:rsidR="00463A4F" w:rsidRPr="0012167C" w:rsidRDefault="00000000" w:rsidP="0012167C">
      <w:pPr>
        <w:pStyle w:val="Heading2"/>
        <w:pBdr>
          <w:top w:val="nil"/>
          <w:left w:val="nil"/>
          <w:bottom w:val="nil"/>
          <w:right w:val="nil"/>
          <w:between w:val="nil"/>
        </w:pBdr>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Điêu 17. Thông báo kế hoạch tài trợ</w:t>
      </w:r>
    </w:p>
    <w:p w14:paraId="4629A438"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Cơ quan quản lý nhiệm vụ thực hiện thông báo kế hoạch tài trợ, đặt hàng nhiệm vụ theo hình thức định kỳ hằng năm hoặc đột xuất theo quy định tại khoản 2, 4 Điều 10 Nghị định 267/2025/NĐ-CP, căn cứ vào định hướng hoạt động, văn bản thỏa thuận hợp tác đã ký kết và nhu cầu thực tiễn.</w:t>
      </w:r>
    </w:p>
    <w:p w14:paraId="4629A439"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Việc tiếp nhận hồ sơ đề nghị tài trợ, đặt hàng được thực hiện thông qua cổng thông tin điện tử hoặc nền tảng số, trừ trường hợp nhiệm vụ thuộc danh mục bí mật Nhà nước.</w:t>
      </w:r>
    </w:p>
    <w:p w14:paraId="4629A43A"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Nội dung thông báo kế hoạch tài trợ, đặt hàng bao gồm:</w:t>
      </w:r>
    </w:p>
    <w:p w14:paraId="4629A43B"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Phạm vi và đối tượng dự kiến được nhận tài trợ, đặt hàng;</w:t>
      </w:r>
    </w:p>
    <w:p w14:paraId="4629A43C"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Mức trần kinh phí hỗ trợ từ ngân sách nhà nước đối với từng loại nhiệm vụ;</w:t>
      </w:r>
    </w:p>
    <w:p w14:paraId="4629A43D"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Quyền quản lý, sử dụng, quyền sở hữu kết quả nhiệm vụ (nếu có cơ quan nhà nước yêu cầu tiếp nhận kết quả);</w:t>
      </w:r>
    </w:p>
    <w:p w14:paraId="4629A43E"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Văn bản thỏa thuận hợp tác;</w:t>
      </w:r>
    </w:p>
    <w:p w14:paraId="4629A43F"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e) Các nội dung khác theo quy định hiện hành đối với từng loại hình nhiệm vụ đăng ký cụ thể;</w:t>
      </w:r>
    </w:p>
    <w:p w14:paraId="4629A440" w14:textId="77777777" w:rsidR="00463A4F" w:rsidRPr="0012167C" w:rsidRDefault="00000000" w:rsidP="0012167C">
      <w:pPr>
        <w:spacing w:before="120" w:after="0" w:line="360" w:lineRule="exact"/>
        <w:ind w:firstLine="708"/>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đ) Thời hạn tiếp nhận hồ sơ: </w:t>
      </w:r>
      <w:sdt>
        <w:sdtPr>
          <w:rPr>
            <w:rFonts w:asciiTheme="majorHAnsi" w:hAnsiTheme="majorHAnsi" w:cstheme="majorHAnsi"/>
            <w:color w:val="000000" w:themeColor="text1"/>
            <w:sz w:val="28"/>
            <w:szCs w:val="28"/>
          </w:rPr>
          <w:tag w:val="goog_rdk_9"/>
          <w:id w:val="1416874779"/>
        </w:sdtPr>
        <w:sdtContent/>
      </w:sdt>
      <w:r w:rsidRPr="0012167C">
        <w:rPr>
          <w:rFonts w:asciiTheme="majorHAnsi" w:hAnsiTheme="majorHAnsi" w:cstheme="majorHAnsi"/>
          <w:color w:val="000000" w:themeColor="text1"/>
          <w:sz w:val="28"/>
          <w:szCs w:val="28"/>
        </w:rPr>
        <w:t>tối thiểu 03 tháng và căn cứ văn bản thỏa thuận hợp tác với mỗi chương trình.</w:t>
      </w:r>
    </w:p>
    <w:p w14:paraId="4629A441" w14:textId="77777777" w:rsidR="00463A4F" w:rsidRPr="0012167C" w:rsidRDefault="00000000" w:rsidP="0012167C">
      <w:pPr>
        <w:pStyle w:val="Heading2"/>
        <w:pBdr>
          <w:top w:val="nil"/>
          <w:left w:val="nil"/>
          <w:bottom w:val="nil"/>
          <w:right w:val="nil"/>
          <w:between w:val="nil"/>
        </w:pBdr>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 xml:space="preserve">Điều 18. Đăng ký xét tài trợ, đặt hàng thực hiện nhiệm vụ </w:t>
      </w:r>
    </w:p>
    <w:p w14:paraId="4629A442"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Căn cứ theo quy định tại khoản 5, Điều 11, Nghị định số 267/2025/NĐ-CP và thông báo kế hoạch tài trợ, đặt hàng của Cơ quan quản lý nhiệm vụ, các tổ chức, cá nhân đăng ký thực hiện nhiệm vụ phía Việt Nam lập hồ sơ đề nghị tài trợ bằng ngôn ngữ tiếng anh và ngôn ngữ tiếng việt, theo các mẫu ban hành kèm theo thông tư này gồm:</w:t>
      </w:r>
    </w:p>
    <w:p w14:paraId="4629A443"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Đơn đăng ký chủ trì thực hiện nhiệm vụ (Mẫu SPDP-BM01);</w:t>
      </w:r>
    </w:p>
    <w:p w14:paraId="4629A444"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b) Thuyết minh được xây dựng chung giữa nhóm nghiên cứu Việt Nam và các nhóm nghiên cứu đối tác hoặc thỏa thuận hợp tác giữa tổ chức chủ trì và đối tác nước ngoài (theo hướng dẫn tại văn bản thỏa thuận hợp tác), trong đó nêu rõ nội dung, kế hoạch triển khai, nguyên tắc chia sẻ kết quả nghiên cứu, nguồn lực </w:t>
      </w:r>
      <w:r w:rsidRPr="0012167C">
        <w:rPr>
          <w:rFonts w:asciiTheme="majorHAnsi" w:hAnsiTheme="majorHAnsi" w:cstheme="majorHAnsi"/>
          <w:color w:val="000000" w:themeColor="text1"/>
          <w:sz w:val="28"/>
          <w:szCs w:val="28"/>
        </w:rPr>
        <w:lastRenderedPageBreak/>
        <w:t>đóng góp của hai bên (tài chính, nhân lực, cơ sở vật chất); cam kết cấp kinh phí của đối tác nước ngoài (nếu có);</w:t>
      </w:r>
    </w:p>
    <w:p w14:paraId="4629A445"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Thuyết minh công việc do nhóm Việt Nam thực hiện và Dự toán kinh phí đề xuất của nhóm nghiên cứu Việt Nam (Mẫu SPDP-BM02)</w:t>
      </w:r>
    </w:p>
    <w:p w14:paraId="4629A446"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Lý lịch chủ nhiệm và thành viên nghiên cứu Việt Nam (Mẫu SPDP-BM03); Lý lịch chủ nhiệm và các thành viên chính nhóm nghiên cứu đối tác (theo hướng dẫn tại văn bản thỏa thuận hợp tác);</w:t>
      </w:r>
    </w:p>
    <w:p w14:paraId="4629A447"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e) Tài liệu chứng minh tư cách pháp lý của tổ chức chủ trì Việt Nam;</w:t>
      </w:r>
    </w:p>
    <w:p w14:paraId="4629A448"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f) Thông tin về năng lực tổ chức Việt Nam;</w:t>
      </w:r>
    </w:p>
    <w:p w14:paraId="4629A449" w14:textId="77777777" w:rsidR="00463A4F" w:rsidRPr="0012167C" w:rsidRDefault="00000000" w:rsidP="0012167C">
      <w:pPr>
        <w:spacing w:before="120" w:after="0" w:line="360" w:lineRule="exact"/>
        <w:ind w:firstLine="85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g) Các tài liệu liên quan khác theo tiêu chí, yêu cầu riêng đối với từng loại hình nhiệm vụ đăng ký tài trợ, chương trình cụ thể (nếu có).</w:t>
      </w:r>
    </w:p>
    <w:p w14:paraId="4629A44A"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Cơ quan quản lý nhiệm vụ tiếp nhận hồ sơ, rà soát tính hợp lệ và thống nhất kết quả với đối tác nước ngoài. Thời điểm thông báo cho các tổ chức, cá nhân đăng ký thực hiện nhiệm vụ về tình trạng hồ sơ hợp lệ/không hợp lệ sẽ theo thỏa thuận giữa Cơ quan quản lý nhiệm vụ và đối tác nước ngoài.</w:t>
      </w:r>
    </w:p>
    <w:p w14:paraId="4629A44B" w14:textId="77777777" w:rsidR="00463A4F" w:rsidRPr="0012167C" w:rsidRDefault="00000000" w:rsidP="0012167C">
      <w:pPr>
        <w:pStyle w:val="Heading2"/>
        <w:pBdr>
          <w:top w:val="nil"/>
          <w:left w:val="nil"/>
          <w:bottom w:val="nil"/>
          <w:right w:val="nil"/>
          <w:between w:val="nil"/>
        </w:pBdr>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19. Yêu cầu đối với kết quả nhiệm vụ, tiêu chí đối với tổ chức, cá nhân đăng ký chủ trì nhiệm vụ</w:t>
      </w:r>
    </w:p>
    <w:p w14:paraId="4629A44C"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Các yêu cầu đối với kết quả nhiệm vụ, tiêu chí đối với tổ chức, cá nhân đăng ký chủ trì nhiệm vụ căn cứ theo văn bản quản lý hiện hành tương ứng với loại hình nhiệm vụ hợp tác quốc tế đã đăng ký tài trợ.</w:t>
      </w:r>
    </w:p>
    <w:p w14:paraId="4629A44D"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Trong quá trình xét tài trợ, đặt hàng nhiệm vụ, Cơ quan quản lý nhiệm vụ tiến hành phân loại nhiệm vụ theo mức độ rủi ro thông qua đánh giá của Hội đồng khoa học và công nghệ, căn cứ vào tính mới, độ phức tạp của công nghệ, khả năng kiểm soát tiến độ, chi phí và kết quả đầu ra, mức độ phụ thuộc vào yếu tố bên ngoài và tỷ lệ ngân sách nhà nước tài trợ. Các mức rủi ro được phân chia thành: thấp, trung bình, cao và là căn cứ để Cơ quan quản lý nhiệm vụ áp dụng cơ chế quản lý, giám sát, đánh giá, xử lý trong quá trình thực hiện nhiệm vụ.</w:t>
      </w:r>
    </w:p>
    <w:p w14:paraId="4629A44E"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Cơ quan quản lý nhiệm vụ quy định mức trần kinh phí và sản phẩm công bố tối thiểu theo loại hình nhiệm vụ, quy mô (nhỏ/trung bình/lớn), mức độ ưu tiên, ngành/lĩnh vực nghiên cứu, mức độ rủi ro và khả năng cân đối ngân sách theo từng giai đoạn cụ thể.</w:t>
      </w:r>
    </w:p>
    <w:p w14:paraId="4629A44F" w14:textId="77777777" w:rsidR="00463A4F" w:rsidRPr="0012167C" w:rsidRDefault="00000000" w:rsidP="0012167C">
      <w:pPr>
        <w:pStyle w:val="Heading2"/>
        <w:pBdr>
          <w:top w:val="nil"/>
          <w:left w:val="nil"/>
          <w:bottom w:val="nil"/>
          <w:right w:val="nil"/>
          <w:between w:val="nil"/>
        </w:pBdr>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20. Nguyên tắc đánh giá xét chọn</w:t>
      </w:r>
    </w:p>
    <w:p w14:paraId="4629A450"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Đánh giá thông qua Hội đồng khoa học và công nghệ (sau đây gọi là Hội đồng khoa học) và chuyên gia phản biện theo quy định tại khoản 4 Điều 12 Nghị định 267/2025/NĐ-CP. Ngoài ra:</w:t>
      </w:r>
    </w:p>
    <w:p w14:paraId="4629A451" w14:textId="37C73F94" w:rsidR="00463A4F" w:rsidRPr="0012167C" w:rsidRDefault="00300680" w:rsidP="0012167C">
      <w:pPr>
        <w:spacing w:before="120" w:after="0" w:line="360" w:lineRule="exact"/>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ab/>
        <w:t xml:space="preserve">a) </w:t>
      </w:r>
      <w:r w:rsidRPr="0012167C">
        <w:rPr>
          <w:rFonts w:asciiTheme="majorHAnsi" w:hAnsiTheme="majorHAnsi" w:cstheme="majorHAnsi"/>
          <w:color w:val="000000" w:themeColor="text1"/>
          <w:sz w:val="28"/>
          <w:szCs w:val="28"/>
        </w:rPr>
        <w:t>Số lượng thành viên Hội đồng, số lượng chuyên gia phản biện căn cứ theo văn bản thỏa thuận hợp tác đã thống nhất giữa Quỹ và đối tác.</w:t>
      </w:r>
    </w:p>
    <w:p w14:paraId="4629A452" w14:textId="4CF8BF35" w:rsidR="00463A4F" w:rsidRPr="0012167C" w:rsidRDefault="00300680" w:rsidP="0012167C">
      <w:pPr>
        <w:spacing w:before="120" w:after="0" w:line="360" w:lineRule="exact"/>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lastRenderedPageBreak/>
        <w:tab/>
        <w:t xml:space="preserve">b) </w:t>
      </w:r>
      <w:r w:rsidRPr="0012167C">
        <w:rPr>
          <w:rFonts w:asciiTheme="majorHAnsi" w:hAnsiTheme="majorHAnsi" w:cstheme="majorHAnsi"/>
          <w:color w:val="000000" w:themeColor="text1"/>
          <w:sz w:val="28"/>
          <w:szCs w:val="28"/>
        </w:rPr>
        <w:t>Cơ quan quản lý nhiệm vụ ban hành quy chế quản lý, sử dụng cơ sở dữ liệu chuyên gia; quy chế về thành lập Hội đồng, thành phần, trình tự, phương thức làm việc của Hội đồng khoa học, phản biện trong quá trình xét tài trợ/đặt hàng và các biểu mẫu liên quan.</w:t>
      </w:r>
    </w:p>
    <w:p w14:paraId="4629A453"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Việc đánh giá được thực hiện khách quan, dân chủ, bình đẳng, tiếp cận các chuẩn mực quốc tế, căn cứ vào hồ sơ đăng ký hợp lệ, theo quy định về điều kiện đối với tổ chức, cá nhân thực hiện và kết quả của nhiệm vụ tại văn bản quản lý hiện hành tương ứng với loại hình nhiệm vụ hợp tác quốc tế đã đăng ký tài trợ:</w:t>
      </w:r>
    </w:p>
    <w:p w14:paraId="4629A454"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Phương thức, tiêu chí đánh giá của mỗi chương trình căn cứ theo văn bản thỏa thuận hợp tác quốc tế đã ký kết</w:t>
      </w:r>
    </w:p>
    <w:p w14:paraId="4629A455"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Trên cơ sở danh mục đề xuất tài trợ của Hội đồng khoa học, Cơ quan quản lý nhiệm vụ và các đối tác thực hiện các thủ tục theo quy định của mỗi bên để báo cáo, xin ý kiến chủ trương của cấp trên có thẩm quyền về danh mục thống nhất kết quả tài trợ.</w:t>
      </w:r>
    </w:p>
    <w:p w14:paraId="4629A456"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5. Trên cơ sở kết quả thống nhất của Việt Nam và các đối tác tài trợ, và trên cơ sở biên bản họp hội đồng, cơ quan quản lý nhiệm vụ thông báo kết quả cho tổ chức chủ trì đề xuất;</w:t>
      </w:r>
    </w:p>
    <w:p w14:paraId="4629A457"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Tổ chức chủ trì đề xuất xem xét tiếp thu ý kiến đóng góp của hội đồng, bổ sung dự toán kinh phí chi tiết thực hiện nhiệm vụ theo mẫu và gửi về cơ quan quản lý nhiệm vụ thông qua cổng dịch vụ công trực tuyến/Nền tảng số quản lý khoa học, công nghệ và đổi mới sáng tạo quốc gia hoặc trực tiếp hoặc qua dịch vụ bưu chính trong vòng 15 ngày kể từ thời điểm nhận được thông báo.</w:t>
      </w:r>
    </w:p>
    <w:p w14:paraId="4629A458" w14:textId="77777777" w:rsidR="00463A4F" w:rsidRPr="0012167C" w:rsidRDefault="00000000" w:rsidP="0012167C">
      <w:pPr>
        <w:pStyle w:val="Heading2"/>
        <w:pBdr>
          <w:top w:val="nil"/>
          <w:left w:val="nil"/>
          <w:bottom w:val="nil"/>
          <w:right w:val="nil"/>
          <w:between w:val="nil"/>
        </w:pBdr>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21. Thẩm định, phê duyệt nhiệm vụ</w:t>
      </w:r>
    </w:p>
    <w:p w14:paraId="4629A459"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Cơ quan quản lý nhiệm vụ tổ chức thẩm định kinh phí nhiệm vụ thông qua Tổ thẩm định theo quy định tại khoản 7 Điều 12 Nghị định 267/2025/NĐ-CP.</w:t>
      </w:r>
    </w:p>
    <w:p w14:paraId="4629A45A"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Cơ quan quản lý nhiệm vụ ban hành quy chế về thành lập Tổ thẩm định, thành phần, phương thức, trình tự làm việc của Tổ thẩm định và các biểu mẫu liên quan.</w:t>
      </w:r>
    </w:p>
    <w:p w14:paraId="4629A45B"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Trong thời gian tối đa 03 ngày làm việc kể từ ngày có biên bản thẩm định kinh phí, Cơ quan quản lý nhiệm vụ thông báo kết quả cho tổ chức đề xuất. Tổ chức chủ trì đề xuất có trách nhiệm hoàn thiện dự toán kinh phí và gửi về cơ quan quản lý nhiệm vụ thông qua cổng dịch vụ công trực tuyến/Nền tảng số trong vòng 07 ngày làm việc kể từ thời điểm nhận thông báo.</w:t>
      </w:r>
    </w:p>
    <w:p w14:paraId="4629A45C" w14:textId="77777777" w:rsidR="00463A4F" w:rsidRPr="0012167C" w:rsidRDefault="00000000" w:rsidP="0012167C">
      <w:pPr>
        <w:pBdr>
          <w:top w:val="nil"/>
          <w:left w:val="nil"/>
          <w:bottom w:val="nil"/>
          <w:right w:val="nil"/>
          <w:between w:val="nil"/>
        </w:pBd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4. Cơ quan quản lý nhiệm vụ xem xét, phê duyệt các nhiệm vụ theo quy định trên và thông báo kết quả tài trợ chính thức theo thời hạn đã được thống nhất giữa Việt Nam và đối tác công khai trên Nền tảng số. </w:t>
      </w:r>
    </w:p>
    <w:p w14:paraId="4629A45D"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22. Hợp đồng nghiên cứu khoa học và công nghệ</w:t>
      </w:r>
    </w:p>
    <w:p w14:paraId="4629A45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1. Cơ quan quản lý nhiệm vụ thực hiện ký hợp đồng nghiên cứu khoa học và công nghệ với tổ chức chủ trì theo Mẫu tương ứng quy định hiện hành áp dụng với loại hình nhiệm vụ hợp tác quốc tế đã đăng ký tài trợ. Thời hạn ký hợp đồng theo các quy định hiện hành.</w:t>
      </w:r>
    </w:p>
    <w:p w14:paraId="4629A45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Trường hợp cần sửa đổi, bổ sung hoặc điều chỉnh nội dung hợp đồng trong quá trình thực hiện, Cơ quan quản lý nhiệm vụ thực hiện theo trình tự, thủ tục quy định tại Điều 15 Nghị định số 267/2025/NĐ-CP. Hồ sơ đề nghị điều chỉnh, bổ sung hợp đồng gồm văn bản đề nghị của tổ chức chủ trì, ý kiến của chủ nhiệm nhiệm vụ và các tài liệu liên quan, được lập theo mẫu tương ứng quy định hiện hành áp dụng với loại hình nhiệm vụ hợp tác quốc tế đã đăng ký tài trợ.</w:t>
      </w:r>
    </w:p>
    <w:p w14:paraId="4629A46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3. Việc hủy kết quả xét tài trợ, đặt hàng nhiệm vụ (nếu có) được thực hiện theo quy định hiện hành. </w:t>
      </w:r>
    </w:p>
    <w:p w14:paraId="2AA39503" w14:textId="77777777" w:rsidR="0028776E" w:rsidRDefault="00000000" w:rsidP="0012167C">
      <w:pPr>
        <w:pStyle w:val="Heading1"/>
        <w:spacing w:before="120" w:line="360" w:lineRule="exact"/>
        <w:ind w:firstLine="720"/>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Chương V</w:t>
      </w:r>
    </w:p>
    <w:p w14:paraId="4629A461" w14:textId="0E569520" w:rsidR="00463A4F" w:rsidRDefault="00000000" w:rsidP="0012167C">
      <w:pPr>
        <w:pStyle w:val="Heading1"/>
        <w:spacing w:before="120" w:line="360" w:lineRule="exact"/>
        <w:ind w:firstLine="720"/>
        <w:jc w:val="center"/>
        <w:rPr>
          <w:rFonts w:asciiTheme="majorHAnsi" w:eastAsia="Times New Roman" w:hAnsiTheme="majorHAnsi" w:cstheme="majorHAnsi"/>
          <w:color w:val="000000" w:themeColor="text1"/>
        </w:rPr>
      </w:pPr>
      <w:r w:rsidRPr="0012167C">
        <w:rPr>
          <w:rFonts w:asciiTheme="majorHAnsi" w:eastAsia="Times New Roman" w:hAnsiTheme="majorHAnsi" w:cstheme="majorHAnsi"/>
          <w:color w:val="000000" w:themeColor="text1"/>
        </w:rPr>
        <w:t>TỔ CHỨC THỰC HIỆN</w:t>
      </w:r>
    </w:p>
    <w:p w14:paraId="52313B78" w14:textId="77777777" w:rsidR="0028776E" w:rsidRPr="0028776E" w:rsidRDefault="0028776E" w:rsidP="0028776E"/>
    <w:p w14:paraId="4629A462"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23. Tổ chức thực hiện nhiệm vụ</w:t>
      </w:r>
    </w:p>
    <w:p w14:paraId="4629A463" w14:textId="77777777" w:rsidR="00463A4F" w:rsidRPr="0012167C" w:rsidRDefault="00000000" w:rsidP="0012167C">
      <w:pPr>
        <w:numPr>
          <w:ilvl w:val="0"/>
          <w:numId w:val="1"/>
        </w:numPr>
        <w:spacing w:before="120" w:after="0" w:line="360" w:lineRule="exact"/>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Tổ chức, cá nhân chủ trì nhiệm vụ có trách nhiệm:</w:t>
      </w:r>
    </w:p>
    <w:p w14:paraId="4629A46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Triển khai đúng nội dung, tiến độ, mục tiêu, sản phẩm theo hợp đồng đã ký;</w:t>
      </w:r>
    </w:p>
    <w:p w14:paraId="4629A465"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Báo cáo định kỳ và đột xuất theo yêu cầu của Cơ quan quản lý nhiệm vụ;</w:t>
      </w:r>
    </w:p>
    <w:p w14:paraId="4629A46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Thực hiện đầy đủ quy định về quản lý tài chính, quản lý rủi ro, bảo đảm an toàn và bảo mật thông tin.</w:t>
      </w:r>
    </w:p>
    <w:p w14:paraId="4629A467"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2. Bộ Khoa học và Công nghệ phân cấp cơ quan quản lý nhiệm vụ là Quỹ Phát triển khoa học và công nghệ Quốc gia </w:t>
      </w:r>
    </w:p>
    <w:p w14:paraId="4629A46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Quỹ Phát triển khoa học và công nghệ Quốc gia có trách nhiệm:</w:t>
      </w:r>
    </w:p>
    <w:p w14:paraId="4629A46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Tổ chức triển khai thực hiện các nội dung được quy định tại Thông tư này.</w:t>
      </w:r>
    </w:p>
    <w:p w14:paraId="4629A46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Hướng dẫn, giám sát, kiểm tra việc thực hiện nhiệm vụ hợp tác quốc tế.</w:t>
      </w:r>
    </w:p>
    <w:p w14:paraId="4629A46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Tổ chức đánh giá tiến độ và kết quả;</w:t>
      </w:r>
    </w:p>
    <w:p w14:paraId="4629A46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Đôn đốc việc công bố, đăng ký, lưu giữ và chuyển giao kết quả nghiên cứu.</w:t>
      </w:r>
    </w:p>
    <w:p w14:paraId="4629A46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đ) Xây dựng, ban hành quy chế điều chỉnh nội dung, tiến độ, nhân sự hoặc kinh phí nhiệm vụ hợp tác quốc tế.</w:t>
      </w:r>
    </w:p>
    <w:p w14:paraId="4629A46E"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lastRenderedPageBreak/>
        <w:t>Điều 24. Báo cáo tiến độ và báo cáo định kỳ</w:t>
      </w:r>
    </w:p>
    <w:p w14:paraId="4629A46F" w14:textId="77777777" w:rsidR="00463A4F" w:rsidRPr="00300680" w:rsidRDefault="00000000" w:rsidP="0012167C">
      <w:pPr>
        <w:pStyle w:val="Heading2"/>
        <w:spacing w:before="120" w:line="360" w:lineRule="exact"/>
        <w:ind w:firstLine="720"/>
        <w:jc w:val="both"/>
        <w:rPr>
          <w:rFonts w:asciiTheme="majorHAnsi" w:eastAsia="Times New Roman" w:hAnsiTheme="majorHAnsi" w:cstheme="majorHAnsi"/>
          <w:b w:val="0"/>
          <w:bCs/>
          <w:color w:val="000000" w:themeColor="text1"/>
          <w:sz w:val="28"/>
          <w:szCs w:val="28"/>
        </w:rPr>
      </w:pPr>
      <w:bookmarkStart w:id="7" w:name="_heading=h.eqbg636ghzfu" w:colFirst="0" w:colLast="0"/>
      <w:bookmarkEnd w:id="7"/>
      <w:r w:rsidRPr="00300680">
        <w:rPr>
          <w:rFonts w:asciiTheme="majorHAnsi" w:eastAsia="Times New Roman" w:hAnsiTheme="majorHAnsi" w:cstheme="majorHAnsi"/>
          <w:b w:val="0"/>
          <w:bCs/>
          <w:color w:val="000000" w:themeColor="text1"/>
          <w:sz w:val="28"/>
          <w:szCs w:val="28"/>
        </w:rPr>
        <w:t>1. Tổ chức, cá nhân thực hiện nhiệm vụ có trách nhiệm cập nhật thông tin về tình hình thực hiện nhiệm vụ vào hệ thống quản lý nhiệm vụ của Cơ quan quản lý nhiệm vụ theo quy định tối thiểu 01 lần/tháng. Các thông tin được cập nhật bao gồm nhưng không giới hạn ở:</w:t>
      </w:r>
    </w:p>
    <w:p w14:paraId="4629A47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Tình hình triển khai các nội dung nghiên cứu, hoạt động đã đăng ký theo tiến độ;</w:t>
      </w:r>
    </w:p>
    <w:p w14:paraId="4629A47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Các sản phẩm khoa học, công nghệ và đổi mới sáng tạo (sản phẩm trung gian, sản phẩm cuối cùng) đã đạt được;</w:t>
      </w:r>
    </w:p>
    <w:p w14:paraId="4629A47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Tình hình sử dụng kinh phí được cấp, bao gồm các khoản đã chi, tạm ứng;</w:t>
      </w:r>
    </w:p>
    <w:p w14:paraId="4629A473"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Những khó khăn, vướng mắc, các rủi ro có thể ảnh hưởng đến tiến độ và kết quả nhiệm vụ;</w:t>
      </w:r>
    </w:p>
    <w:p w14:paraId="4629A47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đ) Báo cáo hợp tác quốc tế;</w:t>
      </w:r>
    </w:p>
    <w:p w14:paraId="4629A475"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e) Các đề xuất, kiến nghị (nếu có).</w:t>
      </w:r>
    </w:p>
    <w:p w14:paraId="4629A47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Các thông tin cập nhật tại khoản 1 Điều này là cơ sở để Cơ quan quản lý nhiệm vụ thực hiện theo dõi tiến trình thực hiện nhiệm vụ, phục vụ việc kết xuất báo cáo giữa kỳ, báo cáo cuối kỳ của nhiệm vụ, và là căn cứ cho hoạt động kiểm tra, đánh giá của Cơ quan quản lý nhiệm vụ.</w:t>
      </w:r>
    </w:p>
    <w:p w14:paraId="4629A477"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Cơ quan quản lý nhiệm vụ tổ chức thực hiện kiểm tra, đánh giá định kỳ tối thiểu 01 lần/năm hoặc theo các mốc tiến độ, kết quả đầu ra quan trọng được quy định cụ thể trong Hợp đồng giao nhiệm vụ (nếu có).</w:t>
      </w:r>
    </w:p>
    <w:p w14:paraId="4629A47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Nội dung kiểm tra, đánh giá tập trung vào việc đối chiếu kết quả thực hiện với mục tiêu, nội dung, tiến độ, sản phẩm và kinh phí đã được phê duyệt trong Hợp đồng giao nhiệm vụ và các Phụ lục sửa đổi, bổ sung (nếu có).</w:t>
      </w:r>
    </w:p>
    <w:p w14:paraId="4629A47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Trong một số trường hợp theo yêu cầu quản lý và biện pháp quản trị rủi ro (chậm tiến độ nghiêm trọng, có dấu hiệu sử dụng sai mục đích kinh phí, có kiến nghị/khiếu nại, đề nghị chấm dứt hợp đồng), Cơ quan quản lý nhiệm vụ tiến hành kiểm tra, đánh giá đột xuất đối với nhiệm vụ khoa học, công nghệ và đổi mới sáng tạo.</w:t>
      </w:r>
    </w:p>
    <w:p w14:paraId="4629A47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Phương thức, trình tự kiểm tra, đánh giá:</w:t>
      </w:r>
    </w:p>
    <w:p w14:paraId="4629A47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Cơ quan quản lý nhiệm vụ thực hiện đánh giá nhiệm vụ theo phương thức trực tiếp hoặc trực tuyến hoặc kết hợp hai phương thức trên tùy thuộc vào loại hình, mức độ rủi ro, sản phẩm dự kiến của nhiệm vụ;</w:t>
      </w:r>
    </w:p>
    <w:p w14:paraId="4629A47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b) Cơ quan quản lý nhiệm vụ thực hiện đánh giá trực tiếp thông qua đoàn đánh giá do Thủ trưởng Cơ quan quản lý nhiệm vụ thành lập hoặc đánh giá thông qua tổ chức độc lập, chuyên gia độc lập;</w:t>
      </w:r>
    </w:p>
    <w:p w14:paraId="4629A47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Trong trường hợp đánh giá trực tiếp, Cơ quan quản lý nhiệm vụ thông báo bằng văn bản về việc kiểm tra, đánh giá, nêu rõ nội dung, thời gian, thành phần đoàn kiểm tra, đánh giá;</w:t>
      </w:r>
    </w:p>
    <w:p w14:paraId="4629A47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d) Tổ chức, cá nhân thực hiện nhiệm vụ có trách nhiệm nộp báo cáo giữa kỳ đúng hạn, chuẩn bị đầy đủ hồ sơ, tài liệu liên quan, tạo điều kiện thuận lợi cho hoạt động kiểm tra, đánh giá.</w:t>
      </w:r>
    </w:p>
    <w:p w14:paraId="4629A47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5. Kết quả kiểm tra, đánh giá định kỳ và đột xuất được lập thành biên bản và là căn cứ quan trọng để Cơ quan quản lý nhiệm vụ xem xét, quyết định:</w:t>
      </w:r>
    </w:p>
    <w:p w14:paraId="4629A48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a) Cấp tiếp kinh phí cho các giai đoạn tiếp theo của nhiệm vụ.</w:t>
      </w:r>
    </w:p>
    <w:p w14:paraId="4629A48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Điều chỉnh nội dung, tiến độ, kinh phí, sản phẩm, nhân sự của nhiệm vụ.</w:t>
      </w:r>
    </w:p>
    <w:p w14:paraId="4629A482"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c) Tạm dừng hoặc chấm dứt thực hiện nhiệm vụ theo quy định.</w:t>
      </w:r>
    </w:p>
    <w:p w14:paraId="4629A483"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6. Báo cáo giữa kỳ được lập theo mẫu quy định tại Phụ lục V ban hành kèm theo Thông tư này.</w:t>
      </w:r>
    </w:p>
    <w:p w14:paraId="4629A484"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7. Cơ quan quản lý nhiệm vụ ban hành quy chế quy định thành phần của đoàn đánh </w:t>
      </w:r>
      <w:proofErr w:type="gramStart"/>
      <w:r w:rsidRPr="0012167C">
        <w:rPr>
          <w:rFonts w:asciiTheme="majorHAnsi" w:hAnsiTheme="majorHAnsi" w:cstheme="majorHAnsi"/>
          <w:color w:val="000000" w:themeColor="text1"/>
          <w:sz w:val="28"/>
          <w:szCs w:val="28"/>
        </w:rPr>
        <w:t>giá ,</w:t>
      </w:r>
      <w:proofErr w:type="gramEnd"/>
      <w:r w:rsidRPr="0012167C">
        <w:rPr>
          <w:rFonts w:asciiTheme="majorHAnsi" w:hAnsiTheme="majorHAnsi" w:cstheme="majorHAnsi"/>
          <w:color w:val="000000" w:themeColor="text1"/>
          <w:sz w:val="28"/>
          <w:szCs w:val="28"/>
        </w:rPr>
        <w:t xml:space="preserve"> mẫu biên bản đánh giá.</w:t>
      </w:r>
    </w:p>
    <w:p w14:paraId="4629A485"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25. Đánh giá cuối kỳ</w:t>
      </w:r>
    </w:p>
    <w:p w14:paraId="4629A486"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Cơ quan quản lý nhiệm vụ thực hiện đánh giá cuối kỳ thông qua tổ chuyên gia hoặc chuyên gia tư vấn độc lập, tổ chức tư vấn độc lập và gửi văn bản thông báo kết quả đánh giá, báo cáo đánh giá cho tổ chức thực hiện nhiệm vụ đúng thời hạn theo quy định tại Điều 17.</w:t>
      </w:r>
    </w:p>
    <w:p w14:paraId="4629A487"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Báo cáo cuối kỳ được lập theo biểu mẫu quy định tại (mẫu đánh giá cuối kỳ) ban hành kèm theo Thông tư này và Báo cáo hợp tác quốc tế và báo cáo đánh giá của đối tác thực hiện về quá trình và kết quả hợp tác, triển vọng hợp tác trong tương lai.</w:t>
      </w:r>
    </w:p>
    <w:p w14:paraId="4629A488"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Cơ quan quản lý nhiệm vụ ban hành quy định chi tiết về thành lập tổ chuyên gia, thành phần tổ chuyên gia và các tiêu chí đánh giá, hồ sơ, biểu mẫu và trình tự đánh giá cuối kỳ, đánh giá hiệu quả đầu ra của nhiệm vụ.</w:t>
      </w:r>
    </w:p>
    <w:p w14:paraId="4629A489"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26. Đánh giá tác động của nhiệm vụ</w:t>
      </w:r>
    </w:p>
    <w:p w14:paraId="4629A48A"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Việc đánh giá tác động của nhiệm vụ được thực hiện theo Điều 18 Nghị định số 267/2025/NĐ-CP.</w:t>
      </w:r>
    </w:p>
    <w:p w14:paraId="4629A48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2. Biểu mẫu đánh giá tác động của kết quả thực hiện nhiệm vụ được lập theo biểu mẫu quy định tại ban hành kèm theo Thông tư này (mẫu đánh giá tác động).    </w:t>
      </w:r>
    </w:p>
    <w:p w14:paraId="4629A48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lastRenderedPageBreak/>
        <w:t>3. Kết quả đánh giá là căn cứ để điều chỉnh chính sách tài trợ, đặt hàng và định hướng nghiên cứu giai đoạn tiếp theo, đồng thời báo cáo Bộ Khoa học và Công nghệ theo quy định.</w:t>
      </w:r>
    </w:p>
    <w:p w14:paraId="4629A48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4. Cơ quan quản lý nhiệm vụ ban hành quy định chi tiết về thành lập đoàn đánh giá, thành phần đoàn đánh giá và các tiêu chí đánh giá, hồ sơ, biểu mẫu và trình tự đánh giá tác động của kết quả thực hiện nhiệm vụ.</w:t>
      </w:r>
    </w:p>
    <w:p w14:paraId="4629A48E"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Điều 27. Chấm dứt, thanh lý hợp đồng</w:t>
      </w:r>
    </w:p>
    <w:p w14:paraId="4629A48F"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Việc chấm dứt thực hiện nhiệm vụ trong quá trình triển khai được thực hiện theo Điều 16 Nghị định số 267/2025/NĐ-CP.</w:t>
      </w:r>
    </w:p>
    <w:p w14:paraId="4629A490"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2. Việc thanh lý hợp đồng giao nhiệm vụ trong quá trình triển khai được thực hiện theo Điều 19 Nghị định số 267/2025/NĐ-CP.</w:t>
      </w:r>
    </w:p>
    <w:p w14:paraId="4629A491"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3. Biên bản thanh lý hợp đồng được lập theo mẫu quy định tại Phụ lục ban hành kèm theo Thông tư này.</w:t>
      </w:r>
    </w:p>
    <w:p w14:paraId="4629A492" w14:textId="77777777" w:rsidR="00463A4F" w:rsidRPr="0012167C" w:rsidRDefault="00000000" w:rsidP="0012167C">
      <w:pPr>
        <w:spacing w:before="120" w:after="0" w:line="360" w:lineRule="exact"/>
        <w:ind w:firstLine="720"/>
        <w:jc w:val="center"/>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CHƯƠNG VI</w:t>
      </w:r>
    </w:p>
    <w:p w14:paraId="4629A493" w14:textId="77777777" w:rsidR="00463A4F" w:rsidRPr="0012167C" w:rsidRDefault="00000000" w:rsidP="0012167C">
      <w:pPr>
        <w:spacing w:before="120" w:after="0" w:line="360" w:lineRule="exact"/>
        <w:ind w:firstLine="720"/>
        <w:jc w:val="center"/>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t xml:space="preserve"> ĐIỀU KHOẢN CHUYỂN TIẾP VÀ HIỆU LỰC THI HÀNH</w:t>
      </w:r>
    </w:p>
    <w:p w14:paraId="4629A494" w14:textId="77777777" w:rsidR="00463A4F" w:rsidRPr="0012167C" w:rsidRDefault="00000000" w:rsidP="0012167C">
      <w:pPr>
        <w:pStyle w:val="Heading2"/>
        <w:shd w:val="clear" w:color="auto" w:fill="FFFFFF"/>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28. Áp dụng pháp luật</w:t>
      </w:r>
    </w:p>
    <w:p w14:paraId="4629A495" w14:textId="77777777" w:rsidR="00463A4F" w:rsidRPr="0012167C" w:rsidRDefault="00000000" w:rsidP="0012167C">
      <w:pPr>
        <w:pStyle w:val="Heading2"/>
        <w:shd w:val="clear" w:color="auto" w:fill="FFFFFF"/>
        <w:spacing w:before="120" w:line="360" w:lineRule="exact"/>
        <w:ind w:firstLine="720"/>
        <w:jc w:val="both"/>
        <w:rPr>
          <w:rFonts w:asciiTheme="majorHAnsi" w:eastAsia="Times New Roman" w:hAnsiTheme="majorHAnsi" w:cstheme="majorHAnsi"/>
          <w:b w:val="0"/>
          <w:color w:val="000000" w:themeColor="text1"/>
          <w:sz w:val="28"/>
          <w:szCs w:val="28"/>
        </w:rPr>
      </w:pPr>
      <w:r w:rsidRPr="0012167C">
        <w:rPr>
          <w:rFonts w:asciiTheme="majorHAnsi" w:eastAsia="Times New Roman" w:hAnsiTheme="majorHAnsi" w:cstheme="majorHAnsi"/>
          <w:b w:val="0"/>
          <w:color w:val="000000" w:themeColor="text1"/>
          <w:sz w:val="28"/>
          <w:szCs w:val="28"/>
        </w:rPr>
        <w:t>1. Đối với nhiệm vụ hợp tác quốc tế chứa bí mật nhà nước: trình tự, thủ tục xét duyệt, ký hợp đồng giao nhiệm vụ khoa học, công nghệ và đổi mới sáng tạo trong khuôn khổ hợp tác quốc tế thực hiện theo quy định của pháp luật về bảo vệ bí mật nhà nước.</w:t>
      </w:r>
    </w:p>
    <w:p w14:paraId="4629A496" w14:textId="77777777" w:rsidR="00463A4F" w:rsidRPr="0012167C" w:rsidRDefault="00000000" w:rsidP="0012167C">
      <w:pPr>
        <w:pStyle w:val="Heading2"/>
        <w:shd w:val="clear" w:color="auto" w:fill="FFFFFF"/>
        <w:spacing w:before="120" w:line="360" w:lineRule="exact"/>
        <w:ind w:firstLine="720"/>
        <w:jc w:val="both"/>
        <w:rPr>
          <w:rFonts w:asciiTheme="majorHAnsi" w:eastAsia="Times New Roman" w:hAnsiTheme="majorHAnsi" w:cstheme="majorHAnsi"/>
          <w:b w:val="0"/>
          <w:color w:val="000000" w:themeColor="text1"/>
          <w:sz w:val="28"/>
          <w:szCs w:val="28"/>
        </w:rPr>
      </w:pPr>
      <w:r w:rsidRPr="0012167C">
        <w:rPr>
          <w:rFonts w:asciiTheme="majorHAnsi" w:eastAsia="Times New Roman" w:hAnsiTheme="majorHAnsi" w:cstheme="majorHAnsi"/>
          <w:b w:val="0"/>
          <w:color w:val="000000" w:themeColor="text1"/>
          <w:sz w:val="28"/>
          <w:szCs w:val="28"/>
        </w:rPr>
        <w:t xml:space="preserve">2. Đối với các nhiệm vụ hợp tác quốc tế đòi hỏi phải thực hiện cấp bách để đáp ứng nhiệm vụ quốc phòng, </w:t>
      </w:r>
      <w:proofErr w:type="gramStart"/>
      <w:r w:rsidRPr="0012167C">
        <w:rPr>
          <w:rFonts w:asciiTheme="majorHAnsi" w:eastAsia="Times New Roman" w:hAnsiTheme="majorHAnsi" w:cstheme="majorHAnsi"/>
          <w:b w:val="0"/>
          <w:color w:val="000000" w:themeColor="text1"/>
          <w:sz w:val="28"/>
          <w:szCs w:val="28"/>
        </w:rPr>
        <w:t>an</w:t>
      </w:r>
      <w:proofErr w:type="gramEnd"/>
      <w:r w:rsidRPr="0012167C">
        <w:rPr>
          <w:rFonts w:asciiTheme="majorHAnsi" w:eastAsia="Times New Roman" w:hAnsiTheme="majorHAnsi" w:cstheme="majorHAnsi"/>
          <w:b w:val="0"/>
          <w:color w:val="000000" w:themeColor="text1"/>
          <w:sz w:val="28"/>
          <w:szCs w:val="28"/>
        </w:rPr>
        <w:t xml:space="preserve"> ninh, kinh tế - xã hội hoặc thiên tai, dịch bệnh, Bộ trưởng Bộ Khoa học và Công nghệ quyết định việc rút ngắn thời gian các bước theo trình tự, thủ tục quy định tại Thông tư này để đáp ứng yêu cầu thực tiễn xây dựng, triển khai nhiệm vụ hợp tác quốc </w:t>
      </w:r>
      <w:proofErr w:type="gramStart"/>
      <w:r w:rsidRPr="0012167C">
        <w:rPr>
          <w:rFonts w:asciiTheme="majorHAnsi" w:eastAsia="Times New Roman" w:hAnsiTheme="majorHAnsi" w:cstheme="majorHAnsi"/>
          <w:b w:val="0"/>
          <w:color w:val="000000" w:themeColor="text1"/>
          <w:sz w:val="28"/>
          <w:szCs w:val="28"/>
        </w:rPr>
        <w:t>tế .</w:t>
      </w:r>
      <w:proofErr w:type="gramEnd"/>
    </w:p>
    <w:p w14:paraId="4629A497"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bookmarkStart w:id="8" w:name="_heading=h.b2wtc4am2n87" w:colFirst="0" w:colLast="0"/>
      <w:bookmarkEnd w:id="8"/>
      <w:r w:rsidRPr="0012167C">
        <w:rPr>
          <w:rFonts w:asciiTheme="majorHAnsi" w:eastAsia="Times New Roman" w:hAnsiTheme="majorHAnsi" w:cstheme="majorHAnsi"/>
          <w:b w:val="0"/>
          <w:color w:val="000000" w:themeColor="text1"/>
          <w:sz w:val="28"/>
          <w:szCs w:val="28"/>
        </w:rPr>
        <w:t>3. Trường hợp các nhiệm vụ hợp tác quốc tế có quy định riêng về trình tự, thủ tục xét duyệt, ký hợp đồng giao nhiệm vụ khoa học, công nghệ và đổi mới sáng tạo trong khuôn khổ hợp tác quốc tế trong văn bản quy phạm pháp luật thì không thực hiện theo các quy định tại Thông tư này.</w:t>
      </w:r>
    </w:p>
    <w:p w14:paraId="4629A498" w14:textId="77777777" w:rsidR="00463A4F" w:rsidRPr="0012167C" w:rsidRDefault="00000000" w:rsidP="0012167C">
      <w:pPr>
        <w:pStyle w:val="Heading2"/>
        <w:spacing w:before="120" w:line="360" w:lineRule="exact"/>
        <w:ind w:firstLine="720"/>
        <w:jc w:val="both"/>
        <w:rPr>
          <w:rFonts w:asciiTheme="majorHAnsi" w:eastAsia="Times New Roman" w:hAnsiTheme="majorHAnsi" w:cstheme="majorHAnsi"/>
          <w:color w:val="000000" w:themeColor="text1"/>
          <w:sz w:val="28"/>
          <w:szCs w:val="28"/>
        </w:rPr>
      </w:pPr>
      <w:r w:rsidRPr="0012167C">
        <w:rPr>
          <w:rFonts w:asciiTheme="majorHAnsi" w:eastAsia="Times New Roman" w:hAnsiTheme="majorHAnsi" w:cstheme="majorHAnsi"/>
          <w:color w:val="000000" w:themeColor="text1"/>
          <w:sz w:val="28"/>
          <w:szCs w:val="28"/>
        </w:rPr>
        <w:t>Điều 29. Điều khoản chuyển tiếp</w:t>
      </w:r>
    </w:p>
    <w:p w14:paraId="4629A499"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Đối với các nhiệm vụ, chương trình khoa học, công nghệ và đổi mới sáng tạo trong khuôn khổ hợp tác quốc tế đã nộp hồ sơ đăng ký tuyển chọn; phê duyệt nhiệm vụ; ký kết hợp đồng và đang thực hiện trước ngày Thông tư này có hiệu lực thì tiếp tục thực hiện theo các quy định tại hợp đồng đã ký và văn bản pháp luật có hiệu lực tại thời điểm thông báo thu hồ sơ, trừ trường hợp các bên có thỏa thuận bằng văn bản áp dụng quy định mới.</w:t>
      </w:r>
    </w:p>
    <w:p w14:paraId="4629A49A" w14:textId="77777777" w:rsidR="00463A4F" w:rsidRPr="0012167C" w:rsidRDefault="00000000" w:rsidP="0012167C">
      <w:pPr>
        <w:spacing w:before="120" w:after="0" w:line="360" w:lineRule="exact"/>
        <w:ind w:firstLine="720"/>
        <w:jc w:val="both"/>
        <w:rPr>
          <w:rFonts w:asciiTheme="majorHAnsi" w:hAnsiTheme="majorHAnsi" w:cstheme="majorHAnsi"/>
          <w:b/>
          <w:color w:val="000000" w:themeColor="text1"/>
          <w:sz w:val="28"/>
          <w:szCs w:val="28"/>
        </w:rPr>
      </w:pPr>
      <w:r w:rsidRPr="0012167C">
        <w:rPr>
          <w:rFonts w:asciiTheme="majorHAnsi" w:hAnsiTheme="majorHAnsi" w:cstheme="majorHAnsi"/>
          <w:b/>
          <w:color w:val="000000" w:themeColor="text1"/>
          <w:sz w:val="28"/>
          <w:szCs w:val="28"/>
        </w:rPr>
        <w:lastRenderedPageBreak/>
        <w:t>Điều 30. Hiệu lực thi hành</w:t>
      </w:r>
    </w:p>
    <w:p w14:paraId="4629A49B"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1. Thông tư này có hiệu lực thi hành kể từ ngày ... tháng ... năm 20</w:t>
      </w:r>
      <w:proofErr w:type="gramStart"/>
      <w:r w:rsidRPr="0012167C">
        <w:rPr>
          <w:rFonts w:asciiTheme="majorHAnsi" w:hAnsiTheme="majorHAnsi" w:cstheme="majorHAnsi"/>
          <w:color w:val="000000" w:themeColor="text1"/>
          <w:sz w:val="28"/>
          <w:szCs w:val="28"/>
        </w:rPr>
        <w:t>... .</w:t>
      </w:r>
      <w:proofErr w:type="gramEnd"/>
    </w:p>
    <w:p w14:paraId="4629A49C"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2. Bãi bỏ các Thông tư: </w:t>
      </w:r>
    </w:p>
    <w:p w14:paraId="4629A49D"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a) Thông tư số 10/2019/TT-BKHCN ngày 29/10/2019 của Bộ trưởng Bộ Khoa học và Công nghệ quy định quản lý nhiệm vụ khoa học và công nghệ theo Nghị định thư; </w:t>
      </w:r>
    </w:p>
    <w:p w14:paraId="4629A49E" w14:textId="77777777" w:rsidR="00463A4F" w:rsidRPr="0012167C" w:rsidRDefault="00000000" w:rsidP="0012167C">
      <w:pPr>
        <w:spacing w:before="120" w:after="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b) Thông tư số 12/2018/TT-BKHCN ngày 31/8/2018 Bộ trưởng Bộ Khoa học và Công nghệ quy định về xây dựng, ký kết và quản lý các chương trình hợp tác quốc tế của Quỹ Phát triển khoa học và công nghệ Quốc gia trong tài trợ thực hiện nhiệm vụ khoa học và công nghệ, hỗ trợ hoạt động nâng cao năng lực khoa học và công nghệ quốc gia.</w:t>
      </w:r>
    </w:p>
    <w:p w14:paraId="4629A49F" w14:textId="77777777" w:rsidR="00463A4F" w:rsidRPr="0012167C" w:rsidRDefault="00000000" w:rsidP="0012167C">
      <w:pPr>
        <w:spacing w:before="120" w:after="360" w:line="360" w:lineRule="exact"/>
        <w:ind w:firstLine="720"/>
        <w:jc w:val="both"/>
        <w:rPr>
          <w:rFonts w:asciiTheme="majorHAnsi" w:hAnsiTheme="majorHAnsi" w:cstheme="majorHAnsi"/>
          <w:color w:val="000000" w:themeColor="text1"/>
          <w:sz w:val="28"/>
          <w:szCs w:val="28"/>
        </w:rPr>
      </w:pPr>
      <w:r w:rsidRPr="0012167C">
        <w:rPr>
          <w:rFonts w:asciiTheme="majorHAnsi" w:hAnsiTheme="majorHAnsi" w:cstheme="majorHAnsi"/>
          <w:color w:val="000000" w:themeColor="text1"/>
          <w:sz w:val="28"/>
          <w:szCs w:val="28"/>
        </w:rPr>
        <w:t xml:space="preserve">3. Trong quá trình tổ chức thực hiện, nếu có vướng mắc, đề nghị phản ánh về Bộ Khoa học và Công nghệ để xem xét, giải quyết kịp </w:t>
      </w:r>
      <w:sdt>
        <w:sdtPr>
          <w:rPr>
            <w:rFonts w:asciiTheme="majorHAnsi" w:hAnsiTheme="majorHAnsi" w:cstheme="majorHAnsi"/>
            <w:color w:val="000000" w:themeColor="text1"/>
            <w:sz w:val="28"/>
            <w:szCs w:val="28"/>
          </w:rPr>
          <w:tag w:val="goog_rdk_10"/>
          <w:id w:val="2070439671"/>
        </w:sdtPr>
        <w:sdtContent/>
      </w:sdt>
      <w:sdt>
        <w:sdtPr>
          <w:rPr>
            <w:rFonts w:asciiTheme="majorHAnsi" w:hAnsiTheme="majorHAnsi" w:cstheme="majorHAnsi"/>
            <w:color w:val="000000" w:themeColor="text1"/>
            <w:sz w:val="28"/>
            <w:szCs w:val="28"/>
          </w:rPr>
          <w:tag w:val="goog_rdk_11"/>
          <w:id w:val="-1315282420"/>
        </w:sdtPr>
        <w:sdtContent/>
      </w:sdt>
      <w:r w:rsidRPr="0012167C">
        <w:rPr>
          <w:rFonts w:asciiTheme="majorHAnsi" w:hAnsiTheme="majorHAnsi" w:cstheme="majorHAnsi"/>
          <w:color w:val="000000" w:themeColor="text1"/>
          <w:sz w:val="28"/>
          <w:szCs w:val="28"/>
        </w:rPr>
        <w:t>thời.</w:t>
      </w:r>
    </w:p>
    <w:tbl>
      <w:tblPr>
        <w:tblStyle w:val="a2"/>
        <w:tblW w:w="9594" w:type="dxa"/>
        <w:tblLayout w:type="fixed"/>
        <w:tblLook w:val="0000" w:firstRow="0" w:lastRow="0" w:firstColumn="0" w:lastColumn="0" w:noHBand="0" w:noVBand="0"/>
      </w:tblPr>
      <w:tblGrid>
        <w:gridCol w:w="4644"/>
        <w:gridCol w:w="4950"/>
      </w:tblGrid>
      <w:tr w:rsidR="00463A4F" w14:paraId="4629A4B8" w14:textId="77777777">
        <w:trPr>
          <w:trHeight w:val="2036"/>
        </w:trPr>
        <w:tc>
          <w:tcPr>
            <w:tcW w:w="4644" w:type="dxa"/>
          </w:tcPr>
          <w:p w14:paraId="4629A4A0" w14:textId="77777777" w:rsidR="00463A4F" w:rsidRDefault="00000000">
            <w:pPr>
              <w:spacing w:after="0" w:line="240" w:lineRule="auto"/>
              <w:jc w:val="both"/>
              <w:rPr>
                <w:b/>
                <w:i/>
                <w:sz w:val="22"/>
                <w:szCs w:val="22"/>
              </w:rPr>
            </w:pPr>
            <w:r>
              <w:rPr>
                <w:b/>
                <w:i/>
                <w:sz w:val="22"/>
                <w:szCs w:val="22"/>
              </w:rPr>
              <w:t>Nơi nhận:</w:t>
            </w:r>
          </w:p>
          <w:p w14:paraId="4629A4A1" w14:textId="77777777" w:rsidR="00463A4F" w:rsidRDefault="00000000">
            <w:pPr>
              <w:spacing w:after="0" w:line="240" w:lineRule="auto"/>
              <w:jc w:val="both"/>
              <w:rPr>
                <w:sz w:val="22"/>
                <w:szCs w:val="22"/>
              </w:rPr>
            </w:pPr>
            <w:r>
              <w:rPr>
                <w:sz w:val="22"/>
                <w:szCs w:val="22"/>
              </w:rPr>
              <w:t>- Bộ trưởng (để báo cáo);</w:t>
            </w:r>
          </w:p>
          <w:p w14:paraId="4629A4A2" w14:textId="77777777" w:rsidR="00463A4F" w:rsidRDefault="00000000">
            <w:pPr>
              <w:spacing w:after="0" w:line="240" w:lineRule="auto"/>
              <w:ind w:right="-591"/>
              <w:jc w:val="both"/>
              <w:rPr>
                <w:sz w:val="22"/>
                <w:szCs w:val="22"/>
              </w:rPr>
            </w:pPr>
            <w:r>
              <w:rPr>
                <w:sz w:val="22"/>
                <w:szCs w:val="22"/>
              </w:rPr>
              <w:t>- Văn phòng Trung ương và các Ban của Đảng;</w:t>
            </w:r>
          </w:p>
          <w:p w14:paraId="4629A4A3" w14:textId="77777777" w:rsidR="00463A4F" w:rsidRDefault="00000000">
            <w:pPr>
              <w:spacing w:after="0" w:line="240" w:lineRule="auto"/>
              <w:jc w:val="both"/>
              <w:rPr>
                <w:sz w:val="22"/>
                <w:szCs w:val="22"/>
              </w:rPr>
            </w:pPr>
            <w:r>
              <w:rPr>
                <w:sz w:val="22"/>
                <w:szCs w:val="22"/>
              </w:rPr>
              <w:t>- Văn phòng Tổng Bí thư;</w:t>
            </w:r>
          </w:p>
          <w:p w14:paraId="4629A4A4" w14:textId="77777777" w:rsidR="00463A4F" w:rsidRDefault="00000000">
            <w:pPr>
              <w:spacing w:after="0" w:line="240" w:lineRule="auto"/>
              <w:jc w:val="both"/>
              <w:rPr>
                <w:sz w:val="22"/>
                <w:szCs w:val="22"/>
              </w:rPr>
            </w:pPr>
            <w:r>
              <w:rPr>
                <w:sz w:val="22"/>
                <w:szCs w:val="22"/>
              </w:rPr>
              <w:t>- Văn phòng Quốc hội;</w:t>
            </w:r>
          </w:p>
          <w:p w14:paraId="4629A4A5" w14:textId="77777777" w:rsidR="00463A4F" w:rsidRDefault="00000000">
            <w:pPr>
              <w:spacing w:after="0" w:line="240" w:lineRule="auto"/>
              <w:jc w:val="both"/>
              <w:rPr>
                <w:sz w:val="22"/>
                <w:szCs w:val="22"/>
              </w:rPr>
            </w:pPr>
            <w:r>
              <w:rPr>
                <w:sz w:val="22"/>
                <w:szCs w:val="22"/>
              </w:rPr>
              <w:t>- Văn phòng Chủ tịch nước;</w:t>
            </w:r>
          </w:p>
          <w:p w14:paraId="4629A4A6" w14:textId="77777777" w:rsidR="00463A4F" w:rsidRDefault="00000000">
            <w:pPr>
              <w:spacing w:after="0" w:line="240" w:lineRule="auto"/>
              <w:jc w:val="both"/>
              <w:rPr>
                <w:sz w:val="22"/>
                <w:szCs w:val="22"/>
              </w:rPr>
            </w:pPr>
            <w:r>
              <w:rPr>
                <w:sz w:val="22"/>
                <w:szCs w:val="22"/>
              </w:rPr>
              <w:t>- Văn phòng Chính phủ;</w:t>
            </w:r>
          </w:p>
          <w:p w14:paraId="4629A4A7" w14:textId="77777777" w:rsidR="00463A4F" w:rsidRDefault="00000000">
            <w:pPr>
              <w:spacing w:after="0" w:line="240" w:lineRule="auto"/>
              <w:jc w:val="both"/>
              <w:rPr>
                <w:sz w:val="22"/>
                <w:szCs w:val="22"/>
              </w:rPr>
            </w:pPr>
            <w:r>
              <w:rPr>
                <w:sz w:val="22"/>
                <w:szCs w:val="22"/>
              </w:rPr>
              <w:t>- Viện KSND tối cao, Tòa án nhân dân tối cao;</w:t>
            </w:r>
          </w:p>
          <w:p w14:paraId="4629A4A8" w14:textId="77777777" w:rsidR="00463A4F" w:rsidRDefault="00000000">
            <w:pPr>
              <w:spacing w:after="0" w:line="240" w:lineRule="auto"/>
              <w:jc w:val="both"/>
              <w:rPr>
                <w:sz w:val="22"/>
                <w:szCs w:val="22"/>
              </w:rPr>
            </w:pPr>
            <w:r>
              <w:rPr>
                <w:sz w:val="22"/>
                <w:szCs w:val="22"/>
              </w:rPr>
              <w:t>- Các Bộ, cơ quan ngang Bộ, cơ quan thuộc Chính phủ, cơ quan khác thuộc Trung ương;</w:t>
            </w:r>
          </w:p>
          <w:p w14:paraId="4629A4A9" w14:textId="77777777" w:rsidR="00463A4F" w:rsidRDefault="00000000">
            <w:pPr>
              <w:spacing w:after="0" w:line="240" w:lineRule="auto"/>
              <w:jc w:val="both"/>
              <w:rPr>
                <w:sz w:val="22"/>
                <w:szCs w:val="22"/>
              </w:rPr>
            </w:pPr>
            <w:r>
              <w:rPr>
                <w:sz w:val="22"/>
                <w:szCs w:val="22"/>
              </w:rPr>
              <w:t>- Kiểm toán Nhà nước;</w:t>
            </w:r>
          </w:p>
          <w:p w14:paraId="4629A4AA" w14:textId="77777777" w:rsidR="00463A4F" w:rsidRDefault="00000000">
            <w:pPr>
              <w:spacing w:after="0" w:line="240" w:lineRule="auto"/>
              <w:jc w:val="both"/>
              <w:rPr>
                <w:sz w:val="22"/>
                <w:szCs w:val="22"/>
              </w:rPr>
            </w:pPr>
            <w:r>
              <w:rPr>
                <w:sz w:val="22"/>
                <w:szCs w:val="22"/>
              </w:rPr>
              <w:t>- UBND, Sở Tài chính, Sở KH&amp;CN cấp tỉnh;</w:t>
            </w:r>
          </w:p>
          <w:p w14:paraId="4629A4AB" w14:textId="77777777" w:rsidR="00463A4F" w:rsidRDefault="00000000">
            <w:pPr>
              <w:spacing w:after="0" w:line="240" w:lineRule="auto"/>
              <w:jc w:val="both"/>
              <w:rPr>
                <w:sz w:val="22"/>
                <w:szCs w:val="22"/>
              </w:rPr>
            </w:pPr>
            <w:r>
              <w:rPr>
                <w:sz w:val="22"/>
                <w:szCs w:val="22"/>
              </w:rPr>
              <w:t>- Mặt trận Tổ quốc;</w:t>
            </w:r>
          </w:p>
          <w:p w14:paraId="4629A4AC" w14:textId="77777777" w:rsidR="00463A4F" w:rsidRDefault="00000000">
            <w:pPr>
              <w:spacing w:after="0" w:line="240" w:lineRule="auto"/>
              <w:jc w:val="both"/>
              <w:rPr>
                <w:sz w:val="22"/>
                <w:szCs w:val="22"/>
              </w:rPr>
            </w:pPr>
            <w:r>
              <w:rPr>
                <w:sz w:val="22"/>
                <w:szCs w:val="22"/>
              </w:rPr>
              <w:t>- Cục Kiểm tra văn bản quy phạm pháp luật - Bộ Tư pháp;</w:t>
            </w:r>
          </w:p>
          <w:p w14:paraId="4629A4AD" w14:textId="77777777" w:rsidR="00463A4F" w:rsidRDefault="00000000">
            <w:pPr>
              <w:spacing w:after="0" w:line="240" w:lineRule="auto"/>
              <w:jc w:val="both"/>
              <w:rPr>
                <w:sz w:val="22"/>
                <w:szCs w:val="22"/>
              </w:rPr>
            </w:pPr>
            <w:r>
              <w:rPr>
                <w:sz w:val="22"/>
                <w:szCs w:val="22"/>
              </w:rPr>
              <w:t>- Công báo Chính phủ;</w:t>
            </w:r>
          </w:p>
          <w:p w14:paraId="4629A4AE" w14:textId="77777777" w:rsidR="00463A4F" w:rsidRDefault="00000000">
            <w:pPr>
              <w:spacing w:after="0" w:line="240" w:lineRule="auto"/>
              <w:jc w:val="both"/>
              <w:rPr>
                <w:sz w:val="22"/>
                <w:szCs w:val="22"/>
              </w:rPr>
            </w:pPr>
            <w:r>
              <w:rPr>
                <w:sz w:val="22"/>
                <w:szCs w:val="22"/>
              </w:rPr>
              <w:t>- Cổng thông tin điện tử Chính phủ;</w:t>
            </w:r>
          </w:p>
          <w:p w14:paraId="4629A4AF" w14:textId="77777777" w:rsidR="00463A4F" w:rsidRDefault="00000000">
            <w:pPr>
              <w:spacing w:after="0" w:line="240" w:lineRule="auto"/>
              <w:jc w:val="both"/>
              <w:rPr>
                <w:sz w:val="22"/>
                <w:szCs w:val="22"/>
              </w:rPr>
            </w:pPr>
            <w:r>
              <w:rPr>
                <w:sz w:val="22"/>
                <w:szCs w:val="22"/>
              </w:rPr>
              <w:t>- Cổng thông tin điện tử Bộ KH&amp;CN;</w:t>
            </w:r>
          </w:p>
          <w:p w14:paraId="4629A4B0" w14:textId="77777777" w:rsidR="00463A4F" w:rsidRDefault="00000000">
            <w:pPr>
              <w:spacing w:after="0" w:line="240" w:lineRule="auto"/>
              <w:jc w:val="both"/>
              <w:rPr>
                <w:sz w:val="22"/>
                <w:szCs w:val="22"/>
              </w:rPr>
            </w:pPr>
            <w:r>
              <w:rPr>
                <w:sz w:val="22"/>
                <w:szCs w:val="22"/>
              </w:rPr>
              <w:t>- Lưu: VT, PC, NAFOSTED.</w:t>
            </w:r>
          </w:p>
        </w:tc>
        <w:tc>
          <w:tcPr>
            <w:tcW w:w="4950" w:type="dxa"/>
          </w:tcPr>
          <w:p w14:paraId="4629A4B1" w14:textId="77777777" w:rsidR="00463A4F" w:rsidRDefault="00000000" w:rsidP="0012167C">
            <w:pPr>
              <w:pStyle w:val="Heading2"/>
              <w:spacing w:before="0" w:line="240" w:lineRule="auto"/>
              <w:jc w:val="center"/>
              <w:rPr>
                <w:rFonts w:ascii="Times New Roman" w:eastAsia="Times New Roman" w:hAnsi="Times New Roman" w:cs="Times New Roman"/>
                <w:b w:val="0"/>
                <w:color w:val="0D0D0D"/>
                <w:sz w:val="28"/>
                <w:szCs w:val="28"/>
              </w:rPr>
            </w:pPr>
            <w:r>
              <w:rPr>
                <w:rFonts w:ascii="Times New Roman" w:eastAsia="Times New Roman" w:hAnsi="Times New Roman" w:cs="Times New Roman"/>
                <w:color w:val="0D0D0D"/>
                <w:sz w:val="28"/>
                <w:szCs w:val="28"/>
              </w:rPr>
              <w:t>BỘ TRƯỞNG</w:t>
            </w:r>
          </w:p>
          <w:p w14:paraId="4629A4B2" w14:textId="77777777" w:rsidR="00463A4F" w:rsidRDefault="00463A4F">
            <w:pPr>
              <w:spacing w:after="0" w:line="240" w:lineRule="auto"/>
              <w:jc w:val="both"/>
              <w:rPr>
                <w:b/>
                <w:sz w:val="28"/>
                <w:szCs w:val="28"/>
              </w:rPr>
            </w:pPr>
          </w:p>
          <w:p w14:paraId="4629A4B3" w14:textId="77777777" w:rsidR="00463A4F" w:rsidRDefault="00463A4F">
            <w:pPr>
              <w:spacing w:after="0" w:line="240" w:lineRule="auto"/>
              <w:jc w:val="both"/>
              <w:rPr>
                <w:b/>
                <w:sz w:val="26"/>
                <w:szCs w:val="26"/>
              </w:rPr>
            </w:pPr>
          </w:p>
          <w:p w14:paraId="4629A4B4" w14:textId="77777777" w:rsidR="00463A4F" w:rsidRDefault="00463A4F">
            <w:pPr>
              <w:spacing w:after="0" w:line="240" w:lineRule="auto"/>
              <w:jc w:val="both"/>
              <w:rPr>
                <w:b/>
                <w:sz w:val="26"/>
                <w:szCs w:val="26"/>
              </w:rPr>
            </w:pPr>
          </w:p>
          <w:p w14:paraId="4629A4B5" w14:textId="77777777" w:rsidR="00463A4F" w:rsidRDefault="00463A4F">
            <w:pPr>
              <w:spacing w:after="0" w:line="240" w:lineRule="auto"/>
              <w:jc w:val="both"/>
              <w:rPr>
                <w:b/>
                <w:sz w:val="26"/>
                <w:szCs w:val="26"/>
              </w:rPr>
            </w:pPr>
          </w:p>
          <w:p w14:paraId="4629A4B6" w14:textId="77777777" w:rsidR="00463A4F" w:rsidRDefault="00463A4F">
            <w:pPr>
              <w:spacing w:after="0" w:line="240" w:lineRule="auto"/>
              <w:jc w:val="both"/>
              <w:rPr>
                <w:b/>
                <w:sz w:val="26"/>
                <w:szCs w:val="26"/>
              </w:rPr>
            </w:pPr>
          </w:p>
          <w:p w14:paraId="4629A4B7" w14:textId="77777777" w:rsidR="00463A4F" w:rsidRDefault="00463A4F">
            <w:pPr>
              <w:spacing w:after="0" w:line="240" w:lineRule="auto"/>
              <w:jc w:val="both"/>
              <w:rPr>
                <w:b/>
                <w:sz w:val="26"/>
                <w:szCs w:val="26"/>
              </w:rPr>
            </w:pPr>
          </w:p>
        </w:tc>
      </w:tr>
    </w:tbl>
    <w:p w14:paraId="3541B3B9" w14:textId="484FAF7D" w:rsidR="0028776E" w:rsidRPr="00E91A42" w:rsidRDefault="00000000" w:rsidP="0028776E">
      <w:pPr>
        <w:spacing w:before="120" w:after="0" w:line="360" w:lineRule="auto"/>
        <w:jc w:val="both"/>
        <w:rPr>
          <w:rFonts w:eastAsia="MS Mincho"/>
          <w:sz w:val="28"/>
          <w:szCs w:val="28"/>
        </w:rPr>
      </w:pPr>
      <w:r w:rsidRPr="00E91A42">
        <w:rPr>
          <w:sz w:val="28"/>
          <w:szCs w:val="28"/>
        </w:rPr>
        <w:br w:type="page"/>
      </w:r>
      <w:bookmarkStart w:id="9" w:name="_heading=h.gtkovhbjt73w" w:colFirst="0" w:colLast="0"/>
      <w:bookmarkEnd w:id="9"/>
    </w:p>
    <w:p w14:paraId="07555B61" w14:textId="43380EAB" w:rsidR="00E91A42" w:rsidRPr="00E91A42" w:rsidRDefault="00E91A42" w:rsidP="00E91A42">
      <w:pPr>
        <w:jc w:val="center"/>
        <w:rPr>
          <w:rFonts w:eastAsia="MS Mincho"/>
          <w:sz w:val="28"/>
          <w:szCs w:val="28"/>
        </w:rPr>
      </w:pPr>
    </w:p>
    <w:tbl>
      <w:tblPr>
        <w:tblW w:w="10065" w:type="dxa"/>
        <w:tblInd w:w="-601" w:type="dxa"/>
        <w:tblLayout w:type="fixed"/>
        <w:tblLook w:val="0000" w:firstRow="0" w:lastRow="0" w:firstColumn="0" w:lastColumn="0" w:noHBand="0" w:noVBand="0"/>
      </w:tblPr>
      <w:tblGrid>
        <w:gridCol w:w="3936"/>
        <w:gridCol w:w="6129"/>
      </w:tblGrid>
      <w:tr w:rsidR="00E91A42" w:rsidRPr="00E91A42" w14:paraId="12750E28" w14:textId="77777777" w:rsidTr="00A701F9">
        <w:tc>
          <w:tcPr>
            <w:tcW w:w="3936" w:type="dxa"/>
            <w:tcBorders>
              <w:top w:val="nil"/>
              <w:left w:val="nil"/>
              <w:bottom w:val="nil"/>
              <w:right w:val="nil"/>
            </w:tcBorders>
          </w:tcPr>
          <w:p w14:paraId="709F3D07"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br w:type="page"/>
            </w:r>
          </w:p>
          <w:p w14:paraId="27F51681" w14:textId="77777777" w:rsidR="00E91A42" w:rsidRPr="00E91A42" w:rsidRDefault="00E91A42" w:rsidP="00A701F9">
            <w:pPr>
              <w:spacing w:after="0" w:line="240" w:lineRule="auto"/>
              <w:ind w:left="-57" w:right="-57"/>
              <w:jc w:val="center"/>
              <w:rPr>
                <w:b/>
                <w:bCs/>
                <w:sz w:val="28"/>
                <w:szCs w:val="28"/>
              </w:rPr>
            </w:pPr>
          </w:p>
          <w:p w14:paraId="006D0824"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71DE062C"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72576" behindDoc="0" locked="0" layoutInCell="1" allowOverlap="1" wp14:anchorId="25A0E9AA" wp14:editId="2930F2C1">
                      <wp:simplePos x="0" y="0"/>
                      <wp:positionH relativeFrom="column">
                        <wp:posOffset>558165</wp:posOffset>
                      </wp:positionH>
                      <wp:positionV relativeFrom="paragraph">
                        <wp:posOffset>60959</wp:posOffset>
                      </wp:positionV>
                      <wp:extent cx="12954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605A1" id="Straight Connector 9"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6D9FAF8F"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221EE3C8"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1615399D"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474FFA3A"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623F53C4"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73600" behindDoc="0" locked="0" layoutInCell="1" allowOverlap="1" wp14:anchorId="55DDA157" wp14:editId="32836E88">
                      <wp:simplePos x="0" y="0"/>
                      <wp:positionH relativeFrom="column">
                        <wp:posOffset>859155</wp:posOffset>
                      </wp:positionH>
                      <wp:positionV relativeFrom="paragraph">
                        <wp:posOffset>80644</wp:posOffset>
                      </wp:positionV>
                      <wp:extent cx="196215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07112" id="Straight Connector 11"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327D7818"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2FACDB6A" w14:textId="77777777" w:rsidR="00E91A42" w:rsidRPr="00E91A42" w:rsidRDefault="00E91A42" w:rsidP="00E91A42">
      <w:pPr>
        <w:jc w:val="center"/>
        <w:rPr>
          <w:rFonts w:eastAsia="MS Mincho"/>
          <w:sz w:val="28"/>
          <w:szCs w:val="28"/>
        </w:rPr>
      </w:pPr>
    </w:p>
    <w:p w14:paraId="156A44E8" w14:textId="77777777" w:rsidR="00E91A42" w:rsidRPr="00E91A42" w:rsidRDefault="00E91A42" w:rsidP="00E91A42">
      <w:pPr>
        <w:spacing w:after="0" w:line="312" w:lineRule="auto"/>
        <w:jc w:val="center"/>
        <w:rPr>
          <w:rFonts w:eastAsia="MS Mincho"/>
          <w:sz w:val="28"/>
          <w:szCs w:val="28"/>
        </w:rPr>
      </w:pPr>
      <w:r w:rsidRPr="00E91A42">
        <w:rPr>
          <w:rFonts w:eastAsia="MS Mincho"/>
          <w:b/>
          <w:sz w:val="28"/>
          <w:szCs w:val="28"/>
        </w:rPr>
        <w:t>ĐƠN ĐĂNG KÝ THỰC HIỆN NHIỆM VỤ HỢP TÁC QUỐC TẾ</w:t>
      </w:r>
    </w:p>
    <w:p w14:paraId="28E23221" w14:textId="77777777" w:rsidR="00E91A42" w:rsidRPr="00E91A42" w:rsidRDefault="00E91A42" w:rsidP="00E91A42">
      <w:pPr>
        <w:spacing w:after="0" w:line="312" w:lineRule="auto"/>
        <w:jc w:val="center"/>
        <w:rPr>
          <w:rFonts w:eastAsia="MS Mincho"/>
          <w:sz w:val="28"/>
          <w:szCs w:val="28"/>
        </w:rPr>
      </w:pPr>
      <w:r w:rsidRPr="00E91A42">
        <w:rPr>
          <w:rFonts w:eastAsia="MS Mincho"/>
          <w:sz w:val="28"/>
          <w:szCs w:val="28"/>
        </w:rPr>
        <w:t>(Của tổ chức chủ trì)</w:t>
      </w:r>
    </w:p>
    <w:p w14:paraId="08A9D829"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br/>
        <w:t>Kính gửi: ......................................................................................................................</w:t>
      </w:r>
    </w:p>
    <w:p w14:paraId="76D64AE6" w14:textId="77777777" w:rsidR="00E91A42" w:rsidRPr="00E91A42" w:rsidRDefault="00E91A42" w:rsidP="00E91A42">
      <w:pPr>
        <w:spacing w:after="0" w:line="312" w:lineRule="auto"/>
        <w:rPr>
          <w:rFonts w:eastAsia="MS Mincho"/>
          <w:sz w:val="28"/>
          <w:szCs w:val="28"/>
        </w:rPr>
      </w:pPr>
      <w:r w:rsidRPr="00E91A42">
        <w:rPr>
          <w:rFonts w:eastAsia="MS Mincho"/>
          <w:b/>
          <w:sz w:val="28"/>
          <w:szCs w:val="28"/>
        </w:rPr>
        <w:br/>
        <w:t>I. THÔNG TIN VỀ TỔ CHỨC CHỦ TRÌ</w:t>
      </w:r>
    </w:p>
    <w:p w14:paraId="160447A1"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 xml:space="preserve">1. Tên tổ </w:t>
      </w:r>
      <w:proofErr w:type="gramStart"/>
      <w:r w:rsidRPr="00E91A42">
        <w:rPr>
          <w:rFonts w:eastAsia="MS Mincho"/>
          <w:sz w:val="28"/>
          <w:szCs w:val="28"/>
        </w:rPr>
        <w:t>chức:.....................................................................................................................</w:t>
      </w:r>
      <w:proofErr w:type="gramEnd"/>
    </w:p>
    <w:p w14:paraId="3D3C9885"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 xml:space="preserve">2. Địa </w:t>
      </w:r>
      <w:proofErr w:type="gramStart"/>
      <w:r w:rsidRPr="00E91A42">
        <w:rPr>
          <w:rFonts w:eastAsia="MS Mincho"/>
          <w:sz w:val="28"/>
          <w:szCs w:val="28"/>
        </w:rPr>
        <w:t>chỉ:......................................................................................................................</w:t>
      </w:r>
      <w:proofErr w:type="gramEnd"/>
    </w:p>
    <w:p w14:paraId="58B40686"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 xml:space="preserve">3. Điện thoại / Fax / </w:t>
      </w:r>
      <w:proofErr w:type="gramStart"/>
      <w:r w:rsidRPr="00E91A42">
        <w:rPr>
          <w:rFonts w:eastAsia="MS Mincho"/>
          <w:sz w:val="28"/>
          <w:szCs w:val="28"/>
        </w:rPr>
        <w:t>Email:..............................................................................................</w:t>
      </w:r>
      <w:proofErr w:type="gramEnd"/>
    </w:p>
    <w:p w14:paraId="0D6B2537"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4. Đại diện theo pháp luật: .................................................................................................</w:t>
      </w:r>
    </w:p>
    <w:p w14:paraId="627F5CFC"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 xml:space="preserve">5. Chức </w:t>
      </w:r>
      <w:proofErr w:type="gramStart"/>
      <w:r w:rsidRPr="00E91A42">
        <w:rPr>
          <w:rFonts w:eastAsia="MS Mincho"/>
          <w:sz w:val="28"/>
          <w:szCs w:val="28"/>
        </w:rPr>
        <w:t>vụ:....................................................................................................................</w:t>
      </w:r>
      <w:proofErr w:type="gramEnd"/>
    </w:p>
    <w:p w14:paraId="4B1F1D9E"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6. Mã số thuế / Giấy chứng nhận đăng ký hoạt động KH&amp;CN (nếu có): ............................</w:t>
      </w:r>
      <w:r w:rsidRPr="00E91A42">
        <w:rPr>
          <w:rFonts w:eastAsia="MS Mincho"/>
          <w:b/>
          <w:sz w:val="28"/>
          <w:szCs w:val="28"/>
        </w:rPr>
        <w:br/>
        <w:t>II. THÔNG TIN NHIỆM VỤ ĐĂNG KÝ</w:t>
      </w:r>
    </w:p>
    <w:p w14:paraId="03C009B9"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1. Tên nhiệm vụ: ................................................................................................................</w:t>
      </w:r>
    </w:p>
    <w:p w14:paraId="7941B115"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rPr>
        <w:t xml:space="preserve">2.1 Loại hình nhiệm vụ: </w:t>
      </w:r>
      <w:r w:rsidRPr="00E91A42">
        <w:rPr>
          <w:rFonts w:ascii="Segoe UI Symbol" w:hAnsi="Segoe UI Symbol" w:cs="Segoe UI Symbol"/>
          <w:sz w:val="28"/>
          <w:szCs w:val="28"/>
        </w:rPr>
        <w:t>☐</w:t>
      </w:r>
      <w:r w:rsidRPr="00E91A42">
        <w:rPr>
          <w:sz w:val="28"/>
          <w:szCs w:val="28"/>
        </w:rPr>
        <w:t xml:space="preserve"> Nghị định thư </w:t>
      </w:r>
      <w:r w:rsidRPr="00E91A42">
        <w:rPr>
          <w:rFonts w:ascii="Segoe UI Symbol" w:hAnsi="Segoe UI Symbol" w:cs="Segoe UI Symbol"/>
          <w:sz w:val="28"/>
          <w:szCs w:val="28"/>
        </w:rPr>
        <w:t>☐</w:t>
      </w:r>
      <w:r w:rsidRPr="00E91A42">
        <w:rPr>
          <w:sz w:val="28"/>
          <w:szCs w:val="28"/>
        </w:rPr>
        <w:t xml:space="preserve"> SPĐP </w:t>
      </w:r>
      <w:r w:rsidRPr="00E91A42">
        <w:rPr>
          <w:rFonts w:ascii="Segoe UI Symbol" w:hAnsi="Segoe UI Symbol" w:cs="Segoe UI Symbol"/>
          <w:sz w:val="28"/>
          <w:szCs w:val="28"/>
        </w:rPr>
        <w:t>☐</w:t>
      </w:r>
      <w:r w:rsidRPr="00E91A42">
        <w:rPr>
          <w:sz w:val="28"/>
          <w:szCs w:val="28"/>
        </w:rPr>
        <w:t xml:space="preserve"> Khác</w:t>
      </w:r>
    </w:p>
    <w:p w14:paraId="68335947" w14:textId="77777777" w:rsidR="00E91A42" w:rsidRPr="00E91A42" w:rsidRDefault="00E91A42" w:rsidP="00E91A42">
      <w:pPr>
        <w:spacing w:after="0" w:line="312" w:lineRule="auto"/>
        <w:rPr>
          <w:sz w:val="28"/>
          <w:szCs w:val="28"/>
          <w:lang w:val="en-US"/>
        </w:rPr>
      </w:pPr>
      <w:r w:rsidRPr="00E91A42">
        <w:rPr>
          <w:rFonts w:eastAsia="MS Mincho"/>
          <w:sz w:val="28"/>
          <w:szCs w:val="28"/>
          <w:lang w:val="en-US"/>
        </w:rPr>
        <w:t xml:space="preserve">2.2 </w:t>
      </w:r>
      <w:r w:rsidRPr="00E91A42">
        <w:rPr>
          <w:sz w:val="28"/>
          <w:szCs w:val="28"/>
        </w:rPr>
        <w:t xml:space="preserve">Phân loại theo tính chất hoạt động KH&amp;CN: </w:t>
      </w:r>
      <w:r w:rsidRPr="00E91A42">
        <w:rPr>
          <w:rFonts w:ascii="Segoe UI Symbol" w:hAnsi="Segoe UI Symbol" w:cs="Segoe UI Symbol"/>
          <w:sz w:val="28"/>
          <w:szCs w:val="28"/>
        </w:rPr>
        <w:t>☐</w:t>
      </w:r>
      <w:r w:rsidRPr="00E91A42">
        <w:rPr>
          <w:sz w:val="28"/>
          <w:szCs w:val="28"/>
        </w:rPr>
        <w:t xml:space="preserve"> Nhiệm vụ hợp tác quốc tế</w:t>
      </w:r>
    </w:p>
    <w:p w14:paraId="14F4F34E" w14:textId="77777777" w:rsidR="00E91A42" w:rsidRPr="00E91A42" w:rsidRDefault="00E91A42" w:rsidP="00E91A42">
      <w:pPr>
        <w:spacing w:after="0" w:line="312" w:lineRule="auto"/>
        <w:rPr>
          <w:rFonts w:eastAsia="MS Mincho"/>
          <w:sz w:val="28"/>
          <w:szCs w:val="28"/>
          <w:lang w:val="en-US"/>
        </w:rPr>
      </w:pPr>
      <w:r w:rsidRPr="00E91A42">
        <w:rPr>
          <w:sz w:val="28"/>
          <w:szCs w:val="28"/>
          <w:lang w:val="en-US"/>
        </w:rPr>
        <w:t xml:space="preserve">2.3 </w:t>
      </w:r>
      <w:r w:rsidRPr="00E91A42">
        <w:rPr>
          <w:sz w:val="28"/>
          <w:szCs w:val="28"/>
        </w:rPr>
        <w:t>Thuộc chương trình: Ghi mã số chương trình (nếu có).</w:t>
      </w:r>
    </w:p>
    <w:p w14:paraId="1426AA24"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t>3. Lĩnh vực KH&amp;CN: ...................................................................................................</w:t>
      </w:r>
    </w:p>
    <w:p w14:paraId="2A59E066" w14:textId="77777777" w:rsidR="00E91A42" w:rsidRPr="00E91A42" w:rsidRDefault="00E91A42" w:rsidP="00E91A42">
      <w:pPr>
        <w:spacing w:after="0" w:line="312" w:lineRule="auto"/>
        <w:rPr>
          <w:rFonts w:eastAsia="MS Mincho"/>
          <w:sz w:val="28"/>
          <w:szCs w:val="28"/>
        </w:rPr>
      </w:pPr>
      <w:r w:rsidRPr="00E91A42">
        <w:rPr>
          <w:rFonts w:eastAsia="MS Mincho"/>
          <w:sz w:val="28"/>
          <w:szCs w:val="28"/>
        </w:rPr>
        <w:lastRenderedPageBreak/>
        <w:t>4. Mục tiêu chính: ..........................................................................................................</w:t>
      </w:r>
    </w:p>
    <w:p w14:paraId="5502812B"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5. Thời gian thực hiện (dự kiến): .................................................................................</w:t>
      </w:r>
    </w:p>
    <w:p w14:paraId="5C223FD6"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6. Tổng kinh phí đề xuất: ....................................................... triệu đồng</w:t>
      </w:r>
      <w:r w:rsidRPr="00E91A42">
        <w:rPr>
          <w:rFonts w:eastAsia="MS Mincho"/>
          <w:b/>
          <w:sz w:val="28"/>
          <w:szCs w:val="28"/>
          <w:lang w:val="en-US"/>
        </w:rPr>
        <w:br/>
        <w:t>III. ĐỀ XUẤT NHÂN SỰ CHỦ NHIỆM VÀ NHÂN LỰC THỰC HIỆN</w:t>
      </w:r>
    </w:p>
    <w:p w14:paraId="28F7E031"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Họ và tên người được đề xuất làm chủ nhiệm nhiệm vụ: ..............................................</w:t>
      </w:r>
    </w:p>
    <w:p w14:paraId="48607D69"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Học vị / chức danh: ................................................... Chức vụ: ...................................</w:t>
      </w:r>
    </w:p>
    <w:p w14:paraId="38B7F52B"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Đơn vị công tác: .........................................................................................................</w:t>
      </w:r>
    </w:p>
    <w:p w14:paraId="04454C2A"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Thành viên tham gia chính: .....................................................................................</w:t>
      </w:r>
      <w:r w:rsidRPr="00E91A42">
        <w:rPr>
          <w:rFonts w:eastAsia="MS Mincho"/>
          <w:b/>
          <w:sz w:val="28"/>
          <w:szCs w:val="28"/>
          <w:lang w:val="en-US"/>
        </w:rPr>
        <w:t xml:space="preserve"> </w:t>
      </w:r>
      <w:r w:rsidRPr="00E91A42">
        <w:rPr>
          <w:rFonts w:eastAsia="MS Mincho"/>
          <w:b/>
          <w:sz w:val="28"/>
          <w:szCs w:val="28"/>
          <w:lang w:val="en-US"/>
        </w:rPr>
        <w:br/>
        <w:t>IV. NĂNG LỰC VÀ CƠ SỞ VẬT CHẤT CỦA TỔ CHỨC CHỦ TRÌ</w:t>
      </w:r>
    </w:p>
    <w:p w14:paraId="71879D0E"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Số lượng cán bộ nghiên cứu / kỹ thuật hiện có: ..................... người.</w:t>
      </w:r>
    </w:p>
    <w:p w14:paraId="7AA10BF5"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Phòng thí nghiệm / xưởng / cơ sở thử nghiệm: .............................................................</w:t>
      </w:r>
    </w:p>
    <w:p w14:paraId="0F54A92C"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Thiết bị, hạ tầng kỹ thuật hiện có phục vụ thực hiện nhiệm vụ: .................................</w:t>
      </w:r>
    </w:p>
    <w:p w14:paraId="3DEAB781"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Kinh nghiệm triển khai nhiệm vụ KH&amp;CN tương tự: ....................................................</w:t>
      </w:r>
      <w:r w:rsidRPr="00E91A42">
        <w:rPr>
          <w:rFonts w:eastAsia="MS Mincho"/>
          <w:b/>
          <w:sz w:val="28"/>
          <w:szCs w:val="28"/>
          <w:lang w:val="en-US"/>
        </w:rPr>
        <w:br/>
        <w:t>V. CAM KẾT CỦA TỔ CHỨC CHỦ TRÌ</w:t>
      </w:r>
    </w:p>
    <w:p w14:paraId="708EA461"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Cam kết bố trí đủ nhân lực, cơ sở vật chất, kinh phí đối ứng (nếu có) để thực hiện nhiệm vụ.</w:t>
      </w:r>
      <w:r w:rsidRPr="00E91A42">
        <w:rPr>
          <w:rFonts w:eastAsia="MS Mincho"/>
          <w:sz w:val="28"/>
          <w:szCs w:val="28"/>
          <w:lang w:val="en-US"/>
        </w:rPr>
        <w:br/>
        <w:t>- Cam kết tuân thủ các quy định về quản lý, sử dụng kinh phí, tài sản, sản phẩm KH&amp;CN.</w:t>
      </w:r>
      <w:r w:rsidRPr="00E91A42">
        <w:rPr>
          <w:rFonts w:eastAsia="MS Mincho"/>
          <w:sz w:val="28"/>
          <w:szCs w:val="28"/>
          <w:lang w:val="en-US"/>
        </w:rPr>
        <w:br/>
        <w:t>- Cam kết phối hợp chặt chẽ với cơ quan quản lý và chịu trách nhiệm về tiến độ, chất lượng, hiệu quả của nhiệm vụ.</w:t>
      </w:r>
    </w:p>
    <w:tbl>
      <w:tblPr>
        <w:tblStyle w:val="Li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84"/>
      </w:tblGrid>
      <w:tr w:rsidR="00E91A42" w:rsidRPr="00E91A42" w14:paraId="733EF557" w14:textId="77777777" w:rsidTr="00A701F9">
        <w:tc>
          <w:tcPr>
            <w:tcW w:w="4810" w:type="dxa"/>
          </w:tcPr>
          <w:p w14:paraId="2B45193F" w14:textId="77777777" w:rsidR="00E91A42" w:rsidRPr="00E91A42" w:rsidRDefault="00E91A42" w:rsidP="00A701F9">
            <w:pPr>
              <w:spacing w:line="312" w:lineRule="auto"/>
              <w:rPr>
                <w:rFonts w:ascii="Times New Roman" w:hAnsi="Times New Roman" w:cs="Times New Roman"/>
                <w:sz w:val="28"/>
                <w:szCs w:val="28"/>
              </w:rPr>
            </w:pPr>
          </w:p>
        </w:tc>
        <w:tc>
          <w:tcPr>
            <w:tcW w:w="4811" w:type="dxa"/>
          </w:tcPr>
          <w:p w14:paraId="14E6510B" w14:textId="77777777" w:rsidR="00E91A42" w:rsidRPr="00E91A42" w:rsidRDefault="00E91A42" w:rsidP="00A701F9">
            <w:pPr>
              <w:spacing w:line="312" w:lineRule="auto"/>
              <w:jc w:val="center"/>
              <w:rPr>
                <w:rFonts w:ascii="Times New Roman" w:hAnsi="Times New Roman" w:cs="Times New Roman"/>
                <w:sz w:val="28"/>
                <w:szCs w:val="28"/>
              </w:rPr>
            </w:pPr>
            <w:r w:rsidRPr="00E91A42">
              <w:rPr>
                <w:rFonts w:ascii="Times New Roman" w:hAnsi="Times New Roman" w:cs="Times New Roman"/>
                <w:sz w:val="28"/>
                <w:szCs w:val="28"/>
              </w:rPr>
              <w:t xml:space="preserve">Ngày </w:t>
            </w:r>
            <w:proofErr w:type="gramStart"/>
            <w:r w:rsidRPr="00E91A42">
              <w:rPr>
                <w:rFonts w:ascii="Times New Roman" w:hAnsi="Times New Roman" w:cs="Times New Roman"/>
                <w:sz w:val="28"/>
                <w:szCs w:val="28"/>
              </w:rPr>
              <w:t>.....</w:t>
            </w:r>
            <w:proofErr w:type="gramEnd"/>
            <w:r w:rsidRPr="00E91A42">
              <w:rPr>
                <w:rFonts w:ascii="Times New Roman" w:hAnsi="Times New Roman" w:cs="Times New Roman"/>
                <w:sz w:val="28"/>
                <w:szCs w:val="28"/>
              </w:rPr>
              <w:t xml:space="preserve"> tháng </w:t>
            </w:r>
            <w:proofErr w:type="gramStart"/>
            <w:r w:rsidRPr="00E91A42">
              <w:rPr>
                <w:rFonts w:ascii="Times New Roman" w:hAnsi="Times New Roman" w:cs="Times New Roman"/>
                <w:sz w:val="28"/>
                <w:szCs w:val="28"/>
              </w:rPr>
              <w:t>.....</w:t>
            </w:r>
            <w:proofErr w:type="gramEnd"/>
            <w:r w:rsidRPr="00E91A42">
              <w:rPr>
                <w:rFonts w:ascii="Times New Roman" w:hAnsi="Times New Roman" w:cs="Times New Roman"/>
                <w:sz w:val="28"/>
                <w:szCs w:val="28"/>
              </w:rPr>
              <w:t xml:space="preserve"> năm 20</w:t>
            </w:r>
            <w:proofErr w:type="gramStart"/>
            <w:r w:rsidRPr="00E91A42">
              <w:rPr>
                <w:rFonts w:ascii="Times New Roman" w:hAnsi="Times New Roman" w:cs="Times New Roman"/>
                <w:sz w:val="28"/>
                <w:szCs w:val="28"/>
              </w:rPr>
              <w:t>.....</w:t>
            </w:r>
            <w:proofErr w:type="gramEnd"/>
          </w:p>
          <w:p w14:paraId="62BFCD97" w14:textId="77777777" w:rsidR="00E91A42" w:rsidRPr="00E91A42" w:rsidRDefault="00E91A42" w:rsidP="00A701F9">
            <w:pPr>
              <w:spacing w:line="312" w:lineRule="auto"/>
              <w:jc w:val="center"/>
              <w:rPr>
                <w:rFonts w:ascii="Times New Roman" w:hAnsi="Times New Roman" w:cs="Times New Roman"/>
                <w:sz w:val="28"/>
                <w:szCs w:val="28"/>
              </w:rPr>
            </w:pPr>
            <w:r w:rsidRPr="00E91A42">
              <w:rPr>
                <w:rFonts w:ascii="Times New Roman" w:hAnsi="Times New Roman" w:cs="Times New Roman"/>
                <w:b/>
                <w:bCs/>
                <w:sz w:val="28"/>
                <w:szCs w:val="28"/>
              </w:rPr>
              <w:t>ĐẠI DIỆN TỔ CHỨC CHỦ TRÌ</w:t>
            </w:r>
            <w:r w:rsidRPr="00E91A42">
              <w:rPr>
                <w:rFonts w:ascii="Times New Roman" w:hAnsi="Times New Roman" w:cs="Times New Roman"/>
                <w:sz w:val="28"/>
                <w:szCs w:val="28"/>
              </w:rPr>
              <w:br/>
              <w:t>(Ký, ghi rõ họ tên, chức vụ, đóng dấu)</w:t>
            </w:r>
          </w:p>
        </w:tc>
      </w:tr>
    </w:tbl>
    <w:p w14:paraId="5157027D" w14:textId="77777777" w:rsidR="00E91A42" w:rsidRPr="00E91A42" w:rsidRDefault="00E91A42" w:rsidP="00E91A42">
      <w:pPr>
        <w:spacing w:after="0" w:line="312" w:lineRule="auto"/>
        <w:jc w:val="center"/>
        <w:rPr>
          <w:i/>
          <w:iCs/>
          <w:sz w:val="28"/>
          <w:szCs w:val="28"/>
          <w:lang w:val="en-US"/>
        </w:rPr>
      </w:pPr>
    </w:p>
    <w:p w14:paraId="1207673B" w14:textId="77777777" w:rsidR="00E91A42" w:rsidRPr="00E91A42" w:rsidRDefault="00E91A42" w:rsidP="00E91A42">
      <w:pPr>
        <w:spacing w:line="259" w:lineRule="auto"/>
        <w:rPr>
          <w:sz w:val="28"/>
          <w:szCs w:val="28"/>
        </w:rPr>
      </w:pPr>
      <w:r w:rsidRPr="00E91A42">
        <w:rPr>
          <w:sz w:val="28"/>
          <w:szCs w:val="28"/>
        </w:rPr>
        <w:br w:type="page"/>
      </w:r>
    </w:p>
    <w:p w14:paraId="410FF28A" w14:textId="77777777" w:rsidR="00E91A42" w:rsidRPr="00E91A42" w:rsidRDefault="00E91A42" w:rsidP="00E91A42">
      <w:pPr>
        <w:jc w:val="right"/>
        <w:rPr>
          <w:b/>
          <w:sz w:val="28"/>
          <w:szCs w:val="28"/>
        </w:rPr>
      </w:pPr>
      <w:r w:rsidRPr="00E91A42">
        <w:rPr>
          <w:b/>
          <w:sz w:val="28"/>
          <w:szCs w:val="28"/>
        </w:rPr>
        <w:lastRenderedPageBreak/>
        <w:t>Mẫu số 3</w:t>
      </w:r>
    </w:p>
    <w:p w14:paraId="1BD86323" w14:textId="77777777" w:rsidR="00E91A42" w:rsidRPr="00E91A42" w:rsidRDefault="00E91A42" w:rsidP="00E91A42">
      <w:pPr>
        <w:jc w:val="right"/>
        <w:rPr>
          <w:sz w:val="28"/>
          <w:szCs w:val="28"/>
        </w:rPr>
      </w:pPr>
      <w:r w:rsidRPr="00E91A42">
        <w:rPr>
          <w:iCs/>
          <w:sz w:val="28"/>
          <w:szCs w:val="28"/>
        </w:rPr>
        <w:t>......./2025/TT-BKHCN</w:t>
      </w:r>
    </w:p>
    <w:p w14:paraId="576008BC" w14:textId="74E83AF8" w:rsidR="00E91A42" w:rsidRPr="0028776E" w:rsidRDefault="00E91A42" w:rsidP="0028776E">
      <w:pPr>
        <w:pStyle w:val="Heading1"/>
        <w:spacing w:before="120"/>
        <w:jc w:val="center"/>
        <w:rPr>
          <w:rFonts w:ascii="Times New Roman" w:hAnsi="Times New Roman" w:cs="Times New Roman"/>
          <w:color w:val="auto"/>
        </w:rPr>
      </w:pPr>
      <w:r w:rsidRPr="0028776E">
        <w:rPr>
          <w:rFonts w:ascii="Times New Roman" w:hAnsi="Times New Roman" w:cs="Times New Roman"/>
          <w:color w:val="auto"/>
        </w:rPr>
        <w:t>THUYẾT MINH</w:t>
      </w:r>
    </w:p>
    <w:p w14:paraId="1A3BF807" w14:textId="77777777" w:rsidR="00E91A42" w:rsidRPr="0028776E" w:rsidRDefault="00E91A42" w:rsidP="0028776E">
      <w:pPr>
        <w:pStyle w:val="Heading1"/>
        <w:spacing w:before="120"/>
        <w:jc w:val="center"/>
        <w:rPr>
          <w:rFonts w:ascii="Times New Roman" w:hAnsi="Times New Roman" w:cs="Times New Roman"/>
          <w:color w:val="auto"/>
          <w:lang w:val="vi-VN"/>
        </w:rPr>
      </w:pPr>
      <w:r w:rsidRPr="0028776E">
        <w:rPr>
          <w:rFonts w:ascii="Times New Roman" w:hAnsi="Times New Roman" w:cs="Times New Roman"/>
          <w:color w:val="auto"/>
        </w:rPr>
        <w:t>NHIỆM VỤ HỢP</w:t>
      </w:r>
      <w:r w:rsidRPr="0028776E">
        <w:rPr>
          <w:rFonts w:ascii="Times New Roman" w:hAnsi="Times New Roman" w:cs="Times New Roman"/>
          <w:color w:val="auto"/>
          <w:lang w:val="vi-VN"/>
        </w:rPr>
        <w:t xml:space="preserve"> TÁC QUỐC TẾ</w:t>
      </w:r>
    </w:p>
    <w:p w14:paraId="09A6F552" w14:textId="77777777" w:rsidR="00E91A42" w:rsidRPr="0028776E" w:rsidRDefault="00E91A42" w:rsidP="0028776E">
      <w:pPr>
        <w:rPr>
          <w:sz w:val="28"/>
          <w:szCs w:val="28"/>
        </w:rPr>
      </w:pPr>
    </w:p>
    <w:p w14:paraId="651DF6EB" w14:textId="77777777" w:rsidR="00E91A42" w:rsidRPr="0028776E" w:rsidRDefault="00E91A42" w:rsidP="0028776E">
      <w:pPr>
        <w:rPr>
          <w:b/>
          <w:bCs/>
          <w:sz w:val="28"/>
          <w:szCs w:val="28"/>
        </w:rPr>
      </w:pPr>
      <w:r w:rsidRPr="0028776E">
        <w:rPr>
          <w:b/>
          <w:bCs/>
          <w:sz w:val="28"/>
          <w:szCs w:val="28"/>
        </w:rPr>
        <w:t>I. THÔNG TIN CHUNG</w:t>
      </w:r>
    </w:p>
    <w:p w14:paraId="4996950C" w14:textId="77777777" w:rsidR="00E91A42" w:rsidRPr="0028776E" w:rsidRDefault="00E91A42" w:rsidP="0028776E">
      <w:pPr>
        <w:rPr>
          <w:b/>
          <w:bCs/>
          <w:iCs/>
          <w:sz w:val="28"/>
          <w:szCs w:val="28"/>
        </w:rPr>
      </w:pPr>
      <w:r w:rsidRPr="0028776E">
        <w:rPr>
          <w:b/>
          <w:sz w:val="28"/>
          <w:szCs w:val="28"/>
        </w:rPr>
        <w:t>1</w:t>
      </w:r>
      <w:r w:rsidRPr="0028776E">
        <w:rPr>
          <w:sz w:val="28"/>
          <w:szCs w:val="28"/>
        </w:rPr>
        <w:t>.</w:t>
      </w:r>
      <w:r w:rsidRPr="0028776E">
        <w:rPr>
          <w:b/>
          <w:bCs/>
          <w:iCs/>
          <w:sz w:val="28"/>
          <w:szCs w:val="28"/>
        </w:rPr>
        <w:t xml:space="preserve"> Tên nhiệm vụ</w:t>
      </w:r>
    </w:p>
    <w:p w14:paraId="30E0DAFB" w14:textId="77777777" w:rsidR="00E91A42" w:rsidRPr="0028776E" w:rsidRDefault="00E91A42" w:rsidP="0028776E">
      <w:pPr>
        <w:rPr>
          <w:bCs/>
          <w:i/>
          <w:iCs/>
          <w:sz w:val="28"/>
          <w:szCs w:val="28"/>
        </w:rPr>
      </w:pPr>
      <w:r w:rsidRPr="0028776E">
        <w:rPr>
          <w:b/>
          <w:bCs/>
          <w:i/>
          <w:iCs/>
          <w:sz w:val="28"/>
          <w:szCs w:val="28"/>
        </w:rPr>
        <w:t xml:space="preserve">- </w:t>
      </w:r>
      <w:r w:rsidRPr="0028776E">
        <w:rPr>
          <w:bCs/>
          <w:i/>
          <w:iCs/>
          <w:sz w:val="28"/>
          <w:szCs w:val="28"/>
        </w:rPr>
        <w:t>Tên tiếng Việt:</w:t>
      </w:r>
    </w:p>
    <w:p w14:paraId="3D3D9F0F" w14:textId="77777777" w:rsidR="00E91A42" w:rsidRPr="0028776E" w:rsidRDefault="00E91A42" w:rsidP="0028776E">
      <w:pPr>
        <w:rPr>
          <w:bCs/>
          <w:i/>
          <w:iCs/>
          <w:sz w:val="28"/>
          <w:szCs w:val="28"/>
        </w:rPr>
      </w:pPr>
    </w:p>
    <w:p w14:paraId="000BCE0E" w14:textId="77777777" w:rsidR="00E91A42" w:rsidRPr="0028776E" w:rsidRDefault="00E91A42" w:rsidP="0028776E">
      <w:pPr>
        <w:rPr>
          <w:bCs/>
          <w:i/>
          <w:iCs/>
          <w:sz w:val="28"/>
          <w:szCs w:val="28"/>
        </w:rPr>
      </w:pPr>
      <w:r w:rsidRPr="0028776E">
        <w:rPr>
          <w:bCs/>
          <w:i/>
          <w:iCs/>
          <w:sz w:val="28"/>
          <w:szCs w:val="28"/>
        </w:rPr>
        <w:t>- Tên tiếng Anh:</w:t>
      </w:r>
    </w:p>
    <w:p w14:paraId="5FECAD20" w14:textId="77777777" w:rsidR="00E91A42" w:rsidRPr="0028776E" w:rsidRDefault="00E91A42" w:rsidP="0028776E">
      <w:pPr>
        <w:rPr>
          <w:bCs/>
          <w:i/>
          <w:iCs/>
          <w:sz w:val="28"/>
          <w:szCs w:val="28"/>
        </w:rPr>
      </w:pPr>
    </w:p>
    <w:p w14:paraId="15BA8DC1" w14:textId="77777777" w:rsidR="00E91A42" w:rsidRPr="0028776E" w:rsidRDefault="00E91A42" w:rsidP="0028776E">
      <w:pPr>
        <w:rPr>
          <w:bCs/>
          <w:i/>
          <w:iCs/>
          <w:sz w:val="28"/>
          <w:szCs w:val="28"/>
        </w:rPr>
      </w:pPr>
      <w:r w:rsidRPr="0028776E">
        <w:rPr>
          <w:b/>
          <w:bCs/>
          <w:iCs/>
          <w:sz w:val="28"/>
          <w:szCs w:val="28"/>
        </w:rPr>
        <w:t>2.</w:t>
      </w:r>
      <w:r w:rsidRPr="0028776E">
        <w:rPr>
          <w:bCs/>
          <w:i/>
          <w:iCs/>
          <w:sz w:val="28"/>
          <w:szCs w:val="28"/>
        </w:rPr>
        <w:t xml:space="preserve"> </w:t>
      </w:r>
      <w:r w:rsidRPr="0028776E">
        <w:rPr>
          <w:b/>
          <w:bCs/>
          <w:iCs/>
          <w:sz w:val="28"/>
          <w:szCs w:val="28"/>
        </w:rPr>
        <w:t>Lĩnh vực khoa học</w:t>
      </w:r>
    </w:p>
    <w:p w14:paraId="30DCE028" w14:textId="77777777" w:rsidR="00E91A42" w:rsidRPr="0028776E" w:rsidRDefault="00E91A42" w:rsidP="0028776E">
      <w:pPr>
        <w:rPr>
          <w:bCs/>
          <w:i/>
          <w:iCs/>
          <w:sz w:val="28"/>
          <w:szCs w:val="28"/>
        </w:rPr>
      </w:pPr>
    </w:p>
    <w:p w14:paraId="24903D78" w14:textId="77777777" w:rsidR="00E91A42" w:rsidRPr="0028776E" w:rsidRDefault="00E91A42" w:rsidP="0028776E">
      <w:pPr>
        <w:rPr>
          <w:bCs/>
          <w:i/>
          <w:iCs/>
          <w:sz w:val="28"/>
          <w:szCs w:val="28"/>
        </w:rPr>
      </w:pPr>
      <w:r w:rsidRPr="0028776E">
        <w:rPr>
          <w:b/>
          <w:bCs/>
          <w:iCs/>
          <w:sz w:val="28"/>
          <w:szCs w:val="28"/>
        </w:rPr>
        <w:t>3.</w:t>
      </w:r>
      <w:r w:rsidRPr="0028776E">
        <w:rPr>
          <w:bCs/>
          <w:i/>
          <w:iCs/>
          <w:sz w:val="28"/>
          <w:szCs w:val="28"/>
        </w:rPr>
        <w:t xml:space="preserve"> </w:t>
      </w:r>
      <w:r w:rsidRPr="0028776E">
        <w:rPr>
          <w:b/>
          <w:bCs/>
          <w:iCs/>
          <w:sz w:val="28"/>
          <w:szCs w:val="28"/>
        </w:rPr>
        <w:t>Thời gian thực hiện</w:t>
      </w:r>
      <w:r w:rsidRPr="0028776E">
        <w:rPr>
          <w:bCs/>
          <w:i/>
          <w:iCs/>
          <w:sz w:val="28"/>
          <w:szCs w:val="28"/>
        </w:rPr>
        <w:t xml:space="preserve">:   … </w:t>
      </w:r>
      <w:proofErr w:type="gramStart"/>
      <w:r w:rsidRPr="0028776E">
        <w:rPr>
          <w:bCs/>
          <w:i/>
          <w:iCs/>
          <w:sz w:val="28"/>
          <w:szCs w:val="28"/>
        </w:rPr>
        <w:t>tháng;  Bắt</w:t>
      </w:r>
      <w:proofErr w:type="gramEnd"/>
      <w:r w:rsidRPr="0028776E">
        <w:rPr>
          <w:bCs/>
          <w:i/>
          <w:iCs/>
          <w:sz w:val="28"/>
          <w:szCs w:val="28"/>
        </w:rPr>
        <w:t xml:space="preserve"> </w:t>
      </w:r>
      <w:proofErr w:type="gramStart"/>
      <w:r w:rsidRPr="0028776E">
        <w:rPr>
          <w:bCs/>
          <w:i/>
          <w:iCs/>
          <w:sz w:val="28"/>
          <w:szCs w:val="28"/>
        </w:rPr>
        <w:t>đầu:…</w:t>
      </w:r>
      <w:proofErr w:type="gramEnd"/>
      <w:r w:rsidRPr="0028776E">
        <w:rPr>
          <w:bCs/>
          <w:i/>
          <w:iCs/>
          <w:sz w:val="28"/>
          <w:szCs w:val="28"/>
        </w:rPr>
        <w:t>. Kết thúc…</w:t>
      </w:r>
    </w:p>
    <w:p w14:paraId="4C92DD64" w14:textId="77777777" w:rsidR="00E91A42" w:rsidRPr="0028776E" w:rsidRDefault="00E91A42" w:rsidP="0028776E">
      <w:pPr>
        <w:rPr>
          <w:bCs/>
          <w:i/>
          <w:iCs/>
          <w:sz w:val="28"/>
          <w:szCs w:val="28"/>
        </w:rPr>
      </w:pPr>
    </w:p>
    <w:p w14:paraId="39441308" w14:textId="77777777" w:rsidR="00E91A42" w:rsidRPr="0028776E" w:rsidRDefault="00E91A42" w:rsidP="0028776E">
      <w:pPr>
        <w:rPr>
          <w:b/>
          <w:bCs/>
          <w:iCs/>
          <w:sz w:val="28"/>
          <w:szCs w:val="28"/>
        </w:rPr>
      </w:pPr>
      <w:r w:rsidRPr="0028776E">
        <w:rPr>
          <w:b/>
          <w:bCs/>
          <w:iCs/>
          <w:sz w:val="28"/>
          <w:szCs w:val="28"/>
        </w:rPr>
        <w:t>4. Tổ chức chủ trì phía Việt Nam</w:t>
      </w:r>
    </w:p>
    <w:p w14:paraId="039ADB3F" w14:textId="77777777" w:rsidR="00E91A42" w:rsidRPr="0028776E" w:rsidRDefault="00E91A42" w:rsidP="0028776E">
      <w:pPr>
        <w:tabs>
          <w:tab w:val="left" w:pos="4212"/>
        </w:tabs>
        <w:ind w:left="360"/>
        <w:rPr>
          <w:sz w:val="28"/>
          <w:szCs w:val="28"/>
          <w:lang w:val="pt-BR"/>
        </w:rPr>
      </w:pPr>
      <w:r w:rsidRPr="0028776E">
        <w:rPr>
          <w:sz w:val="28"/>
          <w:szCs w:val="28"/>
          <w:lang w:val="pt-BR"/>
        </w:rPr>
        <w:t xml:space="preserve">Tên tổ chức chủ trì: ................................................................................................................ </w:t>
      </w:r>
    </w:p>
    <w:p w14:paraId="66D9C259" w14:textId="317EA1A3" w:rsidR="00E91A42" w:rsidRPr="0028776E" w:rsidRDefault="00E91A42" w:rsidP="0028776E">
      <w:pPr>
        <w:tabs>
          <w:tab w:val="left" w:pos="4212"/>
        </w:tabs>
        <w:ind w:left="360"/>
        <w:rPr>
          <w:sz w:val="28"/>
          <w:szCs w:val="28"/>
          <w:lang w:val="pt-BR"/>
        </w:rPr>
      </w:pPr>
      <w:r w:rsidRPr="0028776E">
        <w:rPr>
          <w:sz w:val="28"/>
          <w:szCs w:val="28"/>
          <w:lang w:val="pt-BR"/>
        </w:rPr>
        <w:t xml:space="preserve">Điện thoại: ...................................... Fax: </w:t>
      </w:r>
    </w:p>
    <w:p w14:paraId="4B01AE97" w14:textId="620BB0F2" w:rsidR="00E91A42" w:rsidRPr="0028776E" w:rsidRDefault="00E91A42" w:rsidP="0028776E">
      <w:pPr>
        <w:tabs>
          <w:tab w:val="left" w:pos="4212"/>
        </w:tabs>
        <w:ind w:left="360"/>
        <w:rPr>
          <w:sz w:val="28"/>
          <w:szCs w:val="28"/>
          <w:lang w:val="pt-BR"/>
        </w:rPr>
      </w:pPr>
      <w:r w:rsidRPr="0028776E">
        <w:rPr>
          <w:sz w:val="28"/>
          <w:szCs w:val="28"/>
          <w:lang w:val="pt-BR"/>
        </w:rPr>
        <w:t>E-mail: .............................................................................................................................</w:t>
      </w:r>
    </w:p>
    <w:p w14:paraId="1A93C407" w14:textId="75901FBC" w:rsidR="00E91A42" w:rsidRPr="0028776E" w:rsidRDefault="00E91A42" w:rsidP="0028776E">
      <w:pPr>
        <w:tabs>
          <w:tab w:val="left" w:pos="4212"/>
        </w:tabs>
        <w:ind w:left="360"/>
        <w:rPr>
          <w:sz w:val="28"/>
          <w:szCs w:val="28"/>
          <w:lang w:val="pt-BR"/>
        </w:rPr>
      </w:pPr>
      <w:r w:rsidRPr="0028776E">
        <w:rPr>
          <w:sz w:val="28"/>
          <w:szCs w:val="28"/>
          <w:lang w:val="pt-BR"/>
        </w:rPr>
        <w:t>Website: .............................................................................................................................</w:t>
      </w:r>
    </w:p>
    <w:p w14:paraId="31D40CF9" w14:textId="351E57BF" w:rsidR="00E91A42" w:rsidRPr="0028776E" w:rsidRDefault="00E91A42" w:rsidP="0028776E">
      <w:pPr>
        <w:tabs>
          <w:tab w:val="left" w:pos="4212"/>
        </w:tabs>
        <w:ind w:left="360"/>
        <w:rPr>
          <w:sz w:val="28"/>
          <w:szCs w:val="28"/>
          <w:lang w:val="pt-BR"/>
        </w:rPr>
      </w:pPr>
      <w:r w:rsidRPr="0028776E">
        <w:rPr>
          <w:sz w:val="28"/>
          <w:szCs w:val="28"/>
          <w:lang w:val="pt-BR"/>
        </w:rPr>
        <w:t>Địa chỉ: .............................................................................................................................</w:t>
      </w:r>
    </w:p>
    <w:p w14:paraId="2F026A6D" w14:textId="77777777" w:rsidR="00E91A42" w:rsidRPr="0028776E" w:rsidRDefault="00E91A42" w:rsidP="0028776E">
      <w:pPr>
        <w:tabs>
          <w:tab w:val="left" w:pos="4212"/>
        </w:tabs>
        <w:ind w:left="360"/>
        <w:rPr>
          <w:sz w:val="28"/>
          <w:szCs w:val="28"/>
          <w:lang w:val="pt-BR"/>
        </w:rPr>
      </w:pPr>
      <w:r w:rsidRPr="0028776E">
        <w:rPr>
          <w:sz w:val="28"/>
          <w:szCs w:val="28"/>
          <w:lang w:val="pt-BR"/>
        </w:rPr>
        <w:t>Họ và tên thủ trưởng tổ chức:..................................................................................................</w:t>
      </w:r>
    </w:p>
    <w:p w14:paraId="0AB99365" w14:textId="68191C51" w:rsidR="00E91A42" w:rsidRPr="0028776E" w:rsidRDefault="00E91A42" w:rsidP="0028776E">
      <w:pPr>
        <w:tabs>
          <w:tab w:val="left" w:pos="4212"/>
        </w:tabs>
        <w:ind w:left="360"/>
        <w:rPr>
          <w:sz w:val="28"/>
          <w:szCs w:val="28"/>
          <w:lang w:val="pt-BR"/>
        </w:rPr>
      </w:pPr>
      <w:r w:rsidRPr="0028776E">
        <w:rPr>
          <w:sz w:val="28"/>
          <w:szCs w:val="28"/>
          <w:lang w:val="pt-BR"/>
        </w:rPr>
        <w:t xml:space="preserve">Số tài khoản: </w:t>
      </w:r>
    </w:p>
    <w:p w14:paraId="0C583B39" w14:textId="77777777" w:rsidR="00E91A42" w:rsidRPr="0028776E" w:rsidRDefault="00E91A42" w:rsidP="0028776E">
      <w:pPr>
        <w:tabs>
          <w:tab w:val="left" w:pos="4212"/>
        </w:tabs>
        <w:ind w:left="360"/>
        <w:rPr>
          <w:sz w:val="28"/>
          <w:szCs w:val="28"/>
          <w:lang w:val="pt-BR"/>
        </w:rPr>
      </w:pPr>
      <w:r w:rsidRPr="0028776E">
        <w:rPr>
          <w:sz w:val="28"/>
          <w:szCs w:val="28"/>
          <w:lang w:val="fr-FR"/>
        </w:rPr>
        <w:lastRenderedPageBreak/>
        <w:t>Kho bạc nhà nước/</w:t>
      </w:r>
      <w:r w:rsidRPr="0028776E">
        <w:rPr>
          <w:sz w:val="28"/>
          <w:szCs w:val="28"/>
          <w:lang w:val="pt-BR"/>
        </w:rPr>
        <w:t xml:space="preserve">Ngân </w:t>
      </w:r>
      <w:proofErr w:type="gramStart"/>
      <w:r w:rsidRPr="0028776E">
        <w:rPr>
          <w:sz w:val="28"/>
          <w:szCs w:val="28"/>
          <w:lang w:val="pt-BR"/>
        </w:rPr>
        <w:t>hàng:</w:t>
      </w:r>
      <w:proofErr w:type="gramEnd"/>
      <w:r w:rsidRPr="0028776E">
        <w:rPr>
          <w:sz w:val="28"/>
          <w:szCs w:val="28"/>
          <w:lang w:val="pt-BR"/>
        </w:rPr>
        <w:t xml:space="preserve"> ...............................................................................................</w:t>
      </w:r>
    </w:p>
    <w:p w14:paraId="2FE4AFA8" w14:textId="77777777" w:rsidR="00E91A42" w:rsidRPr="0028776E" w:rsidRDefault="00E91A42" w:rsidP="0028776E">
      <w:pPr>
        <w:tabs>
          <w:tab w:val="left" w:pos="4212"/>
        </w:tabs>
        <w:ind w:left="360"/>
        <w:rPr>
          <w:sz w:val="28"/>
          <w:szCs w:val="28"/>
          <w:lang w:val="pt-BR"/>
        </w:rPr>
      </w:pPr>
      <w:r w:rsidRPr="0028776E">
        <w:rPr>
          <w:sz w:val="28"/>
          <w:szCs w:val="28"/>
          <w:lang w:val="fr-FR"/>
        </w:rPr>
        <w:t xml:space="preserve">Tên cơ quan chủ quản của tổ </w:t>
      </w:r>
      <w:proofErr w:type="gramStart"/>
      <w:r w:rsidRPr="0028776E">
        <w:rPr>
          <w:sz w:val="28"/>
          <w:szCs w:val="28"/>
          <w:lang w:val="fr-FR"/>
        </w:rPr>
        <w:t>chức:</w:t>
      </w:r>
      <w:proofErr w:type="gramEnd"/>
      <w:r w:rsidRPr="0028776E">
        <w:rPr>
          <w:sz w:val="28"/>
          <w:szCs w:val="28"/>
          <w:lang w:val="fr-FR"/>
        </w:rPr>
        <w:t xml:space="preserve"> ........................................................................................</w:t>
      </w:r>
    </w:p>
    <w:p w14:paraId="7333917A" w14:textId="77777777" w:rsidR="00E91A42" w:rsidRPr="0028776E" w:rsidRDefault="00E91A42" w:rsidP="0028776E">
      <w:pPr>
        <w:ind w:firstLine="360"/>
        <w:rPr>
          <w:i/>
          <w:sz w:val="28"/>
          <w:szCs w:val="28"/>
          <w:lang w:val="pt-BR"/>
        </w:rPr>
      </w:pPr>
      <w:r w:rsidRPr="0028776E">
        <w:rPr>
          <w:i/>
          <w:sz w:val="28"/>
          <w:szCs w:val="28"/>
          <w:lang w:val="pt-BR"/>
        </w:rPr>
        <w:t>Tóm tắt hoạt động khoa học và công nghệ của tổ chức chủ trì:</w:t>
      </w:r>
    </w:p>
    <w:p w14:paraId="1C60E02C" w14:textId="77777777" w:rsidR="00E91A42" w:rsidRPr="0028776E" w:rsidRDefault="00E91A42" w:rsidP="0028776E">
      <w:pPr>
        <w:ind w:firstLine="360"/>
        <w:rPr>
          <w:i/>
          <w:sz w:val="28"/>
          <w:szCs w:val="28"/>
          <w:lang w:val="pt-BR"/>
        </w:rPr>
      </w:pPr>
      <w:r w:rsidRPr="0028776E">
        <w:rPr>
          <w:i/>
          <w:sz w:val="28"/>
          <w:szCs w:val="28"/>
          <w:lang w:val="pt-BR"/>
        </w:rPr>
        <w:t>...</w:t>
      </w:r>
    </w:p>
    <w:p w14:paraId="4B84AC5C" w14:textId="77777777" w:rsidR="00E91A42" w:rsidRPr="0028776E" w:rsidRDefault="00E91A42" w:rsidP="0028776E">
      <w:pPr>
        <w:rPr>
          <w:b/>
          <w:bCs/>
          <w:iCs/>
          <w:sz w:val="28"/>
          <w:szCs w:val="28"/>
          <w:lang w:val="pt-BR"/>
        </w:rPr>
      </w:pPr>
      <w:r w:rsidRPr="0028776E">
        <w:rPr>
          <w:b/>
          <w:sz w:val="28"/>
          <w:szCs w:val="28"/>
          <w:lang w:val="pt-BR"/>
        </w:rPr>
        <w:t>5.</w:t>
      </w:r>
      <w:r w:rsidRPr="0028776E">
        <w:rPr>
          <w:i/>
          <w:sz w:val="28"/>
          <w:szCs w:val="28"/>
          <w:lang w:val="pt-BR"/>
        </w:rPr>
        <w:t xml:space="preserve"> </w:t>
      </w:r>
      <w:r w:rsidRPr="0028776E">
        <w:rPr>
          <w:b/>
          <w:bCs/>
          <w:iCs/>
          <w:sz w:val="28"/>
          <w:szCs w:val="28"/>
          <w:lang w:val="pt-BR"/>
        </w:rPr>
        <w:t>Chủ nhiệm nhiệm vụ phía Việt Nam</w:t>
      </w:r>
    </w:p>
    <w:p w14:paraId="3BD51DFD" w14:textId="546EEC9B" w:rsidR="00E91A42" w:rsidRPr="0028776E" w:rsidRDefault="00E91A42" w:rsidP="0028776E">
      <w:pPr>
        <w:tabs>
          <w:tab w:val="left" w:pos="4212"/>
        </w:tabs>
        <w:ind w:left="360"/>
        <w:rPr>
          <w:sz w:val="28"/>
          <w:szCs w:val="28"/>
          <w:lang w:val="pt-BR"/>
        </w:rPr>
      </w:pPr>
      <w:r w:rsidRPr="0028776E">
        <w:rPr>
          <w:sz w:val="28"/>
          <w:szCs w:val="28"/>
          <w:lang w:val="pt-BR"/>
        </w:rPr>
        <w:t>Họ và tên:...............................................................................................</w:t>
      </w:r>
    </w:p>
    <w:p w14:paraId="79EC4135" w14:textId="3E77C6A2" w:rsidR="00E91A42" w:rsidRPr="0028776E" w:rsidRDefault="00E91A42" w:rsidP="0028776E">
      <w:pPr>
        <w:tabs>
          <w:tab w:val="left" w:pos="4212"/>
        </w:tabs>
        <w:ind w:left="360"/>
        <w:rPr>
          <w:sz w:val="28"/>
          <w:szCs w:val="28"/>
          <w:lang w:val="pt-BR"/>
        </w:rPr>
      </w:pPr>
      <w:r w:rsidRPr="0028776E">
        <w:rPr>
          <w:sz w:val="28"/>
          <w:szCs w:val="28"/>
          <w:lang w:val="pt-BR"/>
        </w:rPr>
        <w:t xml:space="preserve">Ngày, tháng, năm sinh: ............................................... Nam/ Nữ: </w:t>
      </w:r>
    </w:p>
    <w:p w14:paraId="778E8756" w14:textId="77777777" w:rsidR="00E91A42" w:rsidRPr="0028776E" w:rsidRDefault="00E91A42" w:rsidP="0028776E">
      <w:pPr>
        <w:tabs>
          <w:tab w:val="left" w:pos="4212"/>
        </w:tabs>
        <w:ind w:left="360"/>
        <w:rPr>
          <w:sz w:val="28"/>
          <w:szCs w:val="28"/>
          <w:lang w:val="pt-BR"/>
        </w:rPr>
      </w:pPr>
      <w:r w:rsidRPr="0028776E">
        <w:rPr>
          <w:sz w:val="28"/>
          <w:szCs w:val="28"/>
          <w:lang w:val="pt-BR"/>
        </w:rPr>
        <w:t>Học hàm, học vị, chuyên môn: ...............................................................................................</w:t>
      </w:r>
    </w:p>
    <w:p w14:paraId="31EADC77" w14:textId="140C03E7" w:rsidR="00E91A42" w:rsidRPr="0028776E" w:rsidRDefault="00E91A42" w:rsidP="0028776E">
      <w:pPr>
        <w:tabs>
          <w:tab w:val="left" w:pos="4212"/>
        </w:tabs>
        <w:ind w:left="360"/>
        <w:rPr>
          <w:sz w:val="28"/>
          <w:szCs w:val="28"/>
          <w:lang w:val="pt-BR"/>
        </w:rPr>
      </w:pPr>
      <w:r w:rsidRPr="0028776E">
        <w:rPr>
          <w:sz w:val="28"/>
          <w:szCs w:val="28"/>
          <w:lang w:val="pt-BR"/>
        </w:rPr>
        <w:t xml:space="preserve">Chức danh nghiên cứu khoa học: .....................................Chức vụ: </w:t>
      </w:r>
    </w:p>
    <w:p w14:paraId="1A187C34" w14:textId="2BFE8099" w:rsidR="00E91A42" w:rsidRPr="0028776E" w:rsidRDefault="00E91A42" w:rsidP="0028776E">
      <w:pPr>
        <w:tabs>
          <w:tab w:val="left" w:pos="4212"/>
        </w:tabs>
        <w:ind w:left="360"/>
        <w:rPr>
          <w:sz w:val="28"/>
          <w:szCs w:val="28"/>
          <w:lang w:val="pt-BR"/>
        </w:rPr>
      </w:pPr>
      <w:r w:rsidRPr="0028776E">
        <w:rPr>
          <w:sz w:val="28"/>
          <w:szCs w:val="28"/>
          <w:lang w:val="pt-BR"/>
        </w:rPr>
        <w:t xml:space="preserve">Điện thoại: Cơ quan: ................................... Mobile:  </w:t>
      </w:r>
    </w:p>
    <w:p w14:paraId="3861887E" w14:textId="32D9AFDC" w:rsidR="00E91A42" w:rsidRPr="0028776E" w:rsidRDefault="00E91A42" w:rsidP="0028776E">
      <w:pPr>
        <w:tabs>
          <w:tab w:val="left" w:pos="4212"/>
        </w:tabs>
        <w:ind w:left="360"/>
        <w:rPr>
          <w:sz w:val="28"/>
          <w:szCs w:val="28"/>
          <w:lang w:val="pt-BR"/>
        </w:rPr>
      </w:pPr>
      <w:r w:rsidRPr="0028776E">
        <w:rPr>
          <w:sz w:val="28"/>
          <w:szCs w:val="28"/>
          <w:lang w:val="pt-BR"/>
        </w:rPr>
        <w:t>E-mail:............................................................................</w:t>
      </w:r>
    </w:p>
    <w:p w14:paraId="10BE2D0E" w14:textId="77777777" w:rsidR="00E91A42" w:rsidRPr="0028776E" w:rsidRDefault="00E91A42" w:rsidP="0028776E">
      <w:pPr>
        <w:ind w:firstLine="360"/>
        <w:rPr>
          <w:b/>
          <w:i/>
          <w:sz w:val="28"/>
          <w:szCs w:val="28"/>
          <w:lang w:val="pt-BR"/>
        </w:rPr>
      </w:pPr>
      <w:r w:rsidRPr="0028776E">
        <w:rPr>
          <w:sz w:val="28"/>
          <w:szCs w:val="28"/>
          <w:lang w:val="pt-BR"/>
        </w:rPr>
        <w:t>Lý lịch khoa học của chủ nhiệm theo</w:t>
      </w:r>
      <w:r w:rsidRPr="0028776E">
        <w:rPr>
          <w:b/>
          <w:i/>
          <w:sz w:val="28"/>
          <w:szCs w:val="28"/>
          <w:lang w:val="pt-BR"/>
        </w:rPr>
        <w:t xml:space="preserve"> Mẫu 5</w:t>
      </w:r>
    </w:p>
    <w:p w14:paraId="6AD33F69" w14:textId="77777777" w:rsidR="00E91A42" w:rsidRPr="0028776E" w:rsidRDefault="00E91A42" w:rsidP="0028776E">
      <w:pPr>
        <w:ind w:firstLine="360"/>
        <w:rPr>
          <w:b/>
          <w:i/>
          <w:sz w:val="28"/>
          <w:szCs w:val="28"/>
          <w:lang w:val="pt-BR"/>
        </w:rPr>
      </w:pPr>
    </w:p>
    <w:p w14:paraId="45348A5E" w14:textId="77777777" w:rsidR="00E91A42" w:rsidRPr="0028776E" w:rsidRDefault="00E91A42" w:rsidP="0028776E">
      <w:pPr>
        <w:rPr>
          <w:b/>
          <w:bCs/>
          <w:iCs/>
          <w:sz w:val="28"/>
          <w:szCs w:val="28"/>
          <w:lang w:val="pt-BR"/>
        </w:rPr>
      </w:pPr>
      <w:r w:rsidRPr="0028776E">
        <w:rPr>
          <w:b/>
          <w:sz w:val="28"/>
          <w:szCs w:val="28"/>
          <w:lang w:val="pt-BR"/>
        </w:rPr>
        <w:t>6.</w:t>
      </w:r>
      <w:r w:rsidRPr="0028776E">
        <w:rPr>
          <w:b/>
          <w:i/>
          <w:sz w:val="28"/>
          <w:szCs w:val="28"/>
          <w:lang w:val="pt-BR"/>
        </w:rPr>
        <w:t xml:space="preserve"> </w:t>
      </w:r>
      <w:r w:rsidRPr="0028776E">
        <w:rPr>
          <w:b/>
          <w:bCs/>
          <w:iCs/>
          <w:sz w:val="28"/>
          <w:szCs w:val="28"/>
          <w:lang w:val="pt-BR"/>
        </w:rPr>
        <w:t>Tổ chức phối hợp chính phía Việt Nam (nếu có)</w:t>
      </w:r>
    </w:p>
    <w:p w14:paraId="0BAD0F4B" w14:textId="643C5F11" w:rsidR="00E91A42" w:rsidRPr="0028776E" w:rsidRDefault="00E91A42" w:rsidP="0028776E">
      <w:pPr>
        <w:tabs>
          <w:tab w:val="left" w:pos="4212"/>
        </w:tabs>
        <w:ind w:left="360"/>
        <w:rPr>
          <w:sz w:val="28"/>
          <w:szCs w:val="28"/>
          <w:lang w:val="pt-BR"/>
        </w:rPr>
      </w:pPr>
      <w:r w:rsidRPr="0028776E">
        <w:rPr>
          <w:sz w:val="28"/>
          <w:szCs w:val="28"/>
          <w:lang w:val="pt-BR"/>
        </w:rPr>
        <w:t xml:space="preserve">Điện thoại: ...................................... Fax: </w:t>
      </w:r>
    </w:p>
    <w:p w14:paraId="09306D3E" w14:textId="7B17E856" w:rsidR="00E91A42" w:rsidRPr="0028776E" w:rsidRDefault="00E91A42" w:rsidP="0028776E">
      <w:pPr>
        <w:tabs>
          <w:tab w:val="left" w:pos="4212"/>
        </w:tabs>
        <w:ind w:left="360"/>
        <w:rPr>
          <w:sz w:val="28"/>
          <w:szCs w:val="28"/>
          <w:lang w:val="pt-BR"/>
        </w:rPr>
      </w:pPr>
      <w:r w:rsidRPr="0028776E">
        <w:rPr>
          <w:sz w:val="28"/>
          <w:szCs w:val="28"/>
          <w:lang w:val="pt-BR"/>
        </w:rPr>
        <w:t xml:space="preserve">E-mail: </w:t>
      </w:r>
    </w:p>
    <w:p w14:paraId="21DB9175" w14:textId="5F39314A" w:rsidR="00E91A42" w:rsidRPr="0028776E" w:rsidRDefault="00E91A42" w:rsidP="0028776E">
      <w:pPr>
        <w:tabs>
          <w:tab w:val="left" w:pos="4212"/>
        </w:tabs>
        <w:ind w:left="360"/>
        <w:rPr>
          <w:sz w:val="28"/>
          <w:szCs w:val="28"/>
          <w:lang w:val="pt-BR"/>
        </w:rPr>
      </w:pPr>
      <w:r w:rsidRPr="0028776E">
        <w:rPr>
          <w:sz w:val="28"/>
          <w:szCs w:val="28"/>
          <w:lang w:val="pt-BR"/>
        </w:rPr>
        <w:t xml:space="preserve">Website: </w:t>
      </w:r>
    </w:p>
    <w:p w14:paraId="7F67F63D" w14:textId="3024BC13" w:rsidR="00E91A42" w:rsidRPr="0028776E" w:rsidRDefault="00E91A42" w:rsidP="0028776E">
      <w:pPr>
        <w:tabs>
          <w:tab w:val="left" w:pos="4212"/>
        </w:tabs>
        <w:ind w:left="360"/>
        <w:rPr>
          <w:sz w:val="28"/>
          <w:szCs w:val="28"/>
          <w:lang w:val="pt-BR"/>
        </w:rPr>
      </w:pPr>
      <w:r w:rsidRPr="0028776E">
        <w:rPr>
          <w:sz w:val="28"/>
          <w:szCs w:val="28"/>
          <w:lang w:val="pt-BR"/>
        </w:rPr>
        <w:t xml:space="preserve">Địa chỉ: </w:t>
      </w:r>
    </w:p>
    <w:p w14:paraId="525E7FF7" w14:textId="0C4FF6BA" w:rsidR="00E91A42" w:rsidRPr="0028776E" w:rsidRDefault="00E91A42" w:rsidP="0028776E">
      <w:pPr>
        <w:tabs>
          <w:tab w:val="left" w:pos="4212"/>
        </w:tabs>
        <w:ind w:left="360"/>
        <w:rPr>
          <w:sz w:val="28"/>
          <w:szCs w:val="28"/>
          <w:lang w:val="pt-BR"/>
        </w:rPr>
      </w:pPr>
      <w:r w:rsidRPr="0028776E">
        <w:rPr>
          <w:sz w:val="28"/>
          <w:szCs w:val="28"/>
          <w:lang w:val="pt-BR"/>
        </w:rPr>
        <w:t>Họ và tên thủ trưởng tổ chức:...</w:t>
      </w:r>
    </w:p>
    <w:p w14:paraId="0E5FFFAC" w14:textId="72B8FE88" w:rsidR="00E91A42" w:rsidRPr="0028776E" w:rsidRDefault="00E91A42" w:rsidP="0028776E">
      <w:pPr>
        <w:tabs>
          <w:tab w:val="left" w:pos="4212"/>
        </w:tabs>
        <w:ind w:left="360"/>
        <w:rPr>
          <w:sz w:val="28"/>
          <w:szCs w:val="28"/>
          <w:lang w:val="pt-BR"/>
        </w:rPr>
      </w:pPr>
      <w:r w:rsidRPr="0028776E">
        <w:rPr>
          <w:sz w:val="28"/>
          <w:szCs w:val="28"/>
          <w:lang w:val="pt-BR"/>
        </w:rPr>
        <w:t xml:space="preserve">Số tài khoản: </w:t>
      </w:r>
    </w:p>
    <w:p w14:paraId="1B41D2D2" w14:textId="10761FC5" w:rsidR="00E91A42" w:rsidRPr="0028776E" w:rsidRDefault="00E91A42" w:rsidP="0028776E">
      <w:pPr>
        <w:ind w:firstLine="360"/>
        <w:rPr>
          <w:sz w:val="28"/>
          <w:szCs w:val="28"/>
          <w:lang w:val="pt-BR"/>
        </w:rPr>
      </w:pPr>
      <w:r w:rsidRPr="0028776E">
        <w:rPr>
          <w:sz w:val="28"/>
          <w:szCs w:val="28"/>
          <w:lang w:val="pt-BR"/>
        </w:rPr>
        <w:t xml:space="preserve">Ngân hàng: </w:t>
      </w:r>
    </w:p>
    <w:p w14:paraId="47418C05" w14:textId="77777777" w:rsidR="00E91A42" w:rsidRPr="0028776E" w:rsidRDefault="00E91A42" w:rsidP="0028776E">
      <w:pPr>
        <w:rPr>
          <w:i/>
          <w:sz w:val="28"/>
          <w:szCs w:val="28"/>
          <w:lang w:val="pt-BR"/>
        </w:rPr>
      </w:pPr>
      <w:r w:rsidRPr="0028776E">
        <w:rPr>
          <w:b/>
          <w:sz w:val="28"/>
          <w:szCs w:val="28"/>
          <w:lang w:val="pt-BR"/>
        </w:rPr>
        <w:t>7. Tổ chức chủ trì phía đối tác nước ngoài</w:t>
      </w:r>
    </w:p>
    <w:p w14:paraId="38A56B77" w14:textId="1EAD7514" w:rsidR="00E91A42" w:rsidRPr="0028776E" w:rsidRDefault="00E91A42" w:rsidP="0028776E">
      <w:pPr>
        <w:pStyle w:val="ListParagraph"/>
        <w:tabs>
          <w:tab w:val="left" w:pos="4212"/>
        </w:tabs>
        <w:ind w:left="360"/>
        <w:rPr>
          <w:sz w:val="28"/>
          <w:szCs w:val="28"/>
          <w:lang w:val="pt-BR"/>
        </w:rPr>
      </w:pPr>
      <w:r w:rsidRPr="0028776E">
        <w:rPr>
          <w:sz w:val="28"/>
          <w:szCs w:val="28"/>
          <w:lang w:val="pt-BR"/>
        </w:rPr>
        <w:t xml:space="preserve">Tên tổ chức chủ trì: </w:t>
      </w:r>
    </w:p>
    <w:p w14:paraId="3D18914B" w14:textId="7F712FB1" w:rsidR="00E91A42" w:rsidRPr="0028776E" w:rsidRDefault="00E91A42" w:rsidP="0028776E">
      <w:pPr>
        <w:pStyle w:val="ListParagraph"/>
        <w:tabs>
          <w:tab w:val="left" w:pos="4212"/>
        </w:tabs>
        <w:ind w:left="360"/>
        <w:rPr>
          <w:sz w:val="28"/>
          <w:szCs w:val="28"/>
          <w:lang w:val="pt-BR"/>
        </w:rPr>
      </w:pPr>
      <w:r w:rsidRPr="0028776E">
        <w:rPr>
          <w:sz w:val="28"/>
          <w:szCs w:val="28"/>
          <w:lang w:val="pt-BR"/>
        </w:rPr>
        <w:t xml:space="preserve">Điện thoại: ...................................... Fax: </w:t>
      </w:r>
    </w:p>
    <w:p w14:paraId="728AB4A6" w14:textId="343F98AE" w:rsidR="00E91A42" w:rsidRPr="0028776E" w:rsidRDefault="00E91A42" w:rsidP="0028776E">
      <w:pPr>
        <w:pStyle w:val="ListParagraph"/>
        <w:tabs>
          <w:tab w:val="left" w:pos="4212"/>
        </w:tabs>
        <w:ind w:left="360"/>
        <w:rPr>
          <w:sz w:val="28"/>
          <w:szCs w:val="28"/>
          <w:lang w:val="pt-BR"/>
        </w:rPr>
      </w:pPr>
      <w:r w:rsidRPr="0028776E">
        <w:rPr>
          <w:sz w:val="28"/>
          <w:szCs w:val="28"/>
          <w:lang w:val="pt-BR"/>
        </w:rPr>
        <w:t xml:space="preserve">E-mail: </w:t>
      </w:r>
    </w:p>
    <w:p w14:paraId="4E412C4E" w14:textId="06D11CF6" w:rsidR="00E91A42" w:rsidRPr="0028776E" w:rsidRDefault="00E91A42" w:rsidP="0028776E">
      <w:pPr>
        <w:pStyle w:val="ListParagraph"/>
        <w:tabs>
          <w:tab w:val="left" w:pos="4212"/>
        </w:tabs>
        <w:ind w:left="360"/>
        <w:rPr>
          <w:sz w:val="28"/>
          <w:szCs w:val="28"/>
          <w:lang w:val="pt-BR"/>
        </w:rPr>
      </w:pPr>
      <w:r w:rsidRPr="0028776E">
        <w:rPr>
          <w:sz w:val="28"/>
          <w:szCs w:val="28"/>
          <w:lang w:val="pt-BR"/>
        </w:rPr>
        <w:lastRenderedPageBreak/>
        <w:t xml:space="preserve">Website: </w:t>
      </w:r>
    </w:p>
    <w:p w14:paraId="354D8AAC" w14:textId="1F50C35D" w:rsidR="00E91A42" w:rsidRPr="0028776E" w:rsidRDefault="00E91A42" w:rsidP="0028776E">
      <w:pPr>
        <w:pStyle w:val="ListParagraph"/>
        <w:tabs>
          <w:tab w:val="left" w:pos="4212"/>
        </w:tabs>
        <w:ind w:left="360"/>
        <w:rPr>
          <w:sz w:val="28"/>
          <w:szCs w:val="28"/>
          <w:lang w:val="pt-BR"/>
        </w:rPr>
      </w:pPr>
      <w:r w:rsidRPr="0028776E">
        <w:rPr>
          <w:sz w:val="28"/>
          <w:szCs w:val="28"/>
          <w:lang w:val="pt-BR"/>
        </w:rPr>
        <w:t xml:space="preserve">Địa chỉ: </w:t>
      </w:r>
    </w:p>
    <w:p w14:paraId="7ACDB642" w14:textId="77777777" w:rsidR="00E91A42" w:rsidRPr="0028776E" w:rsidRDefault="00E91A42" w:rsidP="0028776E">
      <w:pPr>
        <w:pStyle w:val="ListParagraph"/>
        <w:ind w:left="360"/>
        <w:rPr>
          <w:sz w:val="28"/>
          <w:szCs w:val="28"/>
          <w:lang w:val="pt-BR"/>
        </w:rPr>
      </w:pPr>
      <w:r w:rsidRPr="0028776E">
        <w:rPr>
          <w:sz w:val="28"/>
          <w:szCs w:val="28"/>
          <w:lang w:val="pt-BR"/>
        </w:rPr>
        <w:t>Tóm tắt hoạt động khoa học và công nghệ của tổ chức chủ trì phía đối tác nước ngoài</w:t>
      </w:r>
    </w:p>
    <w:p w14:paraId="40D5F0A5" w14:textId="77777777" w:rsidR="00E91A42" w:rsidRPr="0028776E" w:rsidRDefault="00E91A42" w:rsidP="0028776E">
      <w:pPr>
        <w:pStyle w:val="ListParagraph"/>
        <w:ind w:left="360"/>
        <w:rPr>
          <w:sz w:val="28"/>
          <w:szCs w:val="28"/>
          <w:lang w:val="pt-BR"/>
        </w:rPr>
      </w:pPr>
    </w:p>
    <w:p w14:paraId="6A7DCEB8" w14:textId="77777777" w:rsidR="00E91A42" w:rsidRPr="0028776E" w:rsidRDefault="00E91A42" w:rsidP="0028776E">
      <w:pPr>
        <w:rPr>
          <w:b/>
          <w:bCs/>
          <w:iCs/>
          <w:sz w:val="28"/>
          <w:szCs w:val="28"/>
          <w:lang w:val="pt-BR"/>
        </w:rPr>
      </w:pPr>
      <w:r w:rsidRPr="0028776E">
        <w:rPr>
          <w:b/>
          <w:sz w:val="28"/>
          <w:szCs w:val="28"/>
          <w:lang w:val="pt-BR"/>
        </w:rPr>
        <w:t>8.</w:t>
      </w:r>
      <w:r w:rsidRPr="0028776E">
        <w:rPr>
          <w:b/>
          <w:bCs/>
          <w:iCs/>
          <w:sz w:val="28"/>
          <w:szCs w:val="28"/>
          <w:lang w:val="pt-BR"/>
        </w:rPr>
        <w:t xml:space="preserve"> Chủ nhiệm nhiệm vụ phía đối tác nước ngoài</w:t>
      </w:r>
    </w:p>
    <w:p w14:paraId="77704E72" w14:textId="786390E3" w:rsidR="00E91A42" w:rsidRPr="0028776E" w:rsidRDefault="00E91A42" w:rsidP="0028776E">
      <w:pPr>
        <w:tabs>
          <w:tab w:val="left" w:pos="4212"/>
        </w:tabs>
        <w:ind w:left="360"/>
        <w:rPr>
          <w:sz w:val="28"/>
          <w:szCs w:val="28"/>
          <w:lang w:val="pt-BR"/>
        </w:rPr>
      </w:pPr>
      <w:r w:rsidRPr="0028776E">
        <w:rPr>
          <w:sz w:val="28"/>
          <w:szCs w:val="28"/>
          <w:lang w:val="pt-BR"/>
        </w:rPr>
        <w:t>Họ và tên:.</w:t>
      </w:r>
    </w:p>
    <w:p w14:paraId="2A7E50F2" w14:textId="1EBA46F5" w:rsidR="00E91A42" w:rsidRPr="0028776E" w:rsidRDefault="00E91A42" w:rsidP="0028776E">
      <w:pPr>
        <w:tabs>
          <w:tab w:val="left" w:pos="4212"/>
        </w:tabs>
        <w:ind w:left="360"/>
        <w:rPr>
          <w:sz w:val="28"/>
          <w:szCs w:val="28"/>
          <w:lang w:val="pt-BR"/>
        </w:rPr>
      </w:pPr>
      <w:r w:rsidRPr="0028776E">
        <w:rPr>
          <w:sz w:val="28"/>
          <w:szCs w:val="28"/>
          <w:lang w:val="pt-BR"/>
        </w:rPr>
        <w:t xml:space="preserve">Ngày, tháng, năm sinh: ............................................... Nam/ Nữ: </w:t>
      </w:r>
    </w:p>
    <w:p w14:paraId="4AF40C2F" w14:textId="6B40ED75" w:rsidR="00E91A42" w:rsidRPr="0028776E" w:rsidRDefault="00E91A42" w:rsidP="0028776E">
      <w:pPr>
        <w:tabs>
          <w:tab w:val="left" w:pos="4212"/>
        </w:tabs>
        <w:ind w:left="360"/>
        <w:rPr>
          <w:sz w:val="28"/>
          <w:szCs w:val="28"/>
          <w:lang w:val="pt-BR"/>
        </w:rPr>
      </w:pPr>
      <w:r w:rsidRPr="0028776E">
        <w:rPr>
          <w:sz w:val="28"/>
          <w:szCs w:val="28"/>
          <w:lang w:val="pt-BR"/>
        </w:rPr>
        <w:t xml:space="preserve">Học hàm, học vị, chuyên môn: </w:t>
      </w:r>
    </w:p>
    <w:p w14:paraId="0F8450BA" w14:textId="34E29425" w:rsidR="00E91A42" w:rsidRPr="0028776E" w:rsidRDefault="00E91A42" w:rsidP="0028776E">
      <w:pPr>
        <w:tabs>
          <w:tab w:val="left" w:pos="4212"/>
        </w:tabs>
        <w:ind w:left="360"/>
        <w:rPr>
          <w:sz w:val="28"/>
          <w:szCs w:val="28"/>
          <w:lang w:val="pt-BR"/>
        </w:rPr>
      </w:pPr>
      <w:r w:rsidRPr="0028776E">
        <w:rPr>
          <w:sz w:val="28"/>
          <w:szCs w:val="28"/>
          <w:lang w:val="pt-BR"/>
        </w:rPr>
        <w:t xml:space="preserve">Chức danh nghiên cứu khoa học:..........................................Chức vụ: </w:t>
      </w:r>
    </w:p>
    <w:p w14:paraId="6219A764" w14:textId="735A25FB" w:rsidR="00E91A42" w:rsidRPr="0028776E" w:rsidRDefault="00E91A42" w:rsidP="0028776E">
      <w:pPr>
        <w:tabs>
          <w:tab w:val="left" w:pos="4212"/>
        </w:tabs>
        <w:ind w:left="360"/>
        <w:rPr>
          <w:sz w:val="28"/>
          <w:szCs w:val="28"/>
          <w:lang w:val="pt-BR"/>
        </w:rPr>
      </w:pPr>
      <w:r w:rsidRPr="0028776E">
        <w:rPr>
          <w:sz w:val="28"/>
          <w:szCs w:val="28"/>
          <w:lang w:val="pt-BR"/>
        </w:rPr>
        <w:t xml:space="preserve">Điện thoại: Cơ quan: ........................................ Mobile:  </w:t>
      </w:r>
    </w:p>
    <w:p w14:paraId="0D378D89" w14:textId="64700684" w:rsidR="00E91A42" w:rsidRPr="0028776E" w:rsidRDefault="00E91A42" w:rsidP="0028776E">
      <w:pPr>
        <w:tabs>
          <w:tab w:val="left" w:pos="4212"/>
        </w:tabs>
        <w:ind w:left="360"/>
        <w:rPr>
          <w:sz w:val="28"/>
          <w:szCs w:val="28"/>
          <w:lang w:val="pt-BR"/>
        </w:rPr>
      </w:pPr>
      <w:r w:rsidRPr="0028776E">
        <w:rPr>
          <w:sz w:val="28"/>
          <w:szCs w:val="28"/>
          <w:lang w:val="pt-BR"/>
        </w:rPr>
        <w:t xml:space="preserve">E-mail: </w:t>
      </w:r>
    </w:p>
    <w:p w14:paraId="273D6AF5" w14:textId="77777777" w:rsidR="00E91A42" w:rsidRPr="0028776E" w:rsidRDefault="00E91A42" w:rsidP="0028776E">
      <w:pPr>
        <w:ind w:firstLine="360"/>
        <w:rPr>
          <w:sz w:val="28"/>
          <w:szCs w:val="28"/>
          <w:lang w:val="pt-BR"/>
        </w:rPr>
      </w:pPr>
      <w:r w:rsidRPr="0028776E">
        <w:rPr>
          <w:sz w:val="28"/>
          <w:szCs w:val="28"/>
          <w:lang w:val="pt-BR"/>
        </w:rPr>
        <w:t>Tóm tắt lý lịch khoa học của chủ nhiệm nhiệm vụ phía đối tác</w:t>
      </w:r>
    </w:p>
    <w:p w14:paraId="7A3CF697" w14:textId="77777777" w:rsidR="00E91A42" w:rsidRPr="00E91A42" w:rsidRDefault="00E91A42" w:rsidP="00E91A42">
      <w:pPr>
        <w:ind w:firstLine="360"/>
        <w:rPr>
          <w:sz w:val="28"/>
          <w:szCs w:val="28"/>
          <w:lang w:val="pt-BR"/>
        </w:rPr>
      </w:pPr>
    </w:p>
    <w:p w14:paraId="0FCD0AE6" w14:textId="77777777" w:rsidR="00E91A42" w:rsidRPr="00E91A42" w:rsidRDefault="00E91A42" w:rsidP="00E91A42">
      <w:pPr>
        <w:jc w:val="both"/>
        <w:rPr>
          <w:sz w:val="28"/>
          <w:szCs w:val="28"/>
          <w:lang w:val="pt-BR"/>
        </w:rPr>
      </w:pPr>
      <w:r w:rsidRPr="00E91A42">
        <w:rPr>
          <w:b/>
          <w:sz w:val="28"/>
          <w:szCs w:val="28"/>
          <w:lang w:val="pt-BR"/>
        </w:rPr>
        <w:t>9.</w:t>
      </w:r>
      <w:r w:rsidRPr="00E91A42">
        <w:rPr>
          <w:b/>
          <w:bCs/>
          <w:iCs/>
          <w:sz w:val="28"/>
          <w:szCs w:val="28"/>
          <w:lang w:val="pt-BR"/>
        </w:rPr>
        <w:t xml:space="preserve"> Các cá nhân chính thực hiện nhiệm vụ phía Việt Nam </w:t>
      </w:r>
      <w:r w:rsidRPr="00E91A42">
        <w:rPr>
          <w:bCs/>
          <w:i/>
          <w:iCs/>
          <w:sz w:val="28"/>
          <w:szCs w:val="28"/>
          <w:lang w:val="pt-BR"/>
        </w:rPr>
        <w:t>(Ghi rõ họ tên, học hàm, học vị, đơn vị công tác, chức danh thực hiện nhiệm vụ; Lý lịch khoa học của các thành viên này gửi kèm theo Thuyết minh)</w:t>
      </w:r>
    </w:p>
    <w:p w14:paraId="4827DFC3" w14:textId="77777777" w:rsidR="00E91A42" w:rsidRPr="00E91A42" w:rsidRDefault="00E91A42" w:rsidP="00E91A42">
      <w:pPr>
        <w:ind w:firstLine="360"/>
        <w:jc w:val="both"/>
        <w:rPr>
          <w:bCs/>
          <w:i/>
          <w:iCs/>
          <w:sz w:val="28"/>
          <w:szCs w:val="28"/>
          <w:lang w:val="pt-BR"/>
        </w:rPr>
      </w:pPr>
      <w:r w:rsidRPr="00E91A42">
        <w:rPr>
          <w:bCs/>
          <w:i/>
          <w:iCs/>
          <w:sz w:val="28"/>
          <w:szCs w:val="28"/>
          <w:lang w:val="pt-BR"/>
        </w:rPr>
        <w:t xml:space="preserve">- </w:t>
      </w:r>
    </w:p>
    <w:p w14:paraId="3CC01D3F" w14:textId="77777777" w:rsidR="00E91A42" w:rsidRPr="00E91A42" w:rsidRDefault="00E91A42" w:rsidP="00E91A42">
      <w:pPr>
        <w:ind w:firstLine="360"/>
        <w:rPr>
          <w:bCs/>
          <w:i/>
          <w:iCs/>
          <w:sz w:val="28"/>
          <w:szCs w:val="28"/>
          <w:lang w:val="pt-BR"/>
        </w:rPr>
      </w:pPr>
      <w:r w:rsidRPr="00E91A42">
        <w:rPr>
          <w:bCs/>
          <w:i/>
          <w:iCs/>
          <w:sz w:val="28"/>
          <w:szCs w:val="28"/>
          <w:lang w:val="pt-BR"/>
        </w:rPr>
        <w:t>-</w:t>
      </w:r>
    </w:p>
    <w:p w14:paraId="312ED8D2" w14:textId="77777777" w:rsidR="00E91A42" w:rsidRPr="00E91A42" w:rsidRDefault="00E91A42" w:rsidP="00E91A42">
      <w:pPr>
        <w:rPr>
          <w:bCs/>
          <w:i/>
          <w:iCs/>
          <w:sz w:val="28"/>
          <w:szCs w:val="28"/>
          <w:lang w:val="pt-BR"/>
        </w:rPr>
      </w:pPr>
      <w:r w:rsidRPr="00E91A42">
        <w:rPr>
          <w:b/>
          <w:bCs/>
          <w:iCs/>
          <w:sz w:val="28"/>
          <w:szCs w:val="28"/>
          <w:lang w:val="pt-BR"/>
        </w:rPr>
        <w:t>II.</w:t>
      </w:r>
      <w:r w:rsidRPr="00E91A42">
        <w:rPr>
          <w:b/>
          <w:bCs/>
          <w:sz w:val="28"/>
          <w:szCs w:val="28"/>
          <w:lang w:val="pt-BR"/>
        </w:rPr>
        <w:t xml:space="preserve"> MỤC TIÊU, NỘI DUNG NGHIÊN CỨU VÀ PHƯƠNG ÁN TỔ CHỨC THỰC HIỆN</w:t>
      </w:r>
    </w:p>
    <w:p w14:paraId="6D40CF72" w14:textId="77777777" w:rsidR="00E91A42" w:rsidRPr="00E91A42" w:rsidRDefault="00E91A42" w:rsidP="00E91A42">
      <w:pPr>
        <w:rPr>
          <w:bCs/>
          <w:i/>
          <w:iCs/>
          <w:sz w:val="28"/>
          <w:szCs w:val="28"/>
          <w:lang w:val="pt-BR"/>
        </w:rPr>
      </w:pPr>
      <w:r w:rsidRPr="00E91A42">
        <w:rPr>
          <w:b/>
          <w:bCs/>
          <w:sz w:val="28"/>
          <w:szCs w:val="28"/>
          <w:lang w:val="pt-BR"/>
        </w:rPr>
        <w:t>10. Mục tiêu</w:t>
      </w:r>
    </w:p>
    <w:p w14:paraId="6A633C7A" w14:textId="77777777" w:rsidR="00E91A42" w:rsidRPr="00E91A42" w:rsidRDefault="00E91A42" w:rsidP="00E91A42">
      <w:pPr>
        <w:ind w:firstLine="360"/>
        <w:rPr>
          <w:b/>
          <w:bCs/>
          <w:sz w:val="28"/>
          <w:szCs w:val="28"/>
          <w:lang w:val="pt-BR"/>
        </w:rPr>
      </w:pPr>
      <w:r w:rsidRPr="00E91A42">
        <w:rPr>
          <w:b/>
          <w:bCs/>
          <w:sz w:val="28"/>
          <w:szCs w:val="28"/>
          <w:lang w:val="pt-BR"/>
        </w:rPr>
        <w:t>-</w:t>
      </w:r>
    </w:p>
    <w:p w14:paraId="7C13FC18" w14:textId="77777777" w:rsidR="00E91A42" w:rsidRPr="00E91A42" w:rsidRDefault="00E91A42" w:rsidP="00E91A42">
      <w:pPr>
        <w:ind w:firstLine="360"/>
        <w:rPr>
          <w:b/>
          <w:bCs/>
          <w:sz w:val="28"/>
          <w:szCs w:val="28"/>
          <w:lang w:val="pt-BR"/>
        </w:rPr>
      </w:pPr>
      <w:r w:rsidRPr="00E91A42">
        <w:rPr>
          <w:b/>
          <w:bCs/>
          <w:sz w:val="28"/>
          <w:szCs w:val="28"/>
          <w:lang w:val="pt-BR"/>
        </w:rPr>
        <w:t>-</w:t>
      </w:r>
    </w:p>
    <w:p w14:paraId="25BB1484" w14:textId="77777777" w:rsidR="00E91A42" w:rsidRPr="00E91A42" w:rsidRDefault="00E91A42" w:rsidP="00E91A42">
      <w:pPr>
        <w:ind w:firstLine="360"/>
        <w:rPr>
          <w:bCs/>
          <w:sz w:val="28"/>
          <w:szCs w:val="28"/>
          <w:lang w:val="pt-BR"/>
        </w:rPr>
      </w:pPr>
      <w:r w:rsidRPr="00E91A42">
        <w:rPr>
          <w:bCs/>
          <w:sz w:val="28"/>
          <w:szCs w:val="28"/>
          <w:lang w:val="pt-BR"/>
        </w:rPr>
        <w:t>...</w:t>
      </w:r>
    </w:p>
    <w:p w14:paraId="150EBFBB" w14:textId="77777777" w:rsidR="00E91A42" w:rsidRPr="00E91A42" w:rsidRDefault="00E91A42" w:rsidP="00E91A42">
      <w:pPr>
        <w:rPr>
          <w:b/>
          <w:bCs/>
          <w:sz w:val="28"/>
          <w:szCs w:val="28"/>
          <w:lang w:val="pt-BR"/>
        </w:rPr>
      </w:pPr>
      <w:r w:rsidRPr="00E91A42">
        <w:rPr>
          <w:b/>
          <w:bCs/>
          <w:sz w:val="28"/>
          <w:szCs w:val="28"/>
          <w:lang w:val="pt-BR"/>
        </w:rPr>
        <w:t>11. Tình trạng</w:t>
      </w:r>
    </w:p>
    <w:p w14:paraId="71DE301D" w14:textId="77777777" w:rsidR="00E91A42" w:rsidRPr="00E91A42" w:rsidRDefault="00E91A42" w:rsidP="00E91A42">
      <w:pPr>
        <w:rPr>
          <w:bCs/>
          <w:sz w:val="28"/>
          <w:szCs w:val="28"/>
          <w:lang w:val="pt-BR"/>
        </w:rPr>
      </w:pPr>
      <w:r w:rsidRPr="00E91A42">
        <w:rPr>
          <w:bCs/>
          <w:i/>
          <w:iCs/>
          <w:noProof/>
          <w:sz w:val="28"/>
          <w:szCs w:val="28"/>
          <w:lang w:val="en-US" w:eastAsia="ja-JP"/>
        </w:rPr>
        <mc:AlternateContent>
          <mc:Choice Requires="wpg">
            <w:drawing>
              <wp:anchor distT="0" distB="0" distL="114300" distR="114300" simplePos="0" relativeHeight="251660288" behindDoc="0" locked="0" layoutInCell="1" allowOverlap="1" wp14:anchorId="77342EC5" wp14:editId="27F333D4">
                <wp:simplePos x="0" y="0"/>
                <wp:positionH relativeFrom="column">
                  <wp:posOffset>281940</wp:posOffset>
                </wp:positionH>
                <wp:positionV relativeFrom="paragraph">
                  <wp:posOffset>44450</wp:posOffset>
                </wp:positionV>
                <wp:extent cx="152400" cy="459740"/>
                <wp:effectExtent l="0" t="0" r="19050" b="1651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459740"/>
                          <a:chOff x="1646" y="3925"/>
                          <a:chExt cx="240" cy="964"/>
                        </a:xfrm>
                      </wpg:grpSpPr>
                      <wps:wsp>
                        <wps:cNvPr id="26" name="Rectangle 40"/>
                        <wps:cNvSpPr>
                          <a:spLocks noChangeArrowheads="1"/>
                        </wps:cNvSpPr>
                        <wps:spPr bwMode="auto">
                          <a:xfrm>
                            <a:off x="1646" y="3925"/>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42"/>
                        <wps:cNvSpPr>
                          <a:spLocks noChangeArrowheads="1"/>
                        </wps:cNvSpPr>
                        <wps:spPr bwMode="auto">
                          <a:xfrm>
                            <a:off x="1646" y="4287"/>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45"/>
                        <wps:cNvSpPr>
                          <a:spLocks noChangeArrowheads="1"/>
                        </wps:cNvSpPr>
                        <wps:spPr bwMode="auto">
                          <a:xfrm>
                            <a:off x="1646" y="4649"/>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D55D5" id="Group 25" o:spid="_x0000_s1026" style="position:absolute;margin-left:22.2pt;margin-top:3.5pt;width:12pt;height:36.2pt;z-index:251660288" coordorigin="1646,3925" coordsize="24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">
                <v:rect id="Rectangle 40" o:spid="_x0000_s1027" style="position:absolute;left:1646;top:392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42" o:spid="_x0000_s1028" style="position:absolute;left:1646;top:4287;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45" o:spid="_x0000_s1029" style="position:absolute;left:1646;top:46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group>
            </w:pict>
          </mc:Fallback>
        </mc:AlternateContent>
      </w:r>
      <w:r w:rsidRPr="00E91A42">
        <w:rPr>
          <w:b/>
          <w:bCs/>
          <w:sz w:val="28"/>
          <w:szCs w:val="28"/>
          <w:lang w:val="pt-BR"/>
        </w:rPr>
        <w:t xml:space="preserve">           </w:t>
      </w:r>
      <w:r w:rsidRPr="00E91A42">
        <w:rPr>
          <w:b/>
          <w:bCs/>
          <w:sz w:val="28"/>
          <w:szCs w:val="28"/>
          <w:lang w:val="pt-BR"/>
        </w:rPr>
        <w:tab/>
      </w:r>
      <w:r w:rsidRPr="00E91A42">
        <w:rPr>
          <w:b/>
          <w:bCs/>
          <w:sz w:val="28"/>
          <w:szCs w:val="28"/>
          <w:lang w:val="pt-BR"/>
        </w:rPr>
        <w:tab/>
      </w:r>
      <w:r w:rsidRPr="00E91A42">
        <w:rPr>
          <w:bCs/>
          <w:sz w:val="28"/>
          <w:szCs w:val="28"/>
          <w:lang w:val="pt-BR"/>
        </w:rPr>
        <w:t>Mới</w:t>
      </w:r>
    </w:p>
    <w:p w14:paraId="73E8B7CD" w14:textId="77777777" w:rsidR="00E91A42" w:rsidRPr="00E91A42" w:rsidRDefault="00E91A42" w:rsidP="00E91A42">
      <w:pPr>
        <w:rPr>
          <w:bCs/>
          <w:sz w:val="28"/>
          <w:szCs w:val="28"/>
          <w:lang w:val="pt-BR"/>
        </w:rPr>
      </w:pPr>
      <w:r w:rsidRPr="00E91A42">
        <w:rPr>
          <w:bCs/>
          <w:sz w:val="28"/>
          <w:szCs w:val="28"/>
          <w:lang w:val="pt-BR"/>
        </w:rPr>
        <w:tab/>
      </w:r>
      <w:r w:rsidRPr="00E91A42">
        <w:rPr>
          <w:bCs/>
          <w:sz w:val="28"/>
          <w:szCs w:val="28"/>
          <w:lang w:val="pt-BR"/>
        </w:rPr>
        <w:tab/>
        <w:t>Kế tiếp hướng nghiên cứu của chính nhóm tác giả</w:t>
      </w:r>
    </w:p>
    <w:p w14:paraId="41E029A3" w14:textId="77777777" w:rsidR="00E91A42" w:rsidRPr="00E91A42" w:rsidRDefault="00E91A42" w:rsidP="00E91A42">
      <w:pPr>
        <w:rPr>
          <w:bCs/>
          <w:sz w:val="28"/>
          <w:szCs w:val="28"/>
          <w:lang w:val="pt-BR"/>
        </w:rPr>
      </w:pPr>
      <w:r w:rsidRPr="00E91A42">
        <w:rPr>
          <w:bCs/>
          <w:sz w:val="28"/>
          <w:szCs w:val="28"/>
          <w:lang w:val="pt-BR"/>
        </w:rPr>
        <w:tab/>
      </w:r>
      <w:r w:rsidRPr="00E91A42">
        <w:rPr>
          <w:bCs/>
          <w:sz w:val="28"/>
          <w:szCs w:val="28"/>
          <w:lang w:val="pt-BR"/>
        </w:rPr>
        <w:tab/>
        <w:t>Kế tiếp nghiên cứu của người khác</w:t>
      </w:r>
    </w:p>
    <w:p w14:paraId="4FAA16EC" w14:textId="77777777" w:rsidR="00E91A42" w:rsidRPr="00E91A42" w:rsidRDefault="00E91A42" w:rsidP="00E91A42">
      <w:pPr>
        <w:rPr>
          <w:bCs/>
          <w:sz w:val="28"/>
          <w:szCs w:val="28"/>
          <w:lang w:val="pt-BR"/>
        </w:rPr>
      </w:pPr>
      <w:r w:rsidRPr="00E91A42">
        <w:rPr>
          <w:b/>
          <w:bCs/>
          <w:sz w:val="28"/>
          <w:szCs w:val="28"/>
          <w:lang w:val="pt-BR"/>
        </w:rPr>
        <w:lastRenderedPageBreak/>
        <w:t>12.</w:t>
      </w:r>
      <w:r w:rsidRPr="00E91A42">
        <w:rPr>
          <w:b/>
          <w:bCs/>
          <w:iCs/>
          <w:sz w:val="28"/>
          <w:szCs w:val="28"/>
          <w:lang w:val="pt-BR"/>
        </w:rPr>
        <w:t xml:space="preserve"> Tình hình nghiên cứu trong và ngoài nước, những khó khăn, thách thức về nghiên cứu khoa học và phát triển công nghệ trong nước</w:t>
      </w:r>
      <w:r w:rsidRPr="00E91A42">
        <w:rPr>
          <w:rStyle w:val="FootnoteReference"/>
          <w:iCs/>
          <w:sz w:val="28"/>
          <w:szCs w:val="28"/>
          <w:lang w:val="pt-BR"/>
        </w:rPr>
        <w:footnoteReference w:id="1"/>
      </w:r>
    </w:p>
    <w:p w14:paraId="4B3E4B3A" w14:textId="77777777" w:rsidR="00E91A42" w:rsidRPr="00E91A42" w:rsidRDefault="00E91A42" w:rsidP="00E91A42">
      <w:pPr>
        <w:ind w:firstLine="360"/>
        <w:jc w:val="both"/>
        <w:rPr>
          <w:sz w:val="28"/>
          <w:szCs w:val="28"/>
          <w:lang w:val="pt-BR"/>
        </w:rPr>
      </w:pPr>
      <w:r w:rsidRPr="00E91A42">
        <w:rPr>
          <w:sz w:val="28"/>
          <w:szCs w:val="28"/>
          <w:lang w:val="pt-BR"/>
        </w:rPr>
        <w:t>- Phân tích, đánh giá tổng quan tình hình nghiên cứu ở trong và ngoài nước (có trích dẫn các công trình nghiên cứu có liên quan đến nhiệm vụ);</w:t>
      </w:r>
    </w:p>
    <w:p w14:paraId="2FD8D4B3" w14:textId="77777777" w:rsidR="00E91A42" w:rsidRPr="00E91A42" w:rsidRDefault="00E91A42" w:rsidP="00E91A42">
      <w:pPr>
        <w:ind w:firstLine="360"/>
        <w:jc w:val="both"/>
        <w:rPr>
          <w:sz w:val="28"/>
          <w:szCs w:val="28"/>
          <w:lang w:val="pt-BR"/>
        </w:rPr>
      </w:pPr>
      <w:r w:rsidRPr="00E91A42">
        <w:rPr>
          <w:sz w:val="28"/>
          <w:szCs w:val="28"/>
          <w:lang w:val="pt-BR"/>
        </w:rPr>
        <w:t>- Phân tích, đánh giá tổng quan về tầm quan trọng, ý nghĩa kinh tế - xã hội của vấn đề cần nghiên cứu;</w:t>
      </w:r>
    </w:p>
    <w:p w14:paraId="2C64AEB2" w14:textId="77777777" w:rsidR="00E91A42" w:rsidRPr="00E91A42" w:rsidRDefault="00E91A42" w:rsidP="00E91A42">
      <w:pPr>
        <w:ind w:firstLine="360"/>
        <w:jc w:val="both"/>
        <w:rPr>
          <w:sz w:val="28"/>
          <w:szCs w:val="28"/>
          <w:lang w:val="pt-BR"/>
        </w:rPr>
      </w:pPr>
      <w:r w:rsidRPr="00E91A42">
        <w:rPr>
          <w:sz w:val="28"/>
          <w:szCs w:val="28"/>
          <w:lang w:val="pt-BR"/>
        </w:rPr>
        <w:t>- Nêu và đánh giá cụ thể những khó khăn, thách thức trong nước đang gặp phải trong quá trình nghiên cứu liên quan đến vấn đề của nhiệm vụ;</w:t>
      </w:r>
    </w:p>
    <w:p w14:paraId="2D8EAA12" w14:textId="77777777" w:rsidR="00E91A42" w:rsidRPr="00E91A42" w:rsidRDefault="00E91A42" w:rsidP="00E91A42">
      <w:pPr>
        <w:ind w:firstLine="360"/>
        <w:jc w:val="both"/>
        <w:rPr>
          <w:sz w:val="28"/>
          <w:szCs w:val="28"/>
          <w:lang w:val="pt-BR"/>
        </w:rPr>
      </w:pPr>
      <w:r w:rsidRPr="00E91A42">
        <w:rPr>
          <w:sz w:val="28"/>
          <w:szCs w:val="28"/>
          <w:lang w:val="pt-BR"/>
        </w:rPr>
        <w:t>- Nêu và đánh giá việc với năng lực, kinh nghiệm, tiềm lực/thế mạnh của đối tác sẽ giúp giải quyết khó khăn trong nước đang gặp phải trong quá trình nghiên cứu và phát triển nội dung của nhiệm vụ; kết quả nghiên cứu của tổ chức chủ trì và chủ nhiệm nhiệm vụ liên quan đến nhiệm vụ.</w:t>
      </w:r>
    </w:p>
    <w:p w14:paraId="551F5259" w14:textId="77777777" w:rsidR="00E91A42" w:rsidRPr="00E91A42" w:rsidRDefault="00E91A42" w:rsidP="00E91A42">
      <w:pPr>
        <w:rPr>
          <w:b/>
          <w:bCs/>
          <w:iCs/>
          <w:sz w:val="28"/>
          <w:szCs w:val="28"/>
          <w:lang w:val="pt-BR"/>
        </w:rPr>
      </w:pPr>
      <w:r w:rsidRPr="00E91A42">
        <w:rPr>
          <w:b/>
          <w:sz w:val="28"/>
          <w:szCs w:val="28"/>
          <w:lang w:val="pt-BR"/>
        </w:rPr>
        <w:t>13.</w:t>
      </w:r>
      <w:r w:rsidRPr="00E91A42">
        <w:rPr>
          <w:b/>
          <w:bCs/>
          <w:iCs/>
          <w:sz w:val="28"/>
          <w:szCs w:val="28"/>
          <w:lang w:val="pt-BR"/>
        </w:rPr>
        <w:t xml:space="preserve"> Các nội dung nghiên cứu và triển khai của phía Việt Nam</w:t>
      </w:r>
    </w:p>
    <w:p w14:paraId="2DA70A0F" w14:textId="77777777" w:rsidR="00E91A42" w:rsidRPr="00E91A42" w:rsidRDefault="00E91A42" w:rsidP="00E91A42">
      <w:pPr>
        <w:ind w:firstLine="360"/>
        <w:jc w:val="both"/>
        <w:rPr>
          <w:i/>
          <w:sz w:val="28"/>
          <w:szCs w:val="28"/>
          <w:lang w:val="pt-BR"/>
        </w:rPr>
      </w:pPr>
      <w:r w:rsidRPr="00E91A42">
        <w:rPr>
          <w:i/>
          <w:sz w:val="28"/>
          <w:szCs w:val="28"/>
          <w:lang w:val="pt-BR"/>
        </w:rPr>
        <w:t>(Liệt kê và mô tả các nội dung nghiên cứu và triển khai trong nước, mỗi công việc cần mô tả thông tin cụ thể về:</w:t>
      </w:r>
    </w:p>
    <w:p w14:paraId="7C39A03C" w14:textId="77777777" w:rsidR="00E91A42" w:rsidRPr="00E91A42" w:rsidRDefault="00E91A42" w:rsidP="00E91A42">
      <w:pPr>
        <w:ind w:firstLine="360"/>
        <w:jc w:val="both"/>
        <w:rPr>
          <w:i/>
          <w:sz w:val="28"/>
          <w:szCs w:val="28"/>
          <w:lang w:val="pt-BR"/>
        </w:rPr>
      </w:pPr>
      <w:r w:rsidRPr="00E91A42">
        <w:rPr>
          <w:i/>
          <w:sz w:val="28"/>
          <w:szCs w:val="28"/>
          <w:lang w:val="pt-BR"/>
        </w:rPr>
        <w:t>- Nội dung, công việc chủ yếu cần thực hiện, dự kiến thời gian bắt đầu và kết thúc;</w:t>
      </w:r>
    </w:p>
    <w:p w14:paraId="49C5263E" w14:textId="77777777" w:rsidR="00E91A42" w:rsidRPr="00E91A42" w:rsidRDefault="00E91A42" w:rsidP="00E91A42">
      <w:pPr>
        <w:ind w:firstLine="360"/>
        <w:jc w:val="both"/>
        <w:rPr>
          <w:i/>
          <w:sz w:val="28"/>
          <w:szCs w:val="28"/>
          <w:lang w:val="pt-BR"/>
        </w:rPr>
      </w:pPr>
      <w:r w:rsidRPr="00E91A42">
        <w:rPr>
          <w:i/>
          <w:sz w:val="28"/>
          <w:szCs w:val="28"/>
          <w:lang w:val="pt-BR"/>
        </w:rPr>
        <w:t>- Kết quả phải đạt;</w:t>
      </w:r>
    </w:p>
    <w:p w14:paraId="2B58E986" w14:textId="77777777" w:rsidR="00E91A42" w:rsidRPr="00E91A42" w:rsidRDefault="00E91A42" w:rsidP="00E91A42">
      <w:pPr>
        <w:ind w:firstLine="360"/>
        <w:jc w:val="both"/>
        <w:rPr>
          <w:i/>
          <w:sz w:val="28"/>
          <w:szCs w:val="28"/>
          <w:lang w:val="pt-BR"/>
        </w:rPr>
      </w:pPr>
      <w:r w:rsidRPr="00E91A42">
        <w:rPr>
          <w:i/>
          <w:sz w:val="28"/>
          <w:szCs w:val="28"/>
          <w:lang w:val="pt-BR"/>
        </w:rPr>
        <w:t>- Dự kiến số ngày công quy đổi và kinh phí nhân công tương ứng;</w:t>
      </w:r>
    </w:p>
    <w:p w14:paraId="0D037AB9" w14:textId="77777777" w:rsidR="00E91A42" w:rsidRPr="00E91A42" w:rsidRDefault="00E91A42" w:rsidP="00E91A42">
      <w:pPr>
        <w:ind w:firstLine="360"/>
        <w:jc w:val="both"/>
        <w:rPr>
          <w:i/>
          <w:sz w:val="28"/>
          <w:szCs w:val="28"/>
          <w:lang w:val="pt-BR"/>
        </w:rPr>
      </w:pPr>
      <w:r w:rsidRPr="00E91A42">
        <w:rPr>
          <w:i/>
          <w:sz w:val="28"/>
          <w:szCs w:val="28"/>
          <w:lang w:val="pt-BR"/>
        </w:rPr>
        <w:t>- Dự kiến một số nguyên, vật liệu chính và kinh phí dành cho nguyên vật liệu tương ứng;</w:t>
      </w:r>
    </w:p>
    <w:p w14:paraId="5987B1CB" w14:textId="77777777" w:rsidR="00E91A42" w:rsidRPr="00E91A42" w:rsidRDefault="00E91A42" w:rsidP="00E91A42">
      <w:pPr>
        <w:ind w:firstLine="360"/>
        <w:jc w:val="both"/>
        <w:rPr>
          <w:i/>
          <w:sz w:val="28"/>
          <w:szCs w:val="28"/>
          <w:lang w:val="pt-BR"/>
        </w:rPr>
      </w:pPr>
      <w:r w:rsidRPr="00E91A42">
        <w:rPr>
          <w:i/>
          <w:sz w:val="28"/>
          <w:szCs w:val="28"/>
          <w:lang w:val="pt-BR"/>
        </w:rPr>
        <w:t>- Dự kiến thiết bị, máy móc cần mua và kinh phí dành cho thiết bị, máy móc tương ứng.)</w:t>
      </w:r>
    </w:p>
    <w:p w14:paraId="45BCA77D"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1 :</w:t>
      </w:r>
      <w:r w:rsidRPr="00E91A42">
        <w:rPr>
          <w:position w:val="-20"/>
          <w:sz w:val="28"/>
          <w:szCs w:val="28"/>
          <w:lang w:val="de-DE"/>
        </w:rPr>
        <w:t xml:space="preserve"> ........................................................................</w:t>
      </w:r>
      <w:r w:rsidRPr="00E91A42">
        <w:rPr>
          <w:position w:val="-20"/>
          <w:sz w:val="28"/>
          <w:szCs w:val="28"/>
          <w:lang w:val="de-DE"/>
        </w:rPr>
        <w:tab/>
      </w:r>
    </w:p>
    <w:p w14:paraId="71725214"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1: ........................................................................</w:t>
      </w:r>
    </w:p>
    <w:p w14:paraId="49C3CA24"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2: ........................................................................</w:t>
      </w:r>
    </w:p>
    <w:p w14:paraId="772EB119"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w:t>
      </w:r>
    </w:p>
    <w:p w14:paraId="554D0D1C"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2:</w:t>
      </w:r>
      <w:r w:rsidRPr="00E91A42">
        <w:rPr>
          <w:position w:val="-20"/>
          <w:sz w:val="28"/>
          <w:szCs w:val="28"/>
          <w:lang w:val="de-DE"/>
        </w:rPr>
        <w:t xml:space="preserve"> .........................................................................</w:t>
      </w:r>
    </w:p>
    <w:p w14:paraId="07FCBCEC"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1: ........................................................................</w:t>
      </w:r>
    </w:p>
    <w:p w14:paraId="05E863BC"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lastRenderedPageBreak/>
        <w:t>Công việc 2: ........................................................................</w:t>
      </w:r>
    </w:p>
    <w:p w14:paraId="3F46C70A" w14:textId="77777777" w:rsidR="00E91A42" w:rsidRPr="00E91A42" w:rsidRDefault="00E91A42" w:rsidP="00E91A42">
      <w:pPr>
        <w:rPr>
          <w:b/>
          <w:bCs/>
          <w:iCs/>
          <w:sz w:val="28"/>
          <w:szCs w:val="28"/>
          <w:lang w:val="de-DE"/>
        </w:rPr>
      </w:pPr>
      <w:r w:rsidRPr="00E91A42">
        <w:rPr>
          <w:b/>
          <w:bCs/>
          <w:iCs/>
          <w:sz w:val="28"/>
          <w:szCs w:val="28"/>
          <w:lang w:val="de-DE"/>
        </w:rPr>
        <w:t>14. Các nội dung phối hợp nghiên cứu với đối tác nước ngoài</w:t>
      </w:r>
    </w:p>
    <w:p w14:paraId="194E96C3" w14:textId="77777777" w:rsidR="00E91A42" w:rsidRPr="00E91A42" w:rsidRDefault="00E91A42" w:rsidP="00E91A42">
      <w:pPr>
        <w:ind w:firstLine="360"/>
        <w:jc w:val="both"/>
        <w:rPr>
          <w:i/>
          <w:sz w:val="28"/>
          <w:szCs w:val="28"/>
          <w:lang w:val="de-DE"/>
        </w:rPr>
      </w:pPr>
      <w:r w:rsidRPr="00E91A42">
        <w:rPr>
          <w:i/>
          <w:sz w:val="28"/>
          <w:szCs w:val="28"/>
          <w:lang w:val="de-DE"/>
        </w:rPr>
        <w:t>(Liệt kê và mô tả những nội dung hợp tác với đối tác nước ngoài, mỗi công việc cần mô tả thông tin cụ thể về:</w:t>
      </w:r>
    </w:p>
    <w:p w14:paraId="76FA7F4B"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lang w:val="de-DE"/>
        </w:rPr>
      </w:pPr>
      <w:r w:rsidRPr="00E91A42">
        <w:rPr>
          <w:i/>
          <w:sz w:val="28"/>
          <w:szCs w:val="28"/>
          <w:lang w:val="de-DE"/>
        </w:rPr>
        <w:t xml:space="preserve">Nội dung, công việc chủ yếu cần thực hiện, </w:t>
      </w:r>
      <w:r w:rsidRPr="00E91A42">
        <w:rPr>
          <w:i/>
          <w:sz w:val="28"/>
          <w:szCs w:val="28"/>
          <w:lang w:val="pt-BR"/>
        </w:rPr>
        <w:t>dự kiến thời gian bắt đầu và kết thúc;</w:t>
      </w:r>
    </w:p>
    <w:p w14:paraId="02F252E4"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Kết quả phải đạt;</w:t>
      </w:r>
    </w:p>
    <w:p w14:paraId="2562A502"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số ngày công quy đổi và kinh phí nhân công tương ứng;</w:t>
      </w:r>
    </w:p>
    <w:p w14:paraId="54610FB3"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một số nguyên, vật liệu chính và kinh phí dành cho nguyên vật liệu tương ứng;</w:t>
      </w:r>
    </w:p>
    <w:p w14:paraId="2AA42BEE"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thiết bị, máy móc cần mua và kinh phí dành cho thiết bị, máy móc tương ứng.)</w:t>
      </w:r>
    </w:p>
    <w:p w14:paraId="7736247F"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3 :</w:t>
      </w:r>
      <w:r w:rsidRPr="00E91A42">
        <w:rPr>
          <w:position w:val="-20"/>
          <w:sz w:val="28"/>
          <w:szCs w:val="28"/>
          <w:lang w:val="de-DE"/>
        </w:rPr>
        <w:t xml:space="preserve"> ........................................................................</w:t>
      </w:r>
      <w:r w:rsidRPr="00E91A42">
        <w:rPr>
          <w:position w:val="-20"/>
          <w:sz w:val="28"/>
          <w:szCs w:val="28"/>
          <w:lang w:val="de-DE"/>
        </w:rPr>
        <w:tab/>
      </w:r>
    </w:p>
    <w:p w14:paraId="73231093"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1: ........................................................................</w:t>
      </w:r>
    </w:p>
    <w:p w14:paraId="233FBBBC"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2: ........................................................................</w:t>
      </w:r>
    </w:p>
    <w:p w14:paraId="5F11D72A"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w:t>
      </w:r>
    </w:p>
    <w:p w14:paraId="4A78451E"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4:</w:t>
      </w:r>
      <w:r w:rsidRPr="00E91A42">
        <w:rPr>
          <w:position w:val="-20"/>
          <w:sz w:val="28"/>
          <w:szCs w:val="28"/>
          <w:lang w:val="de-DE"/>
        </w:rPr>
        <w:t xml:space="preserve"> .........................................................................</w:t>
      </w:r>
    </w:p>
    <w:p w14:paraId="03006818"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1: ........................................................................</w:t>
      </w:r>
    </w:p>
    <w:p w14:paraId="41A60C2D" w14:textId="77777777" w:rsidR="00E91A42" w:rsidRPr="00E91A42" w:rsidRDefault="00E91A42" w:rsidP="00E91A42">
      <w:pPr>
        <w:pStyle w:val="ListParagraph"/>
        <w:ind w:left="0" w:firstLine="360"/>
        <w:rPr>
          <w:position w:val="-20"/>
          <w:sz w:val="28"/>
          <w:szCs w:val="28"/>
          <w:lang w:val="de-DE"/>
        </w:rPr>
      </w:pPr>
      <w:r w:rsidRPr="00E91A42">
        <w:rPr>
          <w:position w:val="-20"/>
          <w:sz w:val="28"/>
          <w:szCs w:val="28"/>
          <w:lang w:val="de-DE"/>
        </w:rPr>
        <w:t>Công việc 2: ........................................................................</w:t>
      </w:r>
    </w:p>
    <w:p w14:paraId="1A2E01AE"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w:t>
      </w:r>
    </w:p>
    <w:p w14:paraId="720326D5" w14:textId="77777777" w:rsidR="00E91A42" w:rsidRPr="00E91A42" w:rsidRDefault="00E91A42" w:rsidP="00E91A42">
      <w:pPr>
        <w:rPr>
          <w:bCs/>
          <w:i/>
          <w:iCs/>
          <w:sz w:val="28"/>
          <w:szCs w:val="28"/>
          <w:lang w:val="de-DE"/>
        </w:rPr>
      </w:pPr>
      <w:r w:rsidRPr="00E91A42">
        <w:rPr>
          <w:b/>
          <w:bCs/>
          <w:iCs/>
          <w:sz w:val="28"/>
          <w:szCs w:val="28"/>
          <w:lang w:val="de-DE"/>
        </w:rPr>
        <w:t>15. Các nội dung hoàn thiện và làm chủ kết quả</w:t>
      </w:r>
    </w:p>
    <w:p w14:paraId="7DF5A32D" w14:textId="77777777" w:rsidR="00E91A42" w:rsidRPr="00E91A42" w:rsidRDefault="00E91A42" w:rsidP="00E91A42">
      <w:pPr>
        <w:ind w:firstLine="360"/>
        <w:jc w:val="both"/>
        <w:rPr>
          <w:i/>
          <w:sz w:val="28"/>
          <w:szCs w:val="28"/>
          <w:lang w:val="de-DE"/>
        </w:rPr>
      </w:pPr>
      <w:r w:rsidRPr="00E91A42">
        <w:rPr>
          <w:i/>
          <w:sz w:val="28"/>
          <w:szCs w:val="28"/>
          <w:lang w:val="de-DE"/>
        </w:rPr>
        <w:t>(Liệt kê và mô tả những nội dung nghiên cứu và triển khai để hoàn thiện và làm chủ kết quả hợp tác với đối tác nước ngoài, mỗi công việc cần mô tả thông tin cụ thể về:</w:t>
      </w:r>
    </w:p>
    <w:p w14:paraId="5381E178"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lang w:val="de-DE"/>
        </w:rPr>
      </w:pPr>
      <w:r w:rsidRPr="00E91A42">
        <w:rPr>
          <w:i/>
          <w:sz w:val="28"/>
          <w:szCs w:val="28"/>
          <w:lang w:val="de-DE"/>
        </w:rPr>
        <w:t xml:space="preserve">Nội dung, công việc chủ yếu cần thực hiện, </w:t>
      </w:r>
      <w:r w:rsidRPr="00E91A42">
        <w:rPr>
          <w:i/>
          <w:sz w:val="28"/>
          <w:szCs w:val="28"/>
          <w:lang w:val="pt-BR"/>
        </w:rPr>
        <w:t>dự kiến thời gian bắt đầu và kết thúc;</w:t>
      </w:r>
    </w:p>
    <w:p w14:paraId="38B396A1"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Kết quả phải đạt;</w:t>
      </w:r>
    </w:p>
    <w:p w14:paraId="5CA676C1"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số ngày công quy đổi và kinh phí nhân công tương ứng;</w:t>
      </w:r>
    </w:p>
    <w:p w14:paraId="7926A2E6"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một số nguyên, vật liệu chính và kinh phí dành cho nguyên vật liệu tương ứng;</w:t>
      </w:r>
    </w:p>
    <w:p w14:paraId="5A445B1F" w14:textId="77777777" w:rsidR="00E91A42" w:rsidRPr="00E91A42" w:rsidRDefault="00E91A42" w:rsidP="00E91A42">
      <w:pPr>
        <w:pStyle w:val="ListParagraph"/>
        <w:numPr>
          <w:ilvl w:val="0"/>
          <w:numId w:val="17"/>
        </w:numPr>
        <w:autoSpaceDE w:val="0"/>
        <w:autoSpaceDN w:val="0"/>
        <w:spacing w:after="0" w:line="240" w:lineRule="auto"/>
        <w:ind w:left="0" w:firstLine="360"/>
        <w:jc w:val="both"/>
        <w:rPr>
          <w:i/>
          <w:sz w:val="28"/>
          <w:szCs w:val="28"/>
        </w:rPr>
      </w:pPr>
      <w:r w:rsidRPr="00E91A42">
        <w:rPr>
          <w:i/>
          <w:sz w:val="28"/>
          <w:szCs w:val="28"/>
        </w:rPr>
        <w:t>Dự kiến thiết bị, máy móc cần mua và kinh phí dành cho thiết bị, máy móc tương ứng.)</w:t>
      </w:r>
    </w:p>
    <w:p w14:paraId="0B68A0FC"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5 :</w:t>
      </w:r>
      <w:r w:rsidRPr="00E91A42">
        <w:rPr>
          <w:position w:val="-20"/>
          <w:sz w:val="28"/>
          <w:szCs w:val="28"/>
          <w:lang w:val="de-DE"/>
        </w:rPr>
        <w:t xml:space="preserve"> ........................................................................</w:t>
      </w:r>
      <w:r w:rsidRPr="00E91A42">
        <w:rPr>
          <w:position w:val="-20"/>
          <w:sz w:val="28"/>
          <w:szCs w:val="28"/>
          <w:lang w:val="de-DE"/>
        </w:rPr>
        <w:tab/>
      </w:r>
    </w:p>
    <w:p w14:paraId="47F4AC87"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1: ........................................................................</w:t>
      </w:r>
    </w:p>
    <w:p w14:paraId="108B8DBD"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Công việc 2: ........................................................................</w:t>
      </w:r>
    </w:p>
    <w:p w14:paraId="54C94534"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t>..............................................................................................</w:t>
      </w:r>
    </w:p>
    <w:p w14:paraId="4870C8E9" w14:textId="77777777" w:rsidR="00E91A42" w:rsidRPr="00E91A42" w:rsidRDefault="00E91A42" w:rsidP="00E91A42">
      <w:pPr>
        <w:widowControl w:val="0"/>
        <w:spacing w:before="60" w:after="60"/>
        <w:ind w:firstLine="360"/>
        <w:rPr>
          <w:position w:val="-20"/>
          <w:sz w:val="28"/>
          <w:szCs w:val="28"/>
          <w:lang w:val="de-DE"/>
        </w:rPr>
      </w:pPr>
      <w:r w:rsidRPr="00E91A42">
        <w:rPr>
          <w:b/>
          <w:position w:val="-20"/>
          <w:sz w:val="28"/>
          <w:szCs w:val="28"/>
          <w:lang w:val="de-DE"/>
        </w:rPr>
        <w:t>Nội dung 6:</w:t>
      </w:r>
      <w:r w:rsidRPr="00E91A42">
        <w:rPr>
          <w:position w:val="-20"/>
          <w:sz w:val="28"/>
          <w:szCs w:val="28"/>
          <w:lang w:val="de-DE"/>
        </w:rPr>
        <w:t xml:space="preserve"> .........................................................................</w:t>
      </w:r>
    </w:p>
    <w:p w14:paraId="29D87780" w14:textId="77777777" w:rsidR="00E91A42" w:rsidRPr="00E91A42" w:rsidRDefault="00E91A42" w:rsidP="00E91A42">
      <w:pPr>
        <w:widowControl w:val="0"/>
        <w:spacing w:before="60" w:after="60"/>
        <w:ind w:firstLine="360"/>
        <w:rPr>
          <w:position w:val="-20"/>
          <w:sz w:val="28"/>
          <w:szCs w:val="28"/>
          <w:lang w:val="de-DE"/>
        </w:rPr>
      </w:pPr>
      <w:r w:rsidRPr="00E91A42">
        <w:rPr>
          <w:position w:val="-20"/>
          <w:sz w:val="28"/>
          <w:szCs w:val="28"/>
          <w:lang w:val="de-DE"/>
        </w:rPr>
        <w:lastRenderedPageBreak/>
        <w:t>Công việc 1: ........................................................................</w:t>
      </w:r>
    </w:p>
    <w:p w14:paraId="706D2FB5" w14:textId="77777777" w:rsidR="00E91A42" w:rsidRPr="00E91A42" w:rsidRDefault="00E91A42" w:rsidP="00E91A42">
      <w:pPr>
        <w:pStyle w:val="ListParagraph"/>
        <w:ind w:left="0" w:firstLine="360"/>
        <w:rPr>
          <w:position w:val="-20"/>
          <w:sz w:val="28"/>
          <w:szCs w:val="28"/>
          <w:lang w:val="de-DE"/>
        </w:rPr>
      </w:pPr>
      <w:r w:rsidRPr="00E91A42">
        <w:rPr>
          <w:position w:val="-20"/>
          <w:sz w:val="28"/>
          <w:szCs w:val="28"/>
          <w:lang w:val="de-DE"/>
        </w:rPr>
        <w:t>Công việc 2: ........................................................................</w:t>
      </w:r>
    </w:p>
    <w:p w14:paraId="27CC142A" w14:textId="77777777" w:rsidR="00E91A42" w:rsidRPr="00E91A42" w:rsidRDefault="00E91A42" w:rsidP="00E91A42">
      <w:pPr>
        <w:pStyle w:val="ListParagraph"/>
        <w:ind w:left="0" w:firstLine="360"/>
        <w:rPr>
          <w:position w:val="-20"/>
          <w:sz w:val="28"/>
          <w:szCs w:val="28"/>
          <w:lang w:val="de-DE"/>
        </w:rPr>
      </w:pPr>
      <w:r w:rsidRPr="00E91A42">
        <w:rPr>
          <w:position w:val="-20"/>
          <w:sz w:val="28"/>
          <w:szCs w:val="28"/>
          <w:lang w:val="de-DE"/>
        </w:rPr>
        <w:t>..............................................................................................</w:t>
      </w:r>
    </w:p>
    <w:p w14:paraId="5B2E47D4" w14:textId="77777777" w:rsidR="00E91A42" w:rsidRPr="00E91A42" w:rsidRDefault="00E91A42" w:rsidP="00E91A42">
      <w:pPr>
        <w:pStyle w:val="ListParagraph"/>
        <w:ind w:left="0"/>
        <w:rPr>
          <w:b/>
          <w:bCs/>
          <w:iCs/>
          <w:sz w:val="28"/>
          <w:szCs w:val="28"/>
          <w:lang w:val="de-DE"/>
        </w:rPr>
      </w:pPr>
      <w:r w:rsidRPr="00E91A42">
        <w:rPr>
          <w:b/>
          <w:bCs/>
          <w:iCs/>
          <w:sz w:val="28"/>
          <w:szCs w:val="28"/>
          <w:lang w:val="de-DE"/>
        </w:rPr>
        <w:t>16. Cách tiếp cận, phương pháp nghiên cứu, kỹ thuật sử dụng</w:t>
      </w:r>
    </w:p>
    <w:p w14:paraId="19866F2D" w14:textId="77777777" w:rsidR="00E91A42" w:rsidRPr="00E91A42" w:rsidRDefault="00E91A42" w:rsidP="00E91A42">
      <w:pPr>
        <w:pStyle w:val="ListParagraph"/>
        <w:ind w:left="0" w:firstLine="360"/>
        <w:jc w:val="both"/>
        <w:rPr>
          <w:i/>
          <w:sz w:val="28"/>
          <w:szCs w:val="28"/>
          <w:lang w:val="de-DE"/>
        </w:rPr>
      </w:pPr>
      <w:r w:rsidRPr="00E91A42">
        <w:rPr>
          <w:i/>
          <w:sz w:val="28"/>
          <w:szCs w:val="28"/>
          <w:lang w:val="de-DE"/>
        </w:rPr>
        <w:t>(Luận cứ rõ cách tiếp cận, thiết kế nghiên cứu, phương pháp nghiên cứu, kỹ thuật sẽ sử dụng, so sánh với các phương thức giải quyết tương tự khác, nêu được tính mới, tính độc đáo, tính sáng tạo của nhiệm vụ)</w:t>
      </w:r>
    </w:p>
    <w:p w14:paraId="5563DF0C" w14:textId="77777777" w:rsidR="00E91A42" w:rsidRPr="00E91A42" w:rsidRDefault="00E91A42" w:rsidP="00E91A42">
      <w:pPr>
        <w:pStyle w:val="ListParagraph"/>
        <w:ind w:left="0"/>
        <w:jc w:val="both"/>
        <w:rPr>
          <w:b/>
          <w:bCs/>
          <w:iCs/>
          <w:sz w:val="28"/>
          <w:szCs w:val="28"/>
          <w:lang w:val="de-DE"/>
        </w:rPr>
      </w:pPr>
      <w:r w:rsidRPr="00E91A42">
        <w:rPr>
          <w:b/>
          <w:sz w:val="28"/>
          <w:szCs w:val="28"/>
          <w:lang w:val="de-DE"/>
        </w:rPr>
        <w:t xml:space="preserve">17. </w:t>
      </w:r>
      <w:r w:rsidRPr="00E91A42">
        <w:rPr>
          <w:b/>
          <w:bCs/>
          <w:iCs/>
          <w:sz w:val="28"/>
          <w:szCs w:val="28"/>
          <w:lang w:val="de-DE"/>
        </w:rPr>
        <w:t xml:space="preserve">Tiến độ thực hiện </w:t>
      </w:r>
      <w:r w:rsidRPr="00E91A42">
        <w:rPr>
          <w:bCs/>
          <w:i/>
          <w:iCs/>
          <w:sz w:val="28"/>
          <w:szCs w:val="28"/>
          <w:lang w:val="de-DE"/>
        </w:rPr>
        <w:t>(Áp dụng đối với thuyết minh khi thẩm định kinh phí)</w:t>
      </w:r>
    </w:p>
    <w:tbl>
      <w:tblPr>
        <w:tblW w:w="973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gridCol w:w="3822"/>
        <w:gridCol w:w="1422"/>
        <w:gridCol w:w="2127"/>
        <w:gridCol w:w="1833"/>
      </w:tblGrid>
      <w:tr w:rsidR="00E91A42" w:rsidRPr="00E91A42" w14:paraId="2C9A0667" w14:textId="77777777" w:rsidTr="00A701F9">
        <w:tc>
          <w:tcPr>
            <w:tcW w:w="534" w:type="dxa"/>
            <w:tcBorders>
              <w:top w:val="single" w:sz="4" w:space="0" w:color="auto"/>
              <w:left w:val="single" w:sz="4" w:space="0" w:color="auto"/>
              <w:bottom w:val="dotted" w:sz="4" w:space="0" w:color="auto"/>
              <w:right w:val="dotted" w:sz="4" w:space="0" w:color="auto"/>
            </w:tcBorders>
          </w:tcPr>
          <w:p w14:paraId="7370B70F" w14:textId="77777777" w:rsidR="00E91A42" w:rsidRPr="00E91A42" w:rsidRDefault="00E91A42" w:rsidP="00A701F9">
            <w:pPr>
              <w:jc w:val="both"/>
              <w:rPr>
                <w:b/>
                <w:spacing w:val="-26"/>
                <w:sz w:val="28"/>
                <w:szCs w:val="28"/>
              </w:rPr>
            </w:pPr>
            <w:r w:rsidRPr="00E91A42">
              <w:rPr>
                <w:b/>
                <w:spacing w:val="-26"/>
                <w:sz w:val="28"/>
                <w:szCs w:val="28"/>
              </w:rPr>
              <w:t>TT</w:t>
            </w:r>
          </w:p>
        </w:tc>
        <w:tc>
          <w:tcPr>
            <w:tcW w:w="3822" w:type="dxa"/>
            <w:tcBorders>
              <w:top w:val="single" w:sz="4" w:space="0" w:color="auto"/>
              <w:left w:val="dotted" w:sz="4" w:space="0" w:color="auto"/>
              <w:bottom w:val="dotted" w:sz="4" w:space="0" w:color="auto"/>
              <w:right w:val="dotted" w:sz="4" w:space="0" w:color="auto"/>
            </w:tcBorders>
          </w:tcPr>
          <w:p w14:paraId="462BA346" w14:textId="77777777" w:rsidR="00E91A42" w:rsidRPr="00E91A42" w:rsidRDefault="00E91A42" w:rsidP="00A701F9">
            <w:pPr>
              <w:jc w:val="center"/>
              <w:rPr>
                <w:b/>
                <w:sz w:val="28"/>
                <w:szCs w:val="28"/>
              </w:rPr>
            </w:pPr>
            <w:r w:rsidRPr="00E91A42">
              <w:rPr>
                <w:b/>
                <w:sz w:val="28"/>
                <w:szCs w:val="28"/>
              </w:rPr>
              <w:t>Các nội dung, công việc</w:t>
            </w:r>
          </w:p>
          <w:p w14:paraId="132392C4" w14:textId="77777777" w:rsidR="00E91A42" w:rsidRPr="00E91A42" w:rsidRDefault="00E91A42" w:rsidP="00A701F9">
            <w:pPr>
              <w:jc w:val="center"/>
              <w:rPr>
                <w:b/>
                <w:sz w:val="28"/>
                <w:szCs w:val="28"/>
              </w:rPr>
            </w:pPr>
            <w:r w:rsidRPr="00E91A42">
              <w:rPr>
                <w:b/>
                <w:sz w:val="28"/>
                <w:szCs w:val="28"/>
              </w:rPr>
              <w:t xml:space="preserve">chủ yếu cần được thực hiện </w:t>
            </w:r>
          </w:p>
          <w:p w14:paraId="56C236FA" w14:textId="77777777" w:rsidR="00E91A42" w:rsidRPr="00E91A42" w:rsidRDefault="00E91A42" w:rsidP="00A701F9">
            <w:pPr>
              <w:jc w:val="center"/>
              <w:rPr>
                <w:b/>
                <w:bCs/>
                <w:sz w:val="28"/>
                <w:szCs w:val="28"/>
              </w:rPr>
            </w:pPr>
          </w:p>
        </w:tc>
        <w:tc>
          <w:tcPr>
            <w:tcW w:w="1422" w:type="dxa"/>
            <w:tcBorders>
              <w:top w:val="single" w:sz="4" w:space="0" w:color="auto"/>
              <w:left w:val="dotted" w:sz="4" w:space="0" w:color="auto"/>
              <w:bottom w:val="dotted" w:sz="4" w:space="0" w:color="auto"/>
              <w:right w:val="dotted" w:sz="4" w:space="0" w:color="auto"/>
            </w:tcBorders>
          </w:tcPr>
          <w:p w14:paraId="73C4037D" w14:textId="77777777" w:rsidR="00E91A42" w:rsidRPr="00E91A42" w:rsidRDefault="00E91A42" w:rsidP="00A701F9">
            <w:pPr>
              <w:jc w:val="center"/>
              <w:rPr>
                <w:b/>
                <w:sz w:val="28"/>
                <w:szCs w:val="28"/>
              </w:rPr>
            </w:pPr>
            <w:r w:rsidRPr="00E91A42">
              <w:rPr>
                <w:b/>
                <w:sz w:val="28"/>
                <w:szCs w:val="28"/>
              </w:rPr>
              <w:t>Kết quả phải đạt</w:t>
            </w:r>
          </w:p>
        </w:tc>
        <w:tc>
          <w:tcPr>
            <w:tcW w:w="2127" w:type="dxa"/>
            <w:tcBorders>
              <w:top w:val="single" w:sz="4" w:space="0" w:color="auto"/>
              <w:left w:val="dotted" w:sz="4" w:space="0" w:color="auto"/>
              <w:bottom w:val="dotted" w:sz="4" w:space="0" w:color="auto"/>
              <w:right w:val="dotted" w:sz="4" w:space="0" w:color="auto"/>
            </w:tcBorders>
          </w:tcPr>
          <w:p w14:paraId="41C6B71D" w14:textId="77777777" w:rsidR="00E91A42" w:rsidRPr="00E91A42" w:rsidRDefault="00E91A42" w:rsidP="00A701F9">
            <w:pPr>
              <w:jc w:val="center"/>
              <w:rPr>
                <w:b/>
                <w:sz w:val="28"/>
                <w:szCs w:val="28"/>
              </w:rPr>
            </w:pPr>
            <w:r w:rsidRPr="00E91A42">
              <w:rPr>
                <w:b/>
                <w:sz w:val="28"/>
                <w:szCs w:val="28"/>
              </w:rPr>
              <w:t>Thời gian</w:t>
            </w:r>
          </w:p>
          <w:p w14:paraId="7F6BB22B" w14:textId="77777777" w:rsidR="00E91A42" w:rsidRPr="00E91A42" w:rsidRDefault="00E91A42" w:rsidP="00A701F9">
            <w:pPr>
              <w:jc w:val="center"/>
              <w:rPr>
                <w:b/>
                <w:spacing w:val="-10"/>
                <w:sz w:val="28"/>
                <w:szCs w:val="28"/>
              </w:rPr>
            </w:pPr>
            <w:r w:rsidRPr="00E91A42">
              <w:rPr>
                <w:b/>
                <w:spacing w:val="-10"/>
                <w:sz w:val="28"/>
                <w:szCs w:val="28"/>
              </w:rPr>
              <w:t>(bắt đầu - kết thúc)</w:t>
            </w:r>
          </w:p>
        </w:tc>
        <w:tc>
          <w:tcPr>
            <w:tcW w:w="1833" w:type="dxa"/>
            <w:tcBorders>
              <w:top w:val="single" w:sz="4" w:space="0" w:color="auto"/>
              <w:left w:val="dotted" w:sz="4" w:space="0" w:color="auto"/>
              <w:bottom w:val="dotted" w:sz="4" w:space="0" w:color="auto"/>
              <w:right w:val="single" w:sz="4" w:space="0" w:color="auto"/>
            </w:tcBorders>
          </w:tcPr>
          <w:p w14:paraId="619F0545" w14:textId="77777777" w:rsidR="00E91A42" w:rsidRPr="00E91A42" w:rsidRDefault="00E91A42" w:rsidP="00A701F9">
            <w:pPr>
              <w:jc w:val="center"/>
              <w:rPr>
                <w:b/>
                <w:sz w:val="28"/>
                <w:szCs w:val="28"/>
              </w:rPr>
            </w:pPr>
            <w:r w:rsidRPr="00E91A42">
              <w:rPr>
                <w:b/>
                <w:sz w:val="28"/>
                <w:szCs w:val="28"/>
              </w:rPr>
              <w:t>Cá nhân, cơ quan thực hiện</w:t>
            </w:r>
          </w:p>
        </w:tc>
      </w:tr>
      <w:tr w:rsidR="00E91A42" w:rsidRPr="00E91A42" w14:paraId="3EC7514C" w14:textId="77777777" w:rsidTr="00A701F9">
        <w:tc>
          <w:tcPr>
            <w:tcW w:w="534" w:type="dxa"/>
            <w:tcBorders>
              <w:top w:val="dotted" w:sz="4" w:space="0" w:color="auto"/>
              <w:left w:val="single" w:sz="4" w:space="0" w:color="auto"/>
              <w:bottom w:val="dotted" w:sz="4" w:space="0" w:color="auto"/>
              <w:right w:val="dotted" w:sz="4" w:space="0" w:color="auto"/>
            </w:tcBorders>
          </w:tcPr>
          <w:p w14:paraId="2BF46B32" w14:textId="77777777" w:rsidR="00E91A42" w:rsidRPr="00E91A42" w:rsidRDefault="00E91A42" w:rsidP="00A701F9">
            <w:pPr>
              <w:spacing w:before="60" w:after="60"/>
              <w:jc w:val="center"/>
              <w:rPr>
                <w:b/>
                <w:sz w:val="28"/>
                <w:szCs w:val="28"/>
              </w:rPr>
            </w:pPr>
            <w:r w:rsidRPr="00E91A42">
              <w:rPr>
                <w:b/>
                <w:sz w:val="28"/>
                <w:szCs w:val="28"/>
              </w:rPr>
              <w:t>I</w:t>
            </w:r>
          </w:p>
        </w:tc>
        <w:tc>
          <w:tcPr>
            <w:tcW w:w="9204" w:type="dxa"/>
            <w:gridSpan w:val="4"/>
            <w:tcBorders>
              <w:top w:val="dotted" w:sz="4" w:space="0" w:color="auto"/>
              <w:left w:val="dotted" w:sz="4" w:space="0" w:color="auto"/>
              <w:bottom w:val="dotted" w:sz="4" w:space="0" w:color="auto"/>
              <w:right w:val="single" w:sz="4" w:space="0" w:color="auto"/>
            </w:tcBorders>
          </w:tcPr>
          <w:p w14:paraId="5AC12578" w14:textId="77777777" w:rsidR="00E91A42" w:rsidRPr="00E91A42" w:rsidRDefault="00E91A42" w:rsidP="00A701F9">
            <w:pPr>
              <w:spacing w:before="60" w:after="60"/>
              <w:jc w:val="both"/>
              <w:rPr>
                <w:b/>
                <w:sz w:val="28"/>
                <w:szCs w:val="28"/>
              </w:rPr>
            </w:pPr>
            <w:r w:rsidRPr="00E91A42">
              <w:rPr>
                <w:b/>
                <w:sz w:val="28"/>
                <w:szCs w:val="28"/>
              </w:rPr>
              <w:t>Nội dung 1:</w:t>
            </w:r>
            <w:r w:rsidRPr="00E91A42">
              <w:rPr>
                <w:b/>
                <w:bCs/>
                <w:iCs/>
                <w:sz w:val="28"/>
                <w:szCs w:val="28"/>
              </w:rPr>
              <w:t xml:space="preserve"> </w:t>
            </w:r>
          </w:p>
        </w:tc>
      </w:tr>
      <w:tr w:rsidR="00E91A42" w:rsidRPr="00E91A42" w14:paraId="46513506" w14:textId="77777777" w:rsidTr="00A701F9">
        <w:tc>
          <w:tcPr>
            <w:tcW w:w="534" w:type="dxa"/>
            <w:tcBorders>
              <w:top w:val="dotted" w:sz="4" w:space="0" w:color="auto"/>
              <w:left w:val="single" w:sz="4" w:space="0" w:color="auto"/>
              <w:bottom w:val="dotted" w:sz="4" w:space="0" w:color="auto"/>
              <w:right w:val="dotted" w:sz="4" w:space="0" w:color="auto"/>
            </w:tcBorders>
          </w:tcPr>
          <w:p w14:paraId="7F86AF3E" w14:textId="77777777" w:rsidR="00E91A42" w:rsidRPr="00E91A42" w:rsidRDefault="00E91A42" w:rsidP="00A701F9">
            <w:pPr>
              <w:spacing w:before="60" w:after="60"/>
              <w:jc w:val="center"/>
              <w:rPr>
                <w:sz w:val="28"/>
                <w:szCs w:val="28"/>
              </w:rPr>
            </w:pPr>
            <w:r w:rsidRPr="00E91A42">
              <w:rPr>
                <w:sz w:val="28"/>
                <w:szCs w:val="28"/>
              </w:rPr>
              <w:t>1</w:t>
            </w:r>
          </w:p>
        </w:tc>
        <w:tc>
          <w:tcPr>
            <w:tcW w:w="3822" w:type="dxa"/>
            <w:tcBorders>
              <w:top w:val="dotted" w:sz="4" w:space="0" w:color="auto"/>
              <w:left w:val="dotted" w:sz="4" w:space="0" w:color="auto"/>
              <w:bottom w:val="dotted" w:sz="4" w:space="0" w:color="auto"/>
              <w:right w:val="dotted" w:sz="4" w:space="0" w:color="auto"/>
            </w:tcBorders>
          </w:tcPr>
          <w:p w14:paraId="6CFDC72C" w14:textId="77777777" w:rsidR="00E91A42" w:rsidRPr="00E91A42" w:rsidRDefault="00E91A42" w:rsidP="00A701F9">
            <w:pPr>
              <w:spacing w:before="60" w:after="60"/>
              <w:rPr>
                <w:sz w:val="28"/>
                <w:szCs w:val="28"/>
              </w:rPr>
            </w:pPr>
            <w:r w:rsidRPr="00E91A42">
              <w:rPr>
                <w:sz w:val="28"/>
                <w:szCs w:val="28"/>
              </w:rPr>
              <w:t xml:space="preserve">- Công việc 1 </w:t>
            </w:r>
          </w:p>
          <w:p w14:paraId="5ECEC151" w14:textId="77777777" w:rsidR="00E91A42" w:rsidRPr="00E91A42" w:rsidRDefault="00E91A42" w:rsidP="00A701F9">
            <w:pPr>
              <w:spacing w:before="60" w:after="60"/>
              <w:rPr>
                <w:sz w:val="28"/>
                <w:szCs w:val="28"/>
              </w:rPr>
            </w:pPr>
            <w:r w:rsidRPr="00E91A42">
              <w:rPr>
                <w:sz w:val="28"/>
                <w:szCs w:val="28"/>
              </w:rPr>
              <w:t>1.1</w:t>
            </w:r>
          </w:p>
          <w:p w14:paraId="3CDB34A4" w14:textId="77777777" w:rsidR="00E91A42" w:rsidRPr="00E91A42" w:rsidRDefault="00E91A42" w:rsidP="00A701F9">
            <w:pPr>
              <w:spacing w:before="60" w:after="60"/>
              <w:rPr>
                <w:sz w:val="28"/>
                <w:szCs w:val="28"/>
              </w:rPr>
            </w:pPr>
            <w:r w:rsidRPr="00E91A42">
              <w:rPr>
                <w:sz w:val="28"/>
                <w:szCs w:val="28"/>
              </w:rPr>
              <w:t>1.2</w:t>
            </w:r>
          </w:p>
          <w:p w14:paraId="407F46DA"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6DCDF9C7"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11F4264E"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5E6E3E19" w14:textId="77777777" w:rsidR="00E91A42" w:rsidRPr="00E91A42" w:rsidRDefault="00E91A42" w:rsidP="00A701F9">
            <w:pPr>
              <w:spacing w:before="60" w:after="60"/>
              <w:jc w:val="both"/>
              <w:rPr>
                <w:sz w:val="28"/>
                <w:szCs w:val="28"/>
              </w:rPr>
            </w:pPr>
          </w:p>
        </w:tc>
      </w:tr>
      <w:tr w:rsidR="00E91A42" w:rsidRPr="00E91A42" w14:paraId="1EC4DCE6" w14:textId="77777777" w:rsidTr="00A701F9">
        <w:tc>
          <w:tcPr>
            <w:tcW w:w="534" w:type="dxa"/>
            <w:tcBorders>
              <w:top w:val="dotted" w:sz="4" w:space="0" w:color="auto"/>
              <w:left w:val="single" w:sz="4" w:space="0" w:color="auto"/>
              <w:bottom w:val="dotted" w:sz="4" w:space="0" w:color="auto"/>
              <w:right w:val="dotted" w:sz="4" w:space="0" w:color="auto"/>
            </w:tcBorders>
          </w:tcPr>
          <w:p w14:paraId="346C0F42" w14:textId="77777777" w:rsidR="00E91A42" w:rsidRPr="00E91A42" w:rsidRDefault="00E91A42" w:rsidP="00A701F9">
            <w:pPr>
              <w:spacing w:before="60" w:after="60"/>
              <w:jc w:val="center"/>
              <w:rPr>
                <w:sz w:val="28"/>
                <w:szCs w:val="28"/>
              </w:rPr>
            </w:pPr>
            <w:r w:rsidRPr="00E91A42">
              <w:rPr>
                <w:sz w:val="28"/>
                <w:szCs w:val="28"/>
              </w:rPr>
              <w:t>2</w:t>
            </w:r>
          </w:p>
        </w:tc>
        <w:tc>
          <w:tcPr>
            <w:tcW w:w="3822" w:type="dxa"/>
            <w:tcBorders>
              <w:top w:val="dotted" w:sz="4" w:space="0" w:color="auto"/>
              <w:left w:val="dotted" w:sz="4" w:space="0" w:color="auto"/>
              <w:bottom w:val="dotted" w:sz="4" w:space="0" w:color="auto"/>
              <w:right w:val="dotted" w:sz="4" w:space="0" w:color="auto"/>
            </w:tcBorders>
          </w:tcPr>
          <w:p w14:paraId="309215EB" w14:textId="77777777" w:rsidR="00E91A42" w:rsidRPr="00E91A42" w:rsidRDefault="00E91A42" w:rsidP="00A701F9">
            <w:pPr>
              <w:spacing w:before="60" w:after="60"/>
              <w:rPr>
                <w:sz w:val="28"/>
                <w:szCs w:val="28"/>
              </w:rPr>
            </w:pPr>
            <w:r w:rsidRPr="00E91A42">
              <w:rPr>
                <w:sz w:val="28"/>
                <w:szCs w:val="28"/>
              </w:rPr>
              <w:t xml:space="preserve">- Công việc 2 </w:t>
            </w:r>
          </w:p>
          <w:p w14:paraId="6F5FA206" w14:textId="77777777" w:rsidR="00E91A42" w:rsidRPr="00E91A42" w:rsidRDefault="00E91A42" w:rsidP="00A701F9">
            <w:pPr>
              <w:spacing w:before="60" w:after="60"/>
              <w:rPr>
                <w:sz w:val="28"/>
                <w:szCs w:val="28"/>
              </w:rPr>
            </w:pPr>
            <w:r w:rsidRPr="00E91A42">
              <w:rPr>
                <w:sz w:val="28"/>
                <w:szCs w:val="28"/>
              </w:rPr>
              <w:t>2.1</w:t>
            </w:r>
          </w:p>
          <w:p w14:paraId="42D7AF39" w14:textId="77777777" w:rsidR="00E91A42" w:rsidRPr="00E91A42" w:rsidRDefault="00E91A42" w:rsidP="00A701F9">
            <w:pPr>
              <w:spacing w:before="60" w:after="60"/>
              <w:rPr>
                <w:sz w:val="28"/>
                <w:szCs w:val="28"/>
              </w:rPr>
            </w:pPr>
            <w:r w:rsidRPr="00E91A42">
              <w:rPr>
                <w:sz w:val="28"/>
                <w:szCs w:val="28"/>
              </w:rPr>
              <w:t>2.2</w:t>
            </w:r>
          </w:p>
          <w:p w14:paraId="6769FF09"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6869FA99"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44BFA2DD"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06D7C59D" w14:textId="77777777" w:rsidR="00E91A42" w:rsidRPr="00E91A42" w:rsidRDefault="00E91A42" w:rsidP="00A701F9">
            <w:pPr>
              <w:spacing w:before="60" w:after="60"/>
              <w:jc w:val="both"/>
              <w:rPr>
                <w:sz w:val="28"/>
                <w:szCs w:val="28"/>
              </w:rPr>
            </w:pPr>
          </w:p>
        </w:tc>
      </w:tr>
      <w:tr w:rsidR="00E91A42" w:rsidRPr="00E91A42" w14:paraId="5B7AFA0D" w14:textId="77777777" w:rsidTr="00A701F9">
        <w:tc>
          <w:tcPr>
            <w:tcW w:w="534" w:type="dxa"/>
            <w:tcBorders>
              <w:top w:val="dotted" w:sz="4" w:space="0" w:color="auto"/>
              <w:left w:val="single" w:sz="4" w:space="0" w:color="auto"/>
              <w:bottom w:val="single" w:sz="4" w:space="0" w:color="auto"/>
              <w:right w:val="dotted" w:sz="4" w:space="0" w:color="auto"/>
            </w:tcBorders>
          </w:tcPr>
          <w:p w14:paraId="015B1443" w14:textId="77777777" w:rsidR="00E91A42" w:rsidRPr="00E91A42" w:rsidRDefault="00E91A42" w:rsidP="00A701F9">
            <w:pPr>
              <w:spacing w:before="60" w:after="60"/>
              <w:jc w:val="center"/>
              <w:rPr>
                <w:sz w:val="28"/>
                <w:szCs w:val="28"/>
              </w:rPr>
            </w:pPr>
            <w:r w:rsidRPr="00E91A42">
              <w:rPr>
                <w:sz w:val="28"/>
                <w:szCs w:val="28"/>
              </w:rPr>
              <w:t>...</w:t>
            </w:r>
          </w:p>
        </w:tc>
        <w:tc>
          <w:tcPr>
            <w:tcW w:w="3822" w:type="dxa"/>
            <w:tcBorders>
              <w:top w:val="dotted" w:sz="4" w:space="0" w:color="auto"/>
              <w:left w:val="dotted" w:sz="4" w:space="0" w:color="auto"/>
              <w:bottom w:val="single" w:sz="4" w:space="0" w:color="auto"/>
              <w:right w:val="dotted" w:sz="4" w:space="0" w:color="auto"/>
            </w:tcBorders>
          </w:tcPr>
          <w:p w14:paraId="1E25045E" w14:textId="77777777" w:rsidR="00E91A42" w:rsidRPr="00E91A42" w:rsidRDefault="00E91A42" w:rsidP="00A701F9">
            <w:pPr>
              <w:spacing w:before="60" w:after="60"/>
              <w:jc w:val="both"/>
              <w:rPr>
                <w:sz w:val="28"/>
                <w:szCs w:val="28"/>
              </w:rPr>
            </w:pPr>
            <w:r w:rsidRPr="00E91A42">
              <w:rPr>
                <w:sz w:val="28"/>
                <w:szCs w:val="28"/>
              </w:rPr>
              <w:t>...</w:t>
            </w:r>
          </w:p>
        </w:tc>
        <w:tc>
          <w:tcPr>
            <w:tcW w:w="1422" w:type="dxa"/>
            <w:tcBorders>
              <w:top w:val="dotted" w:sz="4" w:space="0" w:color="auto"/>
              <w:left w:val="dotted" w:sz="4" w:space="0" w:color="auto"/>
              <w:bottom w:val="single" w:sz="4" w:space="0" w:color="auto"/>
              <w:right w:val="dotted" w:sz="4" w:space="0" w:color="auto"/>
            </w:tcBorders>
          </w:tcPr>
          <w:p w14:paraId="0D253C35"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single" w:sz="4" w:space="0" w:color="auto"/>
              <w:right w:val="dotted" w:sz="4" w:space="0" w:color="auto"/>
            </w:tcBorders>
          </w:tcPr>
          <w:p w14:paraId="688362C1"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single" w:sz="4" w:space="0" w:color="auto"/>
              <w:right w:val="single" w:sz="4" w:space="0" w:color="auto"/>
            </w:tcBorders>
          </w:tcPr>
          <w:p w14:paraId="13706FBA" w14:textId="77777777" w:rsidR="00E91A42" w:rsidRPr="00E91A42" w:rsidRDefault="00E91A42" w:rsidP="00A701F9">
            <w:pPr>
              <w:spacing w:before="60" w:after="60"/>
              <w:jc w:val="both"/>
              <w:rPr>
                <w:sz w:val="28"/>
                <w:szCs w:val="28"/>
              </w:rPr>
            </w:pPr>
          </w:p>
        </w:tc>
      </w:tr>
      <w:tr w:rsidR="00E91A42" w:rsidRPr="00E91A42" w14:paraId="3FC8BFF9" w14:textId="77777777" w:rsidTr="00A701F9">
        <w:tc>
          <w:tcPr>
            <w:tcW w:w="534" w:type="dxa"/>
            <w:tcBorders>
              <w:top w:val="single" w:sz="4" w:space="0" w:color="auto"/>
              <w:left w:val="single" w:sz="4" w:space="0" w:color="auto"/>
              <w:bottom w:val="dotted" w:sz="4" w:space="0" w:color="auto"/>
              <w:right w:val="dotted" w:sz="4" w:space="0" w:color="auto"/>
            </w:tcBorders>
          </w:tcPr>
          <w:p w14:paraId="17D7A981" w14:textId="77777777" w:rsidR="00E91A42" w:rsidRPr="00E91A42" w:rsidRDefault="00E91A42" w:rsidP="00A701F9">
            <w:pPr>
              <w:spacing w:before="60" w:after="60"/>
              <w:jc w:val="center"/>
              <w:rPr>
                <w:b/>
                <w:sz w:val="28"/>
                <w:szCs w:val="28"/>
              </w:rPr>
            </w:pPr>
            <w:r w:rsidRPr="00E91A42">
              <w:rPr>
                <w:b/>
                <w:sz w:val="28"/>
                <w:szCs w:val="28"/>
              </w:rPr>
              <w:t>2</w:t>
            </w:r>
          </w:p>
        </w:tc>
        <w:tc>
          <w:tcPr>
            <w:tcW w:w="9204" w:type="dxa"/>
            <w:gridSpan w:val="4"/>
            <w:tcBorders>
              <w:top w:val="single" w:sz="4" w:space="0" w:color="auto"/>
              <w:left w:val="dotted" w:sz="4" w:space="0" w:color="auto"/>
              <w:bottom w:val="dotted" w:sz="4" w:space="0" w:color="auto"/>
              <w:right w:val="single" w:sz="4" w:space="0" w:color="auto"/>
            </w:tcBorders>
          </w:tcPr>
          <w:p w14:paraId="478E791A" w14:textId="77777777" w:rsidR="00E91A42" w:rsidRPr="00E91A42" w:rsidRDefault="00E91A42" w:rsidP="00A701F9">
            <w:pPr>
              <w:spacing w:before="60" w:after="60"/>
              <w:jc w:val="both"/>
              <w:rPr>
                <w:b/>
                <w:sz w:val="28"/>
                <w:szCs w:val="28"/>
              </w:rPr>
            </w:pPr>
            <w:r w:rsidRPr="00E91A42">
              <w:rPr>
                <w:b/>
                <w:sz w:val="28"/>
                <w:szCs w:val="28"/>
              </w:rPr>
              <w:t xml:space="preserve">Nội dung 2: </w:t>
            </w:r>
          </w:p>
        </w:tc>
      </w:tr>
      <w:tr w:rsidR="00E91A42" w:rsidRPr="00E91A42" w14:paraId="7D43B85F" w14:textId="77777777" w:rsidTr="00A701F9">
        <w:tc>
          <w:tcPr>
            <w:tcW w:w="534" w:type="dxa"/>
            <w:tcBorders>
              <w:top w:val="dotted" w:sz="4" w:space="0" w:color="auto"/>
              <w:left w:val="single" w:sz="4" w:space="0" w:color="auto"/>
              <w:bottom w:val="dotted" w:sz="4" w:space="0" w:color="auto"/>
              <w:right w:val="dotted" w:sz="4" w:space="0" w:color="auto"/>
            </w:tcBorders>
          </w:tcPr>
          <w:p w14:paraId="13799205" w14:textId="77777777" w:rsidR="00E91A42" w:rsidRPr="00E91A42" w:rsidRDefault="00E91A42" w:rsidP="00A701F9">
            <w:pPr>
              <w:spacing w:before="60" w:after="60"/>
              <w:jc w:val="center"/>
              <w:rPr>
                <w:sz w:val="28"/>
                <w:szCs w:val="28"/>
              </w:rPr>
            </w:pPr>
            <w:r w:rsidRPr="00E91A42">
              <w:rPr>
                <w:sz w:val="28"/>
                <w:szCs w:val="28"/>
              </w:rPr>
              <w:t>1</w:t>
            </w:r>
          </w:p>
        </w:tc>
        <w:tc>
          <w:tcPr>
            <w:tcW w:w="3822" w:type="dxa"/>
            <w:tcBorders>
              <w:top w:val="dotted" w:sz="4" w:space="0" w:color="auto"/>
              <w:left w:val="dotted" w:sz="4" w:space="0" w:color="auto"/>
              <w:bottom w:val="dotted" w:sz="4" w:space="0" w:color="auto"/>
              <w:right w:val="dotted" w:sz="4" w:space="0" w:color="auto"/>
            </w:tcBorders>
          </w:tcPr>
          <w:p w14:paraId="39E38622" w14:textId="77777777" w:rsidR="00E91A42" w:rsidRPr="00E91A42" w:rsidRDefault="00E91A42" w:rsidP="00A701F9">
            <w:pPr>
              <w:spacing w:before="60" w:after="60"/>
              <w:rPr>
                <w:sz w:val="28"/>
                <w:szCs w:val="28"/>
              </w:rPr>
            </w:pPr>
            <w:r w:rsidRPr="00E91A42">
              <w:rPr>
                <w:sz w:val="28"/>
                <w:szCs w:val="28"/>
              </w:rPr>
              <w:t>- Công việc 1</w:t>
            </w:r>
          </w:p>
          <w:p w14:paraId="689DA8A8" w14:textId="77777777" w:rsidR="00E91A42" w:rsidRPr="00E91A42" w:rsidRDefault="00E91A42" w:rsidP="00A701F9">
            <w:pPr>
              <w:spacing w:before="60" w:after="60"/>
              <w:rPr>
                <w:sz w:val="28"/>
                <w:szCs w:val="28"/>
              </w:rPr>
            </w:pPr>
            <w:r w:rsidRPr="00E91A42">
              <w:rPr>
                <w:sz w:val="28"/>
                <w:szCs w:val="28"/>
              </w:rPr>
              <w:t>1.1</w:t>
            </w:r>
          </w:p>
          <w:p w14:paraId="035C1ADD" w14:textId="77777777" w:rsidR="00E91A42" w:rsidRPr="00E91A42" w:rsidRDefault="00E91A42" w:rsidP="00A701F9">
            <w:pPr>
              <w:spacing w:before="60" w:after="60"/>
              <w:rPr>
                <w:sz w:val="28"/>
                <w:szCs w:val="28"/>
              </w:rPr>
            </w:pPr>
            <w:r w:rsidRPr="00E91A42">
              <w:rPr>
                <w:sz w:val="28"/>
                <w:szCs w:val="28"/>
              </w:rPr>
              <w:t>1.2</w:t>
            </w:r>
          </w:p>
          <w:p w14:paraId="7F7F3DFD"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4F7A0B78"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1816DE7A"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4061A6AB" w14:textId="77777777" w:rsidR="00E91A42" w:rsidRPr="00E91A42" w:rsidRDefault="00E91A42" w:rsidP="00A701F9">
            <w:pPr>
              <w:spacing w:before="60" w:after="60"/>
              <w:jc w:val="both"/>
              <w:rPr>
                <w:sz w:val="28"/>
                <w:szCs w:val="28"/>
              </w:rPr>
            </w:pPr>
          </w:p>
        </w:tc>
      </w:tr>
      <w:tr w:rsidR="00E91A42" w:rsidRPr="00E91A42" w14:paraId="6091FE7F" w14:textId="77777777" w:rsidTr="00A701F9">
        <w:tc>
          <w:tcPr>
            <w:tcW w:w="534" w:type="dxa"/>
            <w:tcBorders>
              <w:top w:val="dotted" w:sz="4" w:space="0" w:color="auto"/>
              <w:left w:val="single" w:sz="4" w:space="0" w:color="auto"/>
              <w:bottom w:val="dotted" w:sz="4" w:space="0" w:color="auto"/>
              <w:right w:val="dotted" w:sz="4" w:space="0" w:color="auto"/>
            </w:tcBorders>
          </w:tcPr>
          <w:p w14:paraId="2A0514F1" w14:textId="77777777" w:rsidR="00E91A42" w:rsidRPr="00E91A42" w:rsidRDefault="00E91A42" w:rsidP="00A701F9">
            <w:pPr>
              <w:spacing w:before="60" w:after="60"/>
              <w:jc w:val="center"/>
              <w:rPr>
                <w:sz w:val="28"/>
                <w:szCs w:val="28"/>
              </w:rPr>
            </w:pPr>
            <w:r w:rsidRPr="00E91A42">
              <w:rPr>
                <w:sz w:val="28"/>
                <w:szCs w:val="28"/>
              </w:rPr>
              <w:t>2</w:t>
            </w:r>
          </w:p>
        </w:tc>
        <w:tc>
          <w:tcPr>
            <w:tcW w:w="3822" w:type="dxa"/>
            <w:tcBorders>
              <w:top w:val="dotted" w:sz="4" w:space="0" w:color="auto"/>
              <w:left w:val="dotted" w:sz="4" w:space="0" w:color="auto"/>
              <w:bottom w:val="dotted" w:sz="4" w:space="0" w:color="auto"/>
              <w:right w:val="dotted" w:sz="4" w:space="0" w:color="auto"/>
            </w:tcBorders>
          </w:tcPr>
          <w:p w14:paraId="200121EB" w14:textId="77777777" w:rsidR="00E91A42" w:rsidRPr="00E91A42" w:rsidRDefault="00E91A42" w:rsidP="00A701F9">
            <w:pPr>
              <w:spacing w:before="60" w:after="60"/>
              <w:rPr>
                <w:sz w:val="28"/>
                <w:szCs w:val="28"/>
              </w:rPr>
            </w:pPr>
            <w:r w:rsidRPr="00E91A42">
              <w:rPr>
                <w:sz w:val="28"/>
                <w:szCs w:val="28"/>
              </w:rPr>
              <w:t>- Công việc 2</w:t>
            </w:r>
          </w:p>
          <w:p w14:paraId="667EE8F8" w14:textId="77777777" w:rsidR="00E91A42" w:rsidRPr="00E91A42" w:rsidRDefault="00E91A42" w:rsidP="00A701F9">
            <w:pPr>
              <w:spacing w:before="60" w:after="60"/>
              <w:rPr>
                <w:sz w:val="28"/>
                <w:szCs w:val="28"/>
              </w:rPr>
            </w:pPr>
            <w:r w:rsidRPr="00E91A42">
              <w:rPr>
                <w:sz w:val="28"/>
                <w:szCs w:val="28"/>
              </w:rPr>
              <w:t>1.1</w:t>
            </w:r>
          </w:p>
          <w:p w14:paraId="2DBC5F91" w14:textId="77777777" w:rsidR="00E91A42" w:rsidRPr="00E91A42" w:rsidRDefault="00E91A42" w:rsidP="00A701F9">
            <w:pPr>
              <w:spacing w:before="60" w:after="60"/>
              <w:rPr>
                <w:sz w:val="28"/>
                <w:szCs w:val="28"/>
              </w:rPr>
            </w:pPr>
            <w:r w:rsidRPr="00E91A42">
              <w:rPr>
                <w:sz w:val="28"/>
                <w:szCs w:val="28"/>
              </w:rPr>
              <w:t>1.2</w:t>
            </w:r>
          </w:p>
          <w:p w14:paraId="2EAAFF9D"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711CFDE1"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00448466"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5F97E0A5" w14:textId="77777777" w:rsidR="00E91A42" w:rsidRPr="00E91A42" w:rsidRDefault="00E91A42" w:rsidP="00A701F9">
            <w:pPr>
              <w:spacing w:before="60" w:after="60"/>
              <w:jc w:val="both"/>
              <w:rPr>
                <w:sz w:val="28"/>
                <w:szCs w:val="28"/>
              </w:rPr>
            </w:pPr>
          </w:p>
        </w:tc>
      </w:tr>
      <w:tr w:rsidR="00E91A42" w:rsidRPr="00E91A42" w14:paraId="4457DAFA" w14:textId="77777777" w:rsidTr="00A701F9">
        <w:tc>
          <w:tcPr>
            <w:tcW w:w="534" w:type="dxa"/>
            <w:tcBorders>
              <w:top w:val="dotted" w:sz="4" w:space="0" w:color="auto"/>
              <w:left w:val="single" w:sz="4" w:space="0" w:color="auto"/>
              <w:bottom w:val="single" w:sz="4" w:space="0" w:color="auto"/>
              <w:right w:val="dotted" w:sz="4" w:space="0" w:color="auto"/>
            </w:tcBorders>
          </w:tcPr>
          <w:p w14:paraId="5BDD2D38" w14:textId="77777777" w:rsidR="00E91A42" w:rsidRPr="00E91A42" w:rsidRDefault="00E91A42" w:rsidP="00A701F9">
            <w:pPr>
              <w:spacing w:before="60" w:after="60"/>
              <w:jc w:val="center"/>
              <w:rPr>
                <w:sz w:val="28"/>
                <w:szCs w:val="28"/>
              </w:rPr>
            </w:pPr>
            <w:r w:rsidRPr="00E91A42">
              <w:rPr>
                <w:sz w:val="28"/>
                <w:szCs w:val="28"/>
              </w:rPr>
              <w:t>...</w:t>
            </w:r>
          </w:p>
        </w:tc>
        <w:tc>
          <w:tcPr>
            <w:tcW w:w="3822" w:type="dxa"/>
            <w:tcBorders>
              <w:top w:val="dotted" w:sz="4" w:space="0" w:color="auto"/>
              <w:left w:val="dotted" w:sz="4" w:space="0" w:color="auto"/>
              <w:bottom w:val="single" w:sz="4" w:space="0" w:color="auto"/>
              <w:right w:val="dotted" w:sz="4" w:space="0" w:color="auto"/>
            </w:tcBorders>
          </w:tcPr>
          <w:p w14:paraId="4F1CAA70" w14:textId="77777777" w:rsidR="00E91A42" w:rsidRPr="00E91A42" w:rsidRDefault="00E91A42" w:rsidP="00A701F9">
            <w:pPr>
              <w:spacing w:before="60" w:after="60"/>
              <w:jc w:val="both"/>
              <w:rPr>
                <w:sz w:val="28"/>
                <w:szCs w:val="28"/>
              </w:rPr>
            </w:pPr>
            <w:r w:rsidRPr="00E91A42">
              <w:rPr>
                <w:sz w:val="28"/>
                <w:szCs w:val="28"/>
              </w:rPr>
              <w:t>...</w:t>
            </w:r>
          </w:p>
        </w:tc>
        <w:tc>
          <w:tcPr>
            <w:tcW w:w="1422" w:type="dxa"/>
            <w:tcBorders>
              <w:top w:val="dotted" w:sz="4" w:space="0" w:color="auto"/>
              <w:left w:val="dotted" w:sz="4" w:space="0" w:color="auto"/>
              <w:bottom w:val="single" w:sz="4" w:space="0" w:color="auto"/>
              <w:right w:val="dotted" w:sz="4" w:space="0" w:color="auto"/>
            </w:tcBorders>
          </w:tcPr>
          <w:p w14:paraId="19C37683"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single" w:sz="4" w:space="0" w:color="auto"/>
              <w:right w:val="dotted" w:sz="4" w:space="0" w:color="auto"/>
            </w:tcBorders>
          </w:tcPr>
          <w:p w14:paraId="7AA641AC"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single" w:sz="4" w:space="0" w:color="auto"/>
              <w:right w:val="single" w:sz="4" w:space="0" w:color="auto"/>
            </w:tcBorders>
          </w:tcPr>
          <w:p w14:paraId="57326BA1" w14:textId="77777777" w:rsidR="00E91A42" w:rsidRPr="00E91A42" w:rsidRDefault="00E91A42" w:rsidP="00A701F9">
            <w:pPr>
              <w:spacing w:before="60" w:after="60"/>
              <w:jc w:val="both"/>
              <w:rPr>
                <w:sz w:val="28"/>
                <w:szCs w:val="28"/>
              </w:rPr>
            </w:pPr>
          </w:p>
        </w:tc>
      </w:tr>
      <w:tr w:rsidR="00E91A42" w:rsidRPr="00E91A42" w14:paraId="2678FEC7" w14:textId="77777777" w:rsidTr="00A701F9">
        <w:tc>
          <w:tcPr>
            <w:tcW w:w="534" w:type="dxa"/>
            <w:tcBorders>
              <w:top w:val="single" w:sz="4" w:space="0" w:color="auto"/>
              <w:left w:val="single" w:sz="4" w:space="0" w:color="auto"/>
              <w:bottom w:val="dotted" w:sz="4" w:space="0" w:color="auto"/>
              <w:right w:val="dotted" w:sz="4" w:space="0" w:color="auto"/>
            </w:tcBorders>
          </w:tcPr>
          <w:p w14:paraId="79787A57" w14:textId="77777777" w:rsidR="00E91A42" w:rsidRPr="00E91A42" w:rsidRDefault="00E91A42" w:rsidP="00A701F9">
            <w:pPr>
              <w:spacing w:before="60" w:after="60"/>
              <w:jc w:val="center"/>
              <w:rPr>
                <w:b/>
                <w:spacing w:val="-20"/>
                <w:sz w:val="28"/>
                <w:szCs w:val="28"/>
              </w:rPr>
            </w:pPr>
            <w:r w:rsidRPr="00E91A42">
              <w:rPr>
                <w:b/>
                <w:spacing w:val="-20"/>
                <w:sz w:val="28"/>
                <w:szCs w:val="28"/>
              </w:rPr>
              <w:t>…</w:t>
            </w:r>
          </w:p>
        </w:tc>
        <w:tc>
          <w:tcPr>
            <w:tcW w:w="9204" w:type="dxa"/>
            <w:gridSpan w:val="4"/>
            <w:tcBorders>
              <w:top w:val="single" w:sz="4" w:space="0" w:color="auto"/>
              <w:left w:val="dotted" w:sz="4" w:space="0" w:color="auto"/>
              <w:bottom w:val="dotted" w:sz="4" w:space="0" w:color="auto"/>
              <w:right w:val="single" w:sz="4" w:space="0" w:color="auto"/>
            </w:tcBorders>
          </w:tcPr>
          <w:p w14:paraId="1DFA4D6D" w14:textId="77777777" w:rsidR="00E91A42" w:rsidRPr="00E91A42" w:rsidRDefault="00E91A42" w:rsidP="00A701F9">
            <w:pPr>
              <w:spacing w:before="60" w:after="60"/>
              <w:jc w:val="both"/>
              <w:rPr>
                <w:b/>
                <w:sz w:val="28"/>
                <w:szCs w:val="28"/>
              </w:rPr>
            </w:pPr>
            <w:r w:rsidRPr="00E91A42">
              <w:rPr>
                <w:b/>
                <w:sz w:val="28"/>
                <w:szCs w:val="28"/>
              </w:rPr>
              <w:t>Nội dung n</w:t>
            </w:r>
          </w:p>
        </w:tc>
      </w:tr>
      <w:tr w:rsidR="00E91A42" w:rsidRPr="00E91A42" w14:paraId="06B97B0A" w14:textId="77777777" w:rsidTr="00A701F9">
        <w:tc>
          <w:tcPr>
            <w:tcW w:w="534" w:type="dxa"/>
            <w:tcBorders>
              <w:top w:val="dotted" w:sz="4" w:space="0" w:color="auto"/>
              <w:left w:val="single" w:sz="4" w:space="0" w:color="auto"/>
              <w:bottom w:val="dotted" w:sz="4" w:space="0" w:color="auto"/>
              <w:right w:val="dotted" w:sz="4" w:space="0" w:color="auto"/>
            </w:tcBorders>
          </w:tcPr>
          <w:p w14:paraId="0AD2EA45" w14:textId="77777777" w:rsidR="00E91A42" w:rsidRPr="00E91A42" w:rsidRDefault="00E91A42" w:rsidP="00A701F9">
            <w:pPr>
              <w:spacing w:before="60" w:after="60"/>
              <w:jc w:val="center"/>
              <w:rPr>
                <w:sz w:val="28"/>
                <w:szCs w:val="28"/>
              </w:rPr>
            </w:pPr>
            <w:r w:rsidRPr="00E91A42">
              <w:rPr>
                <w:sz w:val="28"/>
                <w:szCs w:val="28"/>
              </w:rPr>
              <w:lastRenderedPageBreak/>
              <w:t>1</w:t>
            </w:r>
          </w:p>
        </w:tc>
        <w:tc>
          <w:tcPr>
            <w:tcW w:w="3822" w:type="dxa"/>
            <w:tcBorders>
              <w:top w:val="dotted" w:sz="4" w:space="0" w:color="auto"/>
              <w:left w:val="dotted" w:sz="4" w:space="0" w:color="auto"/>
              <w:bottom w:val="dotted" w:sz="4" w:space="0" w:color="auto"/>
              <w:right w:val="dotted" w:sz="4" w:space="0" w:color="auto"/>
            </w:tcBorders>
          </w:tcPr>
          <w:p w14:paraId="5872019A" w14:textId="77777777" w:rsidR="00E91A42" w:rsidRPr="00E91A42" w:rsidRDefault="00E91A42" w:rsidP="00A701F9">
            <w:pPr>
              <w:spacing w:before="60" w:after="60"/>
              <w:rPr>
                <w:sz w:val="28"/>
                <w:szCs w:val="28"/>
              </w:rPr>
            </w:pPr>
            <w:r w:rsidRPr="00E91A42">
              <w:rPr>
                <w:sz w:val="28"/>
                <w:szCs w:val="28"/>
              </w:rPr>
              <w:t>- Công việc 1</w:t>
            </w:r>
          </w:p>
          <w:p w14:paraId="28B4550D" w14:textId="77777777" w:rsidR="00E91A42" w:rsidRPr="00E91A42" w:rsidRDefault="00E91A42" w:rsidP="00A701F9">
            <w:pPr>
              <w:spacing w:before="60" w:after="60"/>
              <w:rPr>
                <w:sz w:val="28"/>
                <w:szCs w:val="28"/>
              </w:rPr>
            </w:pPr>
            <w:r w:rsidRPr="00E91A42">
              <w:rPr>
                <w:sz w:val="28"/>
                <w:szCs w:val="28"/>
              </w:rPr>
              <w:t>1.1</w:t>
            </w:r>
          </w:p>
          <w:p w14:paraId="292FA0FA" w14:textId="77777777" w:rsidR="00E91A42" w:rsidRPr="00E91A42" w:rsidRDefault="00E91A42" w:rsidP="00A701F9">
            <w:pPr>
              <w:spacing w:before="60" w:after="60"/>
              <w:rPr>
                <w:sz w:val="28"/>
                <w:szCs w:val="28"/>
              </w:rPr>
            </w:pPr>
            <w:r w:rsidRPr="00E91A42">
              <w:rPr>
                <w:sz w:val="28"/>
                <w:szCs w:val="28"/>
              </w:rPr>
              <w:t>1.2</w:t>
            </w:r>
          </w:p>
          <w:p w14:paraId="233F54B7"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4FA1A54E"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074F7D5A"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0F889B46" w14:textId="77777777" w:rsidR="00E91A42" w:rsidRPr="00E91A42" w:rsidRDefault="00E91A42" w:rsidP="00A701F9">
            <w:pPr>
              <w:spacing w:before="60" w:after="60"/>
              <w:jc w:val="both"/>
              <w:rPr>
                <w:sz w:val="28"/>
                <w:szCs w:val="28"/>
              </w:rPr>
            </w:pPr>
          </w:p>
        </w:tc>
      </w:tr>
      <w:tr w:rsidR="00E91A42" w:rsidRPr="00E91A42" w14:paraId="14CC9E0F" w14:textId="77777777" w:rsidTr="00A701F9">
        <w:tc>
          <w:tcPr>
            <w:tcW w:w="534" w:type="dxa"/>
            <w:tcBorders>
              <w:top w:val="dotted" w:sz="4" w:space="0" w:color="auto"/>
              <w:left w:val="single" w:sz="4" w:space="0" w:color="auto"/>
              <w:bottom w:val="dotted" w:sz="4" w:space="0" w:color="auto"/>
              <w:right w:val="dotted" w:sz="4" w:space="0" w:color="auto"/>
            </w:tcBorders>
          </w:tcPr>
          <w:p w14:paraId="14B1E15D" w14:textId="77777777" w:rsidR="00E91A42" w:rsidRPr="00E91A42" w:rsidRDefault="00E91A42" w:rsidP="00A701F9">
            <w:pPr>
              <w:spacing w:before="60" w:after="60"/>
              <w:jc w:val="center"/>
              <w:rPr>
                <w:sz w:val="28"/>
                <w:szCs w:val="28"/>
              </w:rPr>
            </w:pPr>
            <w:r w:rsidRPr="00E91A42">
              <w:rPr>
                <w:sz w:val="28"/>
                <w:szCs w:val="28"/>
              </w:rPr>
              <w:t>2</w:t>
            </w:r>
          </w:p>
        </w:tc>
        <w:tc>
          <w:tcPr>
            <w:tcW w:w="3822" w:type="dxa"/>
            <w:tcBorders>
              <w:top w:val="dotted" w:sz="4" w:space="0" w:color="auto"/>
              <w:left w:val="dotted" w:sz="4" w:space="0" w:color="auto"/>
              <w:bottom w:val="dotted" w:sz="4" w:space="0" w:color="auto"/>
              <w:right w:val="dotted" w:sz="4" w:space="0" w:color="auto"/>
            </w:tcBorders>
          </w:tcPr>
          <w:p w14:paraId="071F5F24" w14:textId="77777777" w:rsidR="00E91A42" w:rsidRPr="00E91A42" w:rsidRDefault="00E91A42" w:rsidP="00A701F9">
            <w:pPr>
              <w:spacing w:before="60" w:after="60"/>
              <w:rPr>
                <w:sz w:val="28"/>
                <w:szCs w:val="28"/>
              </w:rPr>
            </w:pPr>
            <w:r w:rsidRPr="00E91A42">
              <w:rPr>
                <w:sz w:val="28"/>
                <w:szCs w:val="28"/>
              </w:rPr>
              <w:t>- Công việc 2</w:t>
            </w:r>
          </w:p>
          <w:p w14:paraId="59919DF3" w14:textId="77777777" w:rsidR="00E91A42" w:rsidRPr="00E91A42" w:rsidRDefault="00E91A42" w:rsidP="00A701F9">
            <w:pPr>
              <w:spacing w:before="60" w:after="60"/>
              <w:rPr>
                <w:sz w:val="28"/>
                <w:szCs w:val="28"/>
              </w:rPr>
            </w:pPr>
            <w:r w:rsidRPr="00E91A42">
              <w:rPr>
                <w:sz w:val="28"/>
                <w:szCs w:val="28"/>
              </w:rPr>
              <w:t>1.1</w:t>
            </w:r>
          </w:p>
          <w:p w14:paraId="4265641F" w14:textId="77777777" w:rsidR="00E91A42" w:rsidRPr="00E91A42" w:rsidRDefault="00E91A42" w:rsidP="00A701F9">
            <w:pPr>
              <w:spacing w:before="60" w:after="60"/>
              <w:rPr>
                <w:sz w:val="28"/>
                <w:szCs w:val="28"/>
              </w:rPr>
            </w:pPr>
            <w:r w:rsidRPr="00E91A42">
              <w:rPr>
                <w:sz w:val="28"/>
                <w:szCs w:val="28"/>
              </w:rPr>
              <w:t>1.2</w:t>
            </w:r>
          </w:p>
          <w:p w14:paraId="46BEC1DE" w14:textId="77777777" w:rsidR="00E91A42" w:rsidRPr="00E91A42" w:rsidRDefault="00E91A42" w:rsidP="00A701F9">
            <w:pPr>
              <w:spacing w:before="60" w:after="60"/>
              <w:rPr>
                <w:sz w:val="28"/>
                <w:szCs w:val="28"/>
              </w:rPr>
            </w:pPr>
            <w:r w:rsidRPr="00E91A42">
              <w:rPr>
                <w:sz w:val="28"/>
                <w:szCs w:val="28"/>
              </w:rPr>
              <w:t>…</w:t>
            </w:r>
          </w:p>
        </w:tc>
        <w:tc>
          <w:tcPr>
            <w:tcW w:w="1422" w:type="dxa"/>
            <w:tcBorders>
              <w:top w:val="dotted" w:sz="4" w:space="0" w:color="auto"/>
              <w:left w:val="dotted" w:sz="4" w:space="0" w:color="auto"/>
              <w:bottom w:val="dotted" w:sz="4" w:space="0" w:color="auto"/>
              <w:right w:val="dotted" w:sz="4" w:space="0" w:color="auto"/>
            </w:tcBorders>
          </w:tcPr>
          <w:p w14:paraId="1F203BDD" w14:textId="77777777" w:rsidR="00E91A42" w:rsidRPr="00E91A42" w:rsidRDefault="00E91A42" w:rsidP="00A701F9">
            <w:pPr>
              <w:spacing w:before="60" w:after="60"/>
              <w:jc w:val="both"/>
              <w:rPr>
                <w:sz w:val="28"/>
                <w:szCs w:val="28"/>
              </w:rPr>
            </w:pPr>
          </w:p>
        </w:tc>
        <w:tc>
          <w:tcPr>
            <w:tcW w:w="2127" w:type="dxa"/>
            <w:tcBorders>
              <w:top w:val="dotted" w:sz="4" w:space="0" w:color="auto"/>
              <w:left w:val="dotted" w:sz="4" w:space="0" w:color="auto"/>
              <w:bottom w:val="dotted" w:sz="4" w:space="0" w:color="auto"/>
              <w:right w:val="dotted" w:sz="4" w:space="0" w:color="auto"/>
            </w:tcBorders>
          </w:tcPr>
          <w:p w14:paraId="32A55B70" w14:textId="77777777" w:rsidR="00E91A42" w:rsidRPr="00E91A42" w:rsidRDefault="00E91A42" w:rsidP="00A701F9">
            <w:pPr>
              <w:spacing w:before="60" w:after="60"/>
              <w:jc w:val="both"/>
              <w:rPr>
                <w:sz w:val="28"/>
                <w:szCs w:val="28"/>
              </w:rPr>
            </w:pPr>
          </w:p>
        </w:tc>
        <w:tc>
          <w:tcPr>
            <w:tcW w:w="1833" w:type="dxa"/>
            <w:tcBorders>
              <w:top w:val="dotted" w:sz="4" w:space="0" w:color="auto"/>
              <w:left w:val="dotted" w:sz="4" w:space="0" w:color="auto"/>
              <w:bottom w:val="dotted" w:sz="4" w:space="0" w:color="auto"/>
              <w:right w:val="single" w:sz="4" w:space="0" w:color="auto"/>
            </w:tcBorders>
          </w:tcPr>
          <w:p w14:paraId="0CB19C7A" w14:textId="77777777" w:rsidR="00E91A42" w:rsidRPr="00E91A42" w:rsidRDefault="00E91A42" w:rsidP="00A701F9">
            <w:pPr>
              <w:spacing w:before="60" w:after="60"/>
              <w:jc w:val="both"/>
              <w:rPr>
                <w:sz w:val="28"/>
                <w:szCs w:val="28"/>
              </w:rPr>
            </w:pPr>
          </w:p>
        </w:tc>
      </w:tr>
      <w:tr w:rsidR="00E91A42" w:rsidRPr="00E91A42" w14:paraId="15246ADF" w14:textId="77777777" w:rsidTr="00A701F9">
        <w:trPr>
          <w:trHeight w:val="81"/>
        </w:trPr>
        <w:tc>
          <w:tcPr>
            <w:tcW w:w="534" w:type="dxa"/>
            <w:tcBorders>
              <w:top w:val="dotted" w:sz="4" w:space="0" w:color="auto"/>
              <w:left w:val="single" w:sz="4" w:space="0" w:color="auto"/>
              <w:bottom w:val="single" w:sz="4" w:space="0" w:color="auto"/>
              <w:right w:val="dotted" w:sz="4" w:space="0" w:color="auto"/>
            </w:tcBorders>
          </w:tcPr>
          <w:p w14:paraId="08D85F99" w14:textId="77777777" w:rsidR="00E91A42" w:rsidRPr="00E91A42" w:rsidRDefault="00E91A42" w:rsidP="00A701F9">
            <w:pPr>
              <w:spacing w:before="60" w:after="60"/>
              <w:jc w:val="center"/>
              <w:rPr>
                <w:sz w:val="28"/>
                <w:szCs w:val="28"/>
              </w:rPr>
            </w:pPr>
            <w:r w:rsidRPr="00E91A42">
              <w:rPr>
                <w:sz w:val="28"/>
                <w:szCs w:val="28"/>
              </w:rPr>
              <w:t>...</w:t>
            </w:r>
          </w:p>
        </w:tc>
        <w:tc>
          <w:tcPr>
            <w:tcW w:w="3822" w:type="dxa"/>
            <w:tcBorders>
              <w:top w:val="dotted" w:sz="4" w:space="0" w:color="auto"/>
              <w:left w:val="dotted" w:sz="4" w:space="0" w:color="auto"/>
              <w:bottom w:val="single" w:sz="4" w:space="0" w:color="auto"/>
              <w:right w:val="dotted" w:sz="4" w:space="0" w:color="auto"/>
            </w:tcBorders>
          </w:tcPr>
          <w:p w14:paraId="6FD82242" w14:textId="77777777" w:rsidR="00E91A42" w:rsidRPr="00E91A42" w:rsidRDefault="00E91A42" w:rsidP="00A701F9">
            <w:pPr>
              <w:spacing w:before="60" w:after="60"/>
              <w:jc w:val="both"/>
              <w:rPr>
                <w:sz w:val="28"/>
                <w:szCs w:val="28"/>
              </w:rPr>
            </w:pPr>
            <w:r w:rsidRPr="00E91A42">
              <w:rPr>
                <w:sz w:val="28"/>
                <w:szCs w:val="28"/>
              </w:rPr>
              <w:t>...</w:t>
            </w:r>
          </w:p>
        </w:tc>
        <w:tc>
          <w:tcPr>
            <w:tcW w:w="1422" w:type="dxa"/>
            <w:tcBorders>
              <w:top w:val="dotted" w:sz="4" w:space="0" w:color="auto"/>
              <w:left w:val="dotted" w:sz="4" w:space="0" w:color="auto"/>
              <w:bottom w:val="single" w:sz="4" w:space="0" w:color="auto"/>
              <w:right w:val="dotted" w:sz="4" w:space="0" w:color="auto"/>
            </w:tcBorders>
          </w:tcPr>
          <w:p w14:paraId="51A72839" w14:textId="77777777" w:rsidR="00E91A42" w:rsidRPr="00E91A42" w:rsidRDefault="00E91A42" w:rsidP="00A701F9">
            <w:pPr>
              <w:spacing w:before="60" w:after="60"/>
              <w:jc w:val="both"/>
              <w:rPr>
                <w:color w:val="FF0000"/>
                <w:sz w:val="28"/>
                <w:szCs w:val="28"/>
              </w:rPr>
            </w:pPr>
          </w:p>
        </w:tc>
        <w:tc>
          <w:tcPr>
            <w:tcW w:w="2127" w:type="dxa"/>
            <w:tcBorders>
              <w:top w:val="dotted" w:sz="4" w:space="0" w:color="auto"/>
              <w:left w:val="dotted" w:sz="4" w:space="0" w:color="auto"/>
              <w:bottom w:val="single" w:sz="4" w:space="0" w:color="auto"/>
              <w:right w:val="dotted" w:sz="4" w:space="0" w:color="auto"/>
            </w:tcBorders>
          </w:tcPr>
          <w:p w14:paraId="14BF026E" w14:textId="77777777" w:rsidR="00E91A42" w:rsidRPr="00E91A42" w:rsidRDefault="00E91A42" w:rsidP="00A701F9">
            <w:pPr>
              <w:spacing w:before="60" w:after="60"/>
              <w:jc w:val="both"/>
              <w:rPr>
                <w:color w:val="FF0000"/>
                <w:sz w:val="28"/>
                <w:szCs w:val="28"/>
              </w:rPr>
            </w:pPr>
          </w:p>
        </w:tc>
        <w:tc>
          <w:tcPr>
            <w:tcW w:w="1833" w:type="dxa"/>
            <w:tcBorders>
              <w:top w:val="dotted" w:sz="4" w:space="0" w:color="auto"/>
              <w:left w:val="dotted" w:sz="4" w:space="0" w:color="auto"/>
              <w:bottom w:val="single" w:sz="4" w:space="0" w:color="auto"/>
              <w:right w:val="single" w:sz="4" w:space="0" w:color="auto"/>
            </w:tcBorders>
          </w:tcPr>
          <w:p w14:paraId="7ECCE2C4" w14:textId="77777777" w:rsidR="00E91A42" w:rsidRPr="00E91A42" w:rsidRDefault="00E91A42" w:rsidP="00A701F9">
            <w:pPr>
              <w:spacing w:before="60" w:after="60"/>
              <w:jc w:val="both"/>
              <w:rPr>
                <w:color w:val="FF0000"/>
                <w:sz w:val="28"/>
                <w:szCs w:val="28"/>
              </w:rPr>
            </w:pPr>
          </w:p>
        </w:tc>
      </w:tr>
    </w:tbl>
    <w:p w14:paraId="3124B59E" w14:textId="77777777" w:rsidR="00E91A42" w:rsidRPr="00E91A42" w:rsidRDefault="00E91A42" w:rsidP="00E91A42">
      <w:pPr>
        <w:jc w:val="both"/>
        <w:rPr>
          <w:i/>
          <w:sz w:val="28"/>
          <w:szCs w:val="28"/>
          <w:lang w:val="de-DE"/>
        </w:rPr>
      </w:pPr>
    </w:p>
    <w:p w14:paraId="6858489C" w14:textId="77777777" w:rsidR="00E91A42" w:rsidRPr="00E91A42" w:rsidRDefault="00E91A42" w:rsidP="00E91A42">
      <w:pPr>
        <w:pStyle w:val="ListParagraph"/>
        <w:ind w:left="0"/>
        <w:rPr>
          <w:b/>
          <w:bCs/>
          <w:iCs/>
          <w:sz w:val="28"/>
          <w:szCs w:val="28"/>
          <w:lang w:val="de-DE"/>
        </w:rPr>
      </w:pPr>
      <w:r w:rsidRPr="00E91A42">
        <w:rPr>
          <w:b/>
          <w:bCs/>
          <w:iCs/>
          <w:sz w:val="28"/>
          <w:szCs w:val="28"/>
          <w:lang w:val="de-DE"/>
        </w:rPr>
        <w:t>III. KẾT QUẢ</w:t>
      </w:r>
    </w:p>
    <w:p w14:paraId="1DE67D30" w14:textId="77777777" w:rsidR="00E91A42" w:rsidRPr="00E91A42" w:rsidRDefault="00E91A42" w:rsidP="00E91A42">
      <w:pPr>
        <w:pStyle w:val="ListParagraph"/>
        <w:ind w:left="0"/>
        <w:rPr>
          <w:b/>
          <w:bCs/>
          <w:iCs/>
          <w:sz w:val="28"/>
          <w:szCs w:val="28"/>
          <w:lang w:val="de-DE"/>
        </w:rPr>
      </w:pPr>
      <w:r w:rsidRPr="00E91A42">
        <w:rPr>
          <w:b/>
          <w:bCs/>
          <w:iCs/>
          <w:sz w:val="28"/>
          <w:szCs w:val="28"/>
          <w:lang w:val="de-DE"/>
        </w:rPr>
        <w:t>18. Sản phẩm chính và yêu cầu chất lượng cần đạt</w:t>
      </w:r>
    </w:p>
    <w:p w14:paraId="2E5D5F39" w14:textId="77777777" w:rsidR="00E91A42" w:rsidRPr="00E91A42" w:rsidRDefault="00E91A42" w:rsidP="00E91A42">
      <w:pPr>
        <w:rPr>
          <w:b/>
          <w:bCs/>
          <w:iCs/>
          <w:sz w:val="28"/>
          <w:szCs w:val="28"/>
          <w:lang w:val="de-DE"/>
        </w:rPr>
        <w:sectPr w:rsidR="00E91A42" w:rsidRPr="00E91A42" w:rsidSect="00E91A42">
          <w:footnotePr>
            <w:numFmt w:val="chicago"/>
            <w:numRestart w:val="eachPage"/>
          </w:footnotePr>
          <w:pgSz w:w="11909" w:h="16834" w:code="9"/>
          <w:pgMar w:top="851" w:right="1166" w:bottom="1080" w:left="1627" w:header="720" w:footer="311" w:gutter="0"/>
          <w:cols w:space="720"/>
          <w:docGrid w:linePitch="326"/>
        </w:sectPr>
      </w:pPr>
    </w:p>
    <w:tbl>
      <w:tblPr>
        <w:tblW w:w="9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534"/>
        <w:gridCol w:w="2610"/>
        <w:gridCol w:w="1260"/>
        <w:gridCol w:w="1194"/>
        <w:gridCol w:w="1259"/>
        <w:gridCol w:w="1441"/>
        <w:gridCol w:w="1530"/>
      </w:tblGrid>
      <w:tr w:rsidR="00E91A42" w:rsidRPr="0028776E" w14:paraId="54BC0858" w14:textId="77777777" w:rsidTr="00A701F9">
        <w:trPr>
          <w:trHeight w:hRule="exact" w:val="766"/>
        </w:trPr>
        <w:tc>
          <w:tcPr>
            <w:tcW w:w="9828" w:type="dxa"/>
            <w:gridSpan w:val="7"/>
          </w:tcPr>
          <w:p w14:paraId="4F1ADDCE" w14:textId="77777777" w:rsidR="00E91A42" w:rsidRPr="00E91A42" w:rsidRDefault="00E91A42" w:rsidP="00A701F9">
            <w:pPr>
              <w:jc w:val="both"/>
              <w:rPr>
                <w:b/>
                <w:bCs/>
                <w:iCs/>
                <w:sz w:val="28"/>
                <w:szCs w:val="28"/>
                <w:lang w:val="de-DE"/>
              </w:rPr>
            </w:pPr>
            <w:r w:rsidRPr="00E91A42">
              <w:rPr>
                <w:bCs/>
                <w:iCs/>
                <w:sz w:val="28"/>
                <w:szCs w:val="28"/>
                <w:lang w:val="de-DE"/>
              </w:rPr>
              <w:t>Mẫu; sản phẩm (</w:t>
            </w:r>
            <w:r w:rsidRPr="00E91A42">
              <w:rPr>
                <w:bCs/>
                <w:i/>
                <w:iCs/>
                <w:sz w:val="28"/>
                <w:szCs w:val="28"/>
                <w:lang w:val="de-DE"/>
              </w:rPr>
              <w:t>là hàng hóa có thể tiêu thụ trên thị trường</w:t>
            </w:r>
            <w:r w:rsidRPr="00E91A42">
              <w:rPr>
                <w:bCs/>
                <w:iCs/>
                <w:sz w:val="28"/>
                <w:szCs w:val="28"/>
                <w:lang w:val="de-DE"/>
              </w:rPr>
              <w:t>); vật liệu; thiết bị; máy móc; dây chuyền công nghệ; giống cây trồng; giống vật nuôi; các loại khác</w:t>
            </w:r>
          </w:p>
        </w:tc>
      </w:tr>
      <w:tr w:rsidR="00E91A42" w:rsidRPr="00E91A42" w14:paraId="7945EE13" w14:textId="77777777" w:rsidTr="00A701F9">
        <w:trPr>
          <w:cantSplit/>
        </w:trPr>
        <w:tc>
          <w:tcPr>
            <w:tcW w:w="534" w:type="dxa"/>
            <w:vMerge w:val="restart"/>
          </w:tcPr>
          <w:p w14:paraId="4C98F002" w14:textId="77777777" w:rsidR="00E91A42" w:rsidRPr="00E91A42" w:rsidRDefault="00E91A42" w:rsidP="00A701F9">
            <w:pPr>
              <w:jc w:val="center"/>
              <w:rPr>
                <w:b/>
                <w:spacing w:val="-26"/>
                <w:sz w:val="28"/>
                <w:szCs w:val="28"/>
              </w:rPr>
            </w:pPr>
            <w:r w:rsidRPr="00E91A42">
              <w:rPr>
                <w:b/>
                <w:spacing w:val="-26"/>
                <w:sz w:val="28"/>
                <w:szCs w:val="28"/>
              </w:rPr>
              <w:t>TT</w:t>
            </w:r>
          </w:p>
        </w:tc>
        <w:tc>
          <w:tcPr>
            <w:tcW w:w="2610" w:type="dxa"/>
            <w:vMerge w:val="restart"/>
          </w:tcPr>
          <w:p w14:paraId="223C66FA" w14:textId="77777777" w:rsidR="00E91A42" w:rsidRPr="00E91A42" w:rsidRDefault="00E91A42" w:rsidP="00A701F9">
            <w:pPr>
              <w:jc w:val="center"/>
              <w:rPr>
                <w:b/>
                <w:sz w:val="28"/>
                <w:szCs w:val="28"/>
              </w:rPr>
            </w:pPr>
            <w:r w:rsidRPr="00E91A42">
              <w:rPr>
                <w:b/>
                <w:sz w:val="28"/>
                <w:szCs w:val="28"/>
              </w:rPr>
              <w:t>Tên sản phẩm cụ thể và chỉ tiêu chất lượng chủ yếu của sản phẩm</w:t>
            </w:r>
          </w:p>
        </w:tc>
        <w:tc>
          <w:tcPr>
            <w:tcW w:w="1260" w:type="dxa"/>
            <w:vMerge w:val="restart"/>
          </w:tcPr>
          <w:p w14:paraId="02474E08" w14:textId="77777777" w:rsidR="00E91A42" w:rsidRPr="00E91A42" w:rsidRDefault="00E91A42" w:rsidP="00A701F9">
            <w:pPr>
              <w:jc w:val="center"/>
              <w:rPr>
                <w:b/>
                <w:sz w:val="28"/>
                <w:szCs w:val="28"/>
              </w:rPr>
            </w:pPr>
            <w:r w:rsidRPr="00E91A42">
              <w:rPr>
                <w:b/>
                <w:sz w:val="28"/>
                <w:szCs w:val="28"/>
              </w:rPr>
              <w:t>Đơn vị đo</w:t>
            </w:r>
          </w:p>
        </w:tc>
        <w:tc>
          <w:tcPr>
            <w:tcW w:w="3894" w:type="dxa"/>
            <w:gridSpan w:val="3"/>
          </w:tcPr>
          <w:p w14:paraId="048927C8" w14:textId="77777777" w:rsidR="00E91A42" w:rsidRPr="00E91A42" w:rsidRDefault="00E91A42" w:rsidP="00A701F9">
            <w:pPr>
              <w:jc w:val="center"/>
              <w:rPr>
                <w:b/>
                <w:sz w:val="28"/>
                <w:szCs w:val="28"/>
              </w:rPr>
            </w:pPr>
            <w:r w:rsidRPr="00E91A42">
              <w:rPr>
                <w:b/>
                <w:sz w:val="28"/>
                <w:szCs w:val="28"/>
              </w:rPr>
              <w:t>Mức chất lượng</w:t>
            </w:r>
          </w:p>
          <w:p w14:paraId="1CC7D0D8" w14:textId="77777777" w:rsidR="00E91A42" w:rsidRPr="00E91A42" w:rsidRDefault="00E91A42" w:rsidP="00A701F9">
            <w:pPr>
              <w:jc w:val="center"/>
              <w:rPr>
                <w:b/>
                <w:sz w:val="28"/>
                <w:szCs w:val="28"/>
              </w:rPr>
            </w:pPr>
          </w:p>
        </w:tc>
        <w:tc>
          <w:tcPr>
            <w:tcW w:w="1530" w:type="dxa"/>
            <w:vMerge w:val="restart"/>
          </w:tcPr>
          <w:p w14:paraId="38A3A6E2" w14:textId="77777777" w:rsidR="00E91A42" w:rsidRPr="00E91A42" w:rsidRDefault="00E91A42" w:rsidP="00A701F9">
            <w:pPr>
              <w:jc w:val="center"/>
              <w:rPr>
                <w:b/>
                <w:sz w:val="28"/>
                <w:szCs w:val="28"/>
              </w:rPr>
            </w:pPr>
            <w:r w:rsidRPr="00E91A42">
              <w:rPr>
                <w:b/>
                <w:sz w:val="28"/>
                <w:szCs w:val="28"/>
              </w:rPr>
              <w:t>Dự kiến số lượng/quy mô sản phẩm tạo ra</w:t>
            </w:r>
          </w:p>
        </w:tc>
      </w:tr>
      <w:tr w:rsidR="00E91A42" w:rsidRPr="00E91A42" w14:paraId="05910340" w14:textId="77777777" w:rsidTr="00A701F9">
        <w:trPr>
          <w:cantSplit/>
        </w:trPr>
        <w:tc>
          <w:tcPr>
            <w:tcW w:w="534" w:type="dxa"/>
            <w:vMerge/>
          </w:tcPr>
          <w:p w14:paraId="0ACB3974" w14:textId="77777777" w:rsidR="00E91A42" w:rsidRPr="00E91A42" w:rsidRDefault="00E91A42" w:rsidP="00A701F9">
            <w:pPr>
              <w:jc w:val="center"/>
              <w:rPr>
                <w:b/>
                <w:sz w:val="28"/>
                <w:szCs w:val="28"/>
              </w:rPr>
            </w:pPr>
          </w:p>
        </w:tc>
        <w:tc>
          <w:tcPr>
            <w:tcW w:w="2610" w:type="dxa"/>
            <w:vMerge/>
          </w:tcPr>
          <w:p w14:paraId="3167D602" w14:textId="77777777" w:rsidR="00E91A42" w:rsidRPr="00E91A42" w:rsidRDefault="00E91A42" w:rsidP="00A701F9">
            <w:pPr>
              <w:jc w:val="center"/>
              <w:rPr>
                <w:b/>
                <w:sz w:val="28"/>
                <w:szCs w:val="28"/>
              </w:rPr>
            </w:pPr>
          </w:p>
        </w:tc>
        <w:tc>
          <w:tcPr>
            <w:tcW w:w="1260" w:type="dxa"/>
            <w:vMerge/>
          </w:tcPr>
          <w:p w14:paraId="7789CD69" w14:textId="77777777" w:rsidR="00E91A42" w:rsidRPr="00E91A42" w:rsidRDefault="00E91A42" w:rsidP="00A701F9">
            <w:pPr>
              <w:jc w:val="center"/>
              <w:rPr>
                <w:b/>
                <w:sz w:val="28"/>
                <w:szCs w:val="28"/>
              </w:rPr>
            </w:pPr>
          </w:p>
        </w:tc>
        <w:tc>
          <w:tcPr>
            <w:tcW w:w="1194" w:type="dxa"/>
            <w:vMerge w:val="restart"/>
          </w:tcPr>
          <w:p w14:paraId="7C9A284E" w14:textId="77777777" w:rsidR="00E91A42" w:rsidRPr="00E91A42" w:rsidRDefault="00E91A42" w:rsidP="00A701F9">
            <w:pPr>
              <w:jc w:val="center"/>
              <w:rPr>
                <w:b/>
                <w:sz w:val="28"/>
                <w:szCs w:val="28"/>
              </w:rPr>
            </w:pPr>
            <w:r w:rsidRPr="00E91A42">
              <w:rPr>
                <w:b/>
                <w:sz w:val="28"/>
                <w:szCs w:val="28"/>
              </w:rPr>
              <w:t>Cần đạt</w:t>
            </w:r>
          </w:p>
          <w:p w14:paraId="41093F95" w14:textId="77777777" w:rsidR="00E91A42" w:rsidRPr="00E91A42" w:rsidRDefault="00E91A42" w:rsidP="00A701F9">
            <w:pPr>
              <w:jc w:val="center"/>
              <w:rPr>
                <w:b/>
                <w:sz w:val="28"/>
                <w:szCs w:val="28"/>
              </w:rPr>
            </w:pPr>
            <w:r w:rsidRPr="00E91A42">
              <w:rPr>
                <w:i/>
                <w:sz w:val="28"/>
                <w:szCs w:val="28"/>
              </w:rPr>
              <w:t>(nêu cụ thể)</w:t>
            </w:r>
          </w:p>
        </w:tc>
        <w:tc>
          <w:tcPr>
            <w:tcW w:w="2700" w:type="dxa"/>
            <w:gridSpan w:val="2"/>
          </w:tcPr>
          <w:p w14:paraId="1AD90BBA" w14:textId="77777777" w:rsidR="00E91A42" w:rsidRPr="00E91A42" w:rsidRDefault="00E91A42" w:rsidP="00A701F9">
            <w:pPr>
              <w:jc w:val="center"/>
              <w:rPr>
                <w:b/>
                <w:sz w:val="28"/>
                <w:szCs w:val="28"/>
              </w:rPr>
            </w:pPr>
            <w:r w:rsidRPr="00E91A42">
              <w:rPr>
                <w:b/>
                <w:sz w:val="28"/>
                <w:szCs w:val="28"/>
              </w:rPr>
              <w:t>Mẫu tương tự (theo các tiêu chuẩn mới nhất)</w:t>
            </w:r>
          </w:p>
        </w:tc>
        <w:tc>
          <w:tcPr>
            <w:tcW w:w="1530" w:type="dxa"/>
            <w:vMerge/>
          </w:tcPr>
          <w:p w14:paraId="13A394D2" w14:textId="77777777" w:rsidR="00E91A42" w:rsidRPr="00E91A42" w:rsidRDefault="00E91A42" w:rsidP="00A701F9">
            <w:pPr>
              <w:jc w:val="center"/>
              <w:rPr>
                <w:sz w:val="28"/>
                <w:szCs w:val="28"/>
              </w:rPr>
            </w:pPr>
          </w:p>
        </w:tc>
      </w:tr>
      <w:tr w:rsidR="00E91A42" w:rsidRPr="00E91A42" w14:paraId="6A8925E8" w14:textId="77777777" w:rsidTr="00A701F9">
        <w:trPr>
          <w:cantSplit/>
        </w:trPr>
        <w:tc>
          <w:tcPr>
            <w:tcW w:w="534" w:type="dxa"/>
            <w:vMerge/>
          </w:tcPr>
          <w:p w14:paraId="27366241" w14:textId="77777777" w:rsidR="00E91A42" w:rsidRPr="00E91A42" w:rsidRDefault="00E91A42" w:rsidP="00A701F9">
            <w:pPr>
              <w:jc w:val="center"/>
              <w:rPr>
                <w:b/>
                <w:sz w:val="28"/>
                <w:szCs w:val="28"/>
              </w:rPr>
            </w:pPr>
          </w:p>
        </w:tc>
        <w:tc>
          <w:tcPr>
            <w:tcW w:w="2610" w:type="dxa"/>
            <w:vMerge/>
          </w:tcPr>
          <w:p w14:paraId="6C640D56" w14:textId="77777777" w:rsidR="00E91A42" w:rsidRPr="00E91A42" w:rsidRDefault="00E91A42" w:rsidP="00A701F9">
            <w:pPr>
              <w:jc w:val="center"/>
              <w:rPr>
                <w:b/>
                <w:sz w:val="28"/>
                <w:szCs w:val="28"/>
              </w:rPr>
            </w:pPr>
          </w:p>
        </w:tc>
        <w:tc>
          <w:tcPr>
            <w:tcW w:w="1260" w:type="dxa"/>
            <w:vMerge/>
          </w:tcPr>
          <w:p w14:paraId="55607F26" w14:textId="77777777" w:rsidR="00E91A42" w:rsidRPr="00E91A42" w:rsidRDefault="00E91A42" w:rsidP="00A701F9">
            <w:pPr>
              <w:jc w:val="center"/>
              <w:rPr>
                <w:b/>
                <w:sz w:val="28"/>
                <w:szCs w:val="28"/>
              </w:rPr>
            </w:pPr>
          </w:p>
        </w:tc>
        <w:tc>
          <w:tcPr>
            <w:tcW w:w="1194" w:type="dxa"/>
            <w:vMerge/>
          </w:tcPr>
          <w:p w14:paraId="71FAA5A6" w14:textId="77777777" w:rsidR="00E91A42" w:rsidRPr="00E91A42" w:rsidRDefault="00E91A42" w:rsidP="00A701F9">
            <w:pPr>
              <w:jc w:val="center"/>
              <w:rPr>
                <w:b/>
                <w:sz w:val="28"/>
                <w:szCs w:val="28"/>
              </w:rPr>
            </w:pPr>
          </w:p>
        </w:tc>
        <w:tc>
          <w:tcPr>
            <w:tcW w:w="1259" w:type="dxa"/>
          </w:tcPr>
          <w:p w14:paraId="37B1D122" w14:textId="77777777" w:rsidR="00E91A42" w:rsidRPr="00E91A42" w:rsidRDefault="00E91A42" w:rsidP="00A701F9">
            <w:pPr>
              <w:jc w:val="center"/>
              <w:rPr>
                <w:b/>
                <w:sz w:val="28"/>
                <w:szCs w:val="28"/>
              </w:rPr>
            </w:pPr>
            <w:r w:rsidRPr="00E91A42">
              <w:rPr>
                <w:b/>
                <w:sz w:val="28"/>
                <w:szCs w:val="28"/>
              </w:rPr>
              <w:t>Trong nước</w:t>
            </w:r>
          </w:p>
        </w:tc>
        <w:tc>
          <w:tcPr>
            <w:tcW w:w="1441" w:type="dxa"/>
          </w:tcPr>
          <w:p w14:paraId="3BB0DAB2" w14:textId="77777777" w:rsidR="00E91A42" w:rsidRPr="00E91A42" w:rsidRDefault="00E91A42" w:rsidP="00A701F9">
            <w:pPr>
              <w:jc w:val="center"/>
              <w:rPr>
                <w:b/>
                <w:sz w:val="28"/>
                <w:szCs w:val="28"/>
              </w:rPr>
            </w:pPr>
            <w:r w:rsidRPr="00E91A42">
              <w:rPr>
                <w:b/>
                <w:sz w:val="28"/>
                <w:szCs w:val="28"/>
              </w:rPr>
              <w:t>Thế giới</w:t>
            </w:r>
          </w:p>
        </w:tc>
        <w:tc>
          <w:tcPr>
            <w:tcW w:w="1530" w:type="dxa"/>
            <w:vMerge/>
          </w:tcPr>
          <w:p w14:paraId="0AC2B43C" w14:textId="77777777" w:rsidR="00E91A42" w:rsidRPr="00E91A42" w:rsidRDefault="00E91A42" w:rsidP="00A701F9">
            <w:pPr>
              <w:jc w:val="center"/>
              <w:rPr>
                <w:sz w:val="28"/>
                <w:szCs w:val="28"/>
              </w:rPr>
            </w:pPr>
          </w:p>
        </w:tc>
      </w:tr>
      <w:tr w:rsidR="00E91A42" w:rsidRPr="00E91A42" w14:paraId="18197C92" w14:textId="77777777" w:rsidTr="00A701F9">
        <w:tc>
          <w:tcPr>
            <w:tcW w:w="534" w:type="dxa"/>
          </w:tcPr>
          <w:p w14:paraId="2A801365" w14:textId="77777777" w:rsidR="00E91A42" w:rsidRPr="00E91A42" w:rsidRDefault="00E91A42" w:rsidP="00A701F9">
            <w:pPr>
              <w:jc w:val="center"/>
              <w:rPr>
                <w:sz w:val="28"/>
                <w:szCs w:val="28"/>
              </w:rPr>
            </w:pPr>
            <w:r w:rsidRPr="00E91A42">
              <w:rPr>
                <w:sz w:val="28"/>
                <w:szCs w:val="28"/>
              </w:rPr>
              <w:t>I</w:t>
            </w:r>
          </w:p>
        </w:tc>
        <w:tc>
          <w:tcPr>
            <w:tcW w:w="2610" w:type="dxa"/>
          </w:tcPr>
          <w:p w14:paraId="0E74C291" w14:textId="77777777" w:rsidR="00E91A42" w:rsidRPr="00E91A42" w:rsidRDefault="00E91A42" w:rsidP="00A701F9">
            <w:pPr>
              <w:jc w:val="center"/>
              <w:rPr>
                <w:sz w:val="28"/>
                <w:szCs w:val="28"/>
              </w:rPr>
            </w:pPr>
            <w:r w:rsidRPr="00E91A42">
              <w:rPr>
                <w:sz w:val="28"/>
                <w:szCs w:val="28"/>
              </w:rPr>
              <w:t>ii</w:t>
            </w:r>
          </w:p>
        </w:tc>
        <w:tc>
          <w:tcPr>
            <w:tcW w:w="1260" w:type="dxa"/>
          </w:tcPr>
          <w:p w14:paraId="3058E2FC" w14:textId="77777777" w:rsidR="00E91A42" w:rsidRPr="00E91A42" w:rsidRDefault="00E91A42" w:rsidP="00A701F9">
            <w:pPr>
              <w:jc w:val="center"/>
              <w:rPr>
                <w:sz w:val="28"/>
                <w:szCs w:val="28"/>
              </w:rPr>
            </w:pPr>
            <w:r w:rsidRPr="00E91A42">
              <w:rPr>
                <w:sz w:val="28"/>
                <w:szCs w:val="28"/>
              </w:rPr>
              <w:t>iii</w:t>
            </w:r>
          </w:p>
        </w:tc>
        <w:tc>
          <w:tcPr>
            <w:tcW w:w="1194" w:type="dxa"/>
          </w:tcPr>
          <w:p w14:paraId="5D089AC3" w14:textId="77777777" w:rsidR="00E91A42" w:rsidRPr="00E91A42" w:rsidRDefault="00E91A42" w:rsidP="00A701F9">
            <w:pPr>
              <w:jc w:val="center"/>
              <w:rPr>
                <w:sz w:val="28"/>
                <w:szCs w:val="28"/>
              </w:rPr>
            </w:pPr>
            <w:r w:rsidRPr="00E91A42">
              <w:rPr>
                <w:sz w:val="28"/>
                <w:szCs w:val="28"/>
              </w:rPr>
              <w:t>iv</w:t>
            </w:r>
          </w:p>
        </w:tc>
        <w:tc>
          <w:tcPr>
            <w:tcW w:w="1259" w:type="dxa"/>
          </w:tcPr>
          <w:p w14:paraId="2E26140A" w14:textId="77777777" w:rsidR="00E91A42" w:rsidRPr="00E91A42" w:rsidRDefault="00E91A42" w:rsidP="00A701F9">
            <w:pPr>
              <w:jc w:val="center"/>
              <w:rPr>
                <w:sz w:val="28"/>
                <w:szCs w:val="28"/>
              </w:rPr>
            </w:pPr>
            <w:r w:rsidRPr="00E91A42">
              <w:rPr>
                <w:sz w:val="28"/>
                <w:szCs w:val="28"/>
              </w:rPr>
              <w:t>v</w:t>
            </w:r>
          </w:p>
        </w:tc>
        <w:tc>
          <w:tcPr>
            <w:tcW w:w="1441" w:type="dxa"/>
          </w:tcPr>
          <w:p w14:paraId="05DB9E60" w14:textId="77777777" w:rsidR="00E91A42" w:rsidRPr="00E91A42" w:rsidRDefault="00E91A42" w:rsidP="00A701F9">
            <w:pPr>
              <w:jc w:val="center"/>
              <w:rPr>
                <w:sz w:val="28"/>
                <w:szCs w:val="28"/>
              </w:rPr>
            </w:pPr>
            <w:r w:rsidRPr="00E91A42">
              <w:rPr>
                <w:sz w:val="28"/>
                <w:szCs w:val="28"/>
              </w:rPr>
              <w:t>vi</w:t>
            </w:r>
          </w:p>
        </w:tc>
        <w:tc>
          <w:tcPr>
            <w:tcW w:w="1530" w:type="dxa"/>
          </w:tcPr>
          <w:p w14:paraId="55577B13" w14:textId="77777777" w:rsidR="00E91A42" w:rsidRPr="00E91A42" w:rsidRDefault="00E91A42" w:rsidP="00A701F9">
            <w:pPr>
              <w:jc w:val="center"/>
              <w:rPr>
                <w:sz w:val="28"/>
                <w:szCs w:val="28"/>
              </w:rPr>
            </w:pPr>
            <w:r w:rsidRPr="00E91A42">
              <w:rPr>
                <w:sz w:val="28"/>
                <w:szCs w:val="28"/>
              </w:rPr>
              <w:t>vii</w:t>
            </w:r>
          </w:p>
        </w:tc>
      </w:tr>
      <w:tr w:rsidR="00E91A42" w:rsidRPr="00E91A42" w14:paraId="0F70E8B1" w14:textId="77777777" w:rsidTr="00A701F9">
        <w:tc>
          <w:tcPr>
            <w:tcW w:w="534" w:type="dxa"/>
          </w:tcPr>
          <w:p w14:paraId="24CC9966" w14:textId="77777777" w:rsidR="00E91A42" w:rsidRPr="00E91A42" w:rsidRDefault="00E91A42" w:rsidP="00A701F9">
            <w:pPr>
              <w:jc w:val="center"/>
              <w:rPr>
                <w:sz w:val="28"/>
                <w:szCs w:val="28"/>
              </w:rPr>
            </w:pPr>
            <w:r w:rsidRPr="00E91A42">
              <w:rPr>
                <w:sz w:val="28"/>
                <w:szCs w:val="28"/>
              </w:rPr>
              <w:t>1</w:t>
            </w:r>
          </w:p>
        </w:tc>
        <w:tc>
          <w:tcPr>
            <w:tcW w:w="2610" w:type="dxa"/>
          </w:tcPr>
          <w:p w14:paraId="5825A5E9" w14:textId="77777777" w:rsidR="00E91A42" w:rsidRPr="00E91A42" w:rsidRDefault="00E91A42" w:rsidP="00A701F9">
            <w:pPr>
              <w:jc w:val="both"/>
              <w:rPr>
                <w:sz w:val="28"/>
                <w:szCs w:val="28"/>
              </w:rPr>
            </w:pPr>
          </w:p>
        </w:tc>
        <w:tc>
          <w:tcPr>
            <w:tcW w:w="1260" w:type="dxa"/>
          </w:tcPr>
          <w:p w14:paraId="375ABCE7" w14:textId="77777777" w:rsidR="00E91A42" w:rsidRPr="00E91A42" w:rsidRDefault="00E91A42" w:rsidP="00A701F9">
            <w:pPr>
              <w:jc w:val="both"/>
              <w:rPr>
                <w:sz w:val="28"/>
                <w:szCs w:val="28"/>
              </w:rPr>
            </w:pPr>
          </w:p>
        </w:tc>
        <w:tc>
          <w:tcPr>
            <w:tcW w:w="1194" w:type="dxa"/>
          </w:tcPr>
          <w:p w14:paraId="2F0DBAEB" w14:textId="77777777" w:rsidR="00E91A42" w:rsidRPr="00E91A42" w:rsidRDefault="00E91A42" w:rsidP="00A701F9">
            <w:pPr>
              <w:jc w:val="both"/>
              <w:rPr>
                <w:sz w:val="28"/>
                <w:szCs w:val="28"/>
              </w:rPr>
            </w:pPr>
          </w:p>
        </w:tc>
        <w:tc>
          <w:tcPr>
            <w:tcW w:w="1259" w:type="dxa"/>
          </w:tcPr>
          <w:p w14:paraId="3CC88A69" w14:textId="77777777" w:rsidR="00E91A42" w:rsidRPr="00E91A42" w:rsidRDefault="00E91A42" w:rsidP="00A701F9">
            <w:pPr>
              <w:jc w:val="both"/>
              <w:rPr>
                <w:sz w:val="28"/>
                <w:szCs w:val="28"/>
              </w:rPr>
            </w:pPr>
          </w:p>
        </w:tc>
        <w:tc>
          <w:tcPr>
            <w:tcW w:w="1441" w:type="dxa"/>
          </w:tcPr>
          <w:p w14:paraId="7472AB18" w14:textId="77777777" w:rsidR="00E91A42" w:rsidRPr="00E91A42" w:rsidRDefault="00E91A42" w:rsidP="00A701F9">
            <w:pPr>
              <w:jc w:val="both"/>
              <w:rPr>
                <w:sz w:val="28"/>
                <w:szCs w:val="28"/>
              </w:rPr>
            </w:pPr>
          </w:p>
        </w:tc>
        <w:tc>
          <w:tcPr>
            <w:tcW w:w="1530" w:type="dxa"/>
          </w:tcPr>
          <w:p w14:paraId="6E1AA676" w14:textId="77777777" w:rsidR="00E91A42" w:rsidRPr="00E91A42" w:rsidRDefault="00E91A42" w:rsidP="00A701F9">
            <w:pPr>
              <w:jc w:val="both"/>
              <w:rPr>
                <w:sz w:val="28"/>
                <w:szCs w:val="28"/>
              </w:rPr>
            </w:pPr>
          </w:p>
        </w:tc>
      </w:tr>
      <w:tr w:rsidR="00E91A42" w:rsidRPr="00E91A42" w14:paraId="1C0B2679" w14:textId="77777777" w:rsidTr="00A701F9">
        <w:tc>
          <w:tcPr>
            <w:tcW w:w="534" w:type="dxa"/>
          </w:tcPr>
          <w:p w14:paraId="799B9076" w14:textId="77777777" w:rsidR="00E91A42" w:rsidRPr="00E91A42" w:rsidRDefault="00E91A42" w:rsidP="00A701F9">
            <w:pPr>
              <w:jc w:val="center"/>
              <w:rPr>
                <w:sz w:val="28"/>
                <w:szCs w:val="28"/>
              </w:rPr>
            </w:pPr>
            <w:r w:rsidRPr="00E91A42">
              <w:rPr>
                <w:sz w:val="28"/>
                <w:szCs w:val="28"/>
              </w:rPr>
              <w:t>2</w:t>
            </w:r>
          </w:p>
        </w:tc>
        <w:tc>
          <w:tcPr>
            <w:tcW w:w="2610" w:type="dxa"/>
          </w:tcPr>
          <w:p w14:paraId="6001E79E" w14:textId="77777777" w:rsidR="00E91A42" w:rsidRPr="00E91A42" w:rsidRDefault="00E91A42" w:rsidP="00A701F9">
            <w:pPr>
              <w:jc w:val="both"/>
              <w:rPr>
                <w:sz w:val="28"/>
                <w:szCs w:val="28"/>
              </w:rPr>
            </w:pPr>
          </w:p>
        </w:tc>
        <w:tc>
          <w:tcPr>
            <w:tcW w:w="1260" w:type="dxa"/>
          </w:tcPr>
          <w:p w14:paraId="441F6FD7" w14:textId="77777777" w:rsidR="00E91A42" w:rsidRPr="00E91A42" w:rsidRDefault="00E91A42" w:rsidP="00A701F9">
            <w:pPr>
              <w:jc w:val="both"/>
              <w:rPr>
                <w:sz w:val="28"/>
                <w:szCs w:val="28"/>
              </w:rPr>
            </w:pPr>
          </w:p>
        </w:tc>
        <w:tc>
          <w:tcPr>
            <w:tcW w:w="1194" w:type="dxa"/>
          </w:tcPr>
          <w:p w14:paraId="051263F9" w14:textId="77777777" w:rsidR="00E91A42" w:rsidRPr="00E91A42" w:rsidRDefault="00E91A42" w:rsidP="00A701F9">
            <w:pPr>
              <w:jc w:val="both"/>
              <w:rPr>
                <w:sz w:val="28"/>
                <w:szCs w:val="28"/>
              </w:rPr>
            </w:pPr>
          </w:p>
        </w:tc>
        <w:tc>
          <w:tcPr>
            <w:tcW w:w="1259" w:type="dxa"/>
          </w:tcPr>
          <w:p w14:paraId="2D920B45" w14:textId="77777777" w:rsidR="00E91A42" w:rsidRPr="00E91A42" w:rsidRDefault="00E91A42" w:rsidP="00A701F9">
            <w:pPr>
              <w:jc w:val="both"/>
              <w:rPr>
                <w:sz w:val="28"/>
                <w:szCs w:val="28"/>
              </w:rPr>
            </w:pPr>
          </w:p>
        </w:tc>
        <w:tc>
          <w:tcPr>
            <w:tcW w:w="1441" w:type="dxa"/>
          </w:tcPr>
          <w:p w14:paraId="56C7184D" w14:textId="77777777" w:rsidR="00E91A42" w:rsidRPr="00E91A42" w:rsidRDefault="00E91A42" w:rsidP="00A701F9">
            <w:pPr>
              <w:jc w:val="both"/>
              <w:rPr>
                <w:sz w:val="28"/>
                <w:szCs w:val="28"/>
              </w:rPr>
            </w:pPr>
          </w:p>
        </w:tc>
        <w:tc>
          <w:tcPr>
            <w:tcW w:w="1530" w:type="dxa"/>
          </w:tcPr>
          <w:p w14:paraId="2EFC31B1" w14:textId="77777777" w:rsidR="00E91A42" w:rsidRPr="00E91A42" w:rsidRDefault="00E91A42" w:rsidP="00A701F9">
            <w:pPr>
              <w:jc w:val="both"/>
              <w:rPr>
                <w:sz w:val="28"/>
                <w:szCs w:val="28"/>
              </w:rPr>
            </w:pPr>
          </w:p>
        </w:tc>
      </w:tr>
      <w:tr w:rsidR="00E91A42" w:rsidRPr="00E91A42" w14:paraId="1460A410" w14:textId="77777777" w:rsidTr="00A701F9">
        <w:trPr>
          <w:trHeight w:val="372"/>
        </w:trPr>
        <w:tc>
          <w:tcPr>
            <w:tcW w:w="534" w:type="dxa"/>
          </w:tcPr>
          <w:p w14:paraId="72CFBB42" w14:textId="77777777" w:rsidR="00E91A42" w:rsidRPr="00E91A42" w:rsidRDefault="00E91A42" w:rsidP="00A701F9">
            <w:pPr>
              <w:jc w:val="center"/>
              <w:rPr>
                <w:sz w:val="28"/>
                <w:szCs w:val="28"/>
              </w:rPr>
            </w:pPr>
            <w:r w:rsidRPr="00E91A42">
              <w:rPr>
                <w:sz w:val="28"/>
                <w:szCs w:val="28"/>
              </w:rPr>
              <w:t>...</w:t>
            </w:r>
          </w:p>
        </w:tc>
        <w:tc>
          <w:tcPr>
            <w:tcW w:w="2610" w:type="dxa"/>
          </w:tcPr>
          <w:p w14:paraId="264FC1DF" w14:textId="77777777" w:rsidR="00E91A42" w:rsidRPr="00E91A42" w:rsidRDefault="00E91A42" w:rsidP="00A701F9">
            <w:pPr>
              <w:jc w:val="both"/>
              <w:rPr>
                <w:sz w:val="28"/>
                <w:szCs w:val="28"/>
              </w:rPr>
            </w:pPr>
            <w:r w:rsidRPr="00E91A42">
              <w:rPr>
                <w:sz w:val="28"/>
                <w:szCs w:val="28"/>
              </w:rPr>
              <w:t>...</w:t>
            </w:r>
          </w:p>
        </w:tc>
        <w:tc>
          <w:tcPr>
            <w:tcW w:w="1260" w:type="dxa"/>
          </w:tcPr>
          <w:p w14:paraId="5CCD5B41" w14:textId="77777777" w:rsidR="00E91A42" w:rsidRPr="00E91A42" w:rsidRDefault="00E91A42" w:rsidP="00A701F9">
            <w:pPr>
              <w:jc w:val="both"/>
              <w:rPr>
                <w:sz w:val="28"/>
                <w:szCs w:val="28"/>
              </w:rPr>
            </w:pPr>
          </w:p>
        </w:tc>
        <w:tc>
          <w:tcPr>
            <w:tcW w:w="1194" w:type="dxa"/>
          </w:tcPr>
          <w:p w14:paraId="4D32C53F" w14:textId="77777777" w:rsidR="00E91A42" w:rsidRPr="00E91A42" w:rsidRDefault="00E91A42" w:rsidP="00A701F9">
            <w:pPr>
              <w:jc w:val="both"/>
              <w:rPr>
                <w:sz w:val="28"/>
                <w:szCs w:val="28"/>
              </w:rPr>
            </w:pPr>
          </w:p>
        </w:tc>
        <w:tc>
          <w:tcPr>
            <w:tcW w:w="1259" w:type="dxa"/>
          </w:tcPr>
          <w:p w14:paraId="2FC5ECA9" w14:textId="77777777" w:rsidR="00E91A42" w:rsidRPr="00E91A42" w:rsidRDefault="00E91A42" w:rsidP="00A701F9">
            <w:pPr>
              <w:jc w:val="both"/>
              <w:rPr>
                <w:sz w:val="28"/>
                <w:szCs w:val="28"/>
              </w:rPr>
            </w:pPr>
          </w:p>
        </w:tc>
        <w:tc>
          <w:tcPr>
            <w:tcW w:w="1441" w:type="dxa"/>
          </w:tcPr>
          <w:p w14:paraId="5714E303" w14:textId="77777777" w:rsidR="00E91A42" w:rsidRPr="00E91A42" w:rsidRDefault="00E91A42" w:rsidP="00A701F9">
            <w:pPr>
              <w:jc w:val="both"/>
              <w:rPr>
                <w:sz w:val="28"/>
                <w:szCs w:val="28"/>
              </w:rPr>
            </w:pPr>
          </w:p>
        </w:tc>
        <w:tc>
          <w:tcPr>
            <w:tcW w:w="1530" w:type="dxa"/>
          </w:tcPr>
          <w:p w14:paraId="5755DF34" w14:textId="77777777" w:rsidR="00E91A42" w:rsidRPr="00E91A42" w:rsidRDefault="00E91A42" w:rsidP="00A701F9">
            <w:pPr>
              <w:jc w:val="both"/>
              <w:rPr>
                <w:sz w:val="28"/>
                <w:szCs w:val="28"/>
              </w:rPr>
            </w:pPr>
          </w:p>
        </w:tc>
      </w:tr>
    </w:tbl>
    <w:p w14:paraId="5A82A8F1" w14:textId="77777777" w:rsidR="00E91A42" w:rsidRPr="00E91A42" w:rsidRDefault="00E91A42" w:rsidP="00E91A42">
      <w:pPr>
        <w:jc w:val="both"/>
        <w:rPr>
          <w:b/>
          <w:bCs/>
          <w:iCs/>
          <w:sz w:val="28"/>
          <w:szCs w:val="28"/>
        </w:rPr>
        <w:sectPr w:rsidR="00E91A42" w:rsidRPr="00E91A42" w:rsidSect="00E91A42">
          <w:footerReference w:type="default" r:id="rId8"/>
          <w:footnotePr>
            <w:numFmt w:val="chicago"/>
            <w:numRestart w:val="eachPage"/>
          </w:footnotePr>
          <w:type w:val="continuous"/>
          <w:pgSz w:w="11909" w:h="16834" w:code="9"/>
          <w:pgMar w:top="851" w:right="1166" w:bottom="1080" w:left="1627" w:header="720" w:footer="311" w:gutter="0"/>
          <w:pgNumType w:start="6"/>
          <w:cols w:space="720"/>
          <w:docGrid w:linePitch="326"/>
        </w:sectPr>
      </w:pPr>
    </w:p>
    <w:tbl>
      <w:tblPr>
        <w:tblW w:w="9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4"/>
        <w:gridCol w:w="2610"/>
        <w:gridCol w:w="1170"/>
        <w:gridCol w:w="1497"/>
        <w:gridCol w:w="42"/>
        <w:gridCol w:w="1316"/>
        <w:gridCol w:w="1450"/>
        <w:gridCol w:w="1209"/>
      </w:tblGrid>
      <w:tr w:rsidR="00E91A42" w:rsidRPr="00E91A42" w14:paraId="20A04052" w14:textId="77777777" w:rsidTr="00A701F9">
        <w:trPr>
          <w:trHeight w:hRule="exact" w:val="1333"/>
        </w:trPr>
        <w:tc>
          <w:tcPr>
            <w:tcW w:w="9828" w:type="dxa"/>
            <w:gridSpan w:val="8"/>
            <w:tcBorders>
              <w:top w:val="single" w:sz="4" w:space="0" w:color="auto"/>
              <w:left w:val="single" w:sz="4" w:space="0" w:color="auto"/>
              <w:bottom w:val="dotted" w:sz="4" w:space="0" w:color="auto"/>
              <w:right w:val="single" w:sz="4" w:space="0" w:color="auto"/>
            </w:tcBorders>
          </w:tcPr>
          <w:p w14:paraId="6198090E" w14:textId="77777777" w:rsidR="00E91A42" w:rsidRPr="00E91A42" w:rsidRDefault="00E91A42" w:rsidP="00A701F9">
            <w:pPr>
              <w:jc w:val="both"/>
              <w:rPr>
                <w:b/>
                <w:bCs/>
                <w:iCs/>
                <w:sz w:val="28"/>
                <w:szCs w:val="28"/>
              </w:rPr>
            </w:pPr>
            <w:r w:rsidRPr="00E91A42">
              <w:rPr>
                <w:bCs/>
                <w:iCs/>
                <w:sz w:val="28"/>
                <w:szCs w:val="28"/>
              </w:rPr>
              <w:t>Nguyên lý ứng dụng; phương pháp; tiêu chuẩn; quy phạm; phần mềm máy tính; bản vẽ thiết kế; quy trình công nghệ; sơ đồ, bản đồ; số liệu, cơ sở dữ liệu; báo cáo phân tích; tài liệu dự báo (</w:t>
            </w:r>
            <w:r w:rsidRPr="00E91A42">
              <w:rPr>
                <w:bCs/>
                <w:i/>
                <w:iCs/>
                <w:sz w:val="28"/>
                <w:szCs w:val="28"/>
              </w:rPr>
              <w:t>phương pháp, quy trình, mô hình, ..</w:t>
            </w:r>
            <w:r w:rsidRPr="00E91A42">
              <w:rPr>
                <w:bCs/>
                <w:iCs/>
                <w:sz w:val="28"/>
                <w:szCs w:val="28"/>
              </w:rPr>
              <w:t>.); đề án, quy hoạch; luận chứng kinh tế - kỹ thuật, báo cáo nghiên cứu khả thi; và các sản phẩm khác</w:t>
            </w:r>
          </w:p>
        </w:tc>
      </w:tr>
      <w:tr w:rsidR="00E91A42" w:rsidRPr="00E91A42" w14:paraId="4C1E1FB0" w14:textId="77777777" w:rsidTr="00A701F9">
        <w:tc>
          <w:tcPr>
            <w:tcW w:w="534" w:type="dxa"/>
            <w:tcBorders>
              <w:top w:val="dotted" w:sz="4" w:space="0" w:color="auto"/>
              <w:left w:val="single" w:sz="4" w:space="0" w:color="auto"/>
              <w:bottom w:val="dotted" w:sz="4" w:space="0" w:color="auto"/>
              <w:right w:val="dotted" w:sz="4" w:space="0" w:color="auto"/>
            </w:tcBorders>
          </w:tcPr>
          <w:p w14:paraId="3ED04249" w14:textId="77777777" w:rsidR="00E91A42" w:rsidRPr="00E91A42" w:rsidRDefault="00E91A42" w:rsidP="00A701F9">
            <w:pPr>
              <w:jc w:val="center"/>
              <w:rPr>
                <w:b/>
                <w:spacing w:val="-26"/>
                <w:sz w:val="28"/>
                <w:szCs w:val="28"/>
              </w:rPr>
            </w:pPr>
            <w:r w:rsidRPr="00E91A42">
              <w:rPr>
                <w:b/>
                <w:spacing w:val="-26"/>
                <w:sz w:val="28"/>
                <w:szCs w:val="28"/>
              </w:rPr>
              <w:lastRenderedPageBreak/>
              <w:t>TT</w:t>
            </w:r>
          </w:p>
        </w:tc>
        <w:tc>
          <w:tcPr>
            <w:tcW w:w="2610" w:type="dxa"/>
            <w:tcBorders>
              <w:top w:val="dotted" w:sz="4" w:space="0" w:color="auto"/>
              <w:left w:val="dotted" w:sz="4" w:space="0" w:color="auto"/>
              <w:bottom w:val="dotted" w:sz="4" w:space="0" w:color="auto"/>
              <w:right w:val="dotted" w:sz="4" w:space="0" w:color="auto"/>
            </w:tcBorders>
          </w:tcPr>
          <w:p w14:paraId="568BC2B6" w14:textId="77777777" w:rsidR="00E91A42" w:rsidRPr="00E91A42" w:rsidRDefault="00E91A42" w:rsidP="00A701F9">
            <w:pPr>
              <w:jc w:val="center"/>
              <w:rPr>
                <w:b/>
                <w:sz w:val="28"/>
                <w:szCs w:val="28"/>
              </w:rPr>
            </w:pPr>
            <w:r w:rsidRPr="00E91A42">
              <w:rPr>
                <w:b/>
                <w:sz w:val="28"/>
                <w:szCs w:val="28"/>
              </w:rPr>
              <w:t>Tên sản phẩm</w:t>
            </w:r>
          </w:p>
        </w:tc>
        <w:tc>
          <w:tcPr>
            <w:tcW w:w="4025" w:type="dxa"/>
            <w:gridSpan w:val="4"/>
            <w:tcBorders>
              <w:top w:val="dotted" w:sz="4" w:space="0" w:color="auto"/>
              <w:left w:val="dotted" w:sz="4" w:space="0" w:color="auto"/>
              <w:bottom w:val="dotted" w:sz="4" w:space="0" w:color="auto"/>
              <w:right w:val="dotted" w:sz="4" w:space="0" w:color="auto"/>
            </w:tcBorders>
          </w:tcPr>
          <w:p w14:paraId="4AB991F0" w14:textId="77777777" w:rsidR="00E91A42" w:rsidRPr="00E91A42" w:rsidRDefault="00E91A42" w:rsidP="00A701F9">
            <w:pPr>
              <w:jc w:val="center"/>
              <w:rPr>
                <w:b/>
                <w:sz w:val="28"/>
                <w:szCs w:val="28"/>
              </w:rPr>
            </w:pPr>
            <w:r w:rsidRPr="00E91A42">
              <w:rPr>
                <w:b/>
                <w:sz w:val="28"/>
                <w:szCs w:val="28"/>
              </w:rPr>
              <w:t>Yêu cầu khoa học cần đạt</w:t>
            </w:r>
          </w:p>
          <w:p w14:paraId="4C208B83" w14:textId="77777777" w:rsidR="00E91A42" w:rsidRPr="00E91A42" w:rsidRDefault="00E91A42" w:rsidP="00A701F9">
            <w:pPr>
              <w:jc w:val="center"/>
              <w:rPr>
                <w:i/>
                <w:sz w:val="28"/>
                <w:szCs w:val="28"/>
              </w:rPr>
            </w:pPr>
            <w:r w:rsidRPr="00E91A42">
              <w:rPr>
                <w:i/>
                <w:sz w:val="28"/>
                <w:szCs w:val="28"/>
              </w:rPr>
              <w:t>(nêu cụ thể)</w:t>
            </w:r>
          </w:p>
        </w:tc>
        <w:tc>
          <w:tcPr>
            <w:tcW w:w="2659" w:type="dxa"/>
            <w:gridSpan w:val="2"/>
            <w:tcBorders>
              <w:top w:val="dotted" w:sz="4" w:space="0" w:color="auto"/>
              <w:left w:val="dotted" w:sz="4" w:space="0" w:color="auto"/>
              <w:bottom w:val="dotted" w:sz="4" w:space="0" w:color="auto"/>
              <w:right w:val="single" w:sz="4" w:space="0" w:color="auto"/>
            </w:tcBorders>
          </w:tcPr>
          <w:p w14:paraId="17950CF0" w14:textId="77777777" w:rsidR="00E91A42" w:rsidRPr="00E91A42" w:rsidRDefault="00E91A42" w:rsidP="00A701F9">
            <w:pPr>
              <w:jc w:val="center"/>
              <w:rPr>
                <w:b/>
                <w:sz w:val="28"/>
                <w:szCs w:val="28"/>
              </w:rPr>
            </w:pPr>
            <w:r w:rsidRPr="00E91A42">
              <w:rPr>
                <w:b/>
                <w:sz w:val="28"/>
                <w:szCs w:val="28"/>
              </w:rPr>
              <w:t>Ghi chú</w:t>
            </w:r>
          </w:p>
        </w:tc>
      </w:tr>
      <w:tr w:rsidR="00E91A42" w:rsidRPr="00E91A42" w14:paraId="090A02E2" w14:textId="77777777" w:rsidTr="00A701F9">
        <w:tc>
          <w:tcPr>
            <w:tcW w:w="534" w:type="dxa"/>
            <w:tcBorders>
              <w:top w:val="dotted" w:sz="4" w:space="0" w:color="auto"/>
              <w:left w:val="single" w:sz="4" w:space="0" w:color="auto"/>
              <w:bottom w:val="dotted" w:sz="4" w:space="0" w:color="auto"/>
              <w:right w:val="dotted" w:sz="4" w:space="0" w:color="auto"/>
            </w:tcBorders>
          </w:tcPr>
          <w:p w14:paraId="3AB28E3C" w14:textId="77777777" w:rsidR="00E91A42" w:rsidRPr="00E91A42" w:rsidRDefault="00E91A42" w:rsidP="00A701F9">
            <w:pPr>
              <w:jc w:val="center"/>
              <w:rPr>
                <w:sz w:val="28"/>
                <w:szCs w:val="28"/>
              </w:rPr>
            </w:pPr>
            <w:r w:rsidRPr="00E91A42">
              <w:rPr>
                <w:sz w:val="28"/>
                <w:szCs w:val="28"/>
              </w:rPr>
              <w:t>i</w:t>
            </w:r>
          </w:p>
        </w:tc>
        <w:tc>
          <w:tcPr>
            <w:tcW w:w="2610" w:type="dxa"/>
            <w:tcBorders>
              <w:top w:val="dotted" w:sz="4" w:space="0" w:color="auto"/>
              <w:left w:val="dotted" w:sz="4" w:space="0" w:color="auto"/>
              <w:bottom w:val="dotted" w:sz="4" w:space="0" w:color="auto"/>
              <w:right w:val="dotted" w:sz="4" w:space="0" w:color="auto"/>
            </w:tcBorders>
          </w:tcPr>
          <w:p w14:paraId="6F0771D4" w14:textId="77777777" w:rsidR="00E91A42" w:rsidRPr="00E91A42" w:rsidRDefault="00E91A42" w:rsidP="00A701F9">
            <w:pPr>
              <w:jc w:val="center"/>
              <w:rPr>
                <w:sz w:val="28"/>
                <w:szCs w:val="28"/>
              </w:rPr>
            </w:pPr>
            <w:r w:rsidRPr="00E91A42">
              <w:rPr>
                <w:sz w:val="28"/>
                <w:szCs w:val="28"/>
              </w:rPr>
              <w:t>ii</w:t>
            </w:r>
          </w:p>
        </w:tc>
        <w:tc>
          <w:tcPr>
            <w:tcW w:w="4025" w:type="dxa"/>
            <w:gridSpan w:val="4"/>
            <w:tcBorders>
              <w:top w:val="dotted" w:sz="4" w:space="0" w:color="auto"/>
              <w:left w:val="dotted" w:sz="4" w:space="0" w:color="auto"/>
              <w:bottom w:val="dotted" w:sz="4" w:space="0" w:color="auto"/>
              <w:right w:val="dotted" w:sz="4" w:space="0" w:color="auto"/>
            </w:tcBorders>
          </w:tcPr>
          <w:p w14:paraId="0BA6D0A6" w14:textId="77777777" w:rsidR="00E91A42" w:rsidRPr="00E91A42" w:rsidRDefault="00E91A42" w:rsidP="00A701F9">
            <w:pPr>
              <w:jc w:val="center"/>
              <w:rPr>
                <w:sz w:val="28"/>
                <w:szCs w:val="28"/>
              </w:rPr>
            </w:pPr>
            <w:r w:rsidRPr="00E91A42">
              <w:rPr>
                <w:sz w:val="28"/>
                <w:szCs w:val="28"/>
              </w:rPr>
              <w:t>iii</w:t>
            </w:r>
          </w:p>
        </w:tc>
        <w:tc>
          <w:tcPr>
            <w:tcW w:w="2659" w:type="dxa"/>
            <w:gridSpan w:val="2"/>
            <w:tcBorders>
              <w:top w:val="dotted" w:sz="4" w:space="0" w:color="auto"/>
              <w:left w:val="dotted" w:sz="4" w:space="0" w:color="auto"/>
              <w:bottom w:val="dotted" w:sz="4" w:space="0" w:color="auto"/>
              <w:right w:val="single" w:sz="4" w:space="0" w:color="auto"/>
            </w:tcBorders>
          </w:tcPr>
          <w:p w14:paraId="199F22E2" w14:textId="77777777" w:rsidR="00E91A42" w:rsidRPr="00E91A42" w:rsidRDefault="00E91A42" w:rsidP="00A701F9">
            <w:pPr>
              <w:jc w:val="center"/>
              <w:rPr>
                <w:sz w:val="28"/>
                <w:szCs w:val="28"/>
              </w:rPr>
            </w:pPr>
            <w:r w:rsidRPr="00E91A42">
              <w:rPr>
                <w:sz w:val="28"/>
                <w:szCs w:val="28"/>
              </w:rPr>
              <w:t>iv</w:t>
            </w:r>
          </w:p>
        </w:tc>
      </w:tr>
      <w:tr w:rsidR="00E91A42" w:rsidRPr="00E91A42" w14:paraId="2B5F04ED" w14:textId="77777777" w:rsidTr="00A701F9">
        <w:tc>
          <w:tcPr>
            <w:tcW w:w="534" w:type="dxa"/>
            <w:tcBorders>
              <w:top w:val="dotted" w:sz="4" w:space="0" w:color="auto"/>
              <w:left w:val="single" w:sz="4" w:space="0" w:color="auto"/>
              <w:bottom w:val="dotted" w:sz="4" w:space="0" w:color="auto"/>
              <w:right w:val="dotted" w:sz="4" w:space="0" w:color="auto"/>
            </w:tcBorders>
          </w:tcPr>
          <w:p w14:paraId="601D5637" w14:textId="77777777" w:rsidR="00E91A42" w:rsidRPr="00E91A42" w:rsidRDefault="00E91A42" w:rsidP="00A701F9">
            <w:pPr>
              <w:jc w:val="center"/>
              <w:rPr>
                <w:sz w:val="28"/>
                <w:szCs w:val="28"/>
              </w:rPr>
            </w:pPr>
            <w:r w:rsidRPr="00E91A42">
              <w:rPr>
                <w:sz w:val="28"/>
                <w:szCs w:val="28"/>
              </w:rPr>
              <w:t>1</w:t>
            </w:r>
          </w:p>
        </w:tc>
        <w:tc>
          <w:tcPr>
            <w:tcW w:w="2610" w:type="dxa"/>
            <w:tcBorders>
              <w:top w:val="dotted" w:sz="4" w:space="0" w:color="auto"/>
              <w:left w:val="dotted" w:sz="4" w:space="0" w:color="auto"/>
              <w:bottom w:val="dotted" w:sz="4" w:space="0" w:color="auto"/>
              <w:right w:val="dotted" w:sz="4" w:space="0" w:color="auto"/>
            </w:tcBorders>
          </w:tcPr>
          <w:p w14:paraId="60816C12" w14:textId="77777777" w:rsidR="00E91A42" w:rsidRPr="00E91A42" w:rsidRDefault="00E91A42" w:rsidP="00A701F9">
            <w:pPr>
              <w:jc w:val="center"/>
              <w:rPr>
                <w:sz w:val="28"/>
                <w:szCs w:val="28"/>
              </w:rPr>
            </w:pPr>
          </w:p>
        </w:tc>
        <w:tc>
          <w:tcPr>
            <w:tcW w:w="4025" w:type="dxa"/>
            <w:gridSpan w:val="4"/>
            <w:tcBorders>
              <w:top w:val="dotted" w:sz="4" w:space="0" w:color="auto"/>
              <w:left w:val="dotted" w:sz="4" w:space="0" w:color="auto"/>
              <w:bottom w:val="dotted" w:sz="4" w:space="0" w:color="auto"/>
              <w:right w:val="dotted" w:sz="4" w:space="0" w:color="auto"/>
            </w:tcBorders>
          </w:tcPr>
          <w:p w14:paraId="601BE48D" w14:textId="77777777" w:rsidR="00E91A42" w:rsidRPr="00E91A42" w:rsidRDefault="00E91A42" w:rsidP="00A701F9">
            <w:pPr>
              <w:jc w:val="center"/>
              <w:rPr>
                <w:sz w:val="28"/>
                <w:szCs w:val="28"/>
              </w:rPr>
            </w:pPr>
          </w:p>
        </w:tc>
        <w:tc>
          <w:tcPr>
            <w:tcW w:w="2659" w:type="dxa"/>
            <w:gridSpan w:val="2"/>
            <w:tcBorders>
              <w:top w:val="dotted" w:sz="4" w:space="0" w:color="auto"/>
              <w:left w:val="dotted" w:sz="4" w:space="0" w:color="auto"/>
              <w:bottom w:val="dotted" w:sz="4" w:space="0" w:color="auto"/>
              <w:right w:val="single" w:sz="4" w:space="0" w:color="auto"/>
            </w:tcBorders>
          </w:tcPr>
          <w:p w14:paraId="291BD249" w14:textId="77777777" w:rsidR="00E91A42" w:rsidRPr="00E91A42" w:rsidRDefault="00E91A42" w:rsidP="00A701F9">
            <w:pPr>
              <w:jc w:val="center"/>
              <w:rPr>
                <w:sz w:val="28"/>
                <w:szCs w:val="28"/>
              </w:rPr>
            </w:pPr>
          </w:p>
        </w:tc>
      </w:tr>
      <w:tr w:rsidR="00E91A42" w:rsidRPr="00E91A42" w14:paraId="35D9F157" w14:textId="77777777" w:rsidTr="00A701F9">
        <w:tc>
          <w:tcPr>
            <w:tcW w:w="534" w:type="dxa"/>
            <w:tcBorders>
              <w:top w:val="dotted" w:sz="4" w:space="0" w:color="auto"/>
              <w:left w:val="single" w:sz="4" w:space="0" w:color="auto"/>
              <w:bottom w:val="dotted" w:sz="4" w:space="0" w:color="auto"/>
              <w:right w:val="dotted" w:sz="4" w:space="0" w:color="auto"/>
            </w:tcBorders>
          </w:tcPr>
          <w:p w14:paraId="774CB9BB" w14:textId="77777777" w:rsidR="00E91A42" w:rsidRPr="00E91A42" w:rsidRDefault="00E91A42" w:rsidP="00A701F9">
            <w:pPr>
              <w:jc w:val="center"/>
              <w:rPr>
                <w:sz w:val="28"/>
                <w:szCs w:val="28"/>
              </w:rPr>
            </w:pPr>
            <w:r w:rsidRPr="00E91A42">
              <w:rPr>
                <w:sz w:val="28"/>
                <w:szCs w:val="28"/>
              </w:rPr>
              <w:t>2</w:t>
            </w:r>
          </w:p>
        </w:tc>
        <w:tc>
          <w:tcPr>
            <w:tcW w:w="2610" w:type="dxa"/>
            <w:tcBorders>
              <w:top w:val="dotted" w:sz="4" w:space="0" w:color="auto"/>
              <w:left w:val="dotted" w:sz="4" w:space="0" w:color="auto"/>
              <w:bottom w:val="dotted" w:sz="4" w:space="0" w:color="auto"/>
              <w:right w:val="dotted" w:sz="4" w:space="0" w:color="auto"/>
            </w:tcBorders>
          </w:tcPr>
          <w:p w14:paraId="557E3FA1" w14:textId="77777777" w:rsidR="00E91A42" w:rsidRPr="00E91A42" w:rsidRDefault="00E91A42" w:rsidP="00A701F9">
            <w:pPr>
              <w:jc w:val="center"/>
              <w:rPr>
                <w:sz w:val="28"/>
                <w:szCs w:val="28"/>
              </w:rPr>
            </w:pPr>
          </w:p>
        </w:tc>
        <w:tc>
          <w:tcPr>
            <w:tcW w:w="4025" w:type="dxa"/>
            <w:gridSpan w:val="4"/>
            <w:tcBorders>
              <w:top w:val="dotted" w:sz="4" w:space="0" w:color="auto"/>
              <w:left w:val="dotted" w:sz="4" w:space="0" w:color="auto"/>
              <w:bottom w:val="dotted" w:sz="4" w:space="0" w:color="auto"/>
              <w:right w:val="dotted" w:sz="4" w:space="0" w:color="auto"/>
            </w:tcBorders>
          </w:tcPr>
          <w:p w14:paraId="675BF7B3" w14:textId="77777777" w:rsidR="00E91A42" w:rsidRPr="00E91A42" w:rsidRDefault="00E91A42" w:rsidP="00A701F9">
            <w:pPr>
              <w:jc w:val="center"/>
              <w:rPr>
                <w:sz w:val="28"/>
                <w:szCs w:val="28"/>
              </w:rPr>
            </w:pPr>
          </w:p>
        </w:tc>
        <w:tc>
          <w:tcPr>
            <w:tcW w:w="2659" w:type="dxa"/>
            <w:gridSpan w:val="2"/>
            <w:tcBorders>
              <w:top w:val="dotted" w:sz="4" w:space="0" w:color="auto"/>
              <w:left w:val="dotted" w:sz="4" w:space="0" w:color="auto"/>
              <w:bottom w:val="dotted" w:sz="4" w:space="0" w:color="auto"/>
              <w:right w:val="single" w:sz="4" w:space="0" w:color="auto"/>
            </w:tcBorders>
          </w:tcPr>
          <w:p w14:paraId="4E3A83AA" w14:textId="77777777" w:rsidR="00E91A42" w:rsidRPr="00E91A42" w:rsidRDefault="00E91A42" w:rsidP="00A701F9">
            <w:pPr>
              <w:jc w:val="center"/>
              <w:rPr>
                <w:sz w:val="28"/>
                <w:szCs w:val="28"/>
              </w:rPr>
            </w:pPr>
          </w:p>
        </w:tc>
      </w:tr>
      <w:tr w:rsidR="00E91A42" w:rsidRPr="00E91A42" w14:paraId="0154063C" w14:textId="77777777" w:rsidTr="00A701F9">
        <w:tc>
          <w:tcPr>
            <w:tcW w:w="534" w:type="dxa"/>
            <w:tcBorders>
              <w:top w:val="dotted" w:sz="4" w:space="0" w:color="auto"/>
              <w:left w:val="single" w:sz="4" w:space="0" w:color="auto"/>
              <w:bottom w:val="dotted" w:sz="4" w:space="0" w:color="auto"/>
              <w:right w:val="dotted" w:sz="4" w:space="0" w:color="auto"/>
            </w:tcBorders>
          </w:tcPr>
          <w:p w14:paraId="050C759E" w14:textId="77777777" w:rsidR="00E91A42" w:rsidRPr="00E91A42" w:rsidRDefault="00E91A42" w:rsidP="00A701F9">
            <w:pPr>
              <w:jc w:val="center"/>
              <w:rPr>
                <w:sz w:val="28"/>
                <w:szCs w:val="28"/>
              </w:rPr>
            </w:pPr>
            <w:r w:rsidRPr="00E91A42">
              <w:rPr>
                <w:sz w:val="28"/>
                <w:szCs w:val="28"/>
              </w:rPr>
              <w:t>...</w:t>
            </w:r>
          </w:p>
        </w:tc>
        <w:tc>
          <w:tcPr>
            <w:tcW w:w="2610" w:type="dxa"/>
            <w:tcBorders>
              <w:top w:val="dotted" w:sz="4" w:space="0" w:color="auto"/>
              <w:left w:val="dotted" w:sz="4" w:space="0" w:color="auto"/>
              <w:bottom w:val="dotted" w:sz="4" w:space="0" w:color="auto"/>
              <w:right w:val="dotted" w:sz="4" w:space="0" w:color="auto"/>
            </w:tcBorders>
          </w:tcPr>
          <w:p w14:paraId="4A08EE2A" w14:textId="77777777" w:rsidR="00E91A42" w:rsidRPr="00E91A42" w:rsidRDefault="00E91A42" w:rsidP="00A701F9">
            <w:pPr>
              <w:jc w:val="both"/>
              <w:rPr>
                <w:sz w:val="28"/>
                <w:szCs w:val="28"/>
              </w:rPr>
            </w:pPr>
            <w:r w:rsidRPr="00E91A42">
              <w:rPr>
                <w:sz w:val="28"/>
                <w:szCs w:val="28"/>
              </w:rPr>
              <w:t>...</w:t>
            </w:r>
          </w:p>
        </w:tc>
        <w:tc>
          <w:tcPr>
            <w:tcW w:w="4025" w:type="dxa"/>
            <w:gridSpan w:val="4"/>
            <w:tcBorders>
              <w:top w:val="dotted" w:sz="4" w:space="0" w:color="auto"/>
              <w:left w:val="dotted" w:sz="4" w:space="0" w:color="auto"/>
              <w:bottom w:val="dotted" w:sz="4" w:space="0" w:color="auto"/>
              <w:right w:val="dotted" w:sz="4" w:space="0" w:color="auto"/>
            </w:tcBorders>
          </w:tcPr>
          <w:p w14:paraId="53A58AD6" w14:textId="77777777" w:rsidR="00E91A42" w:rsidRPr="00E91A42" w:rsidRDefault="00E91A42" w:rsidP="00A701F9">
            <w:pPr>
              <w:jc w:val="center"/>
              <w:rPr>
                <w:sz w:val="28"/>
                <w:szCs w:val="28"/>
              </w:rPr>
            </w:pPr>
          </w:p>
        </w:tc>
        <w:tc>
          <w:tcPr>
            <w:tcW w:w="2659" w:type="dxa"/>
            <w:gridSpan w:val="2"/>
            <w:tcBorders>
              <w:top w:val="dotted" w:sz="4" w:space="0" w:color="auto"/>
              <w:left w:val="dotted" w:sz="4" w:space="0" w:color="auto"/>
              <w:bottom w:val="dotted" w:sz="4" w:space="0" w:color="auto"/>
              <w:right w:val="single" w:sz="4" w:space="0" w:color="auto"/>
            </w:tcBorders>
          </w:tcPr>
          <w:p w14:paraId="10CC1BD2" w14:textId="77777777" w:rsidR="00E91A42" w:rsidRPr="00E91A42" w:rsidRDefault="00E91A42" w:rsidP="00A701F9">
            <w:pPr>
              <w:jc w:val="center"/>
              <w:rPr>
                <w:sz w:val="28"/>
                <w:szCs w:val="28"/>
              </w:rPr>
            </w:pPr>
          </w:p>
        </w:tc>
      </w:tr>
      <w:tr w:rsidR="00E91A42" w:rsidRPr="00E91A42" w14:paraId="35386E0A" w14:textId="77777777" w:rsidTr="00A701F9">
        <w:trPr>
          <w:trHeight w:hRule="exact" w:val="505"/>
        </w:trPr>
        <w:tc>
          <w:tcPr>
            <w:tcW w:w="9828" w:type="dxa"/>
            <w:gridSpan w:val="8"/>
            <w:tcBorders>
              <w:top w:val="dotted" w:sz="4" w:space="0" w:color="auto"/>
              <w:left w:val="single" w:sz="4" w:space="0" w:color="auto"/>
              <w:bottom w:val="dotted" w:sz="4" w:space="0" w:color="auto"/>
              <w:right w:val="single" w:sz="4" w:space="0" w:color="auto"/>
            </w:tcBorders>
          </w:tcPr>
          <w:p w14:paraId="0F7FCF17" w14:textId="77777777" w:rsidR="00E91A42" w:rsidRPr="00E91A42" w:rsidRDefault="00E91A42" w:rsidP="00A701F9">
            <w:pPr>
              <w:jc w:val="both"/>
              <w:rPr>
                <w:b/>
                <w:bCs/>
                <w:iCs/>
                <w:sz w:val="28"/>
                <w:szCs w:val="28"/>
              </w:rPr>
            </w:pPr>
            <w:r w:rsidRPr="00E91A42">
              <w:rPr>
                <w:bCs/>
                <w:iCs/>
                <w:sz w:val="28"/>
                <w:szCs w:val="28"/>
              </w:rPr>
              <w:t>Bài báo; sách chuyên khảo</w:t>
            </w:r>
          </w:p>
        </w:tc>
      </w:tr>
      <w:tr w:rsidR="00E91A42" w:rsidRPr="00E91A42" w14:paraId="2AE07169" w14:textId="77777777" w:rsidTr="00A701F9">
        <w:tc>
          <w:tcPr>
            <w:tcW w:w="534" w:type="dxa"/>
            <w:tcBorders>
              <w:top w:val="dotted" w:sz="4" w:space="0" w:color="auto"/>
              <w:left w:val="single" w:sz="4" w:space="0" w:color="auto"/>
              <w:bottom w:val="dotted" w:sz="4" w:space="0" w:color="auto"/>
              <w:right w:val="dotted" w:sz="4" w:space="0" w:color="auto"/>
            </w:tcBorders>
          </w:tcPr>
          <w:p w14:paraId="50E23BF4" w14:textId="77777777" w:rsidR="00E91A42" w:rsidRPr="00E91A42" w:rsidRDefault="00E91A42" w:rsidP="00A701F9">
            <w:pPr>
              <w:jc w:val="center"/>
              <w:rPr>
                <w:b/>
                <w:spacing w:val="-26"/>
                <w:sz w:val="28"/>
                <w:szCs w:val="28"/>
              </w:rPr>
            </w:pPr>
            <w:r w:rsidRPr="00E91A42">
              <w:rPr>
                <w:b/>
                <w:spacing w:val="-26"/>
                <w:sz w:val="28"/>
                <w:szCs w:val="28"/>
              </w:rPr>
              <w:t>TT</w:t>
            </w:r>
          </w:p>
        </w:tc>
        <w:tc>
          <w:tcPr>
            <w:tcW w:w="2610" w:type="dxa"/>
            <w:tcBorders>
              <w:top w:val="dotted" w:sz="4" w:space="0" w:color="auto"/>
              <w:left w:val="dotted" w:sz="4" w:space="0" w:color="auto"/>
              <w:bottom w:val="dotted" w:sz="4" w:space="0" w:color="auto"/>
              <w:right w:val="dotted" w:sz="4" w:space="0" w:color="auto"/>
            </w:tcBorders>
          </w:tcPr>
          <w:p w14:paraId="1222D852" w14:textId="77777777" w:rsidR="00E91A42" w:rsidRPr="00E91A42" w:rsidRDefault="00E91A42" w:rsidP="00A701F9">
            <w:pPr>
              <w:jc w:val="center"/>
              <w:rPr>
                <w:b/>
                <w:sz w:val="28"/>
                <w:szCs w:val="28"/>
              </w:rPr>
            </w:pPr>
            <w:r w:rsidRPr="00E91A42">
              <w:rPr>
                <w:b/>
                <w:sz w:val="28"/>
                <w:szCs w:val="28"/>
              </w:rPr>
              <w:t>Tên sản phẩm</w:t>
            </w:r>
          </w:p>
        </w:tc>
        <w:tc>
          <w:tcPr>
            <w:tcW w:w="1170" w:type="dxa"/>
            <w:tcBorders>
              <w:top w:val="dotted" w:sz="4" w:space="0" w:color="auto"/>
              <w:left w:val="dotted" w:sz="4" w:space="0" w:color="auto"/>
              <w:bottom w:val="dotted" w:sz="4" w:space="0" w:color="auto"/>
              <w:right w:val="dotted" w:sz="4" w:space="0" w:color="auto"/>
            </w:tcBorders>
          </w:tcPr>
          <w:p w14:paraId="5DD18752" w14:textId="77777777" w:rsidR="00E91A42" w:rsidRPr="00E91A42" w:rsidRDefault="00E91A42" w:rsidP="00A701F9">
            <w:pPr>
              <w:jc w:val="center"/>
              <w:rPr>
                <w:b/>
                <w:sz w:val="28"/>
                <w:szCs w:val="28"/>
              </w:rPr>
            </w:pPr>
            <w:r w:rsidRPr="00E91A42">
              <w:rPr>
                <w:b/>
                <w:sz w:val="28"/>
                <w:szCs w:val="28"/>
              </w:rPr>
              <w:t>Số lượng</w:t>
            </w:r>
          </w:p>
        </w:tc>
        <w:tc>
          <w:tcPr>
            <w:tcW w:w="1497" w:type="dxa"/>
            <w:tcBorders>
              <w:top w:val="dotted" w:sz="4" w:space="0" w:color="auto"/>
              <w:left w:val="dotted" w:sz="4" w:space="0" w:color="auto"/>
              <w:bottom w:val="dotted" w:sz="4" w:space="0" w:color="auto"/>
              <w:right w:val="dotted" w:sz="4" w:space="0" w:color="auto"/>
            </w:tcBorders>
          </w:tcPr>
          <w:p w14:paraId="4A414435" w14:textId="77777777" w:rsidR="00E91A42" w:rsidRPr="00E91A42" w:rsidRDefault="00E91A42" w:rsidP="00A701F9">
            <w:pPr>
              <w:jc w:val="center"/>
              <w:rPr>
                <w:b/>
                <w:sz w:val="28"/>
                <w:szCs w:val="28"/>
              </w:rPr>
            </w:pPr>
            <w:r w:rsidRPr="00E91A42">
              <w:rPr>
                <w:b/>
                <w:sz w:val="28"/>
                <w:szCs w:val="28"/>
              </w:rPr>
              <w:t xml:space="preserve">Yêu cầu khoa học cần đạt </w:t>
            </w:r>
          </w:p>
        </w:tc>
        <w:tc>
          <w:tcPr>
            <w:tcW w:w="2808" w:type="dxa"/>
            <w:gridSpan w:val="3"/>
            <w:tcBorders>
              <w:top w:val="dotted" w:sz="4" w:space="0" w:color="auto"/>
              <w:left w:val="dotted" w:sz="4" w:space="0" w:color="auto"/>
              <w:bottom w:val="dotted" w:sz="4" w:space="0" w:color="auto"/>
              <w:right w:val="dotted" w:sz="4" w:space="0" w:color="auto"/>
            </w:tcBorders>
          </w:tcPr>
          <w:p w14:paraId="44E282EA" w14:textId="77777777" w:rsidR="00E91A42" w:rsidRPr="00E91A42" w:rsidRDefault="00E91A42" w:rsidP="00A701F9">
            <w:pPr>
              <w:jc w:val="center"/>
              <w:rPr>
                <w:b/>
                <w:sz w:val="28"/>
                <w:szCs w:val="28"/>
              </w:rPr>
            </w:pPr>
            <w:r w:rsidRPr="00E91A42">
              <w:rPr>
                <w:b/>
                <w:sz w:val="28"/>
                <w:szCs w:val="28"/>
              </w:rPr>
              <w:t>Dự kiến nơi công bố</w:t>
            </w:r>
          </w:p>
          <w:p w14:paraId="40C526CC" w14:textId="77777777" w:rsidR="00E91A42" w:rsidRPr="00E91A42" w:rsidRDefault="00E91A42" w:rsidP="00A701F9">
            <w:pPr>
              <w:jc w:val="center"/>
              <w:rPr>
                <w:sz w:val="28"/>
                <w:szCs w:val="28"/>
              </w:rPr>
            </w:pPr>
            <w:r w:rsidRPr="00E91A42">
              <w:rPr>
                <w:sz w:val="28"/>
                <w:szCs w:val="28"/>
              </w:rPr>
              <w:t>(</w:t>
            </w:r>
            <w:r w:rsidRPr="00E91A42">
              <w:rPr>
                <w:i/>
                <w:sz w:val="28"/>
                <w:szCs w:val="28"/>
              </w:rPr>
              <w:t>Tạp chí, nhà xuất bản</w:t>
            </w:r>
            <w:r w:rsidRPr="00E91A42">
              <w:rPr>
                <w:sz w:val="28"/>
                <w:szCs w:val="28"/>
              </w:rPr>
              <w:t>)</w:t>
            </w:r>
          </w:p>
        </w:tc>
        <w:tc>
          <w:tcPr>
            <w:tcW w:w="1209" w:type="dxa"/>
            <w:tcBorders>
              <w:top w:val="dotted" w:sz="4" w:space="0" w:color="auto"/>
              <w:left w:val="dotted" w:sz="4" w:space="0" w:color="auto"/>
              <w:bottom w:val="dotted" w:sz="4" w:space="0" w:color="auto"/>
              <w:right w:val="single" w:sz="4" w:space="0" w:color="auto"/>
            </w:tcBorders>
          </w:tcPr>
          <w:p w14:paraId="666E2724" w14:textId="77777777" w:rsidR="00E91A42" w:rsidRPr="00E91A42" w:rsidRDefault="00E91A42" w:rsidP="00A701F9">
            <w:pPr>
              <w:jc w:val="center"/>
              <w:rPr>
                <w:b/>
                <w:sz w:val="28"/>
                <w:szCs w:val="28"/>
              </w:rPr>
            </w:pPr>
            <w:r w:rsidRPr="00E91A42">
              <w:rPr>
                <w:b/>
                <w:sz w:val="28"/>
                <w:szCs w:val="28"/>
              </w:rPr>
              <w:t>Ghi chú</w:t>
            </w:r>
          </w:p>
        </w:tc>
      </w:tr>
      <w:tr w:rsidR="00E91A42" w:rsidRPr="00E91A42" w14:paraId="1048C65E" w14:textId="77777777" w:rsidTr="00A701F9">
        <w:tc>
          <w:tcPr>
            <w:tcW w:w="534" w:type="dxa"/>
            <w:tcBorders>
              <w:top w:val="dotted" w:sz="4" w:space="0" w:color="auto"/>
              <w:left w:val="single" w:sz="4" w:space="0" w:color="auto"/>
              <w:bottom w:val="dotted" w:sz="4" w:space="0" w:color="auto"/>
              <w:right w:val="dotted" w:sz="4" w:space="0" w:color="auto"/>
            </w:tcBorders>
          </w:tcPr>
          <w:p w14:paraId="7F6BA11B" w14:textId="77777777" w:rsidR="00E91A42" w:rsidRPr="00E91A42" w:rsidRDefault="00E91A42" w:rsidP="00A701F9">
            <w:pPr>
              <w:jc w:val="center"/>
              <w:rPr>
                <w:sz w:val="28"/>
                <w:szCs w:val="28"/>
              </w:rPr>
            </w:pPr>
            <w:r w:rsidRPr="00E91A42">
              <w:rPr>
                <w:sz w:val="28"/>
                <w:szCs w:val="28"/>
              </w:rPr>
              <w:t>i</w:t>
            </w:r>
          </w:p>
        </w:tc>
        <w:tc>
          <w:tcPr>
            <w:tcW w:w="2610" w:type="dxa"/>
            <w:tcBorders>
              <w:top w:val="dotted" w:sz="4" w:space="0" w:color="auto"/>
              <w:left w:val="dotted" w:sz="4" w:space="0" w:color="auto"/>
              <w:bottom w:val="dotted" w:sz="4" w:space="0" w:color="auto"/>
              <w:right w:val="dotted" w:sz="4" w:space="0" w:color="auto"/>
            </w:tcBorders>
          </w:tcPr>
          <w:p w14:paraId="5F109273" w14:textId="77777777" w:rsidR="00E91A42" w:rsidRPr="00E91A42" w:rsidRDefault="00E91A42" w:rsidP="00A701F9">
            <w:pPr>
              <w:jc w:val="center"/>
              <w:rPr>
                <w:sz w:val="28"/>
                <w:szCs w:val="28"/>
              </w:rPr>
            </w:pPr>
            <w:r w:rsidRPr="00E91A42">
              <w:rPr>
                <w:sz w:val="28"/>
                <w:szCs w:val="28"/>
              </w:rPr>
              <w:t>ii</w:t>
            </w:r>
          </w:p>
        </w:tc>
        <w:tc>
          <w:tcPr>
            <w:tcW w:w="1170" w:type="dxa"/>
            <w:tcBorders>
              <w:top w:val="dotted" w:sz="4" w:space="0" w:color="auto"/>
              <w:left w:val="dotted" w:sz="4" w:space="0" w:color="auto"/>
              <w:bottom w:val="dotted" w:sz="4" w:space="0" w:color="auto"/>
              <w:right w:val="dotted" w:sz="4" w:space="0" w:color="auto"/>
            </w:tcBorders>
          </w:tcPr>
          <w:p w14:paraId="19CF398B" w14:textId="77777777" w:rsidR="00E91A42" w:rsidRPr="00E91A42" w:rsidRDefault="00E91A42" w:rsidP="00A701F9">
            <w:pPr>
              <w:jc w:val="center"/>
              <w:rPr>
                <w:sz w:val="28"/>
                <w:szCs w:val="28"/>
              </w:rPr>
            </w:pPr>
            <w:r w:rsidRPr="00E91A42">
              <w:rPr>
                <w:sz w:val="28"/>
                <w:szCs w:val="28"/>
              </w:rPr>
              <w:t>iii</w:t>
            </w:r>
          </w:p>
        </w:tc>
        <w:tc>
          <w:tcPr>
            <w:tcW w:w="1497" w:type="dxa"/>
            <w:tcBorders>
              <w:top w:val="dotted" w:sz="4" w:space="0" w:color="auto"/>
              <w:left w:val="dotted" w:sz="4" w:space="0" w:color="auto"/>
              <w:bottom w:val="dotted" w:sz="4" w:space="0" w:color="auto"/>
              <w:right w:val="dotted" w:sz="4" w:space="0" w:color="auto"/>
            </w:tcBorders>
          </w:tcPr>
          <w:p w14:paraId="3DDF5553" w14:textId="77777777" w:rsidR="00E91A42" w:rsidRPr="00E91A42" w:rsidRDefault="00E91A42" w:rsidP="00A701F9">
            <w:pPr>
              <w:jc w:val="center"/>
              <w:rPr>
                <w:sz w:val="28"/>
                <w:szCs w:val="28"/>
              </w:rPr>
            </w:pPr>
            <w:r w:rsidRPr="00E91A42">
              <w:rPr>
                <w:sz w:val="28"/>
                <w:szCs w:val="28"/>
              </w:rPr>
              <w:t>iv</w:t>
            </w:r>
          </w:p>
        </w:tc>
        <w:tc>
          <w:tcPr>
            <w:tcW w:w="2808" w:type="dxa"/>
            <w:gridSpan w:val="3"/>
            <w:tcBorders>
              <w:top w:val="dotted" w:sz="4" w:space="0" w:color="auto"/>
              <w:left w:val="dotted" w:sz="4" w:space="0" w:color="auto"/>
              <w:bottom w:val="dotted" w:sz="4" w:space="0" w:color="auto"/>
              <w:right w:val="dotted" w:sz="4" w:space="0" w:color="auto"/>
            </w:tcBorders>
          </w:tcPr>
          <w:p w14:paraId="3BD92419" w14:textId="77777777" w:rsidR="00E91A42" w:rsidRPr="00E91A42" w:rsidRDefault="00E91A42" w:rsidP="00A701F9">
            <w:pPr>
              <w:jc w:val="center"/>
              <w:rPr>
                <w:sz w:val="28"/>
                <w:szCs w:val="28"/>
              </w:rPr>
            </w:pPr>
            <w:r w:rsidRPr="00E91A42">
              <w:rPr>
                <w:sz w:val="28"/>
                <w:szCs w:val="28"/>
              </w:rPr>
              <w:t>v</w:t>
            </w:r>
          </w:p>
        </w:tc>
        <w:tc>
          <w:tcPr>
            <w:tcW w:w="1209" w:type="dxa"/>
            <w:tcBorders>
              <w:top w:val="dotted" w:sz="4" w:space="0" w:color="auto"/>
              <w:left w:val="dotted" w:sz="4" w:space="0" w:color="auto"/>
              <w:bottom w:val="dotted" w:sz="4" w:space="0" w:color="auto"/>
              <w:right w:val="single" w:sz="4" w:space="0" w:color="auto"/>
            </w:tcBorders>
          </w:tcPr>
          <w:p w14:paraId="144AAFD9" w14:textId="77777777" w:rsidR="00E91A42" w:rsidRPr="00E91A42" w:rsidRDefault="00E91A42" w:rsidP="00A701F9">
            <w:pPr>
              <w:jc w:val="center"/>
              <w:rPr>
                <w:sz w:val="28"/>
                <w:szCs w:val="28"/>
              </w:rPr>
            </w:pPr>
            <w:r w:rsidRPr="00E91A42">
              <w:rPr>
                <w:sz w:val="28"/>
                <w:szCs w:val="28"/>
              </w:rPr>
              <w:t>vi</w:t>
            </w:r>
          </w:p>
        </w:tc>
      </w:tr>
      <w:tr w:rsidR="00E91A42" w:rsidRPr="00E91A42" w14:paraId="0964F0CD" w14:textId="77777777" w:rsidTr="00A701F9">
        <w:tc>
          <w:tcPr>
            <w:tcW w:w="534" w:type="dxa"/>
            <w:tcBorders>
              <w:top w:val="dotted" w:sz="4" w:space="0" w:color="auto"/>
              <w:left w:val="single" w:sz="4" w:space="0" w:color="auto"/>
              <w:bottom w:val="dotted" w:sz="4" w:space="0" w:color="auto"/>
              <w:right w:val="dotted" w:sz="4" w:space="0" w:color="auto"/>
            </w:tcBorders>
          </w:tcPr>
          <w:p w14:paraId="52EEAFE8" w14:textId="77777777" w:rsidR="00E91A42" w:rsidRPr="00E91A42" w:rsidRDefault="00E91A42" w:rsidP="00A701F9">
            <w:pPr>
              <w:jc w:val="center"/>
              <w:rPr>
                <w:sz w:val="28"/>
                <w:szCs w:val="28"/>
              </w:rPr>
            </w:pPr>
            <w:r w:rsidRPr="00E91A42">
              <w:rPr>
                <w:sz w:val="28"/>
                <w:szCs w:val="28"/>
              </w:rPr>
              <w:t>1</w:t>
            </w:r>
          </w:p>
        </w:tc>
        <w:tc>
          <w:tcPr>
            <w:tcW w:w="2610" w:type="dxa"/>
            <w:tcBorders>
              <w:top w:val="dotted" w:sz="4" w:space="0" w:color="auto"/>
              <w:left w:val="dotted" w:sz="4" w:space="0" w:color="auto"/>
              <w:bottom w:val="dotted" w:sz="4" w:space="0" w:color="auto"/>
              <w:right w:val="dotted" w:sz="4" w:space="0" w:color="auto"/>
            </w:tcBorders>
          </w:tcPr>
          <w:p w14:paraId="29DF341E" w14:textId="77777777" w:rsidR="00E91A42" w:rsidRPr="00E91A42" w:rsidRDefault="00E91A42" w:rsidP="00A701F9">
            <w:pPr>
              <w:jc w:val="center"/>
              <w:rPr>
                <w:sz w:val="28"/>
                <w:szCs w:val="28"/>
              </w:rPr>
            </w:pPr>
          </w:p>
        </w:tc>
        <w:tc>
          <w:tcPr>
            <w:tcW w:w="1170" w:type="dxa"/>
            <w:tcBorders>
              <w:top w:val="dotted" w:sz="4" w:space="0" w:color="auto"/>
              <w:left w:val="dotted" w:sz="4" w:space="0" w:color="auto"/>
              <w:bottom w:val="dotted" w:sz="4" w:space="0" w:color="auto"/>
              <w:right w:val="dotted" w:sz="4" w:space="0" w:color="auto"/>
            </w:tcBorders>
          </w:tcPr>
          <w:p w14:paraId="72DF3EC2" w14:textId="77777777" w:rsidR="00E91A42" w:rsidRPr="00E91A42" w:rsidRDefault="00E91A42" w:rsidP="00A701F9">
            <w:pPr>
              <w:jc w:val="center"/>
              <w:rPr>
                <w:sz w:val="28"/>
                <w:szCs w:val="28"/>
              </w:rPr>
            </w:pPr>
          </w:p>
        </w:tc>
        <w:tc>
          <w:tcPr>
            <w:tcW w:w="1497" w:type="dxa"/>
            <w:tcBorders>
              <w:top w:val="dotted" w:sz="4" w:space="0" w:color="auto"/>
              <w:left w:val="dotted" w:sz="4" w:space="0" w:color="auto"/>
              <w:bottom w:val="dotted" w:sz="4" w:space="0" w:color="auto"/>
              <w:right w:val="dotted" w:sz="4" w:space="0" w:color="auto"/>
            </w:tcBorders>
          </w:tcPr>
          <w:p w14:paraId="79778CD6" w14:textId="77777777" w:rsidR="00E91A42" w:rsidRPr="00E91A42" w:rsidRDefault="00E91A42" w:rsidP="00A701F9">
            <w:pPr>
              <w:jc w:val="center"/>
              <w:rPr>
                <w:sz w:val="28"/>
                <w:szCs w:val="28"/>
              </w:rPr>
            </w:pPr>
          </w:p>
        </w:tc>
        <w:tc>
          <w:tcPr>
            <w:tcW w:w="2808" w:type="dxa"/>
            <w:gridSpan w:val="3"/>
            <w:tcBorders>
              <w:top w:val="dotted" w:sz="4" w:space="0" w:color="auto"/>
              <w:left w:val="dotted" w:sz="4" w:space="0" w:color="auto"/>
              <w:bottom w:val="dotted" w:sz="4" w:space="0" w:color="auto"/>
              <w:right w:val="dotted" w:sz="4" w:space="0" w:color="auto"/>
            </w:tcBorders>
          </w:tcPr>
          <w:p w14:paraId="7A62F163"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40D368B6" w14:textId="77777777" w:rsidR="00E91A42" w:rsidRPr="00E91A42" w:rsidRDefault="00E91A42" w:rsidP="00A701F9">
            <w:pPr>
              <w:jc w:val="center"/>
              <w:rPr>
                <w:sz w:val="28"/>
                <w:szCs w:val="28"/>
              </w:rPr>
            </w:pPr>
          </w:p>
        </w:tc>
      </w:tr>
      <w:tr w:rsidR="00E91A42" w:rsidRPr="00E91A42" w14:paraId="0C217375" w14:textId="77777777" w:rsidTr="00A701F9">
        <w:tc>
          <w:tcPr>
            <w:tcW w:w="534" w:type="dxa"/>
            <w:tcBorders>
              <w:top w:val="dotted" w:sz="4" w:space="0" w:color="auto"/>
              <w:left w:val="single" w:sz="4" w:space="0" w:color="auto"/>
              <w:bottom w:val="dotted" w:sz="4" w:space="0" w:color="auto"/>
              <w:right w:val="dotted" w:sz="4" w:space="0" w:color="auto"/>
            </w:tcBorders>
          </w:tcPr>
          <w:p w14:paraId="0076A46B" w14:textId="77777777" w:rsidR="00E91A42" w:rsidRPr="00E91A42" w:rsidRDefault="00E91A42" w:rsidP="00A701F9">
            <w:pPr>
              <w:jc w:val="center"/>
              <w:rPr>
                <w:sz w:val="28"/>
                <w:szCs w:val="28"/>
              </w:rPr>
            </w:pPr>
            <w:r w:rsidRPr="00E91A42">
              <w:rPr>
                <w:sz w:val="28"/>
                <w:szCs w:val="28"/>
              </w:rPr>
              <w:t>2</w:t>
            </w:r>
          </w:p>
        </w:tc>
        <w:tc>
          <w:tcPr>
            <w:tcW w:w="2610" w:type="dxa"/>
            <w:tcBorders>
              <w:top w:val="dotted" w:sz="4" w:space="0" w:color="auto"/>
              <w:left w:val="dotted" w:sz="4" w:space="0" w:color="auto"/>
              <w:bottom w:val="dotted" w:sz="4" w:space="0" w:color="auto"/>
              <w:right w:val="dotted" w:sz="4" w:space="0" w:color="auto"/>
            </w:tcBorders>
          </w:tcPr>
          <w:p w14:paraId="628E5C55" w14:textId="77777777" w:rsidR="00E91A42" w:rsidRPr="00E91A42" w:rsidRDefault="00E91A42" w:rsidP="00A701F9">
            <w:pPr>
              <w:jc w:val="center"/>
              <w:rPr>
                <w:sz w:val="28"/>
                <w:szCs w:val="28"/>
              </w:rPr>
            </w:pPr>
          </w:p>
        </w:tc>
        <w:tc>
          <w:tcPr>
            <w:tcW w:w="1170" w:type="dxa"/>
            <w:tcBorders>
              <w:top w:val="dotted" w:sz="4" w:space="0" w:color="auto"/>
              <w:left w:val="dotted" w:sz="4" w:space="0" w:color="auto"/>
              <w:bottom w:val="dotted" w:sz="4" w:space="0" w:color="auto"/>
              <w:right w:val="dotted" w:sz="4" w:space="0" w:color="auto"/>
            </w:tcBorders>
          </w:tcPr>
          <w:p w14:paraId="0A792351" w14:textId="77777777" w:rsidR="00E91A42" w:rsidRPr="00E91A42" w:rsidRDefault="00E91A42" w:rsidP="00A701F9">
            <w:pPr>
              <w:jc w:val="center"/>
              <w:rPr>
                <w:sz w:val="28"/>
                <w:szCs w:val="28"/>
              </w:rPr>
            </w:pPr>
          </w:p>
        </w:tc>
        <w:tc>
          <w:tcPr>
            <w:tcW w:w="1497" w:type="dxa"/>
            <w:tcBorders>
              <w:top w:val="dotted" w:sz="4" w:space="0" w:color="auto"/>
              <w:left w:val="dotted" w:sz="4" w:space="0" w:color="auto"/>
              <w:bottom w:val="dotted" w:sz="4" w:space="0" w:color="auto"/>
              <w:right w:val="dotted" w:sz="4" w:space="0" w:color="auto"/>
            </w:tcBorders>
          </w:tcPr>
          <w:p w14:paraId="644C91B9" w14:textId="77777777" w:rsidR="00E91A42" w:rsidRPr="00E91A42" w:rsidRDefault="00E91A42" w:rsidP="00A701F9">
            <w:pPr>
              <w:jc w:val="center"/>
              <w:rPr>
                <w:sz w:val="28"/>
                <w:szCs w:val="28"/>
              </w:rPr>
            </w:pPr>
          </w:p>
        </w:tc>
        <w:tc>
          <w:tcPr>
            <w:tcW w:w="2808" w:type="dxa"/>
            <w:gridSpan w:val="3"/>
            <w:tcBorders>
              <w:top w:val="dotted" w:sz="4" w:space="0" w:color="auto"/>
              <w:left w:val="dotted" w:sz="4" w:space="0" w:color="auto"/>
              <w:bottom w:val="dotted" w:sz="4" w:space="0" w:color="auto"/>
              <w:right w:val="dotted" w:sz="4" w:space="0" w:color="auto"/>
            </w:tcBorders>
          </w:tcPr>
          <w:p w14:paraId="687F41FE"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75139AAA" w14:textId="77777777" w:rsidR="00E91A42" w:rsidRPr="00E91A42" w:rsidRDefault="00E91A42" w:rsidP="00A701F9">
            <w:pPr>
              <w:jc w:val="center"/>
              <w:rPr>
                <w:sz w:val="28"/>
                <w:szCs w:val="28"/>
              </w:rPr>
            </w:pPr>
          </w:p>
        </w:tc>
      </w:tr>
      <w:tr w:rsidR="00E91A42" w:rsidRPr="00E91A42" w14:paraId="5607A7E1" w14:textId="77777777" w:rsidTr="00A701F9">
        <w:trPr>
          <w:trHeight w:val="255"/>
        </w:trPr>
        <w:tc>
          <w:tcPr>
            <w:tcW w:w="534" w:type="dxa"/>
            <w:tcBorders>
              <w:top w:val="dotted" w:sz="4" w:space="0" w:color="auto"/>
              <w:left w:val="single" w:sz="4" w:space="0" w:color="auto"/>
              <w:bottom w:val="single" w:sz="4" w:space="0" w:color="auto"/>
              <w:right w:val="dotted" w:sz="4" w:space="0" w:color="auto"/>
            </w:tcBorders>
          </w:tcPr>
          <w:p w14:paraId="7A57012E" w14:textId="77777777" w:rsidR="00E91A42" w:rsidRPr="00E91A42" w:rsidRDefault="00E91A42" w:rsidP="00A701F9">
            <w:pPr>
              <w:jc w:val="center"/>
              <w:rPr>
                <w:sz w:val="28"/>
                <w:szCs w:val="28"/>
              </w:rPr>
            </w:pPr>
            <w:r w:rsidRPr="00E91A42">
              <w:rPr>
                <w:sz w:val="28"/>
                <w:szCs w:val="28"/>
              </w:rPr>
              <w:t>...</w:t>
            </w:r>
          </w:p>
        </w:tc>
        <w:tc>
          <w:tcPr>
            <w:tcW w:w="2610" w:type="dxa"/>
            <w:tcBorders>
              <w:top w:val="dotted" w:sz="4" w:space="0" w:color="auto"/>
              <w:left w:val="dotted" w:sz="4" w:space="0" w:color="auto"/>
              <w:bottom w:val="single" w:sz="4" w:space="0" w:color="auto"/>
              <w:right w:val="dotted" w:sz="4" w:space="0" w:color="auto"/>
            </w:tcBorders>
          </w:tcPr>
          <w:p w14:paraId="76D52BF5" w14:textId="77777777" w:rsidR="00E91A42" w:rsidRPr="00E91A42" w:rsidRDefault="00E91A42" w:rsidP="00A701F9">
            <w:pPr>
              <w:jc w:val="both"/>
              <w:rPr>
                <w:sz w:val="28"/>
                <w:szCs w:val="28"/>
              </w:rPr>
            </w:pPr>
            <w:r w:rsidRPr="00E91A42">
              <w:rPr>
                <w:sz w:val="28"/>
                <w:szCs w:val="28"/>
              </w:rPr>
              <w:t>...</w:t>
            </w:r>
          </w:p>
        </w:tc>
        <w:tc>
          <w:tcPr>
            <w:tcW w:w="1170" w:type="dxa"/>
            <w:tcBorders>
              <w:top w:val="dotted" w:sz="4" w:space="0" w:color="auto"/>
              <w:left w:val="dotted" w:sz="4" w:space="0" w:color="auto"/>
              <w:bottom w:val="single" w:sz="4" w:space="0" w:color="auto"/>
              <w:right w:val="dotted" w:sz="4" w:space="0" w:color="auto"/>
            </w:tcBorders>
          </w:tcPr>
          <w:p w14:paraId="6B0445B8" w14:textId="77777777" w:rsidR="00E91A42" w:rsidRPr="00E91A42" w:rsidRDefault="00E91A42" w:rsidP="00A701F9">
            <w:pPr>
              <w:jc w:val="center"/>
              <w:rPr>
                <w:sz w:val="28"/>
                <w:szCs w:val="28"/>
              </w:rPr>
            </w:pPr>
          </w:p>
        </w:tc>
        <w:tc>
          <w:tcPr>
            <w:tcW w:w="1497" w:type="dxa"/>
            <w:tcBorders>
              <w:top w:val="dotted" w:sz="4" w:space="0" w:color="auto"/>
              <w:left w:val="dotted" w:sz="4" w:space="0" w:color="auto"/>
              <w:bottom w:val="single" w:sz="4" w:space="0" w:color="auto"/>
              <w:right w:val="dotted" w:sz="4" w:space="0" w:color="auto"/>
            </w:tcBorders>
          </w:tcPr>
          <w:p w14:paraId="1DF39D74" w14:textId="77777777" w:rsidR="00E91A42" w:rsidRPr="00E91A42" w:rsidRDefault="00E91A42" w:rsidP="00A701F9">
            <w:pPr>
              <w:jc w:val="center"/>
              <w:rPr>
                <w:sz w:val="28"/>
                <w:szCs w:val="28"/>
              </w:rPr>
            </w:pPr>
          </w:p>
        </w:tc>
        <w:tc>
          <w:tcPr>
            <w:tcW w:w="2808" w:type="dxa"/>
            <w:gridSpan w:val="3"/>
            <w:tcBorders>
              <w:top w:val="dotted" w:sz="4" w:space="0" w:color="auto"/>
              <w:left w:val="dotted" w:sz="4" w:space="0" w:color="auto"/>
              <w:bottom w:val="single" w:sz="4" w:space="0" w:color="auto"/>
              <w:right w:val="dotted" w:sz="4" w:space="0" w:color="auto"/>
            </w:tcBorders>
          </w:tcPr>
          <w:p w14:paraId="25EC3D7D"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single" w:sz="4" w:space="0" w:color="auto"/>
              <w:right w:val="single" w:sz="4" w:space="0" w:color="auto"/>
            </w:tcBorders>
          </w:tcPr>
          <w:p w14:paraId="72FFAFC9" w14:textId="77777777" w:rsidR="00E91A42" w:rsidRPr="00E91A42" w:rsidRDefault="00E91A42" w:rsidP="00A701F9">
            <w:pPr>
              <w:jc w:val="center"/>
              <w:rPr>
                <w:sz w:val="28"/>
                <w:szCs w:val="28"/>
              </w:rPr>
            </w:pPr>
          </w:p>
        </w:tc>
      </w:tr>
      <w:tr w:rsidR="00E91A42" w:rsidRPr="00E91A42" w14:paraId="34085B97" w14:textId="77777777" w:rsidTr="00A701F9">
        <w:trPr>
          <w:trHeight w:hRule="exact" w:val="365"/>
        </w:trPr>
        <w:tc>
          <w:tcPr>
            <w:tcW w:w="9828" w:type="dxa"/>
            <w:gridSpan w:val="8"/>
            <w:tcBorders>
              <w:top w:val="single" w:sz="4" w:space="0" w:color="auto"/>
              <w:left w:val="single" w:sz="4" w:space="0" w:color="auto"/>
              <w:bottom w:val="dotted" w:sz="4" w:space="0" w:color="auto"/>
              <w:right w:val="single" w:sz="4" w:space="0" w:color="auto"/>
            </w:tcBorders>
          </w:tcPr>
          <w:p w14:paraId="7EC0584C" w14:textId="77777777" w:rsidR="00E91A42" w:rsidRPr="00E91A42" w:rsidRDefault="00E91A42" w:rsidP="00A701F9">
            <w:pPr>
              <w:jc w:val="both"/>
              <w:rPr>
                <w:b/>
                <w:bCs/>
                <w:iCs/>
                <w:sz w:val="28"/>
                <w:szCs w:val="28"/>
              </w:rPr>
            </w:pPr>
            <w:r w:rsidRPr="00E91A42">
              <w:rPr>
                <w:bCs/>
                <w:iCs/>
                <w:sz w:val="28"/>
                <w:szCs w:val="28"/>
              </w:rPr>
              <w:t xml:space="preserve">Đào tạo nguồn nhân lực </w:t>
            </w:r>
          </w:p>
        </w:tc>
      </w:tr>
      <w:tr w:rsidR="00E91A42" w:rsidRPr="00E91A42" w14:paraId="06FD50D9" w14:textId="77777777" w:rsidTr="00A701F9">
        <w:tc>
          <w:tcPr>
            <w:tcW w:w="534" w:type="dxa"/>
            <w:tcBorders>
              <w:top w:val="dotted" w:sz="4" w:space="0" w:color="auto"/>
              <w:left w:val="single" w:sz="4" w:space="0" w:color="auto"/>
              <w:bottom w:val="dotted" w:sz="4" w:space="0" w:color="auto"/>
              <w:right w:val="dotted" w:sz="4" w:space="0" w:color="auto"/>
            </w:tcBorders>
          </w:tcPr>
          <w:p w14:paraId="3FAE6C9F" w14:textId="77777777" w:rsidR="00E91A42" w:rsidRPr="00E91A42" w:rsidRDefault="00E91A42" w:rsidP="00A701F9">
            <w:pPr>
              <w:jc w:val="center"/>
              <w:rPr>
                <w:b/>
                <w:spacing w:val="-26"/>
                <w:sz w:val="28"/>
                <w:szCs w:val="28"/>
              </w:rPr>
            </w:pPr>
            <w:r w:rsidRPr="00E91A42">
              <w:rPr>
                <w:b/>
                <w:spacing w:val="-26"/>
                <w:sz w:val="28"/>
                <w:szCs w:val="28"/>
              </w:rPr>
              <w:t>TT</w:t>
            </w:r>
          </w:p>
        </w:tc>
        <w:tc>
          <w:tcPr>
            <w:tcW w:w="2610" w:type="dxa"/>
            <w:tcBorders>
              <w:top w:val="dotted" w:sz="4" w:space="0" w:color="auto"/>
              <w:left w:val="dotted" w:sz="4" w:space="0" w:color="auto"/>
              <w:bottom w:val="dotted" w:sz="4" w:space="0" w:color="auto"/>
              <w:right w:val="dotted" w:sz="4" w:space="0" w:color="auto"/>
            </w:tcBorders>
          </w:tcPr>
          <w:p w14:paraId="2189F584" w14:textId="77777777" w:rsidR="00E91A42" w:rsidRPr="00E91A42" w:rsidRDefault="00E91A42" w:rsidP="00A701F9">
            <w:pPr>
              <w:jc w:val="center"/>
              <w:rPr>
                <w:b/>
                <w:sz w:val="28"/>
                <w:szCs w:val="28"/>
              </w:rPr>
            </w:pPr>
            <w:r w:rsidRPr="00E91A42">
              <w:rPr>
                <w:b/>
                <w:sz w:val="28"/>
                <w:szCs w:val="28"/>
              </w:rPr>
              <w:t>Cấp đào tạo</w:t>
            </w:r>
          </w:p>
        </w:tc>
        <w:tc>
          <w:tcPr>
            <w:tcW w:w="2709" w:type="dxa"/>
            <w:gridSpan w:val="3"/>
            <w:tcBorders>
              <w:top w:val="dotted" w:sz="4" w:space="0" w:color="auto"/>
              <w:left w:val="dotted" w:sz="4" w:space="0" w:color="auto"/>
              <w:bottom w:val="dotted" w:sz="4" w:space="0" w:color="auto"/>
              <w:right w:val="dotted" w:sz="4" w:space="0" w:color="auto"/>
            </w:tcBorders>
          </w:tcPr>
          <w:p w14:paraId="449C960E" w14:textId="77777777" w:rsidR="00E91A42" w:rsidRPr="00E91A42" w:rsidRDefault="00E91A42" w:rsidP="00A701F9">
            <w:pPr>
              <w:jc w:val="center"/>
              <w:rPr>
                <w:b/>
                <w:sz w:val="28"/>
                <w:szCs w:val="28"/>
              </w:rPr>
            </w:pPr>
            <w:r w:rsidRPr="00E91A42">
              <w:rPr>
                <w:b/>
                <w:sz w:val="28"/>
                <w:szCs w:val="28"/>
              </w:rPr>
              <w:t>Số lượng người/</w:t>
            </w:r>
          </w:p>
          <w:p w14:paraId="46356D67" w14:textId="77777777" w:rsidR="00E91A42" w:rsidRPr="00E91A42" w:rsidRDefault="00E91A42" w:rsidP="00A701F9">
            <w:pPr>
              <w:jc w:val="center"/>
              <w:rPr>
                <w:b/>
                <w:sz w:val="28"/>
                <w:szCs w:val="28"/>
              </w:rPr>
            </w:pPr>
            <w:r w:rsidRPr="00E91A42">
              <w:rPr>
                <w:b/>
                <w:sz w:val="28"/>
                <w:szCs w:val="28"/>
              </w:rPr>
              <w:t>thời gian đào tạo</w:t>
            </w:r>
          </w:p>
        </w:tc>
        <w:tc>
          <w:tcPr>
            <w:tcW w:w="2766" w:type="dxa"/>
            <w:gridSpan w:val="2"/>
            <w:tcBorders>
              <w:top w:val="dotted" w:sz="4" w:space="0" w:color="auto"/>
              <w:left w:val="dotted" w:sz="4" w:space="0" w:color="auto"/>
              <w:bottom w:val="dotted" w:sz="4" w:space="0" w:color="auto"/>
              <w:right w:val="dotted" w:sz="4" w:space="0" w:color="auto"/>
            </w:tcBorders>
          </w:tcPr>
          <w:p w14:paraId="0AB2EBDA" w14:textId="77777777" w:rsidR="00E91A42" w:rsidRPr="00E91A42" w:rsidRDefault="00E91A42" w:rsidP="00A701F9">
            <w:pPr>
              <w:jc w:val="center"/>
              <w:rPr>
                <w:b/>
                <w:sz w:val="28"/>
                <w:szCs w:val="28"/>
              </w:rPr>
            </w:pPr>
            <w:r w:rsidRPr="00E91A42">
              <w:rPr>
                <w:b/>
                <w:sz w:val="28"/>
                <w:szCs w:val="28"/>
              </w:rPr>
              <w:t>Chuyên ngành/</w:t>
            </w:r>
          </w:p>
          <w:p w14:paraId="0D0EBF19" w14:textId="77777777" w:rsidR="00E91A42" w:rsidRPr="00E91A42" w:rsidRDefault="00E91A42" w:rsidP="00A701F9">
            <w:pPr>
              <w:jc w:val="center"/>
              <w:rPr>
                <w:b/>
                <w:sz w:val="28"/>
                <w:szCs w:val="28"/>
              </w:rPr>
            </w:pPr>
            <w:r w:rsidRPr="00E91A42">
              <w:rPr>
                <w:b/>
                <w:sz w:val="28"/>
                <w:szCs w:val="28"/>
              </w:rPr>
              <w:t>nội dung đạo tạo</w:t>
            </w:r>
          </w:p>
        </w:tc>
        <w:tc>
          <w:tcPr>
            <w:tcW w:w="1209" w:type="dxa"/>
            <w:tcBorders>
              <w:top w:val="dotted" w:sz="4" w:space="0" w:color="auto"/>
              <w:left w:val="dotted" w:sz="4" w:space="0" w:color="auto"/>
              <w:bottom w:val="dotted" w:sz="4" w:space="0" w:color="auto"/>
              <w:right w:val="single" w:sz="4" w:space="0" w:color="auto"/>
            </w:tcBorders>
          </w:tcPr>
          <w:p w14:paraId="09C5DEB4" w14:textId="77777777" w:rsidR="00E91A42" w:rsidRPr="00E91A42" w:rsidRDefault="00E91A42" w:rsidP="00A701F9">
            <w:pPr>
              <w:jc w:val="center"/>
              <w:rPr>
                <w:b/>
                <w:sz w:val="28"/>
                <w:szCs w:val="28"/>
              </w:rPr>
            </w:pPr>
            <w:r w:rsidRPr="00E91A42">
              <w:rPr>
                <w:b/>
                <w:sz w:val="28"/>
                <w:szCs w:val="28"/>
              </w:rPr>
              <w:t>Tại nước</w:t>
            </w:r>
          </w:p>
        </w:tc>
      </w:tr>
      <w:tr w:rsidR="00E91A42" w:rsidRPr="00E91A42" w14:paraId="280A3BC2" w14:textId="77777777" w:rsidTr="00A701F9">
        <w:tc>
          <w:tcPr>
            <w:tcW w:w="534" w:type="dxa"/>
            <w:tcBorders>
              <w:top w:val="dotted" w:sz="4" w:space="0" w:color="auto"/>
              <w:left w:val="single" w:sz="4" w:space="0" w:color="auto"/>
              <w:bottom w:val="dotted" w:sz="4" w:space="0" w:color="auto"/>
              <w:right w:val="dotted" w:sz="4" w:space="0" w:color="auto"/>
            </w:tcBorders>
          </w:tcPr>
          <w:p w14:paraId="3F1343D0" w14:textId="77777777" w:rsidR="00E91A42" w:rsidRPr="00E91A42" w:rsidRDefault="00E91A42" w:rsidP="00A701F9">
            <w:pPr>
              <w:jc w:val="center"/>
              <w:rPr>
                <w:sz w:val="28"/>
                <w:szCs w:val="28"/>
              </w:rPr>
            </w:pPr>
            <w:r w:rsidRPr="00E91A42">
              <w:rPr>
                <w:sz w:val="28"/>
                <w:szCs w:val="28"/>
              </w:rPr>
              <w:t>i</w:t>
            </w:r>
          </w:p>
        </w:tc>
        <w:tc>
          <w:tcPr>
            <w:tcW w:w="2610" w:type="dxa"/>
            <w:tcBorders>
              <w:top w:val="dotted" w:sz="4" w:space="0" w:color="auto"/>
              <w:left w:val="dotted" w:sz="4" w:space="0" w:color="auto"/>
              <w:bottom w:val="dotted" w:sz="4" w:space="0" w:color="auto"/>
              <w:right w:val="dotted" w:sz="4" w:space="0" w:color="auto"/>
            </w:tcBorders>
          </w:tcPr>
          <w:p w14:paraId="611D5821" w14:textId="77777777" w:rsidR="00E91A42" w:rsidRPr="00E91A42" w:rsidRDefault="00E91A42" w:rsidP="00A701F9">
            <w:pPr>
              <w:jc w:val="center"/>
              <w:rPr>
                <w:sz w:val="28"/>
                <w:szCs w:val="28"/>
              </w:rPr>
            </w:pPr>
            <w:r w:rsidRPr="00E91A42">
              <w:rPr>
                <w:sz w:val="28"/>
                <w:szCs w:val="28"/>
              </w:rPr>
              <w:t>ii</w:t>
            </w:r>
          </w:p>
        </w:tc>
        <w:tc>
          <w:tcPr>
            <w:tcW w:w="2709" w:type="dxa"/>
            <w:gridSpan w:val="3"/>
            <w:tcBorders>
              <w:top w:val="dotted" w:sz="4" w:space="0" w:color="auto"/>
              <w:left w:val="dotted" w:sz="4" w:space="0" w:color="auto"/>
              <w:bottom w:val="dotted" w:sz="4" w:space="0" w:color="auto"/>
              <w:right w:val="dotted" w:sz="4" w:space="0" w:color="auto"/>
            </w:tcBorders>
          </w:tcPr>
          <w:p w14:paraId="3DCAD476" w14:textId="77777777" w:rsidR="00E91A42" w:rsidRPr="00E91A42" w:rsidRDefault="00E91A42" w:rsidP="00A701F9">
            <w:pPr>
              <w:jc w:val="center"/>
              <w:rPr>
                <w:sz w:val="28"/>
                <w:szCs w:val="28"/>
              </w:rPr>
            </w:pPr>
            <w:r w:rsidRPr="00E91A42">
              <w:rPr>
                <w:sz w:val="28"/>
                <w:szCs w:val="28"/>
              </w:rPr>
              <w:t>iii</w:t>
            </w:r>
          </w:p>
        </w:tc>
        <w:tc>
          <w:tcPr>
            <w:tcW w:w="2766" w:type="dxa"/>
            <w:gridSpan w:val="2"/>
            <w:tcBorders>
              <w:top w:val="dotted" w:sz="4" w:space="0" w:color="auto"/>
              <w:left w:val="dotted" w:sz="4" w:space="0" w:color="auto"/>
              <w:bottom w:val="dotted" w:sz="4" w:space="0" w:color="auto"/>
              <w:right w:val="dotted" w:sz="4" w:space="0" w:color="auto"/>
            </w:tcBorders>
          </w:tcPr>
          <w:p w14:paraId="294590FB" w14:textId="77777777" w:rsidR="00E91A42" w:rsidRPr="00E91A42" w:rsidRDefault="00E91A42" w:rsidP="00A701F9">
            <w:pPr>
              <w:jc w:val="center"/>
              <w:rPr>
                <w:sz w:val="28"/>
                <w:szCs w:val="28"/>
              </w:rPr>
            </w:pPr>
            <w:r w:rsidRPr="00E91A42">
              <w:rPr>
                <w:sz w:val="28"/>
                <w:szCs w:val="28"/>
              </w:rPr>
              <w:t>iv</w:t>
            </w:r>
          </w:p>
        </w:tc>
        <w:tc>
          <w:tcPr>
            <w:tcW w:w="1209" w:type="dxa"/>
            <w:tcBorders>
              <w:top w:val="dotted" w:sz="4" w:space="0" w:color="auto"/>
              <w:left w:val="dotted" w:sz="4" w:space="0" w:color="auto"/>
              <w:bottom w:val="dotted" w:sz="4" w:space="0" w:color="auto"/>
              <w:right w:val="single" w:sz="4" w:space="0" w:color="auto"/>
            </w:tcBorders>
          </w:tcPr>
          <w:p w14:paraId="6CD7A60D" w14:textId="77777777" w:rsidR="00E91A42" w:rsidRPr="00E91A42" w:rsidRDefault="00E91A42" w:rsidP="00A701F9">
            <w:pPr>
              <w:jc w:val="center"/>
              <w:rPr>
                <w:sz w:val="28"/>
                <w:szCs w:val="28"/>
              </w:rPr>
            </w:pPr>
            <w:r w:rsidRPr="00E91A42">
              <w:rPr>
                <w:sz w:val="28"/>
                <w:szCs w:val="28"/>
              </w:rPr>
              <w:t>v</w:t>
            </w:r>
          </w:p>
        </w:tc>
      </w:tr>
      <w:tr w:rsidR="00E91A42" w:rsidRPr="00E91A42" w14:paraId="30AEB53E" w14:textId="77777777" w:rsidTr="00A701F9">
        <w:tc>
          <w:tcPr>
            <w:tcW w:w="9828" w:type="dxa"/>
            <w:gridSpan w:val="8"/>
            <w:tcBorders>
              <w:top w:val="dotted" w:sz="4" w:space="0" w:color="auto"/>
              <w:left w:val="single" w:sz="4" w:space="0" w:color="auto"/>
              <w:bottom w:val="dotted" w:sz="4" w:space="0" w:color="auto"/>
              <w:right w:val="single" w:sz="4" w:space="0" w:color="auto"/>
            </w:tcBorders>
          </w:tcPr>
          <w:p w14:paraId="2BA33ED8" w14:textId="77777777" w:rsidR="00E91A42" w:rsidRPr="00E91A42" w:rsidRDefault="00E91A42" w:rsidP="00A701F9">
            <w:pPr>
              <w:jc w:val="both"/>
              <w:rPr>
                <w:sz w:val="28"/>
                <w:szCs w:val="28"/>
              </w:rPr>
            </w:pPr>
            <w:r w:rsidRPr="00E91A42">
              <w:rPr>
                <w:sz w:val="28"/>
                <w:szCs w:val="28"/>
              </w:rPr>
              <w:t>Đào tạo dài hạn</w:t>
            </w:r>
          </w:p>
        </w:tc>
      </w:tr>
      <w:tr w:rsidR="00E91A42" w:rsidRPr="00E91A42" w14:paraId="7C066529" w14:textId="77777777" w:rsidTr="00A701F9">
        <w:tc>
          <w:tcPr>
            <w:tcW w:w="534" w:type="dxa"/>
            <w:tcBorders>
              <w:top w:val="dotted" w:sz="4" w:space="0" w:color="auto"/>
              <w:left w:val="single" w:sz="4" w:space="0" w:color="auto"/>
              <w:bottom w:val="dotted" w:sz="4" w:space="0" w:color="auto"/>
              <w:right w:val="dotted" w:sz="4" w:space="0" w:color="auto"/>
            </w:tcBorders>
          </w:tcPr>
          <w:p w14:paraId="396BDE05" w14:textId="77777777" w:rsidR="00E91A42" w:rsidRPr="00E91A42" w:rsidRDefault="00E91A42" w:rsidP="00A701F9">
            <w:pPr>
              <w:jc w:val="center"/>
              <w:rPr>
                <w:sz w:val="28"/>
                <w:szCs w:val="28"/>
              </w:rPr>
            </w:pPr>
            <w:r w:rsidRPr="00E91A42">
              <w:rPr>
                <w:sz w:val="28"/>
                <w:szCs w:val="28"/>
              </w:rPr>
              <w:t>1</w:t>
            </w:r>
          </w:p>
        </w:tc>
        <w:tc>
          <w:tcPr>
            <w:tcW w:w="2610" w:type="dxa"/>
            <w:tcBorders>
              <w:top w:val="dotted" w:sz="4" w:space="0" w:color="auto"/>
              <w:left w:val="dotted" w:sz="4" w:space="0" w:color="auto"/>
              <w:bottom w:val="dotted" w:sz="4" w:space="0" w:color="auto"/>
              <w:right w:val="dotted" w:sz="4" w:space="0" w:color="auto"/>
            </w:tcBorders>
          </w:tcPr>
          <w:p w14:paraId="7A313F21" w14:textId="77777777" w:rsidR="00E91A42" w:rsidRPr="00E91A42" w:rsidRDefault="00E91A42" w:rsidP="00A701F9">
            <w:pPr>
              <w:jc w:val="both"/>
              <w:rPr>
                <w:sz w:val="28"/>
                <w:szCs w:val="28"/>
              </w:rPr>
            </w:pPr>
            <w:r w:rsidRPr="00E91A42">
              <w:rPr>
                <w:sz w:val="28"/>
                <w:szCs w:val="28"/>
              </w:rPr>
              <w:t>Tiến sỹ</w:t>
            </w:r>
          </w:p>
        </w:tc>
        <w:tc>
          <w:tcPr>
            <w:tcW w:w="2709" w:type="dxa"/>
            <w:gridSpan w:val="3"/>
            <w:tcBorders>
              <w:top w:val="dotted" w:sz="4" w:space="0" w:color="auto"/>
              <w:left w:val="dotted" w:sz="4" w:space="0" w:color="auto"/>
              <w:bottom w:val="dotted" w:sz="4" w:space="0" w:color="auto"/>
              <w:right w:val="dotted" w:sz="4" w:space="0" w:color="auto"/>
            </w:tcBorders>
          </w:tcPr>
          <w:p w14:paraId="4E4FC29C"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dotted" w:sz="4" w:space="0" w:color="auto"/>
              <w:right w:val="dotted" w:sz="4" w:space="0" w:color="auto"/>
            </w:tcBorders>
          </w:tcPr>
          <w:p w14:paraId="64E9AA9E"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73436854" w14:textId="77777777" w:rsidR="00E91A42" w:rsidRPr="00E91A42" w:rsidRDefault="00E91A42" w:rsidP="00A701F9">
            <w:pPr>
              <w:jc w:val="center"/>
              <w:rPr>
                <w:sz w:val="28"/>
                <w:szCs w:val="28"/>
              </w:rPr>
            </w:pPr>
          </w:p>
        </w:tc>
      </w:tr>
      <w:tr w:rsidR="00E91A42" w:rsidRPr="00E91A42" w14:paraId="73024FA4" w14:textId="77777777" w:rsidTr="00A701F9">
        <w:tc>
          <w:tcPr>
            <w:tcW w:w="534" w:type="dxa"/>
            <w:tcBorders>
              <w:top w:val="dotted" w:sz="4" w:space="0" w:color="auto"/>
              <w:left w:val="single" w:sz="4" w:space="0" w:color="auto"/>
              <w:bottom w:val="dotted" w:sz="4" w:space="0" w:color="auto"/>
              <w:right w:val="dotted" w:sz="4" w:space="0" w:color="auto"/>
            </w:tcBorders>
          </w:tcPr>
          <w:p w14:paraId="1C63BF79" w14:textId="77777777" w:rsidR="00E91A42" w:rsidRPr="00E91A42" w:rsidRDefault="00E91A42" w:rsidP="00A701F9">
            <w:pPr>
              <w:jc w:val="center"/>
              <w:rPr>
                <w:sz w:val="28"/>
                <w:szCs w:val="28"/>
              </w:rPr>
            </w:pPr>
            <w:r w:rsidRPr="00E91A42">
              <w:rPr>
                <w:sz w:val="28"/>
                <w:szCs w:val="28"/>
              </w:rPr>
              <w:t>2</w:t>
            </w:r>
          </w:p>
        </w:tc>
        <w:tc>
          <w:tcPr>
            <w:tcW w:w="2610" w:type="dxa"/>
            <w:tcBorders>
              <w:top w:val="dotted" w:sz="4" w:space="0" w:color="auto"/>
              <w:left w:val="dotted" w:sz="4" w:space="0" w:color="auto"/>
              <w:bottom w:val="dotted" w:sz="4" w:space="0" w:color="auto"/>
              <w:right w:val="dotted" w:sz="4" w:space="0" w:color="auto"/>
            </w:tcBorders>
          </w:tcPr>
          <w:p w14:paraId="39B535E3" w14:textId="77777777" w:rsidR="00E91A42" w:rsidRPr="00E91A42" w:rsidRDefault="00E91A42" w:rsidP="00A701F9">
            <w:pPr>
              <w:jc w:val="both"/>
              <w:rPr>
                <w:sz w:val="28"/>
                <w:szCs w:val="28"/>
              </w:rPr>
            </w:pPr>
            <w:r w:rsidRPr="00E91A42">
              <w:rPr>
                <w:sz w:val="28"/>
                <w:szCs w:val="28"/>
              </w:rPr>
              <w:t>Thạc sỹ</w:t>
            </w:r>
          </w:p>
        </w:tc>
        <w:tc>
          <w:tcPr>
            <w:tcW w:w="2709" w:type="dxa"/>
            <w:gridSpan w:val="3"/>
            <w:tcBorders>
              <w:top w:val="dotted" w:sz="4" w:space="0" w:color="auto"/>
              <w:left w:val="dotted" w:sz="4" w:space="0" w:color="auto"/>
              <w:bottom w:val="dotted" w:sz="4" w:space="0" w:color="auto"/>
              <w:right w:val="dotted" w:sz="4" w:space="0" w:color="auto"/>
            </w:tcBorders>
          </w:tcPr>
          <w:p w14:paraId="77E11064"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dotted" w:sz="4" w:space="0" w:color="auto"/>
              <w:right w:val="dotted" w:sz="4" w:space="0" w:color="auto"/>
            </w:tcBorders>
          </w:tcPr>
          <w:p w14:paraId="103EBEBF"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522866F3" w14:textId="77777777" w:rsidR="00E91A42" w:rsidRPr="00E91A42" w:rsidRDefault="00E91A42" w:rsidP="00A701F9">
            <w:pPr>
              <w:jc w:val="center"/>
              <w:rPr>
                <w:sz w:val="28"/>
                <w:szCs w:val="28"/>
              </w:rPr>
            </w:pPr>
          </w:p>
        </w:tc>
      </w:tr>
      <w:tr w:rsidR="00E91A42" w:rsidRPr="00E91A42" w14:paraId="044F7F73" w14:textId="77777777" w:rsidTr="00A701F9">
        <w:tc>
          <w:tcPr>
            <w:tcW w:w="534" w:type="dxa"/>
            <w:tcBorders>
              <w:top w:val="dotted" w:sz="4" w:space="0" w:color="auto"/>
              <w:left w:val="single" w:sz="4" w:space="0" w:color="auto"/>
              <w:bottom w:val="dotted" w:sz="4" w:space="0" w:color="auto"/>
              <w:right w:val="dotted" w:sz="4" w:space="0" w:color="auto"/>
            </w:tcBorders>
          </w:tcPr>
          <w:p w14:paraId="3AB63ED7" w14:textId="77777777" w:rsidR="00E91A42" w:rsidRPr="00E91A42" w:rsidRDefault="00E91A42" w:rsidP="00A701F9">
            <w:pPr>
              <w:jc w:val="center"/>
              <w:rPr>
                <w:sz w:val="28"/>
                <w:szCs w:val="28"/>
              </w:rPr>
            </w:pPr>
            <w:r w:rsidRPr="00E91A42">
              <w:rPr>
                <w:sz w:val="28"/>
                <w:szCs w:val="28"/>
              </w:rPr>
              <w:t>3</w:t>
            </w:r>
          </w:p>
        </w:tc>
        <w:tc>
          <w:tcPr>
            <w:tcW w:w="2610" w:type="dxa"/>
            <w:tcBorders>
              <w:top w:val="dotted" w:sz="4" w:space="0" w:color="auto"/>
              <w:left w:val="dotted" w:sz="4" w:space="0" w:color="auto"/>
              <w:bottom w:val="dotted" w:sz="4" w:space="0" w:color="auto"/>
              <w:right w:val="dotted" w:sz="4" w:space="0" w:color="auto"/>
            </w:tcBorders>
          </w:tcPr>
          <w:p w14:paraId="7C95861C" w14:textId="77777777" w:rsidR="00E91A42" w:rsidRPr="00E91A42" w:rsidRDefault="00E91A42" w:rsidP="00A701F9">
            <w:pPr>
              <w:jc w:val="both"/>
              <w:rPr>
                <w:sz w:val="28"/>
                <w:szCs w:val="28"/>
              </w:rPr>
            </w:pPr>
            <w:r w:rsidRPr="00E91A42">
              <w:rPr>
                <w:sz w:val="28"/>
                <w:szCs w:val="28"/>
              </w:rPr>
              <w:t>Cử nhân</w:t>
            </w:r>
          </w:p>
        </w:tc>
        <w:tc>
          <w:tcPr>
            <w:tcW w:w="2709" w:type="dxa"/>
            <w:gridSpan w:val="3"/>
            <w:tcBorders>
              <w:top w:val="dotted" w:sz="4" w:space="0" w:color="auto"/>
              <w:left w:val="dotted" w:sz="4" w:space="0" w:color="auto"/>
              <w:bottom w:val="dotted" w:sz="4" w:space="0" w:color="auto"/>
              <w:right w:val="dotted" w:sz="4" w:space="0" w:color="auto"/>
            </w:tcBorders>
          </w:tcPr>
          <w:p w14:paraId="0F46CF5E"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dotted" w:sz="4" w:space="0" w:color="auto"/>
              <w:right w:val="dotted" w:sz="4" w:space="0" w:color="auto"/>
            </w:tcBorders>
          </w:tcPr>
          <w:p w14:paraId="2A8E11E8"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2751B312" w14:textId="77777777" w:rsidR="00E91A42" w:rsidRPr="00E91A42" w:rsidRDefault="00E91A42" w:rsidP="00A701F9">
            <w:pPr>
              <w:jc w:val="center"/>
              <w:rPr>
                <w:sz w:val="28"/>
                <w:szCs w:val="28"/>
              </w:rPr>
            </w:pPr>
          </w:p>
        </w:tc>
      </w:tr>
      <w:tr w:rsidR="00E91A42" w:rsidRPr="00E91A42" w14:paraId="3C78E3E9" w14:textId="77777777" w:rsidTr="00A701F9">
        <w:tc>
          <w:tcPr>
            <w:tcW w:w="534" w:type="dxa"/>
            <w:tcBorders>
              <w:top w:val="dotted" w:sz="4" w:space="0" w:color="auto"/>
              <w:left w:val="single" w:sz="4" w:space="0" w:color="auto"/>
              <w:bottom w:val="dotted" w:sz="4" w:space="0" w:color="auto"/>
              <w:right w:val="dotted" w:sz="4" w:space="0" w:color="auto"/>
            </w:tcBorders>
          </w:tcPr>
          <w:p w14:paraId="78D9244F" w14:textId="77777777" w:rsidR="00E91A42" w:rsidRPr="00E91A42" w:rsidRDefault="00E91A42" w:rsidP="00A701F9">
            <w:pPr>
              <w:jc w:val="center"/>
              <w:rPr>
                <w:sz w:val="28"/>
                <w:szCs w:val="28"/>
              </w:rPr>
            </w:pPr>
            <w:r w:rsidRPr="00E91A42">
              <w:rPr>
                <w:sz w:val="28"/>
                <w:szCs w:val="28"/>
              </w:rPr>
              <w:t>4</w:t>
            </w:r>
          </w:p>
        </w:tc>
        <w:tc>
          <w:tcPr>
            <w:tcW w:w="2610" w:type="dxa"/>
            <w:tcBorders>
              <w:top w:val="dotted" w:sz="4" w:space="0" w:color="auto"/>
              <w:left w:val="dotted" w:sz="4" w:space="0" w:color="auto"/>
              <w:bottom w:val="dotted" w:sz="4" w:space="0" w:color="auto"/>
              <w:right w:val="dotted" w:sz="4" w:space="0" w:color="auto"/>
            </w:tcBorders>
          </w:tcPr>
          <w:p w14:paraId="3D52DA1E" w14:textId="77777777" w:rsidR="00E91A42" w:rsidRPr="00E91A42" w:rsidRDefault="00E91A42" w:rsidP="00A701F9">
            <w:pPr>
              <w:jc w:val="both"/>
              <w:rPr>
                <w:sz w:val="28"/>
                <w:szCs w:val="28"/>
              </w:rPr>
            </w:pPr>
            <w:r w:rsidRPr="00E91A42">
              <w:rPr>
                <w:sz w:val="28"/>
                <w:szCs w:val="28"/>
              </w:rPr>
              <w:t>Chứng chỉ khác</w:t>
            </w:r>
          </w:p>
        </w:tc>
        <w:tc>
          <w:tcPr>
            <w:tcW w:w="2709" w:type="dxa"/>
            <w:gridSpan w:val="3"/>
            <w:tcBorders>
              <w:top w:val="dotted" w:sz="4" w:space="0" w:color="auto"/>
              <w:left w:val="dotted" w:sz="4" w:space="0" w:color="auto"/>
              <w:bottom w:val="dotted" w:sz="4" w:space="0" w:color="auto"/>
              <w:right w:val="dotted" w:sz="4" w:space="0" w:color="auto"/>
            </w:tcBorders>
          </w:tcPr>
          <w:p w14:paraId="2E868EA3"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dotted" w:sz="4" w:space="0" w:color="auto"/>
              <w:right w:val="dotted" w:sz="4" w:space="0" w:color="auto"/>
            </w:tcBorders>
          </w:tcPr>
          <w:p w14:paraId="7B1ABF9B"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4C358695" w14:textId="77777777" w:rsidR="00E91A42" w:rsidRPr="00E91A42" w:rsidRDefault="00E91A42" w:rsidP="00A701F9">
            <w:pPr>
              <w:jc w:val="center"/>
              <w:rPr>
                <w:sz w:val="28"/>
                <w:szCs w:val="28"/>
              </w:rPr>
            </w:pPr>
          </w:p>
        </w:tc>
      </w:tr>
      <w:tr w:rsidR="00E91A42" w:rsidRPr="00E91A42" w14:paraId="2A4F3301" w14:textId="77777777" w:rsidTr="00A701F9">
        <w:tc>
          <w:tcPr>
            <w:tcW w:w="9828" w:type="dxa"/>
            <w:gridSpan w:val="8"/>
            <w:tcBorders>
              <w:top w:val="dotted" w:sz="4" w:space="0" w:color="auto"/>
              <w:left w:val="single" w:sz="4" w:space="0" w:color="auto"/>
              <w:bottom w:val="dotted" w:sz="4" w:space="0" w:color="auto"/>
              <w:right w:val="single" w:sz="4" w:space="0" w:color="auto"/>
            </w:tcBorders>
          </w:tcPr>
          <w:p w14:paraId="04CC3D10" w14:textId="77777777" w:rsidR="00E91A42" w:rsidRPr="00E91A42" w:rsidRDefault="00E91A42" w:rsidP="00A701F9">
            <w:pPr>
              <w:jc w:val="both"/>
              <w:rPr>
                <w:sz w:val="28"/>
                <w:szCs w:val="28"/>
              </w:rPr>
            </w:pPr>
            <w:r w:rsidRPr="00E91A42">
              <w:rPr>
                <w:sz w:val="28"/>
                <w:szCs w:val="28"/>
              </w:rPr>
              <w:t>Đào tạo/trao đổi cán bộ, chuyên gia</w:t>
            </w:r>
          </w:p>
        </w:tc>
      </w:tr>
      <w:tr w:rsidR="00E91A42" w:rsidRPr="00E91A42" w14:paraId="075581F7" w14:textId="77777777" w:rsidTr="00A701F9">
        <w:tc>
          <w:tcPr>
            <w:tcW w:w="534" w:type="dxa"/>
            <w:tcBorders>
              <w:top w:val="dotted" w:sz="4" w:space="0" w:color="auto"/>
              <w:left w:val="single" w:sz="4" w:space="0" w:color="auto"/>
              <w:bottom w:val="dotted" w:sz="4" w:space="0" w:color="auto"/>
              <w:right w:val="dotted" w:sz="4" w:space="0" w:color="auto"/>
            </w:tcBorders>
          </w:tcPr>
          <w:p w14:paraId="3B647CF0" w14:textId="77777777" w:rsidR="00E91A42" w:rsidRPr="00E91A42" w:rsidRDefault="00E91A42" w:rsidP="00A701F9">
            <w:pPr>
              <w:jc w:val="center"/>
              <w:rPr>
                <w:sz w:val="28"/>
                <w:szCs w:val="28"/>
              </w:rPr>
            </w:pPr>
            <w:r w:rsidRPr="00E91A42">
              <w:rPr>
                <w:sz w:val="28"/>
                <w:szCs w:val="28"/>
              </w:rPr>
              <w:t>1</w:t>
            </w:r>
          </w:p>
        </w:tc>
        <w:tc>
          <w:tcPr>
            <w:tcW w:w="2610" w:type="dxa"/>
            <w:tcBorders>
              <w:top w:val="dotted" w:sz="4" w:space="0" w:color="auto"/>
              <w:left w:val="dotted" w:sz="4" w:space="0" w:color="auto"/>
              <w:bottom w:val="dotted" w:sz="4" w:space="0" w:color="auto"/>
              <w:right w:val="dotted" w:sz="4" w:space="0" w:color="auto"/>
            </w:tcBorders>
          </w:tcPr>
          <w:p w14:paraId="1919D948" w14:textId="77777777" w:rsidR="00E91A42" w:rsidRPr="00E91A42" w:rsidRDefault="00E91A42" w:rsidP="00A701F9">
            <w:pPr>
              <w:jc w:val="both"/>
              <w:rPr>
                <w:sz w:val="28"/>
                <w:szCs w:val="28"/>
              </w:rPr>
            </w:pPr>
            <w:r w:rsidRPr="00E91A42">
              <w:rPr>
                <w:sz w:val="28"/>
                <w:szCs w:val="28"/>
              </w:rPr>
              <w:t>Trên 1 tháng</w:t>
            </w:r>
          </w:p>
        </w:tc>
        <w:tc>
          <w:tcPr>
            <w:tcW w:w="2709" w:type="dxa"/>
            <w:gridSpan w:val="3"/>
            <w:tcBorders>
              <w:top w:val="dotted" w:sz="4" w:space="0" w:color="auto"/>
              <w:left w:val="dotted" w:sz="4" w:space="0" w:color="auto"/>
              <w:bottom w:val="dotted" w:sz="4" w:space="0" w:color="auto"/>
              <w:right w:val="dotted" w:sz="4" w:space="0" w:color="auto"/>
            </w:tcBorders>
          </w:tcPr>
          <w:p w14:paraId="0FB16DAF"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dotted" w:sz="4" w:space="0" w:color="auto"/>
              <w:right w:val="dotted" w:sz="4" w:space="0" w:color="auto"/>
            </w:tcBorders>
          </w:tcPr>
          <w:p w14:paraId="24C993D7"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dotted" w:sz="4" w:space="0" w:color="auto"/>
              <w:right w:val="single" w:sz="4" w:space="0" w:color="auto"/>
            </w:tcBorders>
          </w:tcPr>
          <w:p w14:paraId="64395A99" w14:textId="77777777" w:rsidR="00E91A42" w:rsidRPr="00E91A42" w:rsidRDefault="00E91A42" w:rsidP="00A701F9">
            <w:pPr>
              <w:jc w:val="center"/>
              <w:rPr>
                <w:sz w:val="28"/>
                <w:szCs w:val="28"/>
              </w:rPr>
            </w:pPr>
          </w:p>
        </w:tc>
      </w:tr>
      <w:tr w:rsidR="00E91A42" w:rsidRPr="00E91A42" w14:paraId="4F3151F7" w14:textId="77777777" w:rsidTr="00A701F9">
        <w:tc>
          <w:tcPr>
            <w:tcW w:w="534" w:type="dxa"/>
            <w:tcBorders>
              <w:top w:val="dotted" w:sz="4" w:space="0" w:color="auto"/>
              <w:left w:val="single" w:sz="4" w:space="0" w:color="auto"/>
              <w:bottom w:val="single" w:sz="4" w:space="0" w:color="auto"/>
              <w:right w:val="dotted" w:sz="4" w:space="0" w:color="auto"/>
            </w:tcBorders>
          </w:tcPr>
          <w:p w14:paraId="7667A729" w14:textId="77777777" w:rsidR="00E91A42" w:rsidRPr="00E91A42" w:rsidRDefault="00E91A42" w:rsidP="00A701F9">
            <w:pPr>
              <w:jc w:val="center"/>
              <w:rPr>
                <w:sz w:val="28"/>
                <w:szCs w:val="28"/>
              </w:rPr>
            </w:pPr>
            <w:r w:rsidRPr="00E91A42">
              <w:rPr>
                <w:sz w:val="28"/>
                <w:szCs w:val="28"/>
              </w:rPr>
              <w:t>2</w:t>
            </w:r>
          </w:p>
        </w:tc>
        <w:tc>
          <w:tcPr>
            <w:tcW w:w="2610" w:type="dxa"/>
            <w:tcBorders>
              <w:top w:val="dotted" w:sz="4" w:space="0" w:color="auto"/>
              <w:left w:val="dotted" w:sz="4" w:space="0" w:color="auto"/>
              <w:bottom w:val="single" w:sz="4" w:space="0" w:color="auto"/>
              <w:right w:val="dotted" w:sz="4" w:space="0" w:color="auto"/>
            </w:tcBorders>
          </w:tcPr>
          <w:p w14:paraId="0184C636" w14:textId="77777777" w:rsidR="00E91A42" w:rsidRPr="00E91A42" w:rsidRDefault="00E91A42" w:rsidP="00A701F9">
            <w:pPr>
              <w:jc w:val="both"/>
              <w:rPr>
                <w:sz w:val="28"/>
                <w:szCs w:val="28"/>
              </w:rPr>
            </w:pPr>
            <w:r w:rsidRPr="00E91A42">
              <w:rPr>
                <w:sz w:val="28"/>
                <w:szCs w:val="28"/>
              </w:rPr>
              <w:t>Dưới 1 tháng</w:t>
            </w:r>
          </w:p>
        </w:tc>
        <w:tc>
          <w:tcPr>
            <w:tcW w:w="2709" w:type="dxa"/>
            <w:gridSpan w:val="3"/>
            <w:tcBorders>
              <w:top w:val="dotted" w:sz="4" w:space="0" w:color="auto"/>
              <w:left w:val="dotted" w:sz="4" w:space="0" w:color="auto"/>
              <w:bottom w:val="single" w:sz="4" w:space="0" w:color="auto"/>
              <w:right w:val="dotted" w:sz="4" w:space="0" w:color="auto"/>
            </w:tcBorders>
          </w:tcPr>
          <w:p w14:paraId="5DB4B1E6" w14:textId="77777777" w:rsidR="00E91A42" w:rsidRPr="00E91A42" w:rsidRDefault="00E91A42" w:rsidP="00A701F9">
            <w:pPr>
              <w:jc w:val="center"/>
              <w:rPr>
                <w:sz w:val="28"/>
                <w:szCs w:val="28"/>
              </w:rPr>
            </w:pPr>
          </w:p>
        </w:tc>
        <w:tc>
          <w:tcPr>
            <w:tcW w:w="2766" w:type="dxa"/>
            <w:gridSpan w:val="2"/>
            <w:tcBorders>
              <w:top w:val="dotted" w:sz="4" w:space="0" w:color="auto"/>
              <w:left w:val="dotted" w:sz="4" w:space="0" w:color="auto"/>
              <w:bottom w:val="single" w:sz="4" w:space="0" w:color="auto"/>
              <w:right w:val="dotted" w:sz="4" w:space="0" w:color="auto"/>
            </w:tcBorders>
          </w:tcPr>
          <w:p w14:paraId="7819ABCE" w14:textId="77777777" w:rsidR="00E91A42" w:rsidRPr="00E91A42" w:rsidRDefault="00E91A42" w:rsidP="00A701F9">
            <w:pPr>
              <w:jc w:val="center"/>
              <w:rPr>
                <w:sz w:val="28"/>
                <w:szCs w:val="28"/>
              </w:rPr>
            </w:pPr>
          </w:p>
        </w:tc>
        <w:tc>
          <w:tcPr>
            <w:tcW w:w="1209" w:type="dxa"/>
            <w:tcBorders>
              <w:top w:val="dotted" w:sz="4" w:space="0" w:color="auto"/>
              <w:left w:val="dotted" w:sz="4" w:space="0" w:color="auto"/>
              <w:bottom w:val="single" w:sz="4" w:space="0" w:color="auto"/>
              <w:right w:val="single" w:sz="4" w:space="0" w:color="auto"/>
            </w:tcBorders>
          </w:tcPr>
          <w:p w14:paraId="0BE0EEAE" w14:textId="77777777" w:rsidR="00E91A42" w:rsidRPr="00E91A42" w:rsidRDefault="00E91A42" w:rsidP="00A701F9">
            <w:pPr>
              <w:jc w:val="center"/>
              <w:rPr>
                <w:sz w:val="28"/>
                <w:szCs w:val="28"/>
              </w:rPr>
            </w:pPr>
          </w:p>
        </w:tc>
      </w:tr>
      <w:tr w:rsidR="00E91A42" w:rsidRPr="00E91A42" w14:paraId="6AB89C02" w14:textId="77777777" w:rsidTr="00A701F9">
        <w:tblPrEx>
          <w:tblBorders>
            <w:top w:val="none" w:sz="0" w:space="0" w:color="auto"/>
            <w:left w:val="none" w:sz="0" w:space="0" w:color="auto"/>
            <w:bottom w:val="none" w:sz="0" w:space="0" w:color="auto"/>
            <w:right w:val="none" w:sz="0" w:space="0" w:color="auto"/>
          </w:tblBorders>
        </w:tblPrEx>
        <w:trPr>
          <w:trHeight w:hRule="exact" w:val="330"/>
        </w:trPr>
        <w:tc>
          <w:tcPr>
            <w:tcW w:w="9828" w:type="dxa"/>
            <w:gridSpan w:val="8"/>
            <w:tcBorders>
              <w:top w:val="single" w:sz="4" w:space="0" w:color="auto"/>
              <w:left w:val="single" w:sz="6" w:space="0" w:color="auto"/>
              <w:bottom w:val="dotted" w:sz="4" w:space="0" w:color="auto"/>
              <w:right w:val="single" w:sz="6" w:space="0" w:color="auto"/>
            </w:tcBorders>
          </w:tcPr>
          <w:p w14:paraId="322258E2" w14:textId="77777777" w:rsidR="00E91A42" w:rsidRPr="00E91A42" w:rsidRDefault="00E91A42" w:rsidP="00A701F9">
            <w:pPr>
              <w:jc w:val="both"/>
              <w:rPr>
                <w:b/>
                <w:bCs/>
                <w:iCs/>
                <w:sz w:val="28"/>
                <w:szCs w:val="28"/>
              </w:rPr>
            </w:pPr>
            <w:r w:rsidRPr="00E91A42">
              <w:rPr>
                <w:b/>
                <w:bCs/>
                <w:iCs/>
                <w:sz w:val="28"/>
                <w:szCs w:val="28"/>
              </w:rPr>
              <w:t>Sản phẩm dự kiến đăng ký bảo hộ quyền sở hữu trí tuệ</w:t>
            </w:r>
          </w:p>
        </w:tc>
      </w:tr>
      <w:tr w:rsidR="00E91A42" w:rsidRPr="00E91A42" w14:paraId="5F60972E" w14:textId="77777777" w:rsidTr="00A701F9">
        <w:tblPrEx>
          <w:tblBorders>
            <w:top w:val="none" w:sz="0" w:space="0" w:color="auto"/>
            <w:left w:val="none" w:sz="0" w:space="0" w:color="auto"/>
            <w:bottom w:val="none" w:sz="0" w:space="0" w:color="auto"/>
            <w:right w:val="none" w:sz="0" w:space="0" w:color="auto"/>
          </w:tblBorders>
        </w:tblPrEx>
        <w:tc>
          <w:tcPr>
            <w:tcW w:w="9828" w:type="dxa"/>
            <w:gridSpan w:val="8"/>
            <w:tcBorders>
              <w:top w:val="dotted" w:sz="4" w:space="0" w:color="auto"/>
              <w:left w:val="single" w:sz="4" w:space="0" w:color="auto"/>
              <w:bottom w:val="single" w:sz="4" w:space="0" w:color="auto"/>
              <w:right w:val="single" w:sz="4" w:space="0" w:color="auto"/>
            </w:tcBorders>
          </w:tcPr>
          <w:p w14:paraId="4745E4A0" w14:textId="77777777" w:rsidR="00E91A42" w:rsidRPr="00E91A42" w:rsidRDefault="00E91A42" w:rsidP="00A701F9">
            <w:pPr>
              <w:jc w:val="both"/>
              <w:rPr>
                <w:sz w:val="28"/>
                <w:szCs w:val="28"/>
              </w:rPr>
            </w:pPr>
          </w:p>
        </w:tc>
      </w:tr>
    </w:tbl>
    <w:p w14:paraId="17949D60" w14:textId="77777777" w:rsidR="00E91A42" w:rsidRPr="00E91A42" w:rsidRDefault="00E91A42" w:rsidP="00E91A42">
      <w:pPr>
        <w:jc w:val="both"/>
        <w:rPr>
          <w:b/>
          <w:sz w:val="28"/>
          <w:szCs w:val="28"/>
        </w:rPr>
      </w:pPr>
    </w:p>
    <w:p w14:paraId="3B66214D" w14:textId="77777777" w:rsidR="00E91A42" w:rsidRPr="00E91A42" w:rsidRDefault="00E91A42" w:rsidP="00E91A42">
      <w:pPr>
        <w:spacing w:before="60" w:after="60"/>
        <w:jc w:val="both"/>
        <w:rPr>
          <w:b/>
          <w:bCs/>
          <w:iCs/>
          <w:sz w:val="28"/>
          <w:szCs w:val="28"/>
        </w:rPr>
      </w:pPr>
      <w:r w:rsidRPr="00E91A42">
        <w:rPr>
          <w:b/>
          <w:bCs/>
          <w:iCs/>
          <w:sz w:val="28"/>
          <w:szCs w:val="28"/>
        </w:rPr>
        <w:t>19. Tác động và lợi ích mang lại của kết quả nghiên cứu, khả năng ứng dụng và phương thức chuyển giao kết quả nghiên cứu</w:t>
      </w:r>
      <w:r w:rsidRPr="00E91A42">
        <w:rPr>
          <w:rStyle w:val="FootnoteReference"/>
          <w:iCs/>
          <w:sz w:val="28"/>
          <w:szCs w:val="28"/>
        </w:rPr>
        <w:footnoteReference w:id="2"/>
      </w:r>
    </w:p>
    <w:p w14:paraId="58184E01" w14:textId="77777777" w:rsidR="00E91A42" w:rsidRPr="00E91A42" w:rsidRDefault="00E91A42" w:rsidP="00E91A42">
      <w:pPr>
        <w:spacing w:before="60" w:after="60"/>
        <w:jc w:val="both"/>
        <w:rPr>
          <w:b/>
          <w:bCs/>
          <w:iCs/>
          <w:sz w:val="28"/>
          <w:szCs w:val="28"/>
        </w:rPr>
      </w:pPr>
    </w:p>
    <w:p w14:paraId="37755DB2" w14:textId="77777777" w:rsidR="00E91A42" w:rsidRPr="00E91A42" w:rsidRDefault="00E91A42" w:rsidP="00E91A42">
      <w:pPr>
        <w:spacing w:before="60" w:after="60"/>
        <w:jc w:val="both"/>
        <w:rPr>
          <w:sz w:val="28"/>
          <w:szCs w:val="28"/>
        </w:rPr>
      </w:pPr>
      <w:r w:rsidRPr="00E91A42">
        <w:rPr>
          <w:sz w:val="28"/>
          <w:szCs w:val="28"/>
        </w:rPr>
        <w:t>- Tác động đối với lĩnh vực KH&amp;CN có liên quan, đối với tổ chức chủ trì và các cơ sở ứng dụng kết quả nghiên cứu, đối với kinh tế - xã hội và môi trường</w:t>
      </w:r>
    </w:p>
    <w:p w14:paraId="2C984DA2" w14:textId="77777777" w:rsidR="00E91A42" w:rsidRPr="00E91A42" w:rsidRDefault="00E91A42" w:rsidP="00E91A42">
      <w:pPr>
        <w:spacing w:before="60" w:after="60"/>
        <w:jc w:val="both"/>
        <w:rPr>
          <w:i/>
          <w:sz w:val="28"/>
          <w:szCs w:val="28"/>
        </w:rPr>
      </w:pPr>
      <w:r w:rsidRPr="00E91A42">
        <w:rPr>
          <w:sz w:val="28"/>
          <w:szCs w:val="28"/>
        </w:rPr>
        <w:t xml:space="preserve">- Mô tả khả năng về thị trường </w:t>
      </w:r>
      <w:r w:rsidRPr="00E91A42">
        <w:rPr>
          <w:i/>
          <w:sz w:val="28"/>
          <w:szCs w:val="28"/>
        </w:rPr>
        <w:t>(Nhu cầu thị trường trong và ngoài nước, nêu tên và nhu cầu khách hàng cụ thể nếu có; điều kiện cần thiết để có thể đưa sản phẩm ra thị trường)</w:t>
      </w:r>
      <w:r w:rsidRPr="00E91A42">
        <w:rPr>
          <w:sz w:val="28"/>
          <w:szCs w:val="28"/>
        </w:rPr>
        <w:t xml:space="preserve">, khả năng về ứng dụng các kết quả nghiên cứu vào sản xuất kinh doanh </w:t>
      </w:r>
      <w:r w:rsidRPr="00E91A42">
        <w:rPr>
          <w:i/>
          <w:sz w:val="28"/>
          <w:szCs w:val="28"/>
        </w:rPr>
        <w:t xml:space="preserve">(khả năng cạnh tranh về giá thành và chất lượng sản phẩm) </w:t>
      </w:r>
      <w:r w:rsidRPr="00E91A42">
        <w:rPr>
          <w:sz w:val="28"/>
          <w:szCs w:val="28"/>
        </w:rPr>
        <w:t>phạm vi và địa chỉ (dự kiến) ứng dụng các kết quả</w:t>
      </w:r>
      <w:r w:rsidRPr="00E91A42">
        <w:rPr>
          <w:i/>
          <w:sz w:val="28"/>
          <w:szCs w:val="28"/>
        </w:rPr>
        <w:t xml:space="preserve">, </w:t>
      </w:r>
      <w:r w:rsidRPr="00E91A42">
        <w:rPr>
          <w:sz w:val="28"/>
          <w:szCs w:val="28"/>
        </w:rPr>
        <w:t xml:space="preserve">khả năng liên kết với các doanh nghiệp trong và sau khi hoàn thành nghiên cứu, phương thức chuyển giao </w:t>
      </w:r>
      <w:r w:rsidRPr="00E91A42">
        <w:rPr>
          <w:i/>
          <w:sz w:val="28"/>
          <w:szCs w:val="28"/>
        </w:rPr>
        <w:t>(Chuyển giao công nghệ trọn gói, chuyển giao công nghệ có đào tạo, chuyển giao theo hình thức trả dần theo tỷ lệ % doanh thu; liên kết với doanh nghiệp để sản xuất hoặc góp vốn; tự thành lập doanh nghiệp trên cơ sở kết quả nghiên cứu tạo ra, ...)</w:t>
      </w:r>
    </w:p>
    <w:p w14:paraId="69E6FCC4" w14:textId="77777777" w:rsidR="00E91A42" w:rsidRPr="00E91A42" w:rsidRDefault="00E91A42" w:rsidP="00E91A42">
      <w:pPr>
        <w:spacing w:before="60" w:after="60"/>
        <w:jc w:val="both"/>
        <w:rPr>
          <w:i/>
          <w:sz w:val="28"/>
          <w:szCs w:val="28"/>
        </w:rPr>
      </w:pPr>
      <w:r w:rsidRPr="00E91A42">
        <w:rPr>
          <w:i/>
          <w:sz w:val="28"/>
          <w:szCs w:val="28"/>
        </w:rPr>
        <w:t xml:space="preserve">- </w:t>
      </w:r>
      <w:r w:rsidRPr="00E91A42">
        <w:rPr>
          <w:sz w:val="28"/>
          <w:szCs w:val="28"/>
        </w:rPr>
        <w:t>Hiệu quả hoạt động hợp tác quốc tế</w:t>
      </w:r>
    </w:p>
    <w:p w14:paraId="5D7BDEE4" w14:textId="77777777" w:rsidR="00E91A42" w:rsidRPr="00E91A42" w:rsidRDefault="00E91A42" w:rsidP="00E91A42">
      <w:pPr>
        <w:spacing w:before="60" w:after="60"/>
        <w:jc w:val="both"/>
        <w:rPr>
          <w:i/>
          <w:sz w:val="28"/>
          <w:szCs w:val="28"/>
        </w:rPr>
      </w:pPr>
    </w:p>
    <w:p w14:paraId="7422BC0C" w14:textId="77777777" w:rsidR="00E91A42" w:rsidRPr="00E91A42" w:rsidRDefault="00E91A42" w:rsidP="00E91A42">
      <w:pPr>
        <w:jc w:val="both"/>
        <w:rPr>
          <w:spacing w:val="-4"/>
          <w:sz w:val="28"/>
          <w:szCs w:val="28"/>
        </w:rPr>
      </w:pPr>
      <w:r w:rsidRPr="00E91A42">
        <w:rPr>
          <w:b/>
          <w:spacing w:val="-4"/>
          <w:sz w:val="28"/>
          <w:szCs w:val="28"/>
        </w:rPr>
        <w:t>IV.</w:t>
      </w:r>
      <w:r w:rsidRPr="00E91A42">
        <w:rPr>
          <w:b/>
          <w:bCs/>
          <w:spacing w:val="-4"/>
          <w:sz w:val="28"/>
          <w:szCs w:val="28"/>
        </w:rPr>
        <w:t xml:space="preserve"> DỰ KIẾN KINH PHÍ THỰC HIỆN VÀ NGUỒN KINH PHÍ </w:t>
      </w:r>
    </w:p>
    <w:p w14:paraId="739515C9" w14:textId="77777777" w:rsidR="00E91A42" w:rsidRPr="00E91A42" w:rsidRDefault="00E91A42" w:rsidP="00E91A42">
      <w:pPr>
        <w:jc w:val="right"/>
        <w:rPr>
          <w:sz w:val="28"/>
          <w:szCs w:val="28"/>
        </w:rPr>
      </w:pPr>
    </w:p>
    <w:tbl>
      <w:tblPr>
        <w:tblW w:w="9889" w:type="dxa"/>
        <w:tblLayout w:type="fixed"/>
        <w:tblLook w:val="0000" w:firstRow="0" w:lastRow="0" w:firstColumn="0" w:lastColumn="0" w:noHBand="0" w:noVBand="0"/>
      </w:tblPr>
      <w:tblGrid>
        <w:gridCol w:w="534"/>
        <w:gridCol w:w="2832"/>
        <w:gridCol w:w="1080"/>
        <w:gridCol w:w="1062"/>
        <w:gridCol w:w="1121"/>
        <w:gridCol w:w="229"/>
        <w:gridCol w:w="839"/>
        <w:gridCol w:w="241"/>
        <w:gridCol w:w="990"/>
        <w:gridCol w:w="961"/>
      </w:tblGrid>
      <w:tr w:rsidR="00E91A42" w:rsidRPr="00E91A42" w14:paraId="747F528F" w14:textId="77777777" w:rsidTr="00A701F9">
        <w:tc>
          <w:tcPr>
            <w:tcW w:w="534" w:type="dxa"/>
            <w:tcBorders>
              <w:top w:val="single" w:sz="4" w:space="0" w:color="auto"/>
              <w:left w:val="single" w:sz="4" w:space="0" w:color="auto"/>
              <w:bottom w:val="dotted" w:sz="4" w:space="0" w:color="auto"/>
              <w:right w:val="dotted" w:sz="4" w:space="0" w:color="auto"/>
            </w:tcBorders>
          </w:tcPr>
          <w:p w14:paraId="3971C2EC" w14:textId="77777777" w:rsidR="00E91A42" w:rsidRPr="00E91A42" w:rsidRDefault="00E91A42" w:rsidP="00A701F9">
            <w:pPr>
              <w:spacing w:before="40" w:after="40"/>
              <w:jc w:val="center"/>
              <w:rPr>
                <w:b/>
                <w:sz w:val="28"/>
                <w:szCs w:val="28"/>
              </w:rPr>
            </w:pPr>
            <w:r w:rsidRPr="00E91A42">
              <w:rPr>
                <w:b/>
                <w:sz w:val="28"/>
                <w:szCs w:val="28"/>
              </w:rPr>
              <w:t>20</w:t>
            </w:r>
          </w:p>
        </w:tc>
        <w:tc>
          <w:tcPr>
            <w:tcW w:w="9355" w:type="dxa"/>
            <w:gridSpan w:val="9"/>
            <w:tcBorders>
              <w:top w:val="single" w:sz="4" w:space="0" w:color="auto"/>
              <w:left w:val="dotted" w:sz="4" w:space="0" w:color="auto"/>
              <w:bottom w:val="dotted" w:sz="4" w:space="0" w:color="auto"/>
              <w:right w:val="single" w:sz="4" w:space="0" w:color="auto"/>
            </w:tcBorders>
          </w:tcPr>
          <w:p w14:paraId="5C4F97CC" w14:textId="77777777" w:rsidR="00E91A42" w:rsidRPr="00E91A42" w:rsidRDefault="00E91A42" w:rsidP="00A701F9">
            <w:pPr>
              <w:spacing w:before="40" w:after="40"/>
              <w:jc w:val="both"/>
              <w:rPr>
                <w:sz w:val="28"/>
                <w:szCs w:val="28"/>
              </w:rPr>
            </w:pPr>
            <w:r w:rsidRPr="00E91A42">
              <w:rPr>
                <w:b/>
                <w:sz w:val="28"/>
                <w:szCs w:val="28"/>
              </w:rPr>
              <w:t xml:space="preserve">Kinh </w:t>
            </w:r>
            <w:proofErr w:type="gramStart"/>
            <w:r w:rsidRPr="00E91A42">
              <w:rPr>
                <w:b/>
                <w:sz w:val="28"/>
                <w:szCs w:val="28"/>
              </w:rPr>
              <w:t>phí  phía</w:t>
            </w:r>
            <w:proofErr w:type="gramEnd"/>
            <w:r w:rsidRPr="00E91A42">
              <w:rPr>
                <w:b/>
                <w:sz w:val="28"/>
                <w:szCs w:val="28"/>
              </w:rPr>
              <w:t xml:space="preserve"> Việt Nam </w:t>
            </w:r>
            <w:r w:rsidRPr="00E91A42">
              <w:rPr>
                <w:sz w:val="28"/>
                <w:szCs w:val="28"/>
              </w:rPr>
              <w:t>(</w:t>
            </w:r>
            <w:r w:rsidRPr="00E91A42">
              <w:rPr>
                <w:i/>
                <w:sz w:val="28"/>
                <w:szCs w:val="28"/>
              </w:rPr>
              <w:t>triệu đồng</w:t>
            </w:r>
            <w:r w:rsidRPr="00E91A42">
              <w:rPr>
                <w:sz w:val="28"/>
                <w:szCs w:val="28"/>
              </w:rPr>
              <w:t>)</w:t>
            </w:r>
          </w:p>
        </w:tc>
      </w:tr>
      <w:tr w:rsidR="00E91A42" w:rsidRPr="00E91A42" w14:paraId="74ABEAAB" w14:textId="77777777" w:rsidTr="00A701F9">
        <w:trPr>
          <w:cantSplit/>
        </w:trPr>
        <w:tc>
          <w:tcPr>
            <w:tcW w:w="534" w:type="dxa"/>
            <w:vMerge w:val="restart"/>
            <w:tcBorders>
              <w:top w:val="dotted" w:sz="4" w:space="0" w:color="auto"/>
              <w:left w:val="single" w:sz="4" w:space="0" w:color="auto"/>
              <w:bottom w:val="dotted" w:sz="4" w:space="0" w:color="auto"/>
              <w:right w:val="dotted" w:sz="4" w:space="0" w:color="auto"/>
            </w:tcBorders>
          </w:tcPr>
          <w:p w14:paraId="538F35E7" w14:textId="77777777" w:rsidR="00E91A42" w:rsidRPr="00E91A42" w:rsidRDefault="00E91A42" w:rsidP="00A701F9">
            <w:pPr>
              <w:spacing w:before="40" w:after="40"/>
              <w:jc w:val="center"/>
              <w:rPr>
                <w:b/>
                <w:spacing w:val="-22"/>
                <w:sz w:val="28"/>
                <w:szCs w:val="28"/>
              </w:rPr>
            </w:pPr>
            <w:r w:rsidRPr="00E91A42">
              <w:rPr>
                <w:b/>
                <w:spacing w:val="-22"/>
                <w:sz w:val="28"/>
                <w:szCs w:val="28"/>
              </w:rPr>
              <w:t>TT</w:t>
            </w:r>
          </w:p>
        </w:tc>
        <w:tc>
          <w:tcPr>
            <w:tcW w:w="2832" w:type="dxa"/>
            <w:vMerge w:val="restart"/>
            <w:tcBorders>
              <w:top w:val="dotted" w:sz="4" w:space="0" w:color="auto"/>
              <w:left w:val="dotted" w:sz="4" w:space="0" w:color="auto"/>
              <w:bottom w:val="dotted" w:sz="4" w:space="0" w:color="auto"/>
              <w:right w:val="dotted" w:sz="4" w:space="0" w:color="auto"/>
            </w:tcBorders>
          </w:tcPr>
          <w:p w14:paraId="3813C5CC" w14:textId="77777777" w:rsidR="00E91A42" w:rsidRPr="00E91A42" w:rsidRDefault="00E91A42" w:rsidP="00A701F9">
            <w:pPr>
              <w:spacing w:before="40" w:after="40"/>
              <w:jc w:val="center"/>
              <w:rPr>
                <w:b/>
                <w:sz w:val="28"/>
                <w:szCs w:val="28"/>
              </w:rPr>
            </w:pPr>
            <w:r w:rsidRPr="00E91A42">
              <w:rPr>
                <w:b/>
                <w:sz w:val="28"/>
                <w:szCs w:val="28"/>
              </w:rPr>
              <w:t>Nguồn kinh phí</w:t>
            </w:r>
          </w:p>
        </w:tc>
        <w:tc>
          <w:tcPr>
            <w:tcW w:w="1080" w:type="dxa"/>
            <w:vMerge w:val="restart"/>
            <w:tcBorders>
              <w:top w:val="dotted" w:sz="4" w:space="0" w:color="auto"/>
              <w:left w:val="dotted" w:sz="4" w:space="0" w:color="auto"/>
              <w:bottom w:val="dotted" w:sz="4" w:space="0" w:color="auto"/>
              <w:right w:val="dotted" w:sz="4" w:space="0" w:color="auto"/>
            </w:tcBorders>
          </w:tcPr>
          <w:p w14:paraId="6997E5A5" w14:textId="77777777" w:rsidR="00E91A42" w:rsidRPr="00E91A42" w:rsidRDefault="00E91A42" w:rsidP="00A701F9">
            <w:pPr>
              <w:spacing w:before="40" w:after="40"/>
              <w:jc w:val="center"/>
              <w:rPr>
                <w:b/>
                <w:sz w:val="28"/>
                <w:szCs w:val="28"/>
              </w:rPr>
            </w:pPr>
            <w:r w:rsidRPr="00E91A42">
              <w:rPr>
                <w:b/>
                <w:sz w:val="28"/>
                <w:szCs w:val="28"/>
              </w:rPr>
              <w:t>Tổng số</w:t>
            </w:r>
          </w:p>
        </w:tc>
        <w:tc>
          <w:tcPr>
            <w:tcW w:w="5443" w:type="dxa"/>
            <w:gridSpan w:val="7"/>
            <w:tcBorders>
              <w:top w:val="dotted" w:sz="4" w:space="0" w:color="auto"/>
              <w:left w:val="dotted" w:sz="4" w:space="0" w:color="auto"/>
              <w:bottom w:val="dotted" w:sz="4" w:space="0" w:color="auto"/>
              <w:right w:val="single" w:sz="4" w:space="0" w:color="auto"/>
            </w:tcBorders>
          </w:tcPr>
          <w:p w14:paraId="0351D02C" w14:textId="77777777" w:rsidR="00E91A42" w:rsidRPr="00E91A42" w:rsidRDefault="00E91A42" w:rsidP="00A701F9">
            <w:pPr>
              <w:spacing w:before="40" w:after="40"/>
              <w:jc w:val="center"/>
              <w:rPr>
                <w:b/>
                <w:sz w:val="28"/>
                <w:szCs w:val="28"/>
              </w:rPr>
            </w:pPr>
            <w:r w:rsidRPr="00E91A42">
              <w:rPr>
                <w:b/>
                <w:sz w:val="28"/>
                <w:szCs w:val="28"/>
              </w:rPr>
              <w:t>Trong đó</w:t>
            </w:r>
          </w:p>
        </w:tc>
      </w:tr>
      <w:tr w:rsidR="00E91A42" w:rsidRPr="00E91A42" w14:paraId="42A24D79" w14:textId="77777777" w:rsidTr="00A701F9">
        <w:trPr>
          <w:cantSplit/>
        </w:trPr>
        <w:tc>
          <w:tcPr>
            <w:tcW w:w="534" w:type="dxa"/>
            <w:vMerge/>
            <w:tcBorders>
              <w:top w:val="dotted" w:sz="4" w:space="0" w:color="auto"/>
              <w:left w:val="single" w:sz="4" w:space="0" w:color="auto"/>
              <w:bottom w:val="dotted" w:sz="4" w:space="0" w:color="auto"/>
              <w:right w:val="dotted" w:sz="4" w:space="0" w:color="auto"/>
            </w:tcBorders>
          </w:tcPr>
          <w:p w14:paraId="0256954B" w14:textId="77777777" w:rsidR="00E91A42" w:rsidRPr="00E91A42" w:rsidRDefault="00E91A42" w:rsidP="00A701F9">
            <w:pPr>
              <w:spacing w:before="40" w:after="40"/>
              <w:jc w:val="center"/>
              <w:rPr>
                <w:b/>
                <w:sz w:val="28"/>
                <w:szCs w:val="28"/>
              </w:rPr>
            </w:pPr>
          </w:p>
        </w:tc>
        <w:tc>
          <w:tcPr>
            <w:tcW w:w="2832" w:type="dxa"/>
            <w:vMerge/>
            <w:tcBorders>
              <w:top w:val="dotted" w:sz="4" w:space="0" w:color="auto"/>
              <w:left w:val="dotted" w:sz="4" w:space="0" w:color="auto"/>
              <w:bottom w:val="dotted" w:sz="4" w:space="0" w:color="auto"/>
              <w:right w:val="dotted" w:sz="4" w:space="0" w:color="auto"/>
            </w:tcBorders>
          </w:tcPr>
          <w:p w14:paraId="4EAA0954" w14:textId="77777777" w:rsidR="00E91A42" w:rsidRPr="00E91A42" w:rsidRDefault="00E91A42" w:rsidP="00A701F9">
            <w:pPr>
              <w:spacing w:before="40" w:after="40"/>
              <w:jc w:val="center"/>
              <w:rPr>
                <w:b/>
                <w:sz w:val="28"/>
                <w:szCs w:val="28"/>
              </w:rPr>
            </w:pPr>
          </w:p>
        </w:tc>
        <w:tc>
          <w:tcPr>
            <w:tcW w:w="1080" w:type="dxa"/>
            <w:vMerge/>
            <w:tcBorders>
              <w:top w:val="dotted" w:sz="4" w:space="0" w:color="auto"/>
              <w:left w:val="dotted" w:sz="4" w:space="0" w:color="auto"/>
              <w:bottom w:val="dotted" w:sz="4" w:space="0" w:color="auto"/>
              <w:right w:val="dotted" w:sz="4" w:space="0" w:color="auto"/>
            </w:tcBorders>
          </w:tcPr>
          <w:p w14:paraId="6C34C65D" w14:textId="77777777" w:rsidR="00E91A42" w:rsidRPr="00E91A42" w:rsidRDefault="00E91A42" w:rsidP="00A701F9">
            <w:pPr>
              <w:spacing w:before="40" w:after="40"/>
              <w:jc w:val="center"/>
              <w:rPr>
                <w:b/>
                <w:sz w:val="28"/>
                <w:szCs w:val="28"/>
              </w:rPr>
            </w:pPr>
          </w:p>
        </w:tc>
        <w:tc>
          <w:tcPr>
            <w:tcW w:w="1062" w:type="dxa"/>
            <w:tcBorders>
              <w:top w:val="dotted" w:sz="4" w:space="0" w:color="auto"/>
              <w:left w:val="dotted" w:sz="4" w:space="0" w:color="auto"/>
              <w:bottom w:val="dotted" w:sz="4" w:space="0" w:color="auto"/>
              <w:right w:val="dotted" w:sz="4" w:space="0" w:color="auto"/>
            </w:tcBorders>
          </w:tcPr>
          <w:p w14:paraId="3FAACF60" w14:textId="77777777" w:rsidR="00E91A42" w:rsidRPr="00E91A42" w:rsidRDefault="00E91A42" w:rsidP="00A701F9">
            <w:pPr>
              <w:spacing w:before="40" w:after="40"/>
              <w:jc w:val="center"/>
              <w:rPr>
                <w:b/>
                <w:sz w:val="28"/>
                <w:szCs w:val="28"/>
              </w:rPr>
            </w:pPr>
            <w:r w:rsidRPr="00E91A42">
              <w:rPr>
                <w:b/>
                <w:sz w:val="28"/>
                <w:szCs w:val="28"/>
              </w:rPr>
              <w:t>Công lao động</w:t>
            </w:r>
            <w:r w:rsidRPr="00E91A42">
              <w:rPr>
                <w:rStyle w:val="FootnoteReference"/>
                <w:sz w:val="28"/>
                <w:szCs w:val="28"/>
              </w:rPr>
              <w:footnoteReference w:id="3"/>
            </w:r>
          </w:p>
        </w:tc>
        <w:tc>
          <w:tcPr>
            <w:tcW w:w="1350" w:type="dxa"/>
            <w:gridSpan w:val="2"/>
            <w:tcBorders>
              <w:top w:val="dotted" w:sz="4" w:space="0" w:color="auto"/>
              <w:left w:val="dotted" w:sz="4" w:space="0" w:color="auto"/>
              <w:bottom w:val="dotted" w:sz="4" w:space="0" w:color="auto"/>
              <w:right w:val="dotted" w:sz="4" w:space="0" w:color="auto"/>
            </w:tcBorders>
          </w:tcPr>
          <w:p w14:paraId="16E27DCE" w14:textId="77777777" w:rsidR="00E91A42" w:rsidRPr="00E91A42" w:rsidRDefault="00E91A42" w:rsidP="00A701F9">
            <w:pPr>
              <w:spacing w:before="40" w:after="40"/>
              <w:jc w:val="center"/>
              <w:rPr>
                <w:b/>
                <w:sz w:val="28"/>
                <w:szCs w:val="28"/>
              </w:rPr>
            </w:pPr>
            <w:r w:rsidRPr="00E91A42">
              <w:rPr>
                <w:b/>
                <w:sz w:val="28"/>
                <w:szCs w:val="28"/>
              </w:rPr>
              <w:t>Nguyên vật liệu, năng lượng</w:t>
            </w:r>
          </w:p>
        </w:tc>
        <w:tc>
          <w:tcPr>
            <w:tcW w:w="1080" w:type="dxa"/>
            <w:gridSpan w:val="2"/>
            <w:tcBorders>
              <w:top w:val="dotted" w:sz="4" w:space="0" w:color="auto"/>
              <w:left w:val="dotted" w:sz="4" w:space="0" w:color="auto"/>
              <w:bottom w:val="dotted" w:sz="4" w:space="0" w:color="auto"/>
              <w:right w:val="dotted" w:sz="4" w:space="0" w:color="auto"/>
            </w:tcBorders>
          </w:tcPr>
          <w:p w14:paraId="0A00F8D8" w14:textId="77777777" w:rsidR="00E91A42" w:rsidRPr="00E91A42" w:rsidRDefault="00E91A42" w:rsidP="00A701F9">
            <w:pPr>
              <w:spacing w:before="40" w:after="40"/>
              <w:jc w:val="center"/>
              <w:rPr>
                <w:b/>
                <w:sz w:val="28"/>
                <w:szCs w:val="28"/>
                <w:lang w:val="fr-FR"/>
              </w:rPr>
            </w:pPr>
            <w:r w:rsidRPr="00E91A42">
              <w:rPr>
                <w:b/>
                <w:sz w:val="28"/>
                <w:szCs w:val="28"/>
                <w:lang w:val="fr-FR"/>
              </w:rPr>
              <w:t>Thiết bị, máy móc</w:t>
            </w:r>
          </w:p>
        </w:tc>
        <w:tc>
          <w:tcPr>
            <w:tcW w:w="990" w:type="dxa"/>
            <w:tcBorders>
              <w:top w:val="dotted" w:sz="4" w:space="0" w:color="auto"/>
              <w:left w:val="dotted" w:sz="4" w:space="0" w:color="auto"/>
              <w:bottom w:val="dotted" w:sz="4" w:space="0" w:color="auto"/>
              <w:right w:val="dotted" w:sz="4" w:space="0" w:color="auto"/>
            </w:tcBorders>
          </w:tcPr>
          <w:p w14:paraId="62572200" w14:textId="77777777" w:rsidR="00E91A42" w:rsidRPr="00E91A42" w:rsidRDefault="00E91A42" w:rsidP="00A701F9">
            <w:pPr>
              <w:spacing w:before="40" w:after="40"/>
              <w:jc w:val="center"/>
              <w:rPr>
                <w:b/>
                <w:sz w:val="28"/>
                <w:szCs w:val="28"/>
              </w:rPr>
            </w:pPr>
            <w:r w:rsidRPr="00E91A42">
              <w:rPr>
                <w:b/>
                <w:sz w:val="28"/>
                <w:szCs w:val="28"/>
              </w:rPr>
              <w:t>Hợp tác quốc tế</w:t>
            </w:r>
          </w:p>
        </w:tc>
        <w:tc>
          <w:tcPr>
            <w:tcW w:w="961" w:type="dxa"/>
            <w:tcBorders>
              <w:top w:val="dotted" w:sz="4" w:space="0" w:color="auto"/>
              <w:left w:val="dotted" w:sz="4" w:space="0" w:color="auto"/>
              <w:bottom w:val="dotted" w:sz="4" w:space="0" w:color="auto"/>
              <w:right w:val="single" w:sz="4" w:space="0" w:color="auto"/>
            </w:tcBorders>
          </w:tcPr>
          <w:p w14:paraId="43C0484B" w14:textId="77777777" w:rsidR="00E91A42" w:rsidRPr="00E91A42" w:rsidRDefault="00E91A42" w:rsidP="00A701F9">
            <w:pPr>
              <w:spacing w:before="40" w:after="40"/>
              <w:jc w:val="center"/>
              <w:rPr>
                <w:b/>
                <w:sz w:val="28"/>
                <w:szCs w:val="28"/>
              </w:rPr>
            </w:pPr>
            <w:r w:rsidRPr="00E91A42">
              <w:rPr>
                <w:b/>
                <w:sz w:val="28"/>
                <w:szCs w:val="28"/>
              </w:rPr>
              <w:t>Chi khác</w:t>
            </w:r>
          </w:p>
        </w:tc>
      </w:tr>
      <w:tr w:rsidR="00E91A42" w:rsidRPr="00E91A42" w14:paraId="4C5DF796" w14:textId="77777777" w:rsidTr="00A701F9">
        <w:tc>
          <w:tcPr>
            <w:tcW w:w="534" w:type="dxa"/>
            <w:tcBorders>
              <w:top w:val="dotted" w:sz="4" w:space="0" w:color="auto"/>
              <w:left w:val="single" w:sz="4" w:space="0" w:color="auto"/>
              <w:bottom w:val="dotted" w:sz="4" w:space="0" w:color="auto"/>
              <w:right w:val="dotted" w:sz="4" w:space="0" w:color="auto"/>
            </w:tcBorders>
          </w:tcPr>
          <w:p w14:paraId="6782E7D5" w14:textId="77777777" w:rsidR="00E91A42" w:rsidRPr="00E91A42" w:rsidRDefault="00E91A42" w:rsidP="00A701F9">
            <w:pPr>
              <w:spacing w:before="40" w:after="40"/>
              <w:jc w:val="center"/>
              <w:rPr>
                <w:sz w:val="28"/>
                <w:szCs w:val="28"/>
              </w:rPr>
            </w:pPr>
            <w:r w:rsidRPr="00E91A42">
              <w:rPr>
                <w:sz w:val="28"/>
                <w:szCs w:val="28"/>
              </w:rPr>
              <w:t>i</w:t>
            </w:r>
          </w:p>
        </w:tc>
        <w:tc>
          <w:tcPr>
            <w:tcW w:w="2832" w:type="dxa"/>
            <w:tcBorders>
              <w:top w:val="dotted" w:sz="4" w:space="0" w:color="auto"/>
              <w:left w:val="dotted" w:sz="4" w:space="0" w:color="auto"/>
              <w:bottom w:val="dotted" w:sz="4" w:space="0" w:color="auto"/>
              <w:right w:val="dotted" w:sz="4" w:space="0" w:color="auto"/>
            </w:tcBorders>
          </w:tcPr>
          <w:p w14:paraId="2404BE28" w14:textId="77777777" w:rsidR="00E91A42" w:rsidRPr="00E91A42" w:rsidRDefault="00E91A42" w:rsidP="00A701F9">
            <w:pPr>
              <w:spacing w:before="40" w:after="40"/>
              <w:jc w:val="center"/>
              <w:rPr>
                <w:sz w:val="28"/>
                <w:szCs w:val="28"/>
              </w:rPr>
            </w:pPr>
            <w:r w:rsidRPr="00E91A42">
              <w:rPr>
                <w:sz w:val="28"/>
                <w:szCs w:val="28"/>
              </w:rPr>
              <w:t>ii</w:t>
            </w:r>
          </w:p>
        </w:tc>
        <w:tc>
          <w:tcPr>
            <w:tcW w:w="1080" w:type="dxa"/>
            <w:tcBorders>
              <w:top w:val="dotted" w:sz="4" w:space="0" w:color="auto"/>
              <w:left w:val="dotted" w:sz="4" w:space="0" w:color="auto"/>
              <w:bottom w:val="dotted" w:sz="4" w:space="0" w:color="auto"/>
              <w:right w:val="dotted" w:sz="4" w:space="0" w:color="auto"/>
            </w:tcBorders>
          </w:tcPr>
          <w:p w14:paraId="64FFCDF6" w14:textId="77777777" w:rsidR="00E91A42" w:rsidRPr="00E91A42" w:rsidRDefault="00E91A42" w:rsidP="00A701F9">
            <w:pPr>
              <w:spacing w:before="40" w:after="40"/>
              <w:jc w:val="center"/>
              <w:rPr>
                <w:sz w:val="28"/>
                <w:szCs w:val="28"/>
              </w:rPr>
            </w:pPr>
            <w:r w:rsidRPr="00E91A42">
              <w:rPr>
                <w:sz w:val="28"/>
                <w:szCs w:val="28"/>
              </w:rPr>
              <w:t>iii</w:t>
            </w:r>
          </w:p>
        </w:tc>
        <w:tc>
          <w:tcPr>
            <w:tcW w:w="1062" w:type="dxa"/>
            <w:tcBorders>
              <w:top w:val="dotted" w:sz="4" w:space="0" w:color="auto"/>
              <w:left w:val="dotted" w:sz="4" w:space="0" w:color="auto"/>
              <w:bottom w:val="dotted" w:sz="4" w:space="0" w:color="auto"/>
              <w:right w:val="dotted" w:sz="4" w:space="0" w:color="auto"/>
            </w:tcBorders>
          </w:tcPr>
          <w:p w14:paraId="448D3082" w14:textId="77777777" w:rsidR="00E91A42" w:rsidRPr="00E91A42" w:rsidRDefault="00E91A42" w:rsidP="00A701F9">
            <w:pPr>
              <w:spacing w:before="40" w:after="40"/>
              <w:jc w:val="center"/>
              <w:rPr>
                <w:sz w:val="28"/>
                <w:szCs w:val="28"/>
              </w:rPr>
            </w:pPr>
            <w:r w:rsidRPr="00E91A42">
              <w:rPr>
                <w:sz w:val="28"/>
                <w:szCs w:val="28"/>
              </w:rPr>
              <w:t>iv</w:t>
            </w:r>
          </w:p>
        </w:tc>
        <w:tc>
          <w:tcPr>
            <w:tcW w:w="1350" w:type="dxa"/>
            <w:gridSpan w:val="2"/>
            <w:tcBorders>
              <w:top w:val="dotted" w:sz="4" w:space="0" w:color="auto"/>
              <w:left w:val="dotted" w:sz="4" w:space="0" w:color="auto"/>
              <w:bottom w:val="dotted" w:sz="4" w:space="0" w:color="auto"/>
              <w:right w:val="dotted" w:sz="4" w:space="0" w:color="auto"/>
            </w:tcBorders>
          </w:tcPr>
          <w:p w14:paraId="778AB268" w14:textId="77777777" w:rsidR="00E91A42" w:rsidRPr="00E91A42" w:rsidRDefault="00E91A42" w:rsidP="00A701F9">
            <w:pPr>
              <w:spacing w:before="40" w:after="40"/>
              <w:jc w:val="center"/>
              <w:rPr>
                <w:sz w:val="28"/>
                <w:szCs w:val="28"/>
              </w:rPr>
            </w:pPr>
            <w:r w:rsidRPr="00E91A42">
              <w:rPr>
                <w:sz w:val="28"/>
                <w:szCs w:val="28"/>
              </w:rPr>
              <w:t>v</w:t>
            </w:r>
          </w:p>
        </w:tc>
        <w:tc>
          <w:tcPr>
            <w:tcW w:w="1080" w:type="dxa"/>
            <w:gridSpan w:val="2"/>
            <w:tcBorders>
              <w:top w:val="dotted" w:sz="4" w:space="0" w:color="auto"/>
              <w:left w:val="dotted" w:sz="4" w:space="0" w:color="auto"/>
              <w:bottom w:val="dotted" w:sz="4" w:space="0" w:color="auto"/>
              <w:right w:val="dotted" w:sz="4" w:space="0" w:color="auto"/>
            </w:tcBorders>
          </w:tcPr>
          <w:p w14:paraId="1EEB2F0D" w14:textId="77777777" w:rsidR="00E91A42" w:rsidRPr="00E91A42" w:rsidRDefault="00E91A42" w:rsidP="00A701F9">
            <w:pPr>
              <w:spacing w:before="40" w:after="40"/>
              <w:jc w:val="center"/>
              <w:rPr>
                <w:sz w:val="28"/>
                <w:szCs w:val="28"/>
              </w:rPr>
            </w:pPr>
            <w:r w:rsidRPr="00E91A42">
              <w:rPr>
                <w:sz w:val="28"/>
                <w:szCs w:val="28"/>
              </w:rPr>
              <w:t>vi</w:t>
            </w:r>
          </w:p>
        </w:tc>
        <w:tc>
          <w:tcPr>
            <w:tcW w:w="990" w:type="dxa"/>
            <w:tcBorders>
              <w:top w:val="dotted" w:sz="4" w:space="0" w:color="auto"/>
              <w:left w:val="dotted" w:sz="4" w:space="0" w:color="auto"/>
              <w:bottom w:val="dotted" w:sz="4" w:space="0" w:color="auto"/>
              <w:right w:val="dotted" w:sz="4" w:space="0" w:color="auto"/>
            </w:tcBorders>
          </w:tcPr>
          <w:p w14:paraId="3F78D586" w14:textId="77777777" w:rsidR="00E91A42" w:rsidRPr="00E91A42" w:rsidRDefault="00E91A42" w:rsidP="00A701F9">
            <w:pPr>
              <w:spacing w:before="40" w:after="40"/>
              <w:jc w:val="center"/>
              <w:rPr>
                <w:sz w:val="28"/>
                <w:szCs w:val="28"/>
              </w:rPr>
            </w:pPr>
            <w:r w:rsidRPr="00E91A42">
              <w:rPr>
                <w:sz w:val="28"/>
                <w:szCs w:val="28"/>
              </w:rPr>
              <w:t>vii</w:t>
            </w:r>
          </w:p>
        </w:tc>
        <w:tc>
          <w:tcPr>
            <w:tcW w:w="961" w:type="dxa"/>
            <w:tcBorders>
              <w:top w:val="dotted" w:sz="4" w:space="0" w:color="auto"/>
              <w:left w:val="dotted" w:sz="4" w:space="0" w:color="auto"/>
              <w:bottom w:val="dotted" w:sz="4" w:space="0" w:color="auto"/>
              <w:right w:val="single" w:sz="4" w:space="0" w:color="auto"/>
            </w:tcBorders>
          </w:tcPr>
          <w:p w14:paraId="19A43A51" w14:textId="77777777" w:rsidR="00E91A42" w:rsidRPr="00E91A42" w:rsidRDefault="00E91A42" w:rsidP="00A701F9">
            <w:pPr>
              <w:spacing w:before="40" w:after="40"/>
              <w:jc w:val="center"/>
              <w:rPr>
                <w:sz w:val="28"/>
                <w:szCs w:val="28"/>
              </w:rPr>
            </w:pPr>
            <w:r w:rsidRPr="00E91A42">
              <w:rPr>
                <w:sz w:val="28"/>
                <w:szCs w:val="28"/>
              </w:rPr>
              <w:t>viii</w:t>
            </w:r>
          </w:p>
        </w:tc>
      </w:tr>
      <w:tr w:rsidR="00E91A42" w:rsidRPr="00E91A42" w14:paraId="4777FF2A" w14:textId="77777777" w:rsidTr="00A701F9">
        <w:tc>
          <w:tcPr>
            <w:tcW w:w="534" w:type="dxa"/>
            <w:tcBorders>
              <w:top w:val="dotted" w:sz="4" w:space="0" w:color="auto"/>
              <w:left w:val="single" w:sz="4" w:space="0" w:color="auto"/>
              <w:bottom w:val="dotted" w:sz="4" w:space="0" w:color="auto"/>
              <w:right w:val="dotted" w:sz="4" w:space="0" w:color="auto"/>
            </w:tcBorders>
          </w:tcPr>
          <w:p w14:paraId="4BF01E3E" w14:textId="77777777" w:rsidR="00E91A42" w:rsidRPr="00E91A42" w:rsidRDefault="00E91A42" w:rsidP="00A701F9">
            <w:pPr>
              <w:spacing w:before="40" w:after="40"/>
              <w:jc w:val="center"/>
              <w:rPr>
                <w:sz w:val="28"/>
                <w:szCs w:val="28"/>
              </w:rPr>
            </w:pPr>
            <w:r w:rsidRPr="00E91A42">
              <w:rPr>
                <w:sz w:val="28"/>
                <w:szCs w:val="28"/>
              </w:rPr>
              <w:t>1</w:t>
            </w:r>
          </w:p>
        </w:tc>
        <w:tc>
          <w:tcPr>
            <w:tcW w:w="2832" w:type="dxa"/>
            <w:tcBorders>
              <w:top w:val="dotted" w:sz="4" w:space="0" w:color="auto"/>
              <w:left w:val="dotted" w:sz="4" w:space="0" w:color="auto"/>
              <w:bottom w:val="dotted" w:sz="4" w:space="0" w:color="auto"/>
              <w:right w:val="dotted" w:sz="4" w:space="0" w:color="auto"/>
            </w:tcBorders>
          </w:tcPr>
          <w:p w14:paraId="55C507D0" w14:textId="77777777" w:rsidR="00E91A42" w:rsidRPr="00E91A42" w:rsidRDefault="00E91A42" w:rsidP="00A701F9">
            <w:pPr>
              <w:spacing w:before="40" w:after="40"/>
              <w:jc w:val="both"/>
              <w:rPr>
                <w:sz w:val="28"/>
                <w:szCs w:val="28"/>
              </w:rPr>
            </w:pPr>
            <w:r w:rsidRPr="00E91A42">
              <w:rPr>
                <w:sz w:val="28"/>
                <w:szCs w:val="28"/>
              </w:rPr>
              <w:t xml:space="preserve">Ngân sách SNKH </w:t>
            </w:r>
          </w:p>
        </w:tc>
        <w:tc>
          <w:tcPr>
            <w:tcW w:w="1080" w:type="dxa"/>
            <w:tcBorders>
              <w:top w:val="dotted" w:sz="4" w:space="0" w:color="auto"/>
              <w:left w:val="dotted" w:sz="4" w:space="0" w:color="auto"/>
              <w:bottom w:val="dotted" w:sz="4" w:space="0" w:color="auto"/>
              <w:right w:val="dotted" w:sz="4" w:space="0" w:color="auto"/>
            </w:tcBorders>
          </w:tcPr>
          <w:p w14:paraId="02C9A7DC" w14:textId="77777777" w:rsidR="00E91A42" w:rsidRPr="00E91A42" w:rsidRDefault="00E91A42" w:rsidP="00A701F9">
            <w:pPr>
              <w:spacing w:before="40" w:after="40"/>
              <w:jc w:val="both"/>
              <w:rPr>
                <w:sz w:val="28"/>
                <w:szCs w:val="28"/>
              </w:rPr>
            </w:pPr>
          </w:p>
        </w:tc>
        <w:tc>
          <w:tcPr>
            <w:tcW w:w="1062" w:type="dxa"/>
            <w:tcBorders>
              <w:top w:val="dotted" w:sz="4" w:space="0" w:color="auto"/>
              <w:left w:val="dotted" w:sz="4" w:space="0" w:color="auto"/>
              <w:bottom w:val="dotted" w:sz="4" w:space="0" w:color="auto"/>
              <w:right w:val="dotted" w:sz="4" w:space="0" w:color="auto"/>
            </w:tcBorders>
          </w:tcPr>
          <w:p w14:paraId="0D39489D" w14:textId="77777777" w:rsidR="00E91A42" w:rsidRPr="00E91A42" w:rsidRDefault="00E91A42" w:rsidP="00A701F9">
            <w:pPr>
              <w:spacing w:before="40" w:after="40"/>
              <w:jc w:val="both"/>
              <w:rPr>
                <w:sz w:val="28"/>
                <w:szCs w:val="28"/>
              </w:rPr>
            </w:pPr>
          </w:p>
        </w:tc>
        <w:tc>
          <w:tcPr>
            <w:tcW w:w="1350" w:type="dxa"/>
            <w:gridSpan w:val="2"/>
            <w:tcBorders>
              <w:top w:val="dotted" w:sz="4" w:space="0" w:color="auto"/>
              <w:left w:val="dotted" w:sz="4" w:space="0" w:color="auto"/>
              <w:bottom w:val="dotted" w:sz="4" w:space="0" w:color="auto"/>
              <w:right w:val="dotted" w:sz="4" w:space="0" w:color="auto"/>
            </w:tcBorders>
          </w:tcPr>
          <w:p w14:paraId="69A37086" w14:textId="77777777" w:rsidR="00E91A42" w:rsidRPr="00E91A42" w:rsidRDefault="00E91A42" w:rsidP="00A701F9">
            <w:pPr>
              <w:spacing w:before="40" w:after="40"/>
              <w:jc w:val="both"/>
              <w:rPr>
                <w:sz w:val="28"/>
                <w:szCs w:val="28"/>
              </w:rPr>
            </w:pPr>
          </w:p>
        </w:tc>
        <w:tc>
          <w:tcPr>
            <w:tcW w:w="1080" w:type="dxa"/>
            <w:gridSpan w:val="2"/>
            <w:tcBorders>
              <w:top w:val="dotted" w:sz="4" w:space="0" w:color="auto"/>
              <w:left w:val="dotted" w:sz="4" w:space="0" w:color="auto"/>
              <w:bottom w:val="dotted" w:sz="4" w:space="0" w:color="auto"/>
              <w:right w:val="dotted" w:sz="4" w:space="0" w:color="auto"/>
            </w:tcBorders>
          </w:tcPr>
          <w:p w14:paraId="3E20AC12" w14:textId="77777777" w:rsidR="00E91A42" w:rsidRPr="00E91A42" w:rsidRDefault="00E91A42" w:rsidP="00A701F9">
            <w:pPr>
              <w:spacing w:before="40" w:after="40"/>
              <w:jc w:val="both"/>
              <w:rPr>
                <w:sz w:val="28"/>
                <w:szCs w:val="28"/>
              </w:rPr>
            </w:pPr>
          </w:p>
        </w:tc>
        <w:tc>
          <w:tcPr>
            <w:tcW w:w="990" w:type="dxa"/>
            <w:tcBorders>
              <w:top w:val="dotted" w:sz="4" w:space="0" w:color="auto"/>
              <w:left w:val="dotted" w:sz="4" w:space="0" w:color="auto"/>
              <w:bottom w:val="dotted" w:sz="4" w:space="0" w:color="auto"/>
              <w:right w:val="dotted" w:sz="4" w:space="0" w:color="auto"/>
            </w:tcBorders>
          </w:tcPr>
          <w:p w14:paraId="06761292" w14:textId="77777777" w:rsidR="00E91A42" w:rsidRPr="00E91A42" w:rsidRDefault="00E91A42" w:rsidP="00A701F9">
            <w:pPr>
              <w:spacing w:before="40" w:after="40"/>
              <w:jc w:val="both"/>
              <w:rPr>
                <w:sz w:val="28"/>
                <w:szCs w:val="28"/>
              </w:rPr>
            </w:pPr>
          </w:p>
        </w:tc>
        <w:tc>
          <w:tcPr>
            <w:tcW w:w="961" w:type="dxa"/>
            <w:tcBorders>
              <w:top w:val="dotted" w:sz="4" w:space="0" w:color="auto"/>
              <w:left w:val="dotted" w:sz="4" w:space="0" w:color="auto"/>
              <w:bottom w:val="dotted" w:sz="4" w:space="0" w:color="auto"/>
              <w:right w:val="single" w:sz="4" w:space="0" w:color="auto"/>
            </w:tcBorders>
          </w:tcPr>
          <w:p w14:paraId="7AB33152" w14:textId="77777777" w:rsidR="00E91A42" w:rsidRPr="00E91A42" w:rsidRDefault="00E91A42" w:rsidP="00A701F9">
            <w:pPr>
              <w:spacing w:before="40" w:after="40"/>
              <w:jc w:val="both"/>
              <w:rPr>
                <w:sz w:val="28"/>
                <w:szCs w:val="28"/>
              </w:rPr>
            </w:pPr>
          </w:p>
        </w:tc>
      </w:tr>
      <w:tr w:rsidR="00E91A42" w:rsidRPr="00E91A42" w14:paraId="382A2530" w14:textId="77777777" w:rsidTr="00A701F9">
        <w:tc>
          <w:tcPr>
            <w:tcW w:w="534" w:type="dxa"/>
            <w:tcBorders>
              <w:top w:val="dotted" w:sz="4" w:space="0" w:color="auto"/>
              <w:left w:val="single" w:sz="4" w:space="0" w:color="auto"/>
              <w:bottom w:val="dotted" w:sz="4" w:space="0" w:color="auto"/>
              <w:right w:val="dotted" w:sz="4" w:space="0" w:color="auto"/>
            </w:tcBorders>
          </w:tcPr>
          <w:p w14:paraId="6184C925" w14:textId="77777777" w:rsidR="00E91A42" w:rsidRPr="00E91A42" w:rsidRDefault="00E91A42" w:rsidP="00A701F9">
            <w:pPr>
              <w:spacing w:before="40" w:after="40"/>
              <w:jc w:val="center"/>
              <w:rPr>
                <w:sz w:val="28"/>
                <w:szCs w:val="28"/>
              </w:rPr>
            </w:pPr>
            <w:r w:rsidRPr="00E91A42">
              <w:rPr>
                <w:sz w:val="28"/>
                <w:szCs w:val="28"/>
              </w:rPr>
              <w:t>2</w:t>
            </w:r>
          </w:p>
        </w:tc>
        <w:tc>
          <w:tcPr>
            <w:tcW w:w="2832" w:type="dxa"/>
            <w:tcBorders>
              <w:top w:val="dotted" w:sz="4" w:space="0" w:color="auto"/>
              <w:left w:val="dotted" w:sz="4" w:space="0" w:color="auto"/>
              <w:bottom w:val="dotted" w:sz="4" w:space="0" w:color="auto"/>
              <w:right w:val="dotted" w:sz="4" w:space="0" w:color="auto"/>
            </w:tcBorders>
          </w:tcPr>
          <w:p w14:paraId="3E2576F2" w14:textId="77777777" w:rsidR="00E91A42" w:rsidRPr="00E91A42" w:rsidRDefault="00E91A42" w:rsidP="00A701F9">
            <w:pPr>
              <w:spacing w:before="40" w:after="40"/>
              <w:jc w:val="both"/>
              <w:rPr>
                <w:sz w:val="28"/>
                <w:szCs w:val="28"/>
              </w:rPr>
            </w:pPr>
            <w:r w:rsidRPr="00E91A42">
              <w:rPr>
                <w:sz w:val="28"/>
                <w:szCs w:val="28"/>
              </w:rPr>
              <w:t>Nguồn tự có</w:t>
            </w:r>
          </w:p>
        </w:tc>
        <w:tc>
          <w:tcPr>
            <w:tcW w:w="1080" w:type="dxa"/>
            <w:tcBorders>
              <w:top w:val="dotted" w:sz="4" w:space="0" w:color="auto"/>
              <w:left w:val="dotted" w:sz="4" w:space="0" w:color="auto"/>
              <w:bottom w:val="dotted" w:sz="4" w:space="0" w:color="auto"/>
              <w:right w:val="dotted" w:sz="4" w:space="0" w:color="auto"/>
            </w:tcBorders>
          </w:tcPr>
          <w:p w14:paraId="3E50E7F9" w14:textId="77777777" w:rsidR="00E91A42" w:rsidRPr="00E91A42" w:rsidRDefault="00E91A42" w:rsidP="00A701F9">
            <w:pPr>
              <w:spacing w:before="40" w:after="40"/>
              <w:jc w:val="both"/>
              <w:rPr>
                <w:sz w:val="28"/>
                <w:szCs w:val="28"/>
              </w:rPr>
            </w:pPr>
          </w:p>
        </w:tc>
        <w:tc>
          <w:tcPr>
            <w:tcW w:w="1062" w:type="dxa"/>
            <w:tcBorders>
              <w:top w:val="dotted" w:sz="4" w:space="0" w:color="auto"/>
              <w:left w:val="dotted" w:sz="4" w:space="0" w:color="auto"/>
              <w:bottom w:val="dotted" w:sz="4" w:space="0" w:color="auto"/>
              <w:right w:val="dotted" w:sz="4" w:space="0" w:color="auto"/>
            </w:tcBorders>
          </w:tcPr>
          <w:p w14:paraId="40E00EED" w14:textId="77777777" w:rsidR="00E91A42" w:rsidRPr="00E91A42" w:rsidRDefault="00E91A42" w:rsidP="00A701F9">
            <w:pPr>
              <w:spacing w:before="40" w:after="40"/>
              <w:jc w:val="both"/>
              <w:rPr>
                <w:sz w:val="28"/>
                <w:szCs w:val="28"/>
              </w:rPr>
            </w:pPr>
          </w:p>
        </w:tc>
        <w:tc>
          <w:tcPr>
            <w:tcW w:w="1350" w:type="dxa"/>
            <w:gridSpan w:val="2"/>
            <w:tcBorders>
              <w:top w:val="dotted" w:sz="4" w:space="0" w:color="auto"/>
              <w:left w:val="dotted" w:sz="4" w:space="0" w:color="auto"/>
              <w:bottom w:val="dotted" w:sz="4" w:space="0" w:color="auto"/>
              <w:right w:val="dotted" w:sz="4" w:space="0" w:color="auto"/>
            </w:tcBorders>
          </w:tcPr>
          <w:p w14:paraId="6EA98145" w14:textId="77777777" w:rsidR="00E91A42" w:rsidRPr="00E91A42" w:rsidRDefault="00E91A42" w:rsidP="00A701F9">
            <w:pPr>
              <w:spacing w:before="40" w:after="40"/>
              <w:jc w:val="both"/>
              <w:rPr>
                <w:sz w:val="28"/>
                <w:szCs w:val="28"/>
              </w:rPr>
            </w:pPr>
          </w:p>
        </w:tc>
        <w:tc>
          <w:tcPr>
            <w:tcW w:w="1080" w:type="dxa"/>
            <w:gridSpan w:val="2"/>
            <w:tcBorders>
              <w:top w:val="dotted" w:sz="4" w:space="0" w:color="auto"/>
              <w:left w:val="dotted" w:sz="4" w:space="0" w:color="auto"/>
              <w:bottom w:val="dotted" w:sz="4" w:space="0" w:color="auto"/>
              <w:right w:val="dotted" w:sz="4" w:space="0" w:color="auto"/>
            </w:tcBorders>
          </w:tcPr>
          <w:p w14:paraId="77D138D6" w14:textId="77777777" w:rsidR="00E91A42" w:rsidRPr="00E91A42" w:rsidRDefault="00E91A42" w:rsidP="00A701F9">
            <w:pPr>
              <w:spacing w:before="40" w:after="40"/>
              <w:jc w:val="both"/>
              <w:rPr>
                <w:sz w:val="28"/>
                <w:szCs w:val="28"/>
              </w:rPr>
            </w:pPr>
          </w:p>
        </w:tc>
        <w:tc>
          <w:tcPr>
            <w:tcW w:w="990" w:type="dxa"/>
            <w:tcBorders>
              <w:top w:val="dotted" w:sz="4" w:space="0" w:color="auto"/>
              <w:left w:val="dotted" w:sz="4" w:space="0" w:color="auto"/>
              <w:bottom w:val="dotted" w:sz="4" w:space="0" w:color="auto"/>
              <w:right w:val="dotted" w:sz="4" w:space="0" w:color="auto"/>
            </w:tcBorders>
          </w:tcPr>
          <w:p w14:paraId="307E64DA" w14:textId="77777777" w:rsidR="00E91A42" w:rsidRPr="00E91A42" w:rsidRDefault="00E91A42" w:rsidP="00A701F9">
            <w:pPr>
              <w:spacing w:before="40" w:after="40"/>
              <w:jc w:val="both"/>
              <w:rPr>
                <w:sz w:val="28"/>
                <w:szCs w:val="28"/>
              </w:rPr>
            </w:pPr>
          </w:p>
        </w:tc>
        <w:tc>
          <w:tcPr>
            <w:tcW w:w="961" w:type="dxa"/>
            <w:tcBorders>
              <w:top w:val="dotted" w:sz="4" w:space="0" w:color="auto"/>
              <w:left w:val="dotted" w:sz="4" w:space="0" w:color="auto"/>
              <w:bottom w:val="dotted" w:sz="4" w:space="0" w:color="auto"/>
              <w:right w:val="single" w:sz="4" w:space="0" w:color="auto"/>
            </w:tcBorders>
          </w:tcPr>
          <w:p w14:paraId="7BEFC374" w14:textId="77777777" w:rsidR="00E91A42" w:rsidRPr="00E91A42" w:rsidRDefault="00E91A42" w:rsidP="00A701F9">
            <w:pPr>
              <w:spacing w:before="40" w:after="40"/>
              <w:jc w:val="both"/>
              <w:rPr>
                <w:sz w:val="28"/>
                <w:szCs w:val="28"/>
              </w:rPr>
            </w:pPr>
          </w:p>
        </w:tc>
      </w:tr>
      <w:tr w:rsidR="00E91A42" w:rsidRPr="00E91A42" w14:paraId="4054845B" w14:textId="77777777" w:rsidTr="00A701F9">
        <w:tc>
          <w:tcPr>
            <w:tcW w:w="534" w:type="dxa"/>
            <w:tcBorders>
              <w:top w:val="dotted" w:sz="4" w:space="0" w:color="auto"/>
              <w:left w:val="single" w:sz="4" w:space="0" w:color="auto"/>
              <w:bottom w:val="dotted" w:sz="4" w:space="0" w:color="auto"/>
              <w:right w:val="dotted" w:sz="4" w:space="0" w:color="auto"/>
            </w:tcBorders>
          </w:tcPr>
          <w:p w14:paraId="43E17994" w14:textId="77777777" w:rsidR="00E91A42" w:rsidRPr="00E91A42" w:rsidRDefault="00E91A42" w:rsidP="00A701F9">
            <w:pPr>
              <w:spacing w:before="40" w:after="40"/>
              <w:jc w:val="center"/>
              <w:rPr>
                <w:sz w:val="28"/>
                <w:szCs w:val="28"/>
              </w:rPr>
            </w:pPr>
            <w:r w:rsidRPr="00E91A42">
              <w:rPr>
                <w:sz w:val="28"/>
                <w:szCs w:val="28"/>
              </w:rPr>
              <w:t>3</w:t>
            </w:r>
          </w:p>
        </w:tc>
        <w:tc>
          <w:tcPr>
            <w:tcW w:w="2832" w:type="dxa"/>
            <w:tcBorders>
              <w:top w:val="dotted" w:sz="4" w:space="0" w:color="auto"/>
              <w:left w:val="dotted" w:sz="4" w:space="0" w:color="auto"/>
              <w:bottom w:val="dotted" w:sz="4" w:space="0" w:color="auto"/>
              <w:right w:val="dotted" w:sz="4" w:space="0" w:color="auto"/>
            </w:tcBorders>
          </w:tcPr>
          <w:p w14:paraId="3C02061F" w14:textId="77777777" w:rsidR="00E91A42" w:rsidRPr="00E91A42" w:rsidRDefault="00E91A42" w:rsidP="00A701F9">
            <w:pPr>
              <w:spacing w:before="40" w:after="40"/>
              <w:jc w:val="both"/>
              <w:rPr>
                <w:sz w:val="28"/>
                <w:szCs w:val="28"/>
              </w:rPr>
            </w:pPr>
            <w:r w:rsidRPr="00E91A42">
              <w:rPr>
                <w:sz w:val="28"/>
                <w:szCs w:val="28"/>
              </w:rPr>
              <w:t>Nguồn vốn khác</w:t>
            </w:r>
          </w:p>
        </w:tc>
        <w:tc>
          <w:tcPr>
            <w:tcW w:w="1080" w:type="dxa"/>
            <w:tcBorders>
              <w:top w:val="dotted" w:sz="4" w:space="0" w:color="auto"/>
              <w:left w:val="dotted" w:sz="4" w:space="0" w:color="auto"/>
              <w:bottom w:val="dotted" w:sz="4" w:space="0" w:color="auto"/>
              <w:right w:val="dotted" w:sz="4" w:space="0" w:color="auto"/>
            </w:tcBorders>
          </w:tcPr>
          <w:p w14:paraId="34B1A78F" w14:textId="77777777" w:rsidR="00E91A42" w:rsidRPr="00E91A42" w:rsidRDefault="00E91A42" w:rsidP="00A701F9">
            <w:pPr>
              <w:spacing w:before="40" w:after="40"/>
              <w:jc w:val="both"/>
              <w:rPr>
                <w:sz w:val="28"/>
                <w:szCs w:val="28"/>
              </w:rPr>
            </w:pPr>
          </w:p>
        </w:tc>
        <w:tc>
          <w:tcPr>
            <w:tcW w:w="1062" w:type="dxa"/>
            <w:tcBorders>
              <w:top w:val="dotted" w:sz="4" w:space="0" w:color="auto"/>
              <w:left w:val="dotted" w:sz="4" w:space="0" w:color="auto"/>
              <w:bottom w:val="dotted" w:sz="4" w:space="0" w:color="auto"/>
              <w:right w:val="dotted" w:sz="4" w:space="0" w:color="auto"/>
            </w:tcBorders>
          </w:tcPr>
          <w:p w14:paraId="1E75D9B1" w14:textId="77777777" w:rsidR="00E91A42" w:rsidRPr="00E91A42" w:rsidRDefault="00E91A42" w:rsidP="00A701F9">
            <w:pPr>
              <w:spacing w:before="40" w:after="40"/>
              <w:jc w:val="both"/>
              <w:rPr>
                <w:sz w:val="28"/>
                <w:szCs w:val="28"/>
              </w:rPr>
            </w:pPr>
          </w:p>
        </w:tc>
        <w:tc>
          <w:tcPr>
            <w:tcW w:w="1350" w:type="dxa"/>
            <w:gridSpan w:val="2"/>
            <w:tcBorders>
              <w:top w:val="dotted" w:sz="4" w:space="0" w:color="auto"/>
              <w:left w:val="dotted" w:sz="4" w:space="0" w:color="auto"/>
              <w:bottom w:val="dotted" w:sz="4" w:space="0" w:color="auto"/>
              <w:right w:val="dotted" w:sz="4" w:space="0" w:color="auto"/>
            </w:tcBorders>
          </w:tcPr>
          <w:p w14:paraId="2A2D0C61" w14:textId="77777777" w:rsidR="00E91A42" w:rsidRPr="00E91A42" w:rsidRDefault="00E91A42" w:rsidP="00A701F9">
            <w:pPr>
              <w:spacing w:before="40" w:after="40"/>
              <w:jc w:val="both"/>
              <w:rPr>
                <w:sz w:val="28"/>
                <w:szCs w:val="28"/>
              </w:rPr>
            </w:pPr>
          </w:p>
        </w:tc>
        <w:tc>
          <w:tcPr>
            <w:tcW w:w="1080" w:type="dxa"/>
            <w:gridSpan w:val="2"/>
            <w:tcBorders>
              <w:top w:val="dotted" w:sz="4" w:space="0" w:color="auto"/>
              <w:left w:val="dotted" w:sz="4" w:space="0" w:color="auto"/>
              <w:bottom w:val="dotted" w:sz="4" w:space="0" w:color="auto"/>
              <w:right w:val="dotted" w:sz="4" w:space="0" w:color="auto"/>
            </w:tcBorders>
          </w:tcPr>
          <w:p w14:paraId="1D40BE1B" w14:textId="77777777" w:rsidR="00E91A42" w:rsidRPr="00E91A42" w:rsidRDefault="00E91A42" w:rsidP="00A701F9">
            <w:pPr>
              <w:spacing w:before="40" w:after="40"/>
              <w:jc w:val="both"/>
              <w:rPr>
                <w:sz w:val="28"/>
                <w:szCs w:val="28"/>
              </w:rPr>
            </w:pPr>
          </w:p>
        </w:tc>
        <w:tc>
          <w:tcPr>
            <w:tcW w:w="990" w:type="dxa"/>
            <w:tcBorders>
              <w:top w:val="dotted" w:sz="4" w:space="0" w:color="auto"/>
              <w:left w:val="dotted" w:sz="4" w:space="0" w:color="auto"/>
              <w:bottom w:val="dotted" w:sz="4" w:space="0" w:color="auto"/>
              <w:right w:val="dotted" w:sz="4" w:space="0" w:color="auto"/>
            </w:tcBorders>
          </w:tcPr>
          <w:p w14:paraId="57C9D59E" w14:textId="77777777" w:rsidR="00E91A42" w:rsidRPr="00E91A42" w:rsidRDefault="00E91A42" w:rsidP="00A701F9">
            <w:pPr>
              <w:spacing w:before="40" w:after="40"/>
              <w:jc w:val="both"/>
              <w:rPr>
                <w:sz w:val="28"/>
                <w:szCs w:val="28"/>
              </w:rPr>
            </w:pPr>
          </w:p>
        </w:tc>
        <w:tc>
          <w:tcPr>
            <w:tcW w:w="961" w:type="dxa"/>
            <w:tcBorders>
              <w:top w:val="dotted" w:sz="4" w:space="0" w:color="auto"/>
              <w:left w:val="dotted" w:sz="4" w:space="0" w:color="auto"/>
              <w:bottom w:val="dotted" w:sz="4" w:space="0" w:color="auto"/>
              <w:right w:val="single" w:sz="4" w:space="0" w:color="auto"/>
            </w:tcBorders>
          </w:tcPr>
          <w:p w14:paraId="7514F6FF" w14:textId="77777777" w:rsidR="00E91A42" w:rsidRPr="00E91A42" w:rsidRDefault="00E91A42" w:rsidP="00A701F9">
            <w:pPr>
              <w:spacing w:before="40" w:after="40"/>
              <w:jc w:val="both"/>
              <w:rPr>
                <w:sz w:val="28"/>
                <w:szCs w:val="28"/>
              </w:rPr>
            </w:pPr>
          </w:p>
        </w:tc>
      </w:tr>
      <w:tr w:rsidR="00E91A42" w:rsidRPr="00E91A42" w14:paraId="63CAF90A" w14:textId="77777777" w:rsidTr="00A701F9">
        <w:tc>
          <w:tcPr>
            <w:tcW w:w="3366" w:type="dxa"/>
            <w:gridSpan w:val="2"/>
            <w:tcBorders>
              <w:top w:val="dotted" w:sz="4" w:space="0" w:color="auto"/>
              <w:left w:val="single" w:sz="4" w:space="0" w:color="auto"/>
              <w:bottom w:val="single" w:sz="4" w:space="0" w:color="auto"/>
              <w:right w:val="dotted" w:sz="4" w:space="0" w:color="auto"/>
            </w:tcBorders>
          </w:tcPr>
          <w:p w14:paraId="05666A4F" w14:textId="77777777" w:rsidR="00E91A42" w:rsidRPr="00E91A42" w:rsidRDefault="00E91A42" w:rsidP="00A701F9">
            <w:pPr>
              <w:spacing w:before="40" w:after="40"/>
              <w:jc w:val="both"/>
              <w:rPr>
                <w:b/>
                <w:i/>
                <w:sz w:val="28"/>
                <w:szCs w:val="28"/>
              </w:rPr>
            </w:pPr>
            <w:r w:rsidRPr="00E91A42">
              <w:rPr>
                <w:b/>
                <w:i/>
                <w:sz w:val="28"/>
                <w:szCs w:val="28"/>
              </w:rPr>
              <w:t>Tổng cộng</w:t>
            </w:r>
          </w:p>
        </w:tc>
        <w:tc>
          <w:tcPr>
            <w:tcW w:w="1080" w:type="dxa"/>
            <w:tcBorders>
              <w:top w:val="dotted" w:sz="4" w:space="0" w:color="auto"/>
              <w:left w:val="dotted" w:sz="4" w:space="0" w:color="auto"/>
              <w:bottom w:val="single" w:sz="4" w:space="0" w:color="auto"/>
              <w:right w:val="dotted" w:sz="4" w:space="0" w:color="auto"/>
            </w:tcBorders>
          </w:tcPr>
          <w:p w14:paraId="4509049B" w14:textId="77777777" w:rsidR="00E91A42" w:rsidRPr="00E91A42" w:rsidRDefault="00E91A42" w:rsidP="00A701F9">
            <w:pPr>
              <w:spacing w:before="40" w:after="40"/>
              <w:jc w:val="both"/>
              <w:rPr>
                <w:b/>
                <w:i/>
                <w:sz w:val="28"/>
                <w:szCs w:val="28"/>
              </w:rPr>
            </w:pPr>
          </w:p>
        </w:tc>
        <w:tc>
          <w:tcPr>
            <w:tcW w:w="1062" w:type="dxa"/>
            <w:tcBorders>
              <w:top w:val="dotted" w:sz="4" w:space="0" w:color="auto"/>
              <w:left w:val="dotted" w:sz="4" w:space="0" w:color="auto"/>
              <w:bottom w:val="single" w:sz="4" w:space="0" w:color="auto"/>
              <w:right w:val="dotted" w:sz="4" w:space="0" w:color="auto"/>
            </w:tcBorders>
          </w:tcPr>
          <w:p w14:paraId="06029916" w14:textId="77777777" w:rsidR="00E91A42" w:rsidRPr="00E91A42" w:rsidRDefault="00E91A42" w:rsidP="00A701F9">
            <w:pPr>
              <w:spacing w:before="40" w:after="40"/>
              <w:jc w:val="both"/>
              <w:rPr>
                <w:b/>
                <w:i/>
                <w:sz w:val="28"/>
                <w:szCs w:val="28"/>
              </w:rPr>
            </w:pPr>
          </w:p>
        </w:tc>
        <w:tc>
          <w:tcPr>
            <w:tcW w:w="1350" w:type="dxa"/>
            <w:gridSpan w:val="2"/>
            <w:tcBorders>
              <w:top w:val="dotted" w:sz="4" w:space="0" w:color="auto"/>
              <w:left w:val="dotted" w:sz="4" w:space="0" w:color="auto"/>
              <w:bottom w:val="single" w:sz="4" w:space="0" w:color="auto"/>
              <w:right w:val="dotted" w:sz="4" w:space="0" w:color="auto"/>
            </w:tcBorders>
          </w:tcPr>
          <w:p w14:paraId="2CB78E40" w14:textId="77777777" w:rsidR="00E91A42" w:rsidRPr="00E91A42" w:rsidRDefault="00E91A42" w:rsidP="00A701F9">
            <w:pPr>
              <w:spacing w:before="40" w:after="40"/>
              <w:jc w:val="both"/>
              <w:rPr>
                <w:b/>
                <w:i/>
                <w:sz w:val="28"/>
                <w:szCs w:val="28"/>
              </w:rPr>
            </w:pPr>
          </w:p>
        </w:tc>
        <w:tc>
          <w:tcPr>
            <w:tcW w:w="1080" w:type="dxa"/>
            <w:gridSpan w:val="2"/>
            <w:tcBorders>
              <w:top w:val="dotted" w:sz="4" w:space="0" w:color="auto"/>
              <w:left w:val="dotted" w:sz="4" w:space="0" w:color="auto"/>
              <w:bottom w:val="single" w:sz="4" w:space="0" w:color="auto"/>
              <w:right w:val="dotted" w:sz="4" w:space="0" w:color="auto"/>
            </w:tcBorders>
          </w:tcPr>
          <w:p w14:paraId="18D8FC01" w14:textId="77777777" w:rsidR="00E91A42" w:rsidRPr="00E91A42" w:rsidRDefault="00E91A42" w:rsidP="00A701F9">
            <w:pPr>
              <w:spacing w:before="40" w:after="40"/>
              <w:jc w:val="both"/>
              <w:rPr>
                <w:b/>
                <w:i/>
                <w:sz w:val="28"/>
                <w:szCs w:val="28"/>
              </w:rPr>
            </w:pPr>
          </w:p>
        </w:tc>
        <w:tc>
          <w:tcPr>
            <w:tcW w:w="990" w:type="dxa"/>
            <w:tcBorders>
              <w:top w:val="dotted" w:sz="4" w:space="0" w:color="auto"/>
              <w:left w:val="dotted" w:sz="4" w:space="0" w:color="auto"/>
              <w:bottom w:val="single" w:sz="4" w:space="0" w:color="auto"/>
              <w:right w:val="dotted" w:sz="4" w:space="0" w:color="auto"/>
            </w:tcBorders>
          </w:tcPr>
          <w:p w14:paraId="5748622B" w14:textId="77777777" w:rsidR="00E91A42" w:rsidRPr="00E91A42" w:rsidRDefault="00E91A42" w:rsidP="00A701F9">
            <w:pPr>
              <w:spacing w:before="40" w:after="40"/>
              <w:jc w:val="both"/>
              <w:rPr>
                <w:b/>
                <w:i/>
                <w:sz w:val="28"/>
                <w:szCs w:val="28"/>
              </w:rPr>
            </w:pPr>
          </w:p>
        </w:tc>
        <w:tc>
          <w:tcPr>
            <w:tcW w:w="961" w:type="dxa"/>
            <w:tcBorders>
              <w:top w:val="dotted" w:sz="4" w:space="0" w:color="auto"/>
              <w:left w:val="dotted" w:sz="4" w:space="0" w:color="auto"/>
              <w:bottom w:val="single" w:sz="4" w:space="0" w:color="auto"/>
              <w:right w:val="single" w:sz="4" w:space="0" w:color="auto"/>
            </w:tcBorders>
          </w:tcPr>
          <w:p w14:paraId="0EEAE11E" w14:textId="77777777" w:rsidR="00E91A42" w:rsidRPr="00E91A42" w:rsidRDefault="00E91A42" w:rsidP="00A701F9">
            <w:pPr>
              <w:spacing w:before="40" w:after="40"/>
              <w:jc w:val="both"/>
              <w:rPr>
                <w:b/>
                <w:i/>
                <w:sz w:val="28"/>
                <w:szCs w:val="28"/>
              </w:rPr>
            </w:pPr>
          </w:p>
        </w:tc>
      </w:tr>
      <w:tr w:rsidR="00E91A42" w:rsidRPr="00E91A42" w14:paraId="49BB52C8" w14:textId="77777777" w:rsidTr="00A701F9">
        <w:tc>
          <w:tcPr>
            <w:tcW w:w="534" w:type="dxa"/>
            <w:tcBorders>
              <w:top w:val="single" w:sz="4" w:space="0" w:color="auto"/>
              <w:left w:val="single" w:sz="4" w:space="0" w:color="auto"/>
              <w:bottom w:val="dotted" w:sz="4" w:space="0" w:color="auto"/>
              <w:right w:val="dotted" w:sz="4" w:space="0" w:color="auto"/>
            </w:tcBorders>
          </w:tcPr>
          <w:p w14:paraId="7CC0D6DC" w14:textId="77777777" w:rsidR="00E91A42" w:rsidRPr="00E91A42" w:rsidRDefault="00E91A42" w:rsidP="00A701F9">
            <w:pPr>
              <w:spacing w:before="40" w:after="40"/>
              <w:jc w:val="center"/>
              <w:rPr>
                <w:b/>
                <w:sz w:val="28"/>
                <w:szCs w:val="28"/>
              </w:rPr>
            </w:pPr>
            <w:r w:rsidRPr="00E91A42">
              <w:rPr>
                <w:b/>
                <w:sz w:val="28"/>
                <w:szCs w:val="28"/>
              </w:rPr>
              <w:t>21</w:t>
            </w:r>
          </w:p>
        </w:tc>
        <w:tc>
          <w:tcPr>
            <w:tcW w:w="9355" w:type="dxa"/>
            <w:gridSpan w:val="9"/>
            <w:tcBorders>
              <w:top w:val="single" w:sz="4" w:space="0" w:color="auto"/>
              <w:left w:val="dotted" w:sz="4" w:space="0" w:color="auto"/>
              <w:bottom w:val="dotted" w:sz="4" w:space="0" w:color="auto"/>
              <w:right w:val="single" w:sz="4" w:space="0" w:color="auto"/>
            </w:tcBorders>
          </w:tcPr>
          <w:p w14:paraId="0CFFBB26" w14:textId="77777777" w:rsidR="00E91A42" w:rsidRPr="00E91A42" w:rsidRDefault="00E91A42" w:rsidP="00A701F9">
            <w:pPr>
              <w:spacing w:before="40" w:after="40"/>
              <w:jc w:val="both"/>
              <w:rPr>
                <w:b/>
                <w:sz w:val="28"/>
                <w:szCs w:val="28"/>
              </w:rPr>
            </w:pPr>
            <w:r w:rsidRPr="00E91A42">
              <w:rPr>
                <w:b/>
                <w:sz w:val="28"/>
                <w:szCs w:val="28"/>
              </w:rPr>
              <w:t>Dự kiến kinh phí của đối tác nước ngoài</w:t>
            </w:r>
          </w:p>
        </w:tc>
      </w:tr>
      <w:tr w:rsidR="00E91A42" w:rsidRPr="00E91A42" w14:paraId="199C421A" w14:textId="77777777" w:rsidTr="00A701F9">
        <w:trPr>
          <w:trHeight w:val="670"/>
        </w:trPr>
        <w:tc>
          <w:tcPr>
            <w:tcW w:w="9889" w:type="dxa"/>
            <w:gridSpan w:val="10"/>
            <w:tcBorders>
              <w:top w:val="dotted" w:sz="4" w:space="0" w:color="auto"/>
              <w:left w:val="single" w:sz="4" w:space="0" w:color="auto"/>
              <w:bottom w:val="dotted" w:sz="4" w:space="0" w:color="auto"/>
              <w:right w:val="single" w:sz="4" w:space="0" w:color="auto"/>
            </w:tcBorders>
          </w:tcPr>
          <w:p w14:paraId="3263A26A" w14:textId="77777777" w:rsidR="00E91A42" w:rsidRPr="00E91A42" w:rsidRDefault="00E91A42" w:rsidP="00E91A42">
            <w:pPr>
              <w:numPr>
                <w:ilvl w:val="0"/>
                <w:numId w:val="7"/>
              </w:numPr>
              <w:tabs>
                <w:tab w:val="clear" w:pos="720"/>
                <w:tab w:val="num" w:pos="270"/>
              </w:tabs>
              <w:autoSpaceDE w:val="0"/>
              <w:autoSpaceDN w:val="0"/>
              <w:spacing w:before="40" w:after="40" w:line="240" w:lineRule="auto"/>
              <w:ind w:left="274" w:hanging="274"/>
              <w:jc w:val="both"/>
              <w:rPr>
                <w:sz w:val="28"/>
                <w:szCs w:val="28"/>
              </w:rPr>
            </w:pPr>
            <w:r w:rsidRPr="00E91A42">
              <w:rPr>
                <w:sz w:val="28"/>
                <w:szCs w:val="28"/>
              </w:rPr>
              <w:lastRenderedPageBreak/>
              <w:t>Đối ứng từ chính phủ:                                                                                  ...................... USD</w:t>
            </w:r>
          </w:p>
          <w:p w14:paraId="335A9B98" w14:textId="77777777" w:rsidR="00E91A42" w:rsidRPr="00E91A42" w:rsidRDefault="00E91A42" w:rsidP="00E91A42">
            <w:pPr>
              <w:numPr>
                <w:ilvl w:val="0"/>
                <w:numId w:val="7"/>
              </w:numPr>
              <w:tabs>
                <w:tab w:val="clear" w:pos="720"/>
                <w:tab w:val="num" w:pos="270"/>
              </w:tabs>
              <w:autoSpaceDE w:val="0"/>
              <w:autoSpaceDN w:val="0"/>
              <w:spacing w:before="40" w:after="40" w:line="240" w:lineRule="auto"/>
              <w:ind w:left="274" w:hanging="274"/>
              <w:jc w:val="both"/>
              <w:rPr>
                <w:sz w:val="28"/>
                <w:szCs w:val="28"/>
              </w:rPr>
            </w:pPr>
            <w:r w:rsidRPr="00E91A42">
              <w:rPr>
                <w:noProof/>
                <w:sz w:val="28"/>
                <w:szCs w:val="28"/>
                <w:lang w:eastAsia="ja-JP"/>
              </w:rPr>
              <mc:AlternateContent>
                <mc:Choice Requires="wps">
                  <w:drawing>
                    <wp:anchor distT="0" distB="0" distL="114300" distR="114300" simplePos="0" relativeHeight="251661312" behindDoc="0" locked="0" layoutInCell="0" allowOverlap="1" wp14:anchorId="38181406" wp14:editId="0EC4F303">
                      <wp:simplePos x="0" y="0"/>
                      <wp:positionH relativeFrom="column">
                        <wp:posOffset>7284085</wp:posOffset>
                      </wp:positionH>
                      <wp:positionV relativeFrom="paragraph">
                        <wp:posOffset>335280</wp:posOffset>
                      </wp:positionV>
                      <wp:extent cx="457200" cy="1524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92B59" id="Rectangle 24" o:spid="_x0000_s1026" style="position:absolute;margin-left:573.55pt;margin-top:26.4pt;width:36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" o:allowincell="f"/>
                  </w:pict>
                </mc:Fallback>
              </mc:AlternateContent>
            </w:r>
            <w:r w:rsidRPr="00E91A42">
              <w:rPr>
                <w:sz w:val="28"/>
                <w:szCs w:val="28"/>
              </w:rPr>
              <w:t>Nguồn tự có của đối tác:                                                                              ...................... USD</w:t>
            </w:r>
          </w:p>
          <w:p w14:paraId="360FDCF4" w14:textId="77777777" w:rsidR="00E91A42" w:rsidRPr="00E91A42" w:rsidRDefault="00E91A42" w:rsidP="00E91A42">
            <w:pPr>
              <w:numPr>
                <w:ilvl w:val="0"/>
                <w:numId w:val="7"/>
              </w:numPr>
              <w:tabs>
                <w:tab w:val="clear" w:pos="720"/>
                <w:tab w:val="num" w:pos="270"/>
              </w:tabs>
              <w:autoSpaceDE w:val="0"/>
              <w:autoSpaceDN w:val="0"/>
              <w:spacing w:before="40" w:after="40" w:line="240" w:lineRule="auto"/>
              <w:ind w:left="274" w:hanging="274"/>
              <w:jc w:val="both"/>
              <w:rPr>
                <w:b/>
                <w:bCs/>
                <w:i/>
                <w:iCs/>
                <w:sz w:val="28"/>
                <w:szCs w:val="28"/>
              </w:rPr>
            </w:pPr>
            <w:r w:rsidRPr="00E91A42">
              <w:rPr>
                <w:sz w:val="28"/>
                <w:szCs w:val="28"/>
              </w:rPr>
              <w:t>Nguồn vốn khác:                                                                                          ...................... USD</w:t>
            </w:r>
          </w:p>
        </w:tc>
      </w:tr>
      <w:tr w:rsidR="00E91A42" w:rsidRPr="00E91A42" w14:paraId="788D4252" w14:textId="77777777" w:rsidTr="00A701F9">
        <w:trPr>
          <w:trHeight w:val="279"/>
        </w:trPr>
        <w:tc>
          <w:tcPr>
            <w:tcW w:w="534" w:type="dxa"/>
            <w:tcBorders>
              <w:top w:val="dotted" w:sz="4" w:space="0" w:color="auto"/>
              <w:left w:val="single" w:sz="4" w:space="0" w:color="auto"/>
              <w:bottom w:val="dotted" w:sz="4" w:space="0" w:color="auto"/>
              <w:right w:val="dotted" w:sz="4" w:space="0" w:color="auto"/>
            </w:tcBorders>
          </w:tcPr>
          <w:p w14:paraId="1AA0A189" w14:textId="77777777" w:rsidR="00E91A42" w:rsidRPr="00E91A42" w:rsidRDefault="00E91A42" w:rsidP="00A701F9">
            <w:pPr>
              <w:keepNext/>
              <w:keepLines/>
              <w:spacing w:before="200"/>
              <w:jc w:val="center"/>
              <w:outlineLvl w:val="5"/>
              <w:rPr>
                <w:spacing w:val="-22"/>
                <w:sz w:val="28"/>
                <w:szCs w:val="28"/>
              </w:rPr>
            </w:pPr>
            <w:r w:rsidRPr="00E91A42">
              <w:rPr>
                <w:spacing w:val="-22"/>
                <w:sz w:val="28"/>
                <w:szCs w:val="28"/>
              </w:rPr>
              <w:t>TT</w:t>
            </w:r>
          </w:p>
        </w:tc>
        <w:tc>
          <w:tcPr>
            <w:tcW w:w="6095" w:type="dxa"/>
            <w:gridSpan w:val="4"/>
            <w:tcBorders>
              <w:top w:val="dotted" w:sz="4" w:space="0" w:color="auto"/>
              <w:left w:val="dotted" w:sz="4" w:space="0" w:color="auto"/>
              <w:bottom w:val="dotted" w:sz="4" w:space="0" w:color="auto"/>
              <w:right w:val="dotted" w:sz="4" w:space="0" w:color="auto"/>
            </w:tcBorders>
          </w:tcPr>
          <w:p w14:paraId="1F61C031" w14:textId="77777777" w:rsidR="00E91A42" w:rsidRPr="00E91A42" w:rsidRDefault="00E91A42" w:rsidP="00A701F9">
            <w:pPr>
              <w:keepNext/>
              <w:keepLines/>
              <w:spacing w:before="200"/>
              <w:outlineLvl w:val="5"/>
              <w:rPr>
                <w:sz w:val="28"/>
                <w:szCs w:val="28"/>
              </w:rPr>
            </w:pPr>
            <w:r w:rsidRPr="00E91A42">
              <w:rPr>
                <w:sz w:val="28"/>
                <w:szCs w:val="28"/>
              </w:rPr>
              <w:t>Cụ thể các mục chi mà Việt Nam được thụ hưởng</w:t>
            </w:r>
          </w:p>
        </w:tc>
        <w:tc>
          <w:tcPr>
            <w:tcW w:w="1068" w:type="dxa"/>
            <w:gridSpan w:val="2"/>
            <w:tcBorders>
              <w:top w:val="dotted" w:sz="4" w:space="0" w:color="auto"/>
              <w:left w:val="dotted" w:sz="4" w:space="0" w:color="auto"/>
              <w:bottom w:val="dotted" w:sz="4" w:space="0" w:color="auto"/>
              <w:right w:val="dotted" w:sz="4" w:space="0" w:color="auto"/>
            </w:tcBorders>
          </w:tcPr>
          <w:p w14:paraId="0416CCDB" w14:textId="77777777" w:rsidR="00E91A42" w:rsidRPr="00E91A42" w:rsidRDefault="00E91A42" w:rsidP="00A701F9">
            <w:pPr>
              <w:keepNext/>
              <w:keepLines/>
              <w:spacing w:before="200"/>
              <w:jc w:val="center"/>
              <w:outlineLvl w:val="5"/>
              <w:rPr>
                <w:sz w:val="28"/>
                <w:szCs w:val="28"/>
              </w:rPr>
            </w:pPr>
            <w:r w:rsidRPr="00E91A42">
              <w:rPr>
                <w:sz w:val="28"/>
                <w:szCs w:val="28"/>
              </w:rPr>
              <w:t>Số lượng</w:t>
            </w:r>
          </w:p>
        </w:tc>
        <w:tc>
          <w:tcPr>
            <w:tcW w:w="2192" w:type="dxa"/>
            <w:gridSpan w:val="3"/>
            <w:tcBorders>
              <w:top w:val="dotted" w:sz="4" w:space="0" w:color="auto"/>
              <w:left w:val="dotted" w:sz="4" w:space="0" w:color="auto"/>
              <w:bottom w:val="dotted" w:sz="4" w:space="0" w:color="auto"/>
              <w:right w:val="single" w:sz="4" w:space="0" w:color="auto"/>
            </w:tcBorders>
          </w:tcPr>
          <w:p w14:paraId="79BD91BF" w14:textId="77777777" w:rsidR="00E91A42" w:rsidRPr="00E91A42" w:rsidRDefault="00E91A42" w:rsidP="00A701F9">
            <w:pPr>
              <w:keepNext/>
              <w:keepLines/>
              <w:spacing w:before="200"/>
              <w:jc w:val="center"/>
              <w:outlineLvl w:val="5"/>
              <w:rPr>
                <w:sz w:val="28"/>
                <w:szCs w:val="28"/>
              </w:rPr>
            </w:pPr>
            <w:r w:rsidRPr="00E91A42">
              <w:rPr>
                <w:sz w:val="28"/>
                <w:szCs w:val="28"/>
              </w:rPr>
              <w:t>Thành tiền</w:t>
            </w:r>
          </w:p>
        </w:tc>
      </w:tr>
      <w:tr w:rsidR="00E91A42" w:rsidRPr="00E91A42" w14:paraId="73E0F18E" w14:textId="77777777" w:rsidTr="00A701F9">
        <w:tc>
          <w:tcPr>
            <w:tcW w:w="534" w:type="dxa"/>
            <w:tcBorders>
              <w:top w:val="dotted" w:sz="4" w:space="0" w:color="auto"/>
              <w:left w:val="single" w:sz="4" w:space="0" w:color="auto"/>
              <w:bottom w:val="dotted" w:sz="4" w:space="0" w:color="auto"/>
              <w:right w:val="dotted" w:sz="4" w:space="0" w:color="auto"/>
            </w:tcBorders>
          </w:tcPr>
          <w:p w14:paraId="5E364065" w14:textId="77777777" w:rsidR="00E91A42" w:rsidRPr="00E91A42" w:rsidRDefault="00E91A42" w:rsidP="00A701F9">
            <w:pPr>
              <w:keepNext/>
              <w:keepLines/>
              <w:spacing w:before="200"/>
              <w:jc w:val="center"/>
              <w:outlineLvl w:val="5"/>
              <w:rPr>
                <w:sz w:val="28"/>
                <w:szCs w:val="28"/>
              </w:rPr>
            </w:pPr>
            <w:r w:rsidRPr="00E91A42">
              <w:rPr>
                <w:sz w:val="28"/>
                <w:szCs w:val="28"/>
              </w:rPr>
              <w:t>1</w:t>
            </w:r>
          </w:p>
        </w:tc>
        <w:tc>
          <w:tcPr>
            <w:tcW w:w="6095" w:type="dxa"/>
            <w:gridSpan w:val="4"/>
            <w:tcBorders>
              <w:top w:val="dotted" w:sz="4" w:space="0" w:color="auto"/>
              <w:left w:val="dotted" w:sz="4" w:space="0" w:color="auto"/>
              <w:bottom w:val="dotted" w:sz="4" w:space="0" w:color="auto"/>
              <w:right w:val="dotted" w:sz="4" w:space="0" w:color="auto"/>
            </w:tcBorders>
          </w:tcPr>
          <w:p w14:paraId="62513F3A" w14:textId="77777777" w:rsidR="00E91A42" w:rsidRPr="00E91A42" w:rsidRDefault="00E91A42" w:rsidP="00A701F9">
            <w:pPr>
              <w:keepNext/>
              <w:keepLines/>
              <w:spacing w:before="200"/>
              <w:jc w:val="both"/>
              <w:outlineLvl w:val="5"/>
              <w:rPr>
                <w:sz w:val="28"/>
                <w:szCs w:val="28"/>
              </w:rPr>
            </w:pPr>
            <w:r w:rsidRPr="00E91A42">
              <w:rPr>
                <w:sz w:val="28"/>
                <w:szCs w:val="28"/>
              </w:rPr>
              <w:t>Đào tạo cán bộ, nghiên cứu sinh, sinh viên Việt Nam</w:t>
            </w:r>
          </w:p>
        </w:tc>
        <w:tc>
          <w:tcPr>
            <w:tcW w:w="1068" w:type="dxa"/>
            <w:gridSpan w:val="2"/>
            <w:tcBorders>
              <w:top w:val="dotted" w:sz="4" w:space="0" w:color="auto"/>
              <w:left w:val="dotted" w:sz="4" w:space="0" w:color="auto"/>
              <w:bottom w:val="dotted" w:sz="4" w:space="0" w:color="auto"/>
              <w:right w:val="dotted" w:sz="4" w:space="0" w:color="auto"/>
            </w:tcBorders>
          </w:tcPr>
          <w:p w14:paraId="61F37A6C"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54AC5FB8" w14:textId="77777777" w:rsidR="00E91A42" w:rsidRPr="00E91A42" w:rsidRDefault="00E91A42" w:rsidP="00A701F9">
            <w:pPr>
              <w:jc w:val="both"/>
              <w:rPr>
                <w:sz w:val="28"/>
                <w:szCs w:val="28"/>
              </w:rPr>
            </w:pPr>
          </w:p>
        </w:tc>
      </w:tr>
      <w:tr w:rsidR="00E91A42" w:rsidRPr="00E91A42" w14:paraId="41D936E1" w14:textId="77777777" w:rsidTr="00A701F9">
        <w:tc>
          <w:tcPr>
            <w:tcW w:w="534" w:type="dxa"/>
            <w:tcBorders>
              <w:top w:val="dotted" w:sz="4" w:space="0" w:color="auto"/>
              <w:left w:val="single" w:sz="4" w:space="0" w:color="auto"/>
              <w:bottom w:val="dotted" w:sz="4" w:space="0" w:color="auto"/>
              <w:right w:val="dotted" w:sz="4" w:space="0" w:color="auto"/>
            </w:tcBorders>
          </w:tcPr>
          <w:p w14:paraId="179FBB04" w14:textId="77777777" w:rsidR="00E91A42" w:rsidRPr="00E91A42" w:rsidRDefault="00E91A42" w:rsidP="00A701F9">
            <w:pPr>
              <w:jc w:val="center"/>
              <w:rPr>
                <w:sz w:val="28"/>
                <w:szCs w:val="28"/>
              </w:rPr>
            </w:pPr>
            <w:r w:rsidRPr="00E91A42">
              <w:rPr>
                <w:sz w:val="28"/>
                <w:szCs w:val="28"/>
              </w:rPr>
              <w:t>2</w:t>
            </w:r>
          </w:p>
        </w:tc>
        <w:tc>
          <w:tcPr>
            <w:tcW w:w="6095" w:type="dxa"/>
            <w:gridSpan w:val="4"/>
            <w:tcBorders>
              <w:top w:val="dotted" w:sz="4" w:space="0" w:color="auto"/>
              <w:left w:val="dotted" w:sz="4" w:space="0" w:color="auto"/>
              <w:bottom w:val="dotted" w:sz="4" w:space="0" w:color="auto"/>
              <w:right w:val="dotted" w:sz="4" w:space="0" w:color="auto"/>
            </w:tcBorders>
          </w:tcPr>
          <w:p w14:paraId="65D6479E" w14:textId="77777777" w:rsidR="00E91A42" w:rsidRPr="00E91A42" w:rsidRDefault="00E91A42" w:rsidP="00A701F9">
            <w:pPr>
              <w:jc w:val="both"/>
              <w:rPr>
                <w:sz w:val="28"/>
                <w:szCs w:val="28"/>
              </w:rPr>
            </w:pPr>
            <w:r w:rsidRPr="00E91A42">
              <w:rPr>
                <w:sz w:val="28"/>
                <w:szCs w:val="28"/>
              </w:rPr>
              <w:t>Tổ chức hội nghị, hội thảo khoa học, diễn đàn, triển lãm, ...</w:t>
            </w:r>
          </w:p>
        </w:tc>
        <w:tc>
          <w:tcPr>
            <w:tcW w:w="1068" w:type="dxa"/>
            <w:gridSpan w:val="2"/>
            <w:tcBorders>
              <w:top w:val="dotted" w:sz="4" w:space="0" w:color="auto"/>
              <w:left w:val="dotted" w:sz="4" w:space="0" w:color="auto"/>
              <w:bottom w:val="dotted" w:sz="4" w:space="0" w:color="auto"/>
              <w:right w:val="dotted" w:sz="4" w:space="0" w:color="auto"/>
            </w:tcBorders>
          </w:tcPr>
          <w:p w14:paraId="688656F5"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04C2D7B0" w14:textId="77777777" w:rsidR="00E91A42" w:rsidRPr="00E91A42" w:rsidRDefault="00E91A42" w:rsidP="00A701F9">
            <w:pPr>
              <w:jc w:val="both"/>
              <w:rPr>
                <w:sz w:val="28"/>
                <w:szCs w:val="28"/>
              </w:rPr>
            </w:pPr>
          </w:p>
        </w:tc>
      </w:tr>
      <w:tr w:rsidR="00E91A42" w:rsidRPr="00E91A42" w14:paraId="3CB14D91" w14:textId="77777777" w:rsidTr="00A701F9">
        <w:tc>
          <w:tcPr>
            <w:tcW w:w="534" w:type="dxa"/>
            <w:tcBorders>
              <w:top w:val="dotted" w:sz="4" w:space="0" w:color="auto"/>
              <w:left w:val="single" w:sz="4" w:space="0" w:color="auto"/>
              <w:bottom w:val="dotted" w:sz="4" w:space="0" w:color="auto"/>
              <w:right w:val="dotted" w:sz="4" w:space="0" w:color="auto"/>
            </w:tcBorders>
          </w:tcPr>
          <w:p w14:paraId="451B3B91" w14:textId="77777777" w:rsidR="00E91A42" w:rsidRPr="00E91A42" w:rsidRDefault="00E91A42" w:rsidP="00A701F9">
            <w:pPr>
              <w:jc w:val="center"/>
              <w:rPr>
                <w:sz w:val="28"/>
                <w:szCs w:val="28"/>
              </w:rPr>
            </w:pPr>
            <w:r w:rsidRPr="00E91A42">
              <w:rPr>
                <w:sz w:val="28"/>
                <w:szCs w:val="28"/>
              </w:rPr>
              <w:t>3</w:t>
            </w:r>
          </w:p>
        </w:tc>
        <w:tc>
          <w:tcPr>
            <w:tcW w:w="6095" w:type="dxa"/>
            <w:gridSpan w:val="4"/>
            <w:tcBorders>
              <w:top w:val="dotted" w:sz="4" w:space="0" w:color="auto"/>
              <w:left w:val="dotted" w:sz="4" w:space="0" w:color="auto"/>
              <w:bottom w:val="dotted" w:sz="4" w:space="0" w:color="auto"/>
              <w:right w:val="dotted" w:sz="4" w:space="0" w:color="auto"/>
            </w:tcBorders>
          </w:tcPr>
          <w:p w14:paraId="40C8FDBF" w14:textId="77777777" w:rsidR="00E91A42" w:rsidRPr="00E91A42" w:rsidRDefault="00E91A42" w:rsidP="00A701F9">
            <w:pPr>
              <w:jc w:val="both"/>
              <w:rPr>
                <w:sz w:val="28"/>
                <w:szCs w:val="28"/>
              </w:rPr>
            </w:pPr>
            <w:r w:rsidRPr="00E91A42">
              <w:rPr>
                <w:sz w:val="28"/>
                <w:szCs w:val="28"/>
              </w:rPr>
              <w:t>Chi phi đi lại quốc tế cho cán bộ Việt Nam</w:t>
            </w:r>
          </w:p>
        </w:tc>
        <w:tc>
          <w:tcPr>
            <w:tcW w:w="1068" w:type="dxa"/>
            <w:gridSpan w:val="2"/>
            <w:tcBorders>
              <w:top w:val="dotted" w:sz="4" w:space="0" w:color="auto"/>
              <w:left w:val="dotted" w:sz="4" w:space="0" w:color="auto"/>
              <w:bottom w:val="dotted" w:sz="4" w:space="0" w:color="auto"/>
              <w:right w:val="dotted" w:sz="4" w:space="0" w:color="auto"/>
            </w:tcBorders>
          </w:tcPr>
          <w:p w14:paraId="79BB5A94"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238EE9EF" w14:textId="77777777" w:rsidR="00E91A42" w:rsidRPr="00E91A42" w:rsidRDefault="00E91A42" w:rsidP="00A701F9">
            <w:pPr>
              <w:jc w:val="both"/>
              <w:rPr>
                <w:sz w:val="28"/>
                <w:szCs w:val="28"/>
              </w:rPr>
            </w:pPr>
          </w:p>
        </w:tc>
      </w:tr>
      <w:tr w:rsidR="00E91A42" w:rsidRPr="00E91A42" w14:paraId="16A6A5E7" w14:textId="77777777" w:rsidTr="00A701F9">
        <w:tc>
          <w:tcPr>
            <w:tcW w:w="534" w:type="dxa"/>
            <w:tcBorders>
              <w:top w:val="dotted" w:sz="4" w:space="0" w:color="auto"/>
              <w:left w:val="single" w:sz="4" w:space="0" w:color="auto"/>
              <w:bottom w:val="dotted" w:sz="4" w:space="0" w:color="auto"/>
              <w:right w:val="dotted" w:sz="4" w:space="0" w:color="auto"/>
            </w:tcBorders>
          </w:tcPr>
          <w:p w14:paraId="78F9820C" w14:textId="77777777" w:rsidR="00E91A42" w:rsidRPr="00E91A42" w:rsidRDefault="00E91A42" w:rsidP="00A701F9">
            <w:pPr>
              <w:jc w:val="center"/>
              <w:rPr>
                <w:sz w:val="28"/>
                <w:szCs w:val="28"/>
              </w:rPr>
            </w:pPr>
            <w:r w:rsidRPr="00E91A42">
              <w:rPr>
                <w:sz w:val="28"/>
                <w:szCs w:val="28"/>
              </w:rPr>
              <w:t>4</w:t>
            </w:r>
          </w:p>
        </w:tc>
        <w:tc>
          <w:tcPr>
            <w:tcW w:w="6095" w:type="dxa"/>
            <w:gridSpan w:val="4"/>
            <w:tcBorders>
              <w:top w:val="dotted" w:sz="4" w:space="0" w:color="auto"/>
              <w:left w:val="dotted" w:sz="4" w:space="0" w:color="auto"/>
              <w:bottom w:val="dotted" w:sz="4" w:space="0" w:color="auto"/>
              <w:right w:val="dotted" w:sz="4" w:space="0" w:color="auto"/>
            </w:tcBorders>
          </w:tcPr>
          <w:p w14:paraId="16FF066A" w14:textId="77777777" w:rsidR="00E91A42" w:rsidRPr="00E91A42" w:rsidRDefault="00E91A42" w:rsidP="00A701F9">
            <w:pPr>
              <w:jc w:val="both"/>
              <w:rPr>
                <w:sz w:val="28"/>
                <w:szCs w:val="28"/>
              </w:rPr>
            </w:pPr>
            <w:r w:rsidRPr="00E91A42">
              <w:rPr>
                <w:sz w:val="28"/>
                <w:szCs w:val="28"/>
              </w:rPr>
              <w:t>Chi phí phân tích mẫu, trang thiết bị thụ hưởng</w:t>
            </w:r>
          </w:p>
        </w:tc>
        <w:tc>
          <w:tcPr>
            <w:tcW w:w="1068" w:type="dxa"/>
            <w:gridSpan w:val="2"/>
            <w:tcBorders>
              <w:top w:val="dotted" w:sz="4" w:space="0" w:color="auto"/>
              <w:left w:val="dotted" w:sz="4" w:space="0" w:color="auto"/>
              <w:bottom w:val="dotted" w:sz="4" w:space="0" w:color="auto"/>
              <w:right w:val="dotted" w:sz="4" w:space="0" w:color="auto"/>
            </w:tcBorders>
          </w:tcPr>
          <w:p w14:paraId="50A5D451"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04CF1008" w14:textId="77777777" w:rsidR="00E91A42" w:rsidRPr="00E91A42" w:rsidRDefault="00E91A42" w:rsidP="00A701F9">
            <w:pPr>
              <w:jc w:val="both"/>
              <w:rPr>
                <w:sz w:val="28"/>
                <w:szCs w:val="28"/>
              </w:rPr>
            </w:pPr>
          </w:p>
        </w:tc>
      </w:tr>
      <w:tr w:rsidR="00E91A42" w:rsidRPr="00E91A42" w14:paraId="645D4650" w14:textId="77777777" w:rsidTr="00A701F9">
        <w:tc>
          <w:tcPr>
            <w:tcW w:w="534" w:type="dxa"/>
            <w:tcBorders>
              <w:top w:val="dotted" w:sz="4" w:space="0" w:color="auto"/>
              <w:left w:val="single" w:sz="4" w:space="0" w:color="auto"/>
              <w:bottom w:val="dotted" w:sz="4" w:space="0" w:color="auto"/>
              <w:right w:val="dotted" w:sz="4" w:space="0" w:color="auto"/>
            </w:tcBorders>
          </w:tcPr>
          <w:p w14:paraId="12373BBA" w14:textId="77777777" w:rsidR="00E91A42" w:rsidRPr="00E91A42" w:rsidRDefault="00E91A42" w:rsidP="00A701F9">
            <w:pPr>
              <w:jc w:val="center"/>
              <w:rPr>
                <w:sz w:val="28"/>
                <w:szCs w:val="28"/>
              </w:rPr>
            </w:pPr>
            <w:r w:rsidRPr="00E91A42">
              <w:rPr>
                <w:sz w:val="28"/>
                <w:szCs w:val="28"/>
              </w:rPr>
              <w:t>5</w:t>
            </w:r>
          </w:p>
        </w:tc>
        <w:tc>
          <w:tcPr>
            <w:tcW w:w="6095" w:type="dxa"/>
            <w:gridSpan w:val="4"/>
            <w:tcBorders>
              <w:top w:val="dotted" w:sz="4" w:space="0" w:color="auto"/>
              <w:left w:val="dotted" w:sz="4" w:space="0" w:color="auto"/>
              <w:bottom w:val="dotted" w:sz="4" w:space="0" w:color="auto"/>
              <w:right w:val="dotted" w:sz="4" w:space="0" w:color="auto"/>
            </w:tcBorders>
          </w:tcPr>
          <w:p w14:paraId="6BFB19DF" w14:textId="77777777" w:rsidR="00E91A42" w:rsidRPr="00E91A42" w:rsidRDefault="00E91A42" w:rsidP="00A701F9">
            <w:pPr>
              <w:jc w:val="both"/>
              <w:rPr>
                <w:sz w:val="28"/>
                <w:szCs w:val="28"/>
              </w:rPr>
            </w:pPr>
            <w:r w:rsidRPr="00E91A42">
              <w:rPr>
                <w:sz w:val="28"/>
                <w:szCs w:val="28"/>
              </w:rPr>
              <w:t>Phần mềm tin học, tài liệu, ấn phẩm KH&amp;CN, ...</w:t>
            </w:r>
          </w:p>
        </w:tc>
        <w:tc>
          <w:tcPr>
            <w:tcW w:w="1068" w:type="dxa"/>
            <w:gridSpan w:val="2"/>
            <w:tcBorders>
              <w:top w:val="dotted" w:sz="4" w:space="0" w:color="auto"/>
              <w:left w:val="dotted" w:sz="4" w:space="0" w:color="auto"/>
              <w:bottom w:val="dotted" w:sz="4" w:space="0" w:color="auto"/>
              <w:right w:val="dotted" w:sz="4" w:space="0" w:color="auto"/>
            </w:tcBorders>
          </w:tcPr>
          <w:p w14:paraId="1B1C6EE8"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2CD78D87" w14:textId="77777777" w:rsidR="00E91A42" w:rsidRPr="00E91A42" w:rsidRDefault="00E91A42" w:rsidP="00A701F9">
            <w:pPr>
              <w:jc w:val="both"/>
              <w:rPr>
                <w:sz w:val="28"/>
                <w:szCs w:val="28"/>
              </w:rPr>
            </w:pPr>
          </w:p>
        </w:tc>
      </w:tr>
      <w:tr w:rsidR="00E91A42" w:rsidRPr="00E91A42" w14:paraId="0E32A1AF" w14:textId="77777777" w:rsidTr="00A701F9">
        <w:tc>
          <w:tcPr>
            <w:tcW w:w="534" w:type="dxa"/>
            <w:tcBorders>
              <w:top w:val="dotted" w:sz="4" w:space="0" w:color="auto"/>
              <w:left w:val="single" w:sz="4" w:space="0" w:color="auto"/>
              <w:bottom w:val="dotted" w:sz="4" w:space="0" w:color="auto"/>
              <w:right w:val="dotted" w:sz="4" w:space="0" w:color="auto"/>
            </w:tcBorders>
          </w:tcPr>
          <w:p w14:paraId="695F55D5" w14:textId="77777777" w:rsidR="00E91A42" w:rsidRPr="00E91A42" w:rsidRDefault="00E91A42" w:rsidP="00A701F9">
            <w:pPr>
              <w:jc w:val="center"/>
              <w:rPr>
                <w:sz w:val="28"/>
                <w:szCs w:val="28"/>
              </w:rPr>
            </w:pPr>
            <w:r w:rsidRPr="00E91A42">
              <w:rPr>
                <w:sz w:val="28"/>
                <w:szCs w:val="28"/>
              </w:rPr>
              <w:t>6</w:t>
            </w:r>
          </w:p>
        </w:tc>
        <w:tc>
          <w:tcPr>
            <w:tcW w:w="6095" w:type="dxa"/>
            <w:gridSpan w:val="4"/>
            <w:tcBorders>
              <w:top w:val="dotted" w:sz="4" w:space="0" w:color="auto"/>
              <w:left w:val="dotted" w:sz="4" w:space="0" w:color="auto"/>
              <w:bottom w:val="dotted" w:sz="4" w:space="0" w:color="auto"/>
              <w:right w:val="dotted" w:sz="4" w:space="0" w:color="auto"/>
            </w:tcBorders>
          </w:tcPr>
          <w:p w14:paraId="096CC65E" w14:textId="77777777" w:rsidR="00E91A42" w:rsidRPr="00E91A42" w:rsidRDefault="00E91A42" w:rsidP="00A701F9">
            <w:pPr>
              <w:jc w:val="both"/>
              <w:rPr>
                <w:sz w:val="28"/>
                <w:szCs w:val="28"/>
              </w:rPr>
            </w:pPr>
            <w:r w:rsidRPr="00E91A42">
              <w:rPr>
                <w:sz w:val="28"/>
                <w:szCs w:val="28"/>
              </w:rPr>
              <w:t>Khác</w:t>
            </w:r>
          </w:p>
        </w:tc>
        <w:tc>
          <w:tcPr>
            <w:tcW w:w="1068" w:type="dxa"/>
            <w:gridSpan w:val="2"/>
            <w:tcBorders>
              <w:top w:val="dotted" w:sz="4" w:space="0" w:color="auto"/>
              <w:left w:val="dotted" w:sz="4" w:space="0" w:color="auto"/>
              <w:bottom w:val="dotted" w:sz="4" w:space="0" w:color="auto"/>
              <w:right w:val="dotted" w:sz="4" w:space="0" w:color="auto"/>
            </w:tcBorders>
          </w:tcPr>
          <w:p w14:paraId="2D02AC89" w14:textId="77777777" w:rsidR="00E91A42" w:rsidRPr="00E91A42" w:rsidRDefault="00E91A42" w:rsidP="00A701F9">
            <w:pPr>
              <w:jc w:val="both"/>
              <w:rPr>
                <w:sz w:val="28"/>
                <w:szCs w:val="28"/>
              </w:rPr>
            </w:pPr>
          </w:p>
        </w:tc>
        <w:tc>
          <w:tcPr>
            <w:tcW w:w="2192" w:type="dxa"/>
            <w:gridSpan w:val="3"/>
            <w:tcBorders>
              <w:top w:val="dotted" w:sz="4" w:space="0" w:color="auto"/>
              <w:left w:val="dotted" w:sz="4" w:space="0" w:color="auto"/>
              <w:bottom w:val="dotted" w:sz="4" w:space="0" w:color="auto"/>
              <w:right w:val="single" w:sz="4" w:space="0" w:color="auto"/>
            </w:tcBorders>
          </w:tcPr>
          <w:p w14:paraId="5AA1D9F0" w14:textId="77777777" w:rsidR="00E91A42" w:rsidRPr="00E91A42" w:rsidRDefault="00E91A42" w:rsidP="00A701F9">
            <w:pPr>
              <w:jc w:val="both"/>
              <w:rPr>
                <w:sz w:val="28"/>
                <w:szCs w:val="28"/>
              </w:rPr>
            </w:pPr>
          </w:p>
        </w:tc>
      </w:tr>
      <w:tr w:rsidR="00E91A42" w:rsidRPr="00E91A42" w14:paraId="0469E004" w14:textId="77777777" w:rsidTr="00A701F9">
        <w:trPr>
          <w:trHeight w:val="75"/>
        </w:trPr>
        <w:tc>
          <w:tcPr>
            <w:tcW w:w="6629" w:type="dxa"/>
            <w:gridSpan w:val="5"/>
            <w:tcBorders>
              <w:top w:val="dotted" w:sz="4" w:space="0" w:color="auto"/>
              <w:left w:val="single" w:sz="4" w:space="0" w:color="auto"/>
              <w:bottom w:val="single" w:sz="4" w:space="0" w:color="auto"/>
              <w:right w:val="dotted" w:sz="4" w:space="0" w:color="auto"/>
            </w:tcBorders>
          </w:tcPr>
          <w:p w14:paraId="477173B7" w14:textId="77777777" w:rsidR="00E91A42" w:rsidRPr="00E91A42" w:rsidRDefault="00E91A42" w:rsidP="00A701F9">
            <w:pPr>
              <w:jc w:val="both"/>
              <w:rPr>
                <w:b/>
                <w:i/>
                <w:sz w:val="28"/>
                <w:szCs w:val="28"/>
              </w:rPr>
            </w:pPr>
            <w:r w:rsidRPr="00E91A42">
              <w:rPr>
                <w:b/>
                <w:i/>
                <w:sz w:val="28"/>
                <w:szCs w:val="28"/>
              </w:rPr>
              <w:t>Tổng cộng</w:t>
            </w:r>
          </w:p>
        </w:tc>
        <w:tc>
          <w:tcPr>
            <w:tcW w:w="1068" w:type="dxa"/>
            <w:gridSpan w:val="2"/>
            <w:tcBorders>
              <w:top w:val="dotted" w:sz="4" w:space="0" w:color="auto"/>
              <w:left w:val="dotted" w:sz="4" w:space="0" w:color="auto"/>
              <w:bottom w:val="single" w:sz="4" w:space="0" w:color="auto"/>
              <w:right w:val="dotted" w:sz="4" w:space="0" w:color="auto"/>
            </w:tcBorders>
          </w:tcPr>
          <w:p w14:paraId="667115B6" w14:textId="77777777" w:rsidR="00E91A42" w:rsidRPr="00E91A42" w:rsidRDefault="00E91A42" w:rsidP="00A701F9">
            <w:pPr>
              <w:jc w:val="both"/>
              <w:rPr>
                <w:b/>
                <w:i/>
                <w:sz w:val="28"/>
                <w:szCs w:val="28"/>
              </w:rPr>
            </w:pPr>
          </w:p>
        </w:tc>
        <w:tc>
          <w:tcPr>
            <w:tcW w:w="2192" w:type="dxa"/>
            <w:gridSpan w:val="3"/>
            <w:tcBorders>
              <w:top w:val="dotted" w:sz="4" w:space="0" w:color="auto"/>
              <w:left w:val="dotted" w:sz="4" w:space="0" w:color="auto"/>
              <w:bottom w:val="single" w:sz="4" w:space="0" w:color="auto"/>
              <w:right w:val="single" w:sz="4" w:space="0" w:color="auto"/>
            </w:tcBorders>
          </w:tcPr>
          <w:p w14:paraId="1B5AC5FB" w14:textId="77777777" w:rsidR="00E91A42" w:rsidRPr="00E91A42" w:rsidRDefault="00E91A42" w:rsidP="00A701F9">
            <w:pPr>
              <w:jc w:val="both"/>
              <w:rPr>
                <w:b/>
                <w:i/>
                <w:sz w:val="28"/>
                <w:szCs w:val="28"/>
              </w:rPr>
            </w:pPr>
          </w:p>
        </w:tc>
      </w:tr>
    </w:tbl>
    <w:p w14:paraId="6CC3A4E9" w14:textId="77777777" w:rsidR="00E91A42" w:rsidRPr="00E91A42" w:rsidRDefault="00E91A42" w:rsidP="00E91A42">
      <w:pPr>
        <w:rPr>
          <w:sz w:val="28"/>
          <w:szCs w:val="28"/>
        </w:rPr>
      </w:pPr>
    </w:p>
    <w:p w14:paraId="289A65F9" w14:textId="77777777" w:rsidR="00E91A42" w:rsidRPr="00E91A42" w:rsidRDefault="00E91A42" w:rsidP="00E91A42">
      <w:pPr>
        <w:jc w:val="right"/>
        <w:rPr>
          <w:sz w:val="28"/>
          <w:szCs w:val="28"/>
        </w:rPr>
      </w:pPr>
    </w:p>
    <w:p w14:paraId="4646C784" w14:textId="77777777" w:rsidR="00E91A42" w:rsidRPr="00E91A42" w:rsidRDefault="00E91A42" w:rsidP="00E91A42">
      <w:pPr>
        <w:jc w:val="right"/>
        <w:rPr>
          <w:sz w:val="28"/>
          <w:szCs w:val="28"/>
        </w:rPr>
      </w:pPr>
      <w:r w:rsidRPr="00E91A42">
        <w:rPr>
          <w:sz w:val="28"/>
          <w:szCs w:val="28"/>
        </w:rPr>
        <w:t>……., ngày</w:t>
      </w:r>
      <w:proofErr w:type="gramStart"/>
      <w:r w:rsidRPr="00E91A42">
        <w:rPr>
          <w:sz w:val="28"/>
          <w:szCs w:val="28"/>
        </w:rPr>
        <w:t>.....</w:t>
      </w:r>
      <w:proofErr w:type="gramEnd"/>
      <w:r w:rsidRPr="00E91A42">
        <w:rPr>
          <w:sz w:val="28"/>
          <w:szCs w:val="28"/>
        </w:rPr>
        <w:t>tháng</w:t>
      </w:r>
      <w:proofErr w:type="gramStart"/>
      <w:r w:rsidRPr="00E91A42">
        <w:rPr>
          <w:sz w:val="28"/>
          <w:szCs w:val="28"/>
        </w:rPr>
        <w:t>.....</w:t>
      </w:r>
      <w:proofErr w:type="gramEnd"/>
      <w:r w:rsidRPr="00E91A42">
        <w:rPr>
          <w:sz w:val="28"/>
          <w:szCs w:val="28"/>
        </w:rPr>
        <w:t>năm</w:t>
      </w:r>
      <w:proofErr w:type="gramStart"/>
      <w:r w:rsidRPr="00E91A42">
        <w:rPr>
          <w:sz w:val="28"/>
          <w:szCs w:val="28"/>
        </w:rPr>
        <w:t>.....</w:t>
      </w:r>
      <w:proofErr w:type="gramEnd"/>
    </w:p>
    <w:p w14:paraId="2460E66D" w14:textId="77777777" w:rsidR="00E91A42" w:rsidRPr="00E91A42" w:rsidRDefault="00E91A42" w:rsidP="00E91A42">
      <w:pPr>
        <w:ind w:left="180"/>
        <w:jc w:val="center"/>
        <w:rPr>
          <w:sz w:val="28"/>
          <w:szCs w:val="28"/>
          <w:u w:val="single"/>
          <w:lang w:val="de-DE"/>
        </w:rPr>
      </w:pPr>
    </w:p>
    <w:tbl>
      <w:tblPr>
        <w:tblW w:w="0" w:type="auto"/>
        <w:jc w:val="center"/>
        <w:tblLayout w:type="fixed"/>
        <w:tblLook w:val="0000" w:firstRow="0" w:lastRow="0" w:firstColumn="0" w:lastColumn="0" w:noHBand="0" w:noVBand="0"/>
      </w:tblPr>
      <w:tblGrid>
        <w:gridCol w:w="3321"/>
        <w:gridCol w:w="3322"/>
        <w:gridCol w:w="2915"/>
      </w:tblGrid>
      <w:tr w:rsidR="00E91A42" w:rsidRPr="0028776E" w14:paraId="6E2682A5" w14:textId="77777777" w:rsidTr="00A701F9">
        <w:trPr>
          <w:jc w:val="center"/>
        </w:trPr>
        <w:tc>
          <w:tcPr>
            <w:tcW w:w="3321" w:type="dxa"/>
            <w:tcBorders>
              <w:top w:val="nil"/>
              <w:left w:val="nil"/>
              <w:bottom w:val="nil"/>
              <w:right w:val="nil"/>
            </w:tcBorders>
          </w:tcPr>
          <w:p w14:paraId="3474A469" w14:textId="77777777" w:rsidR="00E91A42" w:rsidRPr="00E91A42" w:rsidRDefault="00E91A42" w:rsidP="00A701F9">
            <w:pPr>
              <w:jc w:val="center"/>
              <w:rPr>
                <w:b/>
                <w:bCs/>
                <w:sz w:val="28"/>
                <w:szCs w:val="28"/>
                <w:lang w:val="de-DE"/>
              </w:rPr>
            </w:pPr>
            <w:r w:rsidRPr="00E91A42">
              <w:rPr>
                <w:b/>
                <w:bCs/>
                <w:sz w:val="28"/>
                <w:szCs w:val="28"/>
                <w:lang w:val="de-DE"/>
              </w:rPr>
              <w:t>Tổ chức chủ trì</w:t>
            </w:r>
          </w:p>
          <w:p w14:paraId="79D42E8D" w14:textId="77777777" w:rsidR="00E91A42" w:rsidRPr="00E91A42" w:rsidRDefault="00E91A42" w:rsidP="00A701F9">
            <w:pPr>
              <w:jc w:val="center"/>
              <w:rPr>
                <w:i/>
                <w:iCs/>
                <w:sz w:val="28"/>
                <w:szCs w:val="28"/>
                <w:lang w:val="de-DE"/>
              </w:rPr>
            </w:pPr>
            <w:r w:rsidRPr="00E91A42">
              <w:rPr>
                <w:i/>
                <w:iCs/>
                <w:sz w:val="28"/>
                <w:szCs w:val="28"/>
                <w:lang w:val="de-DE"/>
              </w:rPr>
              <w:t>(Ký tên, đóng dấu)</w:t>
            </w:r>
          </w:p>
          <w:p w14:paraId="5C0AD254" w14:textId="77777777" w:rsidR="00E91A42" w:rsidRPr="00E91A42" w:rsidRDefault="00E91A42" w:rsidP="00A701F9">
            <w:pPr>
              <w:rPr>
                <w:b/>
                <w:bCs/>
                <w:sz w:val="28"/>
                <w:szCs w:val="28"/>
                <w:lang w:val="de-DE"/>
              </w:rPr>
            </w:pPr>
          </w:p>
        </w:tc>
        <w:tc>
          <w:tcPr>
            <w:tcW w:w="3322" w:type="dxa"/>
            <w:tcBorders>
              <w:top w:val="nil"/>
              <w:left w:val="nil"/>
              <w:bottom w:val="nil"/>
              <w:right w:val="nil"/>
            </w:tcBorders>
          </w:tcPr>
          <w:p w14:paraId="2633CB24" w14:textId="77777777" w:rsidR="00E91A42" w:rsidRPr="00E91A42" w:rsidRDefault="00E91A42" w:rsidP="00A701F9">
            <w:pPr>
              <w:jc w:val="center"/>
              <w:rPr>
                <w:b/>
                <w:bCs/>
                <w:sz w:val="28"/>
                <w:szCs w:val="28"/>
                <w:lang w:val="de-DE"/>
              </w:rPr>
            </w:pPr>
          </w:p>
        </w:tc>
        <w:tc>
          <w:tcPr>
            <w:tcW w:w="2915" w:type="dxa"/>
            <w:tcBorders>
              <w:top w:val="nil"/>
              <w:left w:val="nil"/>
              <w:bottom w:val="nil"/>
              <w:right w:val="nil"/>
            </w:tcBorders>
          </w:tcPr>
          <w:p w14:paraId="2C04E9C3" w14:textId="77777777" w:rsidR="00E91A42" w:rsidRPr="00E91A42" w:rsidRDefault="00E91A42" w:rsidP="00A701F9">
            <w:pPr>
              <w:jc w:val="center"/>
              <w:rPr>
                <w:b/>
                <w:bCs/>
                <w:sz w:val="28"/>
                <w:szCs w:val="28"/>
                <w:lang w:val="de-DE"/>
              </w:rPr>
            </w:pPr>
            <w:r w:rsidRPr="00E91A42">
              <w:rPr>
                <w:b/>
                <w:bCs/>
                <w:sz w:val="28"/>
                <w:szCs w:val="28"/>
                <w:lang w:val="de-DE"/>
              </w:rPr>
              <w:t>Chủ nhiệm nhiệm vụ</w:t>
            </w:r>
          </w:p>
          <w:p w14:paraId="5388B4D5" w14:textId="77777777" w:rsidR="00E91A42" w:rsidRPr="00E91A42" w:rsidRDefault="00E91A42" w:rsidP="00A701F9">
            <w:pPr>
              <w:jc w:val="center"/>
              <w:rPr>
                <w:i/>
                <w:iCs/>
                <w:sz w:val="28"/>
                <w:szCs w:val="28"/>
                <w:lang w:val="de-DE"/>
              </w:rPr>
            </w:pPr>
            <w:r w:rsidRPr="00E91A42">
              <w:rPr>
                <w:i/>
                <w:iCs/>
                <w:sz w:val="28"/>
                <w:szCs w:val="28"/>
                <w:lang w:val="de-DE"/>
              </w:rPr>
              <w:t>(Ký và ghi rõ họ tên)</w:t>
            </w:r>
          </w:p>
          <w:p w14:paraId="3E8E24CC" w14:textId="77777777" w:rsidR="00E91A42" w:rsidRPr="00E91A42" w:rsidRDefault="00E91A42" w:rsidP="00A701F9">
            <w:pPr>
              <w:jc w:val="center"/>
              <w:rPr>
                <w:b/>
                <w:bCs/>
                <w:sz w:val="28"/>
                <w:szCs w:val="28"/>
                <w:lang w:val="de-DE"/>
              </w:rPr>
            </w:pPr>
          </w:p>
        </w:tc>
      </w:tr>
    </w:tbl>
    <w:p w14:paraId="566EDA4B" w14:textId="77777777" w:rsidR="00E91A42" w:rsidRPr="00E91A42" w:rsidRDefault="00E91A42" w:rsidP="00E91A42">
      <w:pPr>
        <w:ind w:left="180"/>
        <w:jc w:val="center"/>
        <w:rPr>
          <w:sz w:val="28"/>
          <w:szCs w:val="28"/>
          <w:u w:val="single"/>
          <w:lang w:val="de-DE"/>
        </w:rPr>
        <w:sectPr w:rsidR="00E91A42" w:rsidRPr="00E91A42" w:rsidSect="00E91A42">
          <w:footerReference w:type="default" r:id="rId9"/>
          <w:footnotePr>
            <w:numFmt w:val="chicago"/>
            <w:numRestart w:val="eachPage"/>
          </w:footnotePr>
          <w:type w:val="continuous"/>
          <w:pgSz w:w="11909" w:h="16834" w:code="9"/>
          <w:pgMar w:top="851" w:right="1166" w:bottom="1080" w:left="1627" w:header="720" w:footer="311" w:gutter="0"/>
          <w:cols w:space="720"/>
          <w:docGrid w:linePitch="326"/>
        </w:sectPr>
      </w:pPr>
    </w:p>
    <w:p w14:paraId="75B94DE1" w14:textId="77777777" w:rsidR="00E91A42" w:rsidRPr="00E91A42" w:rsidRDefault="00E91A42" w:rsidP="00E91A42">
      <w:pPr>
        <w:jc w:val="center"/>
        <w:rPr>
          <w:b/>
          <w:sz w:val="28"/>
          <w:szCs w:val="28"/>
          <w:lang w:val="de-DE"/>
        </w:rPr>
      </w:pPr>
      <w:r w:rsidRPr="00E91A42">
        <w:rPr>
          <w:b/>
          <w:sz w:val="28"/>
          <w:szCs w:val="28"/>
          <w:lang w:val="de-DE"/>
        </w:rPr>
        <w:lastRenderedPageBreak/>
        <w:t xml:space="preserve">Phụ lục 1 </w:t>
      </w:r>
      <w:r w:rsidRPr="00E91A42">
        <w:rPr>
          <w:b/>
          <w:i/>
          <w:sz w:val="28"/>
          <w:szCs w:val="28"/>
          <w:lang w:val="de-DE"/>
        </w:rPr>
        <w:t>(Áp dụng đối với thuyết minh khi thẩm định kinh phí)</w:t>
      </w:r>
    </w:p>
    <w:p w14:paraId="60ED9A63" w14:textId="77777777" w:rsidR="00E91A42" w:rsidRPr="00E91A42" w:rsidRDefault="00E91A42" w:rsidP="00E91A42">
      <w:pPr>
        <w:jc w:val="center"/>
        <w:rPr>
          <w:sz w:val="28"/>
          <w:szCs w:val="28"/>
          <w:lang w:val="de-DE"/>
        </w:rPr>
      </w:pPr>
      <w:r w:rsidRPr="00E91A42">
        <w:rPr>
          <w:b/>
          <w:sz w:val="28"/>
          <w:szCs w:val="28"/>
          <w:lang w:val="de-DE"/>
        </w:rPr>
        <w:t>DỰ TOÁN KINH PHÍ</w:t>
      </w:r>
    </w:p>
    <w:p w14:paraId="1648A64D" w14:textId="77777777" w:rsidR="00E91A42" w:rsidRPr="00E91A42" w:rsidRDefault="00E91A42" w:rsidP="00E91A42">
      <w:pPr>
        <w:jc w:val="right"/>
        <w:rPr>
          <w:sz w:val="28"/>
          <w:szCs w:val="28"/>
          <w:lang w:val="de-DE"/>
        </w:rPr>
      </w:pPr>
      <w:r w:rsidRPr="00E91A42">
        <w:rPr>
          <w:sz w:val="28"/>
          <w:szCs w:val="28"/>
          <w:lang w:val="de-DE"/>
        </w:rPr>
        <w:t>Đơn vị: triệu đồng</w:t>
      </w:r>
    </w:p>
    <w:tbl>
      <w:tblPr>
        <w:tblW w:w="143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340"/>
        <w:gridCol w:w="961"/>
        <w:gridCol w:w="1275"/>
        <w:gridCol w:w="1276"/>
        <w:gridCol w:w="851"/>
        <w:gridCol w:w="850"/>
        <w:gridCol w:w="851"/>
        <w:gridCol w:w="850"/>
        <w:gridCol w:w="713"/>
        <w:gridCol w:w="900"/>
        <w:gridCol w:w="797"/>
        <w:gridCol w:w="709"/>
        <w:gridCol w:w="709"/>
        <w:gridCol w:w="708"/>
      </w:tblGrid>
      <w:tr w:rsidR="00E91A42" w:rsidRPr="00E91A42" w14:paraId="1B216410" w14:textId="77777777" w:rsidTr="00A701F9">
        <w:trPr>
          <w:cantSplit/>
        </w:trPr>
        <w:tc>
          <w:tcPr>
            <w:tcW w:w="526" w:type="dxa"/>
            <w:vMerge w:val="restart"/>
            <w:vAlign w:val="center"/>
          </w:tcPr>
          <w:p w14:paraId="7C20A5BF" w14:textId="77777777" w:rsidR="00E91A42" w:rsidRPr="00E91A42" w:rsidRDefault="00E91A42" w:rsidP="00A701F9">
            <w:pPr>
              <w:spacing w:before="60" w:after="60"/>
              <w:jc w:val="center"/>
              <w:rPr>
                <w:b/>
                <w:sz w:val="28"/>
                <w:szCs w:val="28"/>
              </w:rPr>
            </w:pPr>
            <w:r w:rsidRPr="00E91A42">
              <w:rPr>
                <w:b/>
                <w:sz w:val="28"/>
                <w:szCs w:val="28"/>
              </w:rPr>
              <w:t>Số</w:t>
            </w:r>
          </w:p>
          <w:p w14:paraId="0B837F0F" w14:textId="77777777" w:rsidR="00E91A42" w:rsidRPr="00E91A42" w:rsidRDefault="00E91A42" w:rsidP="00A701F9">
            <w:pPr>
              <w:spacing w:before="60" w:after="60"/>
              <w:jc w:val="center"/>
              <w:rPr>
                <w:b/>
                <w:sz w:val="28"/>
                <w:szCs w:val="28"/>
              </w:rPr>
            </w:pPr>
            <w:r w:rsidRPr="00E91A42">
              <w:rPr>
                <w:b/>
                <w:sz w:val="28"/>
                <w:szCs w:val="28"/>
              </w:rPr>
              <w:t>TT</w:t>
            </w:r>
          </w:p>
        </w:tc>
        <w:tc>
          <w:tcPr>
            <w:tcW w:w="2340" w:type="dxa"/>
            <w:vMerge w:val="restart"/>
            <w:vAlign w:val="center"/>
          </w:tcPr>
          <w:p w14:paraId="4EAE20DD" w14:textId="77777777" w:rsidR="00E91A42" w:rsidRPr="00E91A42" w:rsidRDefault="00E91A42" w:rsidP="00A701F9">
            <w:pPr>
              <w:spacing w:before="60" w:after="60"/>
              <w:jc w:val="center"/>
              <w:rPr>
                <w:b/>
                <w:sz w:val="28"/>
                <w:szCs w:val="28"/>
                <w:lang w:val="it-IT"/>
              </w:rPr>
            </w:pPr>
            <w:r w:rsidRPr="00E91A42">
              <w:rPr>
                <w:b/>
                <w:sz w:val="28"/>
                <w:szCs w:val="28"/>
                <w:lang w:val="it-IT"/>
              </w:rPr>
              <w:t xml:space="preserve">Nội dung các </w:t>
            </w:r>
          </w:p>
          <w:p w14:paraId="092FA3E4" w14:textId="77777777" w:rsidR="00E91A42" w:rsidRPr="00E91A42" w:rsidRDefault="00E91A42" w:rsidP="00A701F9">
            <w:pPr>
              <w:spacing w:before="60" w:after="60"/>
              <w:jc w:val="center"/>
              <w:rPr>
                <w:b/>
                <w:sz w:val="28"/>
                <w:szCs w:val="28"/>
                <w:lang w:val="it-IT"/>
              </w:rPr>
            </w:pPr>
            <w:r w:rsidRPr="00E91A42">
              <w:rPr>
                <w:b/>
                <w:sz w:val="28"/>
                <w:szCs w:val="28"/>
                <w:lang w:val="it-IT"/>
              </w:rPr>
              <w:t>khoản chi</w:t>
            </w:r>
          </w:p>
        </w:tc>
        <w:tc>
          <w:tcPr>
            <w:tcW w:w="961" w:type="dxa"/>
            <w:vMerge w:val="restart"/>
            <w:vAlign w:val="center"/>
          </w:tcPr>
          <w:p w14:paraId="03AF20FF" w14:textId="77777777" w:rsidR="00E91A42" w:rsidRPr="00E91A42" w:rsidRDefault="00E91A42" w:rsidP="00A701F9">
            <w:pPr>
              <w:spacing w:before="60" w:after="60"/>
              <w:jc w:val="center"/>
              <w:rPr>
                <w:b/>
                <w:sz w:val="28"/>
                <w:szCs w:val="28"/>
              </w:rPr>
            </w:pPr>
            <w:r w:rsidRPr="00E91A42">
              <w:rPr>
                <w:b/>
                <w:sz w:val="28"/>
                <w:szCs w:val="28"/>
              </w:rPr>
              <w:t>Tổng kinh phí</w:t>
            </w:r>
          </w:p>
        </w:tc>
        <w:tc>
          <w:tcPr>
            <w:tcW w:w="10489" w:type="dxa"/>
            <w:gridSpan w:val="12"/>
          </w:tcPr>
          <w:p w14:paraId="70918ED5" w14:textId="77777777" w:rsidR="00E91A42" w:rsidRPr="00E91A42" w:rsidRDefault="00E91A42" w:rsidP="00A701F9">
            <w:pPr>
              <w:spacing w:before="60" w:after="60"/>
              <w:jc w:val="center"/>
              <w:rPr>
                <w:b/>
                <w:sz w:val="28"/>
                <w:szCs w:val="28"/>
              </w:rPr>
            </w:pPr>
            <w:r w:rsidRPr="00E91A42">
              <w:rPr>
                <w:b/>
                <w:sz w:val="28"/>
                <w:szCs w:val="28"/>
              </w:rPr>
              <w:t>Nguồn vốn</w:t>
            </w:r>
          </w:p>
        </w:tc>
      </w:tr>
      <w:tr w:rsidR="00E91A42" w:rsidRPr="00E91A42" w14:paraId="744145D8" w14:textId="77777777" w:rsidTr="00A701F9">
        <w:trPr>
          <w:cantSplit/>
        </w:trPr>
        <w:tc>
          <w:tcPr>
            <w:tcW w:w="526" w:type="dxa"/>
            <w:vMerge/>
          </w:tcPr>
          <w:p w14:paraId="6B0875D4" w14:textId="77777777" w:rsidR="00E91A42" w:rsidRPr="00E91A42" w:rsidRDefault="00E91A42" w:rsidP="00A701F9">
            <w:pPr>
              <w:spacing w:before="60" w:after="60"/>
              <w:jc w:val="center"/>
              <w:rPr>
                <w:sz w:val="28"/>
                <w:szCs w:val="28"/>
              </w:rPr>
            </w:pPr>
          </w:p>
        </w:tc>
        <w:tc>
          <w:tcPr>
            <w:tcW w:w="2340" w:type="dxa"/>
            <w:vMerge/>
          </w:tcPr>
          <w:p w14:paraId="3E9D32D0" w14:textId="77777777" w:rsidR="00E91A42" w:rsidRPr="00E91A42" w:rsidRDefault="00E91A42" w:rsidP="00A701F9">
            <w:pPr>
              <w:spacing w:before="60" w:after="60"/>
              <w:jc w:val="center"/>
              <w:rPr>
                <w:sz w:val="28"/>
                <w:szCs w:val="28"/>
              </w:rPr>
            </w:pPr>
          </w:p>
        </w:tc>
        <w:tc>
          <w:tcPr>
            <w:tcW w:w="961" w:type="dxa"/>
            <w:vMerge/>
            <w:vAlign w:val="center"/>
          </w:tcPr>
          <w:p w14:paraId="2FB32583" w14:textId="77777777" w:rsidR="00E91A42" w:rsidRPr="00E91A42" w:rsidRDefault="00E91A42" w:rsidP="00A701F9">
            <w:pPr>
              <w:spacing w:before="60" w:after="60"/>
              <w:jc w:val="center"/>
              <w:rPr>
                <w:b/>
                <w:sz w:val="28"/>
                <w:szCs w:val="28"/>
              </w:rPr>
            </w:pPr>
          </w:p>
        </w:tc>
        <w:tc>
          <w:tcPr>
            <w:tcW w:w="7566" w:type="dxa"/>
            <w:gridSpan w:val="8"/>
          </w:tcPr>
          <w:p w14:paraId="06B2E52A" w14:textId="77777777" w:rsidR="00E91A42" w:rsidRPr="00E91A42" w:rsidRDefault="00E91A42" w:rsidP="00A701F9">
            <w:pPr>
              <w:spacing w:before="60" w:after="60"/>
              <w:jc w:val="center"/>
              <w:rPr>
                <w:b/>
                <w:sz w:val="28"/>
                <w:szCs w:val="28"/>
              </w:rPr>
            </w:pPr>
            <w:r w:rsidRPr="00E91A42">
              <w:rPr>
                <w:b/>
                <w:sz w:val="28"/>
                <w:szCs w:val="28"/>
              </w:rPr>
              <w:t>Ngân sách nhà nước</w:t>
            </w:r>
          </w:p>
        </w:tc>
        <w:tc>
          <w:tcPr>
            <w:tcW w:w="2923" w:type="dxa"/>
            <w:gridSpan w:val="4"/>
            <w:vAlign w:val="center"/>
          </w:tcPr>
          <w:p w14:paraId="180E362E" w14:textId="77777777" w:rsidR="00E91A42" w:rsidRPr="00E91A42" w:rsidRDefault="00E91A42" w:rsidP="00A701F9">
            <w:pPr>
              <w:spacing w:before="60" w:after="60"/>
              <w:jc w:val="center"/>
              <w:rPr>
                <w:b/>
                <w:sz w:val="28"/>
                <w:szCs w:val="28"/>
              </w:rPr>
            </w:pPr>
            <w:r w:rsidRPr="00E91A42">
              <w:rPr>
                <w:b/>
                <w:sz w:val="28"/>
                <w:szCs w:val="28"/>
              </w:rPr>
              <w:t>Ngoài ngân sách nhà nước</w:t>
            </w:r>
          </w:p>
        </w:tc>
      </w:tr>
      <w:tr w:rsidR="00E91A42" w:rsidRPr="00E91A42" w14:paraId="5EE35A58" w14:textId="77777777" w:rsidTr="00A701F9">
        <w:trPr>
          <w:cantSplit/>
          <w:trHeight w:val="367"/>
        </w:trPr>
        <w:tc>
          <w:tcPr>
            <w:tcW w:w="526" w:type="dxa"/>
            <w:vMerge/>
          </w:tcPr>
          <w:p w14:paraId="07216616" w14:textId="77777777" w:rsidR="00E91A42" w:rsidRPr="00E91A42" w:rsidRDefault="00E91A42" w:rsidP="00A701F9">
            <w:pPr>
              <w:spacing w:before="60" w:after="60"/>
              <w:jc w:val="center"/>
              <w:rPr>
                <w:sz w:val="28"/>
                <w:szCs w:val="28"/>
              </w:rPr>
            </w:pPr>
          </w:p>
        </w:tc>
        <w:tc>
          <w:tcPr>
            <w:tcW w:w="2340" w:type="dxa"/>
            <w:vMerge/>
          </w:tcPr>
          <w:p w14:paraId="2755FBC9" w14:textId="77777777" w:rsidR="00E91A42" w:rsidRPr="00E91A42" w:rsidRDefault="00E91A42" w:rsidP="00A701F9">
            <w:pPr>
              <w:spacing w:before="60" w:after="60"/>
              <w:jc w:val="center"/>
              <w:rPr>
                <w:sz w:val="28"/>
                <w:szCs w:val="28"/>
              </w:rPr>
            </w:pPr>
          </w:p>
        </w:tc>
        <w:tc>
          <w:tcPr>
            <w:tcW w:w="961" w:type="dxa"/>
            <w:vMerge/>
          </w:tcPr>
          <w:p w14:paraId="28A924CA" w14:textId="77777777" w:rsidR="00E91A42" w:rsidRPr="00E91A42" w:rsidRDefault="00E91A42" w:rsidP="00A701F9">
            <w:pPr>
              <w:spacing w:before="60" w:after="60"/>
              <w:jc w:val="center"/>
              <w:rPr>
                <w:sz w:val="28"/>
                <w:szCs w:val="28"/>
              </w:rPr>
            </w:pPr>
          </w:p>
        </w:tc>
        <w:tc>
          <w:tcPr>
            <w:tcW w:w="2551" w:type="dxa"/>
            <w:gridSpan w:val="2"/>
            <w:vAlign w:val="center"/>
          </w:tcPr>
          <w:p w14:paraId="7BF519E5" w14:textId="77777777" w:rsidR="00E91A42" w:rsidRPr="00E91A42" w:rsidRDefault="00E91A42" w:rsidP="00A701F9">
            <w:pPr>
              <w:spacing w:before="50" w:after="50"/>
              <w:jc w:val="center"/>
              <w:rPr>
                <w:b/>
                <w:sz w:val="28"/>
                <w:szCs w:val="28"/>
              </w:rPr>
            </w:pPr>
            <w:r w:rsidRPr="00E91A42">
              <w:rPr>
                <w:b/>
                <w:sz w:val="28"/>
                <w:szCs w:val="28"/>
              </w:rPr>
              <w:t>Tổng số</w:t>
            </w:r>
          </w:p>
        </w:tc>
        <w:tc>
          <w:tcPr>
            <w:tcW w:w="1701" w:type="dxa"/>
            <w:gridSpan w:val="2"/>
            <w:vAlign w:val="center"/>
          </w:tcPr>
          <w:p w14:paraId="04EF4F18" w14:textId="77777777" w:rsidR="00E91A42" w:rsidRPr="00E91A42" w:rsidRDefault="00E91A42" w:rsidP="00A701F9">
            <w:pPr>
              <w:spacing w:before="50" w:after="50"/>
              <w:jc w:val="center"/>
              <w:rPr>
                <w:b/>
                <w:sz w:val="28"/>
                <w:szCs w:val="28"/>
              </w:rPr>
            </w:pPr>
            <w:r w:rsidRPr="00E91A42">
              <w:rPr>
                <w:b/>
                <w:sz w:val="28"/>
                <w:szCs w:val="28"/>
              </w:rPr>
              <w:t>Năm thứ nhất</w:t>
            </w:r>
          </w:p>
        </w:tc>
        <w:tc>
          <w:tcPr>
            <w:tcW w:w="1701" w:type="dxa"/>
            <w:gridSpan w:val="2"/>
            <w:vAlign w:val="center"/>
          </w:tcPr>
          <w:p w14:paraId="6BBA0A95" w14:textId="77777777" w:rsidR="00E91A42" w:rsidRPr="00E91A42" w:rsidRDefault="00E91A42" w:rsidP="00A701F9">
            <w:pPr>
              <w:spacing w:before="50" w:after="50"/>
              <w:jc w:val="center"/>
              <w:rPr>
                <w:b/>
                <w:sz w:val="28"/>
                <w:szCs w:val="28"/>
              </w:rPr>
            </w:pPr>
            <w:r w:rsidRPr="00E91A42">
              <w:rPr>
                <w:b/>
                <w:sz w:val="28"/>
                <w:szCs w:val="28"/>
              </w:rPr>
              <w:t xml:space="preserve">Năm thứ hai </w:t>
            </w:r>
          </w:p>
        </w:tc>
        <w:tc>
          <w:tcPr>
            <w:tcW w:w="1613" w:type="dxa"/>
            <w:gridSpan w:val="2"/>
            <w:vAlign w:val="center"/>
          </w:tcPr>
          <w:p w14:paraId="5B34DF2D" w14:textId="77777777" w:rsidR="00E91A42" w:rsidRPr="00E91A42" w:rsidRDefault="00E91A42" w:rsidP="00A701F9">
            <w:pPr>
              <w:spacing w:before="50" w:after="50"/>
              <w:jc w:val="center"/>
              <w:rPr>
                <w:b/>
                <w:sz w:val="28"/>
                <w:szCs w:val="28"/>
              </w:rPr>
            </w:pPr>
            <w:r w:rsidRPr="00E91A42">
              <w:rPr>
                <w:b/>
                <w:sz w:val="28"/>
                <w:szCs w:val="28"/>
              </w:rPr>
              <w:t>Năm thứ ba</w:t>
            </w:r>
          </w:p>
        </w:tc>
        <w:tc>
          <w:tcPr>
            <w:tcW w:w="797" w:type="dxa"/>
            <w:vMerge w:val="restart"/>
            <w:vAlign w:val="center"/>
          </w:tcPr>
          <w:p w14:paraId="1662B4AA" w14:textId="77777777" w:rsidR="00E91A42" w:rsidRPr="00E91A42" w:rsidRDefault="00E91A42" w:rsidP="00A701F9">
            <w:pPr>
              <w:spacing w:before="60" w:after="60"/>
              <w:jc w:val="center"/>
              <w:rPr>
                <w:b/>
                <w:sz w:val="28"/>
                <w:szCs w:val="28"/>
              </w:rPr>
            </w:pPr>
            <w:r w:rsidRPr="00E91A42">
              <w:rPr>
                <w:b/>
                <w:sz w:val="28"/>
                <w:szCs w:val="28"/>
              </w:rPr>
              <w:t>Tổng số</w:t>
            </w:r>
          </w:p>
        </w:tc>
        <w:tc>
          <w:tcPr>
            <w:tcW w:w="709" w:type="dxa"/>
            <w:vMerge w:val="restart"/>
            <w:vAlign w:val="center"/>
          </w:tcPr>
          <w:p w14:paraId="63B9A623" w14:textId="77777777" w:rsidR="00E91A42" w:rsidRPr="00E91A42" w:rsidRDefault="00E91A42" w:rsidP="00A701F9">
            <w:pPr>
              <w:spacing w:before="60" w:after="60"/>
              <w:jc w:val="center"/>
              <w:rPr>
                <w:sz w:val="28"/>
                <w:szCs w:val="28"/>
              </w:rPr>
            </w:pPr>
            <w:r w:rsidRPr="00E91A42">
              <w:rPr>
                <w:sz w:val="28"/>
                <w:szCs w:val="28"/>
              </w:rPr>
              <w:t>Năm thứ nhất</w:t>
            </w:r>
          </w:p>
        </w:tc>
        <w:tc>
          <w:tcPr>
            <w:tcW w:w="709" w:type="dxa"/>
            <w:vMerge w:val="restart"/>
            <w:vAlign w:val="center"/>
          </w:tcPr>
          <w:p w14:paraId="64277863" w14:textId="77777777" w:rsidR="00E91A42" w:rsidRPr="00E91A42" w:rsidRDefault="00E91A42" w:rsidP="00A701F9">
            <w:pPr>
              <w:spacing w:before="60" w:after="60"/>
              <w:jc w:val="center"/>
              <w:rPr>
                <w:sz w:val="28"/>
                <w:szCs w:val="28"/>
              </w:rPr>
            </w:pPr>
            <w:r w:rsidRPr="00E91A42">
              <w:rPr>
                <w:sz w:val="28"/>
                <w:szCs w:val="28"/>
              </w:rPr>
              <w:t>Năm thứ hai</w:t>
            </w:r>
          </w:p>
        </w:tc>
        <w:tc>
          <w:tcPr>
            <w:tcW w:w="708" w:type="dxa"/>
            <w:vMerge w:val="restart"/>
            <w:vAlign w:val="center"/>
          </w:tcPr>
          <w:p w14:paraId="5942487A" w14:textId="77777777" w:rsidR="00E91A42" w:rsidRPr="00E91A42" w:rsidRDefault="00E91A42" w:rsidP="00A701F9">
            <w:pPr>
              <w:spacing w:before="60" w:after="60"/>
              <w:jc w:val="center"/>
              <w:rPr>
                <w:sz w:val="28"/>
                <w:szCs w:val="28"/>
              </w:rPr>
            </w:pPr>
            <w:r w:rsidRPr="00E91A42">
              <w:rPr>
                <w:sz w:val="28"/>
                <w:szCs w:val="28"/>
              </w:rPr>
              <w:t>Năm thứ ba</w:t>
            </w:r>
          </w:p>
        </w:tc>
      </w:tr>
      <w:tr w:rsidR="00E91A42" w:rsidRPr="00E91A42" w14:paraId="50DC7911" w14:textId="77777777" w:rsidTr="00A701F9">
        <w:trPr>
          <w:cantSplit/>
          <w:trHeight w:val="1372"/>
        </w:trPr>
        <w:tc>
          <w:tcPr>
            <w:tcW w:w="526" w:type="dxa"/>
            <w:vMerge/>
          </w:tcPr>
          <w:p w14:paraId="530DBCA2" w14:textId="77777777" w:rsidR="00E91A42" w:rsidRPr="00E91A42" w:rsidRDefault="00E91A42" w:rsidP="00A701F9">
            <w:pPr>
              <w:spacing w:before="60" w:after="60"/>
              <w:jc w:val="center"/>
              <w:rPr>
                <w:sz w:val="28"/>
                <w:szCs w:val="28"/>
              </w:rPr>
            </w:pPr>
          </w:p>
        </w:tc>
        <w:tc>
          <w:tcPr>
            <w:tcW w:w="2340" w:type="dxa"/>
            <w:vMerge/>
          </w:tcPr>
          <w:p w14:paraId="510A6473" w14:textId="77777777" w:rsidR="00E91A42" w:rsidRPr="00E91A42" w:rsidRDefault="00E91A42" w:rsidP="00A701F9">
            <w:pPr>
              <w:spacing w:before="60" w:after="60"/>
              <w:jc w:val="center"/>
              <w:rPr>
                <w:sz w:val="28"/>
                <w:szCs w:val="28"/>
              </w:rPr>
            </w:pPr>
          </w:p>
        </w:tc>
        <w:tc>
          <w:tcPr>
            <w:tcW w:w="961" w:type="dxa"/>
            <w:vMerge/>
          </w:tcPr>
          <w:p w14:paraId="16BC6234" w14:textId="77777777" w:rsidR="00E91A42" w:rsidRPr="00E91A42" w:rsidRDefault="00E91A42" w:rsidP="00A701F9">
            <w:pPr>
              <w:spacing w:before="60" w:after="60"/>
              <w:jc w:val="center"/>
              <w:rPr>
                <w:sz w:val="28"/>
                <w:szCs w:val="28"/>
              </w:rPr>
            </w:pPr>
          </w:p>
        </w:tc>
        <w:tc>
          <w:tcPr>
            <w:tcW w:w="1275" w:type="dxa"/>
            <w:vAlign w:val="center"/>
          </w:tcPr>
          <w:p w14:paraId="541010DF" w14:textId="77777777" w:rsidR="00E91A42" w:rsidRPr="00E91A42" w:rsidRDefault="00E91A42" w:rsidP="00A701F9">
            <w:pPr>
              <w:spacing w:before="60" w:after="60"/>
              <w:jc w:val="center"/>
              <w:rPr>
                <w:sz w:val="28"/>
                <w:szCs w:val="28"/>
              </w:rPr>
            </w:pPr>
            <w:r w:rsidRPr="00E91A42">
              <w:rPr>
                <w:sz w:val="28"/>
                <w:szCs w:val="28"/>
              </w:rPr>
              <w:t>Kinh phí</w:t>
            </w:r>
          </w:p>
        </w:tc>
        <w:tc>
          <w:tcPr>
            <w:tcW w:w="1276" w:type="dxa"/>
            <w:vAlign w:val="center"/>
          </w:tcPr>
          <w:p w14:paraId="07642CC2"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51" w:type="dxa"/>
            <w:vAlign w:val="center"/>
          </w:tcPr>
          <w:p w14:paraId="2915B79D" w14:textId="77777777" w:rsidR="00E91A42" w:rsidRPr="00E91A42" w:rsidRDefault="00E91A42" w:rsidP="00A701F9">
            <w:pPr>
              <w:spacing w:before="60" w:after="60"/>
              <w:jc w:val="center"/>
              <w:rPr>
                <w:sz w:val="28"/>
                <w:szCs w:val="28"/>
              </w:rPr>
            </w:pPr>
            <w:r w:rsidRPr="00E91A42">
              <w:rPr>
                <w:sz w:val="28"/>
                <w:szCs w:val="28"/>
              </w:rPr>
              <w:t>Kinh phí</w:t>
            </w:r>
          </w:p>
        </w:tc>
        <w:tc>
          <w:tcPr>
            <w:tcW w:w="850" w:type="dxa"/>
            <w:vAlign w:val="center"/>
          </w:tcPr>
          <w:p w14:paraId="4131D129"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51" w:type="dxa"/>
            <w:vAlign w:val="center"/>
          </w:tcPr>
          <w:p w14:paraId="2F31E48B" w14:textId="77777777" w:rsidR="00E91A42" w:rsidRPr="00E91A42" w:rsidRDefault="00E91A42" w:rsidP="00A701F9">
            <w:pPr>
              <w:spacing w:before="60" w:after="60"/>
              <w:jc w:val="center"/>
              <w:rPr>
                <w:sz w:val="28"/>
                <w:szCs w:val="28"/>
              </w:rPr>
            </w:pPr>
            <w:r w:rsidRPr="00E91A42">
              <w:rPr>
                <w:sz w:val="28"/>
                <w:szCs w:val="28"/>
              </w:rPr>
              <w:t>Kinh phí</w:t>
            </w:r>
          </w:p>
        </w:tc>
        <w:tc>
          <w:tcPr>
            <w:tcW w:w="850" w:type="dxa"/>
            <w:vAlign w:val="center"/>
          </w:tcPr>
          <w:p w14:paraId="28196963" w14:textId="77777777" w:rsidR="00E91A42" w:rsidRPr="00E91A42" w:rsidRDefault="00E91A42" w:rsidP="00A701F9">
            <w:pPr>
              <w:spacing w:before="50" w:after="50"/>
              <w:jc w:val="center"/>
              <w:rPr>
                <w:sz w:val="28"/>
                <w:szCs w:val="28"/>
              </w:rPr>
            </w:pPr>
            <w:r w:rsidRPr="00E91A42">
              <w:rPr>
                <w:sz w:val="28"/>
                <w:szCs w:val="28"/>
              </w:rPr>
              <w:t xml:space="preserve">Trong đó, khoán chi theo quy   định </w:t>
            </w:r>
          </w:p>
        </w:tc>
        <w:tc>
          <w:tcPr>
            <w:tcW w:w="713" w:type="dxa"/>
            <w:vAlign w:val="center"/>
          </w:tcPr>
          <w:p w14:paraId="71ECB9FA" w14:textId="77777777" w:rsidR="00E91A42" w:rsidRPr="00E91A42" w:rsidRDefault="00E91A42" w:rsidP="00A701F9">
            <w:pPr>
              <w:spacing w:before="60" w:after="60"/>
              <w:jc w:val="center"/>
              <w:rPr>
                <w:sz w:val="28"/>
                <w:szCs w:val="28"/>
              </w:rPr>
            </w:pPr>
            <w:r w:rsidRPr="00E91A42">
              <w:rPr>
                <w:sz w:val="28"/>
                <w:szCs w:val="28"/>
              </w:rPr>
              <w:t>Kinh phí</w:t>
            </w:r>
          </w:p>
        </w:tc>
        <w:tc>
          <w:tcPr>
            <w:tcW w:w="900" w:type="dxa"/>
            <w:vAlign w:val="center"/>
          </w:tcPr>
          <w:p w14:paraId="21A7A2CF"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97" w:type="dxa"/>
            <w:vMerge/>
            <w:vAlign w:val="center"/>
          </w:tcPr>
          <w:p w14:paraId="371DA3C2" w14:textId="77777777" w:rsidR="00E91A42" w:rsidRPr="00E91A42" w:rsidRDefault="00E91A42" w:rsidP="00A701F9">
            <w:pPr>
              <w:spacing w:before="60" w:after="60"/>
              <w:jc w:val="center"/>
              <w:rPr>
                <w:b/>
                <w:sz w:val="28"/>
                <w:szCs w:val="28"/>
              </w:rPr>
            </w:pPr>
          </w:p>
        </w:tc>
        <w:tc>
          <w:tcPr>
            <w:tcW w:w="709" w:type="dxa"/>
            <w:vMerge/>
            <w:vAlign w:val="center"/>
          </w:tcPr>
          <w:p w14:paraId="07202B09" w14:textId="77777777" w:rsidR="00E91A42" w:rsidRPr="00E91A42" w:rsidRDefault="00E91A42" w:rsidP="00A701F9">
            <w:pPr>
              <w:spacing w:before="60" w:after="60"/>
              <w:jc w:val="center"/>
              <w:rPr>
                <w:sz w:val="28"/>
                <w:szCs w:val="28"/>
              </w:rPr>
            </w:pPr>
          </w:p>
        </w:tc>
        <w:tc>
          <w:tcPr>
            <w:tcW w:w="709" w:type="dxa"/>
            <w:vMerge/>
            <w:vAlign w:val="center"/>
          </w:tcPr>
          <w:p w14:paraId="781FBEC6" w14:textId="77777777" w:rsidR="00E91A42" w:rsidRPr="00E91A42" w:rsidRDefault="00E91A42" w:rsidP="00A701F9">
            <w:pPr>
              <w:spacing w:before="60" w:after="60"/>
              <w:jc w:val="center"/>
              <w:rPr>
                <w:sz w:val="28"/>
                <w:szCs w:val="28"/>
              </w:rPr>
            </w:pPr>
          </w:p>
        </w:tc>
        <w:tc>
          <w:tcPr>
            <w:tcW w:w="708" w:type="dxa"/>
            <w:vMerge/>
            <w:vAlign w:val="center"/>
          </w:tcPr>
          <w:p w14:paraId="74E6AF35" w14:textId="77777777" w:rsidR="00E91A42" w:rsidRPr="00E91A42" w:rsidRDefault="00E91A42" w:rsidP="00A701F9">
            <w:pPr>
              <w:spacing w:before="60" w:after="60"/>
              <w:jc w:val="center"/>
              <w:rPr>
                <w:sz w:val="28"/>
                <w:szCs w:val="28"/>
              </w:rPr>
            </w:pPr>
          </w:p>
        </w:tc>
      </w:tr>
      <w:tr w:rsidR="00E91A42" w:rsidRPr="00E91A42" w14:paraId="0468C607" w14:textId="77777777" w:rsidTr="00A701F9">
        <w:tc>
          <w:tcPr>
            <w:tcW w:w="526" w:type="dxa"/>
          </w:tcPr>
          <w:p w14:paraId="351D61E9" w14:textId="77777777" w:rsidR="00E91A42" w:rsidRPr="00E91A42" w:rsidRDefault="00E91A42" w:rsidP="00A701F9">
            <w:pPr>
              <w:spacing w:before="60" w:after="60"/>
              <w:jc w:val="center"/>
              <w:rPr>
                <w:i/>
                <w:sz w:val="28"/>
                <w:szCs w:val="28"/>
              </w:rPr>
            </w:pPr>
            <w:r w:rsidRPr="00E91A42">
              <w:rPr>
                <w:i/>
                <w:sz w:val="28"/>
                <w:szCs w:val="28"/>
              </w:rPr>
              <w:t>1</w:t>
            </w:r>
          </w:p>
        </w:tc>
        <w:tc>
          <w:tcPr>
            <w:tcW w:w="2340" w:type="dxa"/>
          </w:tcPr>
          <w:p w14:paraId="4341EE3A" w14:textId="77777777" w:rsidR="00E91A42" w:rsidRPr="00E91A42" w:rsidRDefault="00E91A42" w:rsidP="00A701F9">
            <w:pPr>
              <w:spacing w:before="60" w:after="60"/>
              <w:jc w:val="center"/>
              <w:rPr>
                <w:i/>
                <w:sz w:val="28"/>
                <w:szCs w:val="28"/>
              </w:rPr>
            </w:pPr>
            <w:r w:rsidRPr="00E91A42">
              <w:rPr>
                <w:i/>
                <w:sz w:val="28"/>
                <w:szCs w:val="28"/>
              </w:rPr>
              <w:t>2</w:t>
            </w:r>
          </w:p>
        </w:tc>
        <w:tc>
          <w:tcPr>
            <w:tcW w:w="961" w:type="dxa"/>
          </w:tcPr>
          <w:p w14:paraId="535D04F4" w14:textId="77777777" w:rsidR="00E91A42" w:rsidRPr="00E91A42" w:rsidRDefault="00E91A42" w:rsidP="00A701F9">
            <w:pPr>
              <w:spacing w:before="60" w:after="60"/>
              <w:jc w:val="center"/>
              <w:rPr>
                <w:i/>
                <w:sz w:val="28"/>
                <w:szCs w:val="28"/>
              </w:rPr>
            </w:pPr>
            <w:r w:rsidRPr="00E91A42">
              <w:rPr>
                <w:i/>
                <w:sz w:val="28"/>
                <w:szCs w:val="28"/>
              </w:rPr>
              <w:t>3</w:t>
            </w:r>
          </w:p>
        </w:tc>
        <w:tc>
          <w:tcPr>
            <w:tcW w:w="1275" w:type="dxa"/>
          </w:tcPr>
          <w:p w14:paraId="3293F555" w14:textId="77777777" w:rsidR="00E91A42" w:rsidRPr="00E91A42" w:rsidRDefault="00E91A42" w:rsidP="00A701F9">
            <w:pPr>
              <w:spacing w:before="60" w:after="60"/>
              <w:jc w:val="center"/>
              <w:rPr>
                <w:i/>
                <w:spacing w:val="-12"/>
                <w:sz w:val="28"/>
                <w:szCs w:val="28"/>
              </w:rPr>
            </w:pPr>
            <w:r w:rsidRPr="00E91A42">
              <w:rPr>
                <w:i/>
                <w:spacing w:val="-12"/>
                <w:sz w:val="28"/>
                <w:szCs w:val="28"/>
              </w:rPr>
              <w:t>4</w:t>
            </w:r>
            <w:proofErr w:type="gramStart"/>
            <w:r w:rsidRPr="00E91A42">
              <w:rPr>
                <w:i/>
                <w:spacing w:val="-12"/>
                <w:sz w:val="28"/>
                <w:szCs w:val="28"/>
              </w:rPr>
              <w:t>=(</w:t>
            </w:r>
            <w:proofErr w:type="gramEnd"/>
            <w:r w:rsidRPr="00E91A42">
              <w:rPr>
                <w:i/>
                <w:spacing w:val="-12"/>
                <w:sz w:val="28"/>
                <w:szCs w:val="28"/>
              </w:rPr>
              <w:t>6+8+10)</w:t>
            </w:r>
          </w:p>
        </w:tc>
        <w:tc>
          <w:tcPr>
            <w:tcW w:w="1276" w:type="dxa"/>
          </w:tcPr>
          <w:p w14:paraId="71379EE9" w14:textId="77777777" w:rsidR="00E91A42" w:rsidRPr="00E91A42" w:rsidRDefault="00E91A42" w:rsidP="00A701F9">
            <w:pPr>
              <w:spacing w:before="60" w:after="60"/>
              <w:jc w:val="center"/>
              <w:rPr>
                <w:i/>
                <w:spacing w:val="-10"/>
                <w:sz w:val="28"/>
                <w:szCs w:val="28"/>
              </w:rPr>
            </w:pPr>
            <w:r w:rsidRPr="00E91A42">
              <w:rPr>
                <w:i/>
                <w:spacing w:val="-10"/>
                <w:sz w:val="28"/>
                <w:szCs w:val="28"/>
              </w:rPr>
              <w:t>5</w:t>
            </w:r>
            <w:proofErr w:type="gramStart"/>
            <w:r w:rsidRPr="00E91A42">
              <w:rPr>
                <w:i/>
                <w:spacing w:val="-10"/>
                <w:sz w:val="28"/>
                <w:szCs w:val="28"/>
              </w:rPr>
              <w:t>=(</w:t>
            </w:r>
            <w:proofErr w:type="gramEnd"/>
            <w:r w:rsidRPr="00E91A42">
              <w:rPr>
                <w:i/>
                <w:spacing w:val="-10"/>
                <w:sz w:val="28"/>
                <w:szCs w:val="28"/>
              </w:rPr>
              <w:t>7+9+11)</w:t>
            </w:r>
          </w:p>
        </w:tc>
        <w:tc>
          <w:tcPr>
            <w:tcW w:w="851" w:type="dxa"/>
          </w:tcPr>
          <w:p w14:paraId="7DD83319" w14:textId="77777777" w:rsidR="00E91A42" w:rsidRPr="00E91A42" w:rsidRDefault="00E91A42" w:rsidP="00A701F9">
            <w:pPr>
              <w:spacing w:before="60" w:after="60"/>
              <w:jc w:val="center"/>
              <w:rPr>
                <w:i/>
                <w:sz w:val="28"/>
                <w:szCs w:val="28"/>
              </w:rPr>
            </w:pPr>
            <w:r w:rsidRPr="00E91A42">
              <w:rPr>
                <w:i/>
                <w:sz w:val="28"/>
                <w:szCs w:val="28"/>
              </w:rPr>
              <w:t>6</w:t>
            </w:r>
          </w:p>
        </w:tc>
        <w:tc>
          <w:tcPr>
            <w:tcW w:w="850" w:type="dxa"/>
          </w:tcPr>
          <w:p w14:paraId="6A2D39FE" w14:textId="77777777" w:rsidR="00E91A42" w:rsidRPr="00E91A42" w:rsidRDefault="00E91A42" w:rsidP="00A701F9">
            <w:pPr>
              <w:spacing w:before="60" w:after="60"/>
              <w:jc w:val="center"/>
              <w:rPr>
                <w:i/>
                <w:sz w:val="28"/>
                <w:szCs w:val="28"/>
              </w:rPr>
            </w:pPr>
            <w:r w:rsidRPr="00E91A42">
              <w:rPr>
                <w:i/>
                <w:sz w:val="28"/>
                <w:szCs w:val="28"/>
              </w:rPr>
              <w:t>7</w:t>
            </w:r>
          </w:p>
        </w:tc>
        <w:tc>
          <w:tcPr>
            <w:tcW w:w="851" w:type="dxa"/>
          </w:tcPr>
          <w:p w14:paraId="6416C579" w14:textId="77777777" w:rsidR="00E91A42" w:rsidRPr="00E91A42" w:rsidRDefault="00E91A42" w:rsidP="00A701F9">
            <w:pPr>
              <w:spacing w:before="60" w:after="60"/>
              <w:jc w:val="center"/>
              <w:rPr>
                <w:i/>
                <w:sz w:val="28"/>
                <w:szCs w:val="28"/>
              </w:rPr>
            </w:pPr>
            <w:r w:rsidRPr="00E91A42">
              <w:rPr>
                <w:i/>
                <w:sz w:val="28"/>
                <w:szCs w:val="28"/>
              </w:rPr>
              <w:t>8</w:t>
            </w:r>
          </w:p>
        </w:tc>
        <w:tc>
          <w:tcPr>
            <w:tcW w:w="850" w:type="dxa"/>
          </w:tcPr>
          <w:p w14:paraId="58A2AAFE" w14:textId="77777777" w:rsidR="00E91A42" w:rsidRPr="00E91A42" w:rsidRDefault="00E91A42" w:rsidP="00A701F9">
            <w:pPr>
              <w:spacing w:before="60" w:after="60"/>
              <w:jc w:val="center"/>
              <w:rPr>
                <w:i/>
                <w:sz w:val="28"/>
                <w:szCs w:val="28"/>
              </w:rPr>
            </w:pPr>
            <w:r w:rsidRPr="00E91A42">
              <w:rPr>
                <w:i/>
                <w:sz w:val="28"/>
                <w:szCs w:val="28"/>
              </w:rPr>
              <w:t>9</w:t>
            </w:r>
          </w:p>
        </w:tc>
        <w:tc>
          <w:tcPr>
            <w:tcW w:w="713" w:type="dxa"/>
          </w:tcPr>
          <w:p w14:paraId="7386ABA9" w14:textId="77777777" w:rsidR="00E91A42" w:rsidRPr="00E91A42" w:rsidRDefault="00E91A42" w:rsidP="00A701F9">
            <w:pPr>
              <w:spacing w:before="60" w:after="60"/>
              <w:jc w:val="center"/>
              <w:rPr>
                <w:i/>
                <w:sz w:val="28"/>
                <w:szCs w:val="28"/>
              </w:rPr>
            </w:pPr>
            <w:r w:rsidRPr="00E91A42">
              <w:rPr>
                <w:i/>
                <w:sz w:val="28"/>
                <w:szCs w:val="28"/>
              </w:rPr>
              <w:t>10</w:t>
            </w:r>
          </w:p>
        </w:tc>
        <w:tc>
          <w:tcPr>
            <w:tcW w:w="900" w:type="dxa"/>
          </w:tcPr>
          <w:p w14:paraId="107466FC" w14:textId="77777777" w:rsidR="00E91A42" w:rsidRPr="00E91A42" w:rsidRDefault="00E91A42" w:rsidP="00A701F9">
            <w:pPr>
              <w:spacing w:before="60" w:after="60"/>
              <w:jc w:val="center"/>
              <w:rPr>
                <w:i/>
                <w:sz w:val="28"/>
                <w:szCs w:val="28"/>
              </w:rPr>
            </w:pPr>
            <w:r w:rsidRPr="00E91A42">
              <w:rPr>
                <w:i/>
                <w:sz w:val="28"/>
                <w:szCs w:val="28"/>
              </w:rPr>
              <w:t>11</w:t>
            </w:r>
          </w:p>
        </w:tc>
        <w:tc>
          <w:tcPr>
            <w:tcW w:w="797" w:type="dxa"/>
          </w:tcPr>
          <w:p w14:paraId="5C9F9D4C" w14:textId="77777777" w:rsidR="00E91A42" w:rsidRPr="00E91A42" w:rsidRDefault="00E91A42" w:rsidP="00A701F9">
            <w:pPr>
              <w:spacing w:before="60" w:after="60"/>
              <w:jc w:val="center"/>
              <w:rPr>
                <w:i/>
                <w:sz w:val="28"/>
                <w:szCs w:val="28"/>
              </w:rPr>
            </w:pPr>
            <w:r w:rsidRPr="00E91A42">
              <w:rPr>
                <w:i/>
                <w:sz w:val="28"/>
                <w:szCs w:val="28"/>
              </w:rPr>
              <w:t>12</w:t>
            </w:r>
          </w:p>
        </w:tc>
        <w:tc>
          <w:tcPr>
            <w:tcW w:w="709" w:type="dxa"/>
          </w:tcPr>
          <w:p w14:paraId="72625EF2" w14:textId="77777777" w:rsidR="00E91A42" w:rsidRPr="00E91A42" w:rsidRDefault="00E91A42" w:rsidP="00A701F9">
            <w:pPr>
              <w:spacing w:before="60" w:after="60"/>
              <w:jc w:val="center"/>
              <w:rPr>
                <w:i/>
                <w:sz w:val="28"/>
                <w:szCs w:val="28"/>
              </w:rPr>
            </w:pPr>
            <w:r w:rsidRPr="00E91A42">
              <w:rPr>
                <w:i/>
                <w:sz w:val="28"/>
                <w:szCs w:val="28"/>
              </w:rPr>
              <w:t>13</w:t>
            </w:r>
          </w:p>
        </w:tc>
        <w:tc>
          <w:tcPr>
            <w:tcW w:w="709" w:type="dxa"/>
          </w:tcPr>
          <w:p w14:paraId="42E17129" w14:textId="77777777" w:rsidR="00E91A42" w:rsidRPr="00E91A42" w:rsidRDefault="00E91A42" w:rsidP="00A701F9">
            <w:pPr>
              <w:spacing w:before="60" w:after="60"/>
              <w:jc w:val="center"/>
              <w:rPr>
                <w:i/>
                <w:sz w:val="28"/>
                <w:szCs w:val="28"/>
              </w:rPr>
            </w:pPr>
            <w:r w:rsidRPr="00E91A42">
              <w:rPr>
                <w:i/>
                <w:sz w:val="28"/>
                <w:szCs w:val="28"/>
              </w:rPr>
              <w:t>14</w:t>
            </w:r>
          </w:p>
        </w:tc>
        <w:tc>
          <w:tcPr>
            <w:tcW w:w="708" w:type="dxa"/>
          </w:tcPr>
          <w:p w14:paraId="5DBF067D" w14:textId="77777777" w:rsidR="00E91A42" w:rsidRPr="00E91A42" w:rsidRDefault="00E91A42" w:rsidP="00A701F9">
            <w:pPr>
              <w:spacing w:before="60" w:after="60"/>
              <w:jc w:val="center"/>
              <w:rPr>
                <w:i/>
                <w:sz w:val="28"/>
                <w:szCs w:val="28"/>
              </w:rPr>
            </w:pPr>
            <w:r w:rsidRPr="00E91A42">
              <w:rPr>
                <w:i/>
                <w:sz w:val="28"/>
                <w:szCs w:val="28"/>
              </w:rPr>
              <w:t>15</w:t>
            </w:r>
          </w:p>
        </w:tc>
      </w:tr>
      <w:tr w:rsidR="00E91A42" w:rsidRPr="00E91A42" w14:paraId="6E40291B" w14:textId="77777777" w:rsidTr="00A701F9">
        <w:trPr>
          <w:trHeight w:val="570"/>
        </w:trPr>
        <w:tc>
          <w:tcPr>
            <w:tcW w:w="526" w:type="dxa"/>
          </w:tcPr>
          <w:p w14:paraId="42819B23" w14:textId="77777777" w:rsidR="00E91A42" w:rsidRPr="00E91A42" w:rsidRDefault="00E91A42" w:rsidP="00A701F9">
            <w:pPr>
              <w:spacing w:before="60" w:after="60"/>
              <w:jc w:val="center"/>
              <w:rPr>
                <w:sz w:val="28"/>
                <w:szCs w:val="28"/>
              </w:rPr>
            </w:pPr>
            <w:r w:rsidRPr="00E91A42">
              <w:rPr>
                <w:sz w:val="28"/>
                <w:szCs w:val="28"/>
              </w:rPr>
              <w:t>1</w:t>
            </w:r>
          </w:p>
        </w:tc>
        <w:tc>
          <w:tcPr>
            <w:tcW w:w="2340" w:type="dxa"/>
          </w:tcPr>
          <w:p w14:paraId="01296815" w14:textId="77777777" w:rsidR="00E91A42" w:rsidRPr="00E91A42" w:rsidRDefault="00E91A42" w:rsidP="00A701F9">
            <w:pPr>
              <w:spacing w:before="60" w:after="60"/>
              <w:jc w:val="both"/>
              <w:rPr>
                <w:sz w:val="28"/>
                <w:szCs w:val="28"/>
              </w:rPr>
            </w:pPr>
            <w:r w:rsidRPr="00E91A42">
              <w:rPr>
                <w:b/>
                <w:sz w:val="28"/>
                <w:szCs w:val="28"/>
              </w:rPr>
              <w:t xml:space="preserve">Công lao động </w:t>
            </w:r>
            <w:r w:rsidRPr="00E91A42">
              <w:rPr>
                <w:b/>
                <w:i/>
                <w:sz w:val="28"/>
                <w:szCs w:val="28"/>
                <w:lang w:val="de-DE"/>
              </w:rPr>
              <w:t>(khoa học, phổ thông)</w:t>
            </w:r>
          </w:p>
        </w:tc>
        <w:tc>
          <w:tcPr>
            <w:tcW w:w="961" w:type="dxa"/>
          </w:tcPr>
          <w:p w14:paraId="2C8AA35B" w14:textId="77777777" w:rsidR="00E91A42" w:rsidRPr="00E91A42" w:rsidRDefault="00E91A42" w:rsidP="00A701F9">
            <w:pPr>
              <w:spacing w:before="60" w:after="60"/>
              <w:jc w:val="center"/>
              <w:rPr>
                <w:sz w:val="28"/>
                <w:szCs w:val="28"/>
              </w:rPr>
            </w:pPr>
          </w:p>
        </w:tc>
        <w:tc>
          <w:tcPr>
            <w:tcW w:w="1275" w:type="dxa"/>
          </w:tcPr>
          <w:p w14:paraId="5DA9969A" w14:textId="77777777" w:rsidR="00E91A42" w:rsidRPr="00E91A42" w:rsidRDefault="00E91A42" w:rsidP="00A701F9">
            <w:pPr>
              <w:spacing w:before="60" w:after="60"/>
              <w:jc w:val="center"/>
              <w:rPr>
                <w:sz w:val="28"/>
                <w:szCs w:val="28"/>
              </w:rPr>
            </w:pPr>
          </w:p>
        </w:tc>
        <w:tc>
          <w:tcPr>
            <w:tcW w:w="1276" w:type="dxa"/>
          </w:tcPr>
          <w:p w14:paraId="4E036E4B" w14:textId="77777777" w:rsidR="00E91A42" w:rsidRPr="00E91A42" w:rsidRDefault="00E91A42" w:rsidP="00A701F9">
            <w:pPr>
              <w:spacing w:before="60" w:after="60"/>
              <w:jc w:val="center"/>
              <w:rPr>
                <w:sz w:val="28"/>
                <w:szCs w:val="28"/>
              </w:rPr>
            </w:pPr>
          </w:p>
        </w:tc>
        <w:tc>
          <w:tcPr>
            <w:tcW w:w="851" w:type="dxa"/>
          </w:tcPr>
          <w:p w14:paraId="74AB1B65" w14:textId="77777777" w:rsidR="00E91A42" w:rsidRPr="00E91A42" w:rsidRDefault="00E91A42" w:rsidP="00A701F9">
            <w:pPr>
              <w:spacing w:before="60" w:after="60"/>
              <w:jc w:val="center"/>
              <w:rPr>
                <w:sz w:val="28"/>
                <w:szCs w:val="28"/>
              </w:rPr>
            </w:pPr>
          </w:p>
        </w:tc>
        <w:tc>
          <w:tcPr>
            <w:tcW w:w="850" w:type="dxa"/>
          </w:tcPr>
          <w:p w14:paraId="6346DDF6" w14:textId="77777777" w:rsidR="00E91A42" w:rsidRPr="00E91A42" w:rsidRDefault="00E91A42" w:rsidP="00A701F9">
            <w:pPr>
              <w:spacing w:before="60" w:after="60"/>
              <w:jc w:val="center"/>
              <w:rPr>
                <w:sz w:val="28"/>
                <w:szCs w:val="28"/>
              </w:rPr>
            </w:pPr>
          </w:p>
        </w:tc>
        <w:tc>
          <w:tcPr>
            <w:tcW w:w="851" w:type="dxa"/>
          </w:tcPr>
          <w:p w14:paraId="30BE1257" w14:textId="77777777" w:rsidR="00E91A42" w:rsidRPr="00E91A42" w:rsidRDefault="00E91A42" w:rsidP="00A701F9">
            <w:pPr>
              <w:spacing w:before="60" w:after="60"/>
              <w:jc w:val="center"/>
              <w:rPr>
                <w:sz w:val="28"/>
                <w:szCs w:val="28"/>
              </w:rPr>
            </w:pPr>
          </w:p>
        </w:tc>
        <w:tc>
          <w:tcPr>
            <w:tcW w:w="850" w:type="dxa"/>
          </w:tcPr>
          <w:p w14:paraId="06D263A2" w14:textId="77777777" w:rsidR="00E91A42" w:rsidRPr="00E91A42" w:rsidRDefault="00E91A42" w:rsidP="00A701F9">
            <w:pPr>
              <w:spacing w:before="60" w:after="60"/>
              <w:jc w:val="center"/>
              <w:rPr>
                <w:sz w:val="28"/>
                <w:szCs w:val="28"/>
              </w:rPr>
            </w:pPr>
          </w:p>
        </w:tc>
        <w:tc>
          <w:tcPr>
            <w:tcW w:w="713" w:type="dxa"/>
          </w:tcPr>
          <w:p w14:paraId="5044F107" w14:textId="77777777" w:rsidR="00E91A42" w:rsidRPr="00E91A42" w:rsidRDefault="00E91A42" w:rsidP="00A701F9">
            <w:pPr>
              <w:spacing w:before="60" w:after="60"/>
              <w:jc w:val="center"/>
              <w:rPr>
                <w:sz w:val="28"/>
                <w:szCs w:val="28"/>
              </w:rPr>
            </w:pPr>
          </w:p>
        </w:tc>
        <w:tc>
          <w:tcPr>
            <w:tcW w:w="900" w:type="dxa"/>
          </w:tcPr>
          <w:p w14:paraId="7FDF75B4" w14:textId="77777777" w:rsidR="00E91A42" w:rsidRPr="00E91A42" w:rsidRDefault="00E91A42" w:rsidP="00A701F9">
            <w:pPr>
              <w:spacing w:before="60" w:after="60"/>
              <w:jc w:val="center"/>
              <w:rPr>
                <w:sz w:val="28"/>
                <w:szCs w:val="28"/>
              </w:rPr>
            </w:pPr>
          </w:p>
        </w:tc>
        <w:tc>
          <w:tcPr>
            <w:tcW w:w="797" w:type="dxa"/>
          </w:tcPr>
          <w:p w14:paraId="3AB36444" w14:textId="77777777" w:rsidR="00E91A42" w:rsidRPr="00E91A42" w:rsidRDefault="00E91A42" w:rsidP="00A701F9">
            <w:pPr>
              <w:spacing w:before="60" w:after="60"/>
              <w:jc w:val="center"/>
              <w:rPr>
                <w:sz w:val="28"/>
                <w:szCs w:val="28"/>
              </w:rPr>
            </w:pPr>
          </w:p>
        </w:tc>
        <w:tc>
          <w:tcPr>
            <w:tcW w:w="709" w:type="dxa"/>
          </w:tcPr>
          <w:p w14:paraId="0F1A5182" w14:textId="77777777" w:rsidR="00E91A42" w:rsidRPr="00E91A42" w:rsidRDefault="00E91A42" w:rsidP="00A701F9">
            <w:pPr>
              <w:spacing w:before="60" w:after="60"/>
              <w:jc w:val="center"/>
              <w:rPr>
                <w:sz w:val="28"/>
                <w:szCs w:val="28"/>
              </w:rPr>
            </w:pPr>
          </w:p>
        </w:tc>
        <w:tc>
          <w:tcPr>
            <w:tcW w:w="709" w:type="dxa"/>
          </w:tcPr>
          <w:p w14:paraId="7FB5A2AB" w14:textId="77777777" w:rsidR="00E91A42" w:rsidRPr="00E91A42" w:rsidRDefault="00E91A42" w:rsidP="00A701F9">
            <w:pPr>
              <w:spacing w:before="60" w:after="60"/>
              <w:jc w:val="center"/>
              <w:rPr>
                <w:sz w:val="28"/>
                <w:szCs w:val="28"/>
              </w:rPr>
            </w:pPr>
          </w:p>
        </w:tc>
        <w:tc>
          <w:tcPr>
            <w:tcW w:w="708" w:type="dxa"/>
          </w:tcPr>
          <w:p w14:paraId="762E6E08" w14:textId="77777777" w:rsidR="00E91A42" w:rsidRPr="00E91A42" w:rsidRDefault="00E91A42" w:rsidP="00A701F9">
            <w:pPr>
              <w:spacing w:before="60" w:after="60"/>
              <w:jc w:val="center"/>
              <w:rPr>
                <w:sz w:val="28"/>
                <w:szCs w:val="28"/>
              </w:rPr>
            </w:pPr>
          </w:p>
        </w:tc>
      </w:tr>
      <w:tr w:rsidR="00E91A42" w:rsidRPr="00E91A42" w14:paraId="4D6CBEE8" w14:textId="77777777" w:rsidTr="00A701F9">
        <w:tc>
          <w:tcPr>
            <w:tcW w:w="526" w:type="dxa"/>
          </w:tcPr>
          <w:p w14:paraId="2E75E8EC" w14:textId="77777777" w:rsidR="00E91A42" w:rsidRPr="00E91A42" w:rsidRDefault="00E91A42" w:rsidP="00A701F9">
            <w:pPr>
              <w:spacing w:before="60" w:after="60"/>
              <w:jc w:val="center"/>
              <w:rPr>
                <w:sz w:val="28"/>
                <w:szCs w:val="28"/>
              </w:rPr>
            </w:pPr>
            <w:r w:rsidRPr="00E91A42">
              <w:rPr>
                <w:sz w:val="28"/>
                <w:szCs w:val="28"/>
              </w:rPr>
              <w:t>2</w:t>
            </w:r>
          </w:p>
        </w:tc>
        <w:tc>
          <w:tcPr>
            <w:tcW w:w="2340" w:type="dxa"/>
          </w:tcPr>
          <w:p w14:paraId="7C755FCD" w14:textId="77777777" w:rsidR="00E91A42" w:rsidRPr="00E91A42" w:rsidRDefault="00E91A42" w:rsidP="00A701F9">
            <w:pPr>
              <w:spacing w:before="60" w:after="60"/>
              <w:jc w:val="both"/>
              <w:rPr>
                <w:sz w:val="28"/>
                <w:szCs w:val="28"/>
              </w:rPr>
            </w:pPr>
            <w:r w:rsidRPr="00E91A42">
              <w:rPr>
                <w:b/>
                <w:sz w:val="28"/>
                <w:szCs w:val="28"/>
              </w:rPr>
              <w:t>Nguyên vật liệu, năng lượng</w:t>
            </w:r>
          </w:p>
        </w:tc>
        <w:tc>
          <w:tcPr>
            <w:tcW w:w="961" w:type="dxa"/>
          </w:tcPr>
          <w:p w14:paraId="3DE932E9" w14:textId="77777777" w:rsidR="00E91A42" w:rsidRPr="00E91A42" w:rsidRDefault="00E91A42" w:rsidP="00A701F9">
            <w:pPr>
              <w:spacing w:before="60" w:after="60"/>
              <w:jc w:val="center"/>
              <w:rPr>
                <w:sz w:val="28"/>
                <w:szCs w:val="28"/>
              </w:rPr>
            </w:pPr>
          </w:p>
        </w:tc>
        <w:tc>
          <w:tcPr>
            <w:tcW w:w="1275" w:type="dxa"/>
          </w:tcPr>
          <w:p w14:paraId="3652DCCD" w14:textId="77777777" w:rsidR="00E91A42" w:rsidRPr="00E91A42" w:rsidRDefault="00E91A42" w:rsidP="00A701F9">
            <w:pPr>
              <w:spacing w:before="60" w:after="60"/>
              <w:jc w:val="center"/>
              <w:rPr>
                <w:sz w:val="28"/>
                <w:szCs w:val="28"/>
              </w:rPr>
            </w:pPr>
          </w:p>
        </w:tc>
        <w:tc>
          <w:tcPr>
            <w:tcW w:w="1276" w:type="dxa"/>
          </w:tcPr>
          <w:p w14:paraId="23ED7B3E" w14:textId="77777777" w:rsidR="00E91A42" w:rsidRPr="00E91A42" w:rsidRDefault="00E91A42" w:rsidP="00A701F9">
            <w:pPr>
              <w:spacing w:before="60" w:after="60"/>
              <w:jc w:val="center"/>
              <w:rPr>
                <w:sz w:val="28"/>
                <w:szCs w:val="28"/>
              </w:rPr>
            </w:pPr>
          </w:p>
        </w:tc>
        <w:tc>
          <w:tcPr>
            <w:tcW w:w="851" w:type="dxa"/>
          </w:tcPr>
          <w:p w14:paraId="689DBA09" w14:textId="77777777" w:rsidR="00E91A42" w:rsidRPr="00E91A42" w:rsidRDefault="00E91A42" w:rsidP="00A701F9">
            <w:pPr>
              <w:spacing w:before="60" w:after="60"/>
              <w:jc w:val="center"/>
              <w:rPr>
                <w:sz w:val="28"/>
                <w:szCs w:val="28"/>
              </w:rPr>
            </w:pPr>
          </w:p>
        </w:tc>
        <w:tc>
          <w:tcPr>
            <w:tcW w:w="850" w:type="dxa"/>
          </w:tcPr>
          <w:p w14:paraId="05F6D42C" w14:textId="77777777" w:rsidR="00E91A42" w:rsidRPr="00E91A42" w:rsidRDefault="00E91A42" w:rsidP="00A701F9">
            <w:pPr>
              <w:spacing w:before="60" w:after="60"/>
              <w:jc w:val="center"/>
              <w:rPr>
                <w:sz w:val="28"/>
                <w:szCs w:val="28"/>
              </w:rPr>
            </w:pPr>
          </w:p>
        </w:tc>
        <w:tc>
          <w:tcPr>
            <w:tcW w:w="851" w:type="dxa"/>
          </w:tcPr>
          <w:p w14:paraId="69365AD9" w14:textId="77777777" w:rsidR="00E91A42" w:rsidRPr="00E91A42" w:rsidRDefault="00E91A42" w:rsidP="00A701F9">
            <w:pPr>
              <w:spacing w:before="60" w:after="60"/>
              <w:jc w:val="center"/>
              <w:rPr>
                <w:sz w:val="28"/>
                <w:szCs w:val="28"/>
              </w:rPr>
            </w:pPr>
          </w:p>
        </w:tc>
        <w:tc>
          <w:tcPr>
            <w:tcW w:w="850" w:type="dxa"/>
          </w:tcPr>
          <w:p w14:paraId="65481FE1" w14:textId="77777777" w:rsidR="00E91A42" w:rsidRPr="00E91A42" w:rsidRDefault="00E91A42" w:rsidP="00A701F9">
            <w:pPr>
              <w:spacing w:before="60" w:after="60"/>
              <w:jc w:val="center"/>
              <w:rPr>
                <w:sz w:val="28"/>
                <w:szCs w:val="28"/>
              </w:rPr>
            </w:pPr>
          </w:p>
        </w:tc>
        <w:tc>
          <w:tcPr>
            <w:tcW w:w="713" w:type="dxa"/>
          </w:tcPr>
          <w:p w14:paraId="1AFBEDE8" w14:textId="77777777" w:rsidR="00E91A42" w:rsidRPr="00E91A42" w:rsidRDefault="00E91A42" w:rsidP="00A701F9">
            <w:pPr>
              <w:spacing w:before="60" w:after="60"/>
              <w:jc w:val="center"/>
              <w:rPr>
                <w:sz w:val="28"/>
                <w:szCs w:val="28"/>
              </w:rPr>
            </w:pPr>
          </w:p>
        </w:tc>
        <w:tc>
          <w:tcPr>
            <w:tcW w:w="900" w:type="dxa"/>
          </w:tcPr>
          <w:p w14:paraId="4DE297BA" w14:textId="77777777" w:rsidR="00E91A42" w:rsidRPr="00E91A42" w:rsidRDefault="00E91A42" w:rsidP="00A701F9">
            <w:pPr>
              <w:spacing w:before="60" w:after="60"/>
              <w:jc w:val="center"/>
              <w:rPr>
                <w:sz w:val="28"/>
                <w:szCs w:val="28"/>
              </w:rPr>
            </w:pPr>
          </w:p>
        </w:tc>
        <w:tc>
          <w:tcPr>
            <w:tcW w:w="797" w:type="dxa"/>
          </w:tcPr>
          <w:p w14:paraId="08E38820" w14:textId="77777777" w:rsidR="00E91A42" w:rsidRPr="00E91A42" w:rsidRDefault="00E91A42" w:rsidP="00A701F9">
            <w:pPr>
              <w:spacing w:before="60" w:after="60"/>
              <w:jc w:val="center"/>
              <w:rPr>
                <w:sz w:val="28"/>
                <w:szCs w:val="28"/>
              </w:rPr>
            </w:pPr>
          </w:p>
        </w:tc>
        <w:tc>
          <w:tcPr>
            <w:tcW w:w="709" w:type="dxa"/>
          </w:tcPr>
          <w:p w14:paraId="1BE9E707" w14:textId="77777777" w:rsidR="00E91A42" w:rsidRPr="00E91A42" w:rsidRDefault="00E91A42" w:rsidP="00A701F9">
            <w:pPr>
              <w:spacing w:before="60" w:after="60"/>
              <w:jc w:val="center"/>
              <w:rPr>
                <w:sz w:val="28"/>
                <w:szCs w:val="28"/>
              </w:rPr>
            </w:pPr>
          </w:p>
        </w:tc>
        <w:tc>
          <w:tcPr>
            <w:tcW w:w="709" w:type="dxa"/>
          </w:tcPr>
          <w:p w14:paraId="7750C23E" w14:textId="77777777" w:rsidR="00E91A42" w:rsidRPr="00E91A42" w:rsidRDefault="00E91A42" w:rsidP="00A701F9">
            <w:pPr>
              <w:spacing w:before="60" w:after="60"/>
              <w:jc w:val="center"/>
              <w:rPr>
                <w:sz w:val="28"/>
                <w:szCs w:val="28"/>
              </w:rPr>
            </w:pPr>
          </w:p>
        </w:tc>
        <w:tc>
          <w:tcPr>
            <w:tcW w:w="708" w:type="dxa"/>
          </w:tcPr>
          <w:p w14:paraId="7038C865" w14:textId="77777777" w:rsidR="00E91A42" w:rsidRPr="00E91A42" w:rsidRDefault="00E91A42" w:rsidP="00A701F9">
            <w:pPr>
              <w:spacing w:before="60" w:after="60"/>
              <w:jc w:val="center"/>
              <w:rPr>
                <w:sz w:val="28"/>
                <w:szCs w:val="28"/>
              </w:rPr>
            </w:pPr>
          </w:p>
        </w:tc>
      </w:tr>
      <w:tr w:rsidR="00E91A42" w:rsidRPr="00E91A42" w14:paraId="5C79D45C" w14:textId="77777777" w:rsidTr="00A701F9">
        <w:tc>
          <w:tcPr>
            <w:tcW w:w="526" w:type="dxa"/>
          </w:tcPr>
          <w:p w14:paraId="5FE499A1" w14:textId="77777777" w:rsidR="00E91A42" w:rsidRPr="00E91A42" w:rsidRDefault="00E91A42" w:rsidP="00A701F9">
            <w:pPr>
              <w:spacing w:before="60" w:after="60"/>
              <w:jc w:val="center"/>
              <w:rPr>
                <w:sz w:val="28"/>
                <w:szCs w:val="28"/>
              </w:rPr>
            </w:pPr>
            <w:r w:rsidRPr="00E91A42">
              <w:rPr>
                <w:sz w:val="28"/>
                <w:szCs w:val="28"/>
              </w:rPr>
              <w:lastRenderedPageBreak/>
              <w:t>3</w:t>
            </w:r>
          </w:p>
        </w:tc>
        <w:tc>
          <w:tcPr>
            <w:tcW w:w="2340" w:type="dxa"/>
          </w:tcPr>
          <w:p w14:paraId="5FE69D0A" w14:textId="77777777" w:rsidR="00E91A42" w:rsidRPr="00E91A42" w:rsidRDefault="00E91A42" w:rsidP="00A701F9">
            <w:pPr>
              <w:spacing w:before="60" w:after="60"/>
              <w:jc w:val="both"/>
              <w:rPr>
                <w:sz w:val="28"/>
                <w:szCs w:val="28"/>
                <w:lang w:val="es-MX"/>
              </w:rPr>
            </w:pPr>
            <w:r w:rsidRPr="00E91A42">
              <w:rPr>
                <w:b/>
                <w:sz w:val="28"/>
                <w:szCs w:val="28"/>
                <w:lang w:val="es-MX"/>
              </w:rPr>
              <w:t>Thiết bị, máy móc</w:t>
            </w:r>
          </w:p>
        </w:tc>
        <w:tc>
          <w:tcPr>
            <w:tcW w:w="961" w:type="dxa"/>
          </w:tcPr>
          <w:p w14:paraId="2D236386" w14:textId="77777777" w:rsidR="00E91A42" w:rsidRPr="00E91A42" w:rsidRDefault="00E91A42" w:rsidP="00A701F9">
            <w:pPr>
              <w:spacing w:before="60" w:after="60"/>
              <w:jc w:val="center"/>
              <w:rPr>
                <w:sz w:val="28"/>
                <w:szCs w:val="28"/>
                <w:lang w:val="es-MX"/>
              </w:rPr>
            </w:pPr>
          </w:p>
        </w:tc>
        <w:tc>
          <w:tcPr>
            <w:tcW w:w="1275" w:type="dxa"/>
          </w:tcPr>
          <w:p w14:paraId="41ADCBD2" w14:textId="77777777" w:rsidR="00E91A42" w:rsidRPr="00E91A42" w:rsidRDefault="00E91A42" w:rsidP="00A701F9">
            <w:pPr>
              <w:spacing w:before="60" w:after="60"/>
              <w:jc w:val="center"/>
              <w:rPr>
                <w:sz w:val="28"/>
                <w:szCs w:val="28"/>
                <w:lang w:val="es-MX"/>
              </w:rPr>
            </w:pPr>
          </w:p>
        </w:tc>
        <w:tc>
          <w:tcPr>
            <w:tcW w:w="1276" w:type="dxa"/>
          </w:tcPr>
          <w:p w14:paraId="4370FD59" w14:textId="77777777" w:rsidR="00E91A42" w:rsidRPr="00E91A42" w:rsidRDefault="00E91A42" w:rsidP="00A701F9">
            <w:pPr>
              <w:spacing w:before="60" w:after="60"/>
              <w:jc w:val="center"/>
              <w:rPr>
                <w:sz w:val="28"/>
                <w:szCs w:val="28"/>
                <w:lang w:val="es-MX"/>
              </w:rPr>
            </w:pPr>
          </w:p>
        </w:tc>
        <w:tc>
          <w:tcPr>
            <w:tcW w:w="851" w:type="dxa"/>
          </w:tcPr>
          <w:p w14:paraId="60B412CD" w14:textId="77777777" w:rsidR="00E91A42" w:rsidRPr="00E91A42" w:rsidRDefault="00E91A42" w:rsidP="00A701F9">
            <w:pPr>
              <w:spacing w:before="60" w:after="60"/>
              <w:jc w:val="center"/>
              <w:rPr>
                <w:sz w:val="28"/>
                <w:szCs w:val="28"/>
                <w:lang w:val="es-MX"/>
              </w:rPr>
            </w:pPr>
          </w:p>
        </w:tc>
        <w:tc>
          <w:tcPr>
            <w:tcW w:w="850" w:type="dxa"/>
          </w:tcPr>
          <w:p w14:paraId="774229A5" w14:textId="77777777" w:rsidR="00E91A42" w:rsidRPr="00E91A42" w:rsidRDefault="00E91A42" w:rsidP="00A701F9">
            <w:pPr>
              <w:spacing w:before="60" w:after="60"/>
              <w:jc w:val="center"/>
              <w:rPr>
                <w:sz w:val="28"/>
                <w:szCs w:val="28"/>
                <w:lang w:val="es-MX"/>
              </w:rPr>
            </w:pPr>
          </w:p>
        </w:tc>
        <w:tc>
          <w:tcPr>
            <w:tcW w:w="851" w:type="dxa"/>
          </w:tcPr>
          <w:p w14:paraId="4044A3B7" w14:textId="77777777" w:rsidR="00E91A42" w:rsidRPr="00E91A42" w:rsidRDefault="00E91A42" w:rsidP="00A701F9">
            <w:pPr>
              <w:spacing w:before="60" w:after="60"/>
              <w:jc w:val="center"/>
              <w:rPr>
                <w:sz w:val="28"/>
                <w:szCs w:val="28"/>
                <w:lang w:val="es-MX"/>
              </w:rPr>
            </w:pPr>
          </w:p>
        </w:tc>
        <w:tc>
          <w:tcPr>
            <w:tcW w:w="850" w:type="dxa"/>
          </w:tcPr>
          <w:p w14:paraId="2449783A" w14:textId="77777777" w:rsidR="00E91A42" w:rsidRPr="00E91A42" w:rsidRDefault="00E91A42" w:rsidP="00A701F9">
            <w:pPr>
              <w:spacing w:before="60" w:after="60"/>
              <w:jc w:val="center"/>
              <w:rPr>
                <w:sz w:val="28"/>
                <w:szCs w:val="28"/>
                <w:lang w:val="es-MX"/>
              </w:rPr>
            </w:pPr>
          </w:p>
        </w:tc>
        <w:tc>
          <w:tcPr>
            <w:tcW w:w="713" w:type="dxa"/>
          </w:tcPr>
          <w:p w14:paraId="31960D42" w14:textId="77777777" w:rsidR="00E91A42" w:rsidRPr="00E91A42" w:rsidRDefault="00E91A42" w:rsidP="00A701F9">
            <w:pPr>
              <w:spacing w:before="60" w:after="60"/>
              <w:jc w:val="center"/>
              <w:rPr>
                <w:sz w:val="28"/>
                <w:szCs w:val="28"/>
                <w:lang w:val="es-MX"/>
              </w:rPr>
            </w:pPr>
          </w:p>
        </w:tc>
        <w:tc>
          <w:tcPr>
            <w:tcW w:w="900" w:type="dxa"/>
          </w:tcPr>
          <w:p w14:paraId="64875BB1" w14:textId="77777777" w:rsidR="00E91A42" w:rsidRPr="00E91A42" w:rsidRDefault="00E91A42" w:rsidP="00A701F9">
            <w:pPr>
              <w:spacing w:before="60" w:after="60"/>
              <w:jc w:val="center"/>
              <w:rPr>
                <w:sz w:val="28"/>
                <w:szCs w:val="28"/>
                <w:lang w:val="es-MX"/>
              </w:rPr>
            </w:pPr>
          </w:p>
        </w:tc>
        <w:tc>
          <w:tcPr>
            <w:tcW w:w="797" w:type="dxa"/>
          </w:tcPr>
          <w:p w14:paraId="37D5706A" w14:textId="77777777" w:rsidR="00E91A42" w:rsidRPr="00E91A42" w:rsidRDefault="00E91A42" w:rsidP="00A701F9">
            <w:pPr>
              <w:spacing w:before="60" w:after="60"/>
              <w:jc w:val="center"/>
              <w:rPr>
                <w:sz w:val="28"/>
                <w:szCs w:val="28"/>
                <w:lang w:val="es-MX"/>
              </w:rPr>
            </w:pPr>
          </w:p>
        </w:tc>
        <w:tc>
          <w:tcPr>
            <w:tcW w:w="709" w:type="dxa"/>
          </w:tcPr>
          <w:p w14:paraId="1246678E" w14:textId="77777777" w:rsidR="00E91A42" w:rsidRPr="00E91A42" w:rsidRDefault="00E91A42" w:rsidP="00A701F9">
            <w:pPr>
              <w:spacing w:before="60" w:after="60"/>
              <w:jc w:val="center"/>
              <w:rPr>
                <w:sz w:val="28"/>
                <w:szCs w:val="28"/>
                <w:lang w:val="es-MX"/>
              </w:rPr>
            </w:pPr>
          </w:p>
        </w:tc>
        <w:tc>
          <w:tcPr>
            <w:tcW w:w="709" w:type="dxa"/>
          </w:tcPr>
          <w:p w14:paraId="31FF6C48" w14:textId="77777777" w:rsidR="00E91A42" w:rsidRPr="00E91A42" w:rsidRDefault="00E91A42" w:rsidP="00A701F9">
            <w:pPr>
              <w:spacing w:before="60" w:after="60"/>
              <w:jc w:val="center"/>
              <w:rPr>
                <w:sz w:val="28"/>
                <w:szCs w:val="28"/>
                <w:lang w:val="es-MX"/>
              </w:rPr>
            </w:pPr>
          </w:p>
        </w:tc>
        <w:tc>
          <w:tcPr>
            <w:tcW w:w="708" w:type="dxa"/>
          </w:tcPr>
          <w:p w14:paraId="2EE9DAC0" w14:textId="77777777" w:rsidR="00E91A42" w:rsidRPr="00E91A42" w:rsidRDefault="00E91A42" w:rsidP="00A701F9">
            <w:pPr>
              <w:spacing w:before="60" w:after="60"/>
              <w:jc w:val="center"/>
              <w:rPr>
                <w:sz w:val="28"/>
                <w:szCs w:val="28"/>
                <w:lang w:val="es-MX"/>
              </w:rPr>
            </w:pPr>
          </w:p>
        </w:tc>
      </w:tr>
      <w:tr w:rsidR="00E91A42" w:rsidRPr="00E91A42" w14:paraId="2EB342CA" w14:textId="77777777" w:rsidTr="00A701F9">
        <w:tc>
          <w:tcPr>
            <w:tcW w:w="526" w:type="dxa"/>
          </w:tcPr>
          <w:p w14:paraId="48D4BABE" w14:textId="77777777" w:rsidR="00E91A42" w:rsidRPr="00E91A42" w:rsidRDefault="00E91A42" w:rsidP="00A701F9">
            <w:pPr>
              <w:spacing w:before="60" w:after="60"/>
              <w:jc w:val="center"/>
              <w:rPr>
                <w:sz w:val="28"/>
                <w:szCs w:val="28"/>
              </w:rPr>
            </w:pPr>
            <w:r w:rsidRPr="00E91A42">
              <w:rPr>
                <w:sz w:val="28"/>
                <w:szCs w:val="28"/>
              </w:rPr>
              <w:t>4</w:t>
            </w:r>
          </w:p>
        </w:tc>
        <w:tc>
          <w:tcPr>
            <w:tcW w:w="2340" w:type="dxa"/>
          </w:tcPr>
          <w:p w14:paraId="240CE564" w14:textId="77777777" w:rsidR="00E91A42" w:rsidRPr="00E91A42" w:rsidRDefault="00E91A42" w:rsidP="00A701F9">
            <w:pPr>
              <w:spacing w:before="60" w:after="60"/>
              <w:jc w:val="both"/>
              <w:rPr>
                <w:sz w:val="28"/>
                <w:szCs w:val="28"/>
              </w:rPr>
            </w:pPr>
            <w:r w:rsidRPr="00E91A42">
              <w:rPr>
                <w:b/>
                <w:sz w:val="28"/>
                <w:szCs w:val="28"/>
              </w:rPr>
              <w:t xml:space="preserve">Hợp tác quốc tế </w:t>
            </w:r>
            <w:r w:rsidRPr="00E91A42">
              <w:rPr>
                <w:b/>
                <w:i/>
                <w:sz w:val="28"/>
                <w:szCs w:val="28"/>
              </w:rPr>
              <w:t>(đoàn ra, đoàn vào, hội nghị, hội thảo quốc tế)</w:t>
            </w:r>
          </w:p>
        </w:tc>
        <w:tc>
          <w:tcPr>
            <w:tcW w:w="961" w:type="dxa"/>
          </w:tcPr>
          <w:p w14:paraId="1DC8E30E" w14:textId="77777777" w:rsidR="00E91A42" w:rsidRPr="00E91A42" w:rsidRDefault="00E91A42" w:rsidP="00A701F9">
            <w:pPr>
              <w:spacing w:before="60" w:after="60"/>
              <w:jc w:val="center"/>
              <w:rPr>
                <w:sz w:val="28"/>
                <w:szCs w:val="28"/>
              </w:rPr>
            </w:pPr>
          </w:p>
        </w:tc>
        <w:tc>
          <w:tcPr>
            <w:tcW w:w="1275" w:type="dxa"/>
          </w:tcPr>
          <w:p w14:paraId="3EBB4CA1" w14:textId="77777777" w:rsidR="00E91A42" w:rsidRPr="00E91A42" w:rsidRDefault="00E91A42" w:rsidP="00A701F9">
            <w:pPr>
              <w:spacing w:before="60" w:after="60"/>
              <w:jc w:val="center"/>
              <w:rPr>
                <w:sz w:val="28"/>
                <w:szCs w:val="28"/>
              </w:rPr>
            </w:pPr>
          </w:p>
        </w:tc>
        <w:tc>
          <w:tcPr>
            <w:tcW w:w="1276" w:type="dxa"/>
          </w:tcPr>
          <w:p w14:paraId="32778D56" w14:textId="77777777" w:rsidR="00E91A42" w:rsidRPr="00E91A42" w:rsidRDefault="00E91A42" w:rsidP="00A701F9">
            <w:pPr>
              <w:spacing w:before="60" w:after="60"/>
              <w:jc w:val="center"/>
              <w:rPr>
                <w:sz w:val="28"/>
                <w:szCs w:val="28"/>
              </w:rPr>
            </w:pPr>
          </w:p>
        </w:tc>
        <w:tc>
          <w:tcPr>
            <w:tcW w:w="851" w:type="dxa"/>
          </w:tcPr>
          <w:p w14:paraId="2F75F5B5" w14:textId="77777777" w:rsidR="00E91A42" w:rsidRPr="00E91A42" w:rsidRDefault="00E91A42" w:rsidP="00A701F9">
            <w:pPr>
              <w:spacing w:before="60" w:after="60"/>
              <w:jc w:val="center"/>
              <w:rPr>
                <w:sz w:val="28"/>
                <w:szCs w:val="28"/>
              </w:rPr>
            </w:pPr>
          </w:p>
        </w:tc>
        <w:tc>
          <w:tcPr>
            <w:tcW w:w="850" w:type="dxa"/>
          </w:tcPr>
          <w:p w14:paraId="5B5FF5F2" w14:textId="77777777" w:rsidR="00E91A42" w:rsidRPr="00E91A42" w:rsidRDefault="00E91A42" w:rsidP="00A701F9">
            <w:pPr>
              <w:spacing w:before="60" w:after="60"/>
              <w:jc w:val="center"/>
              <w:rPr>
                <w:sz w:val="28"/>
                <w:szCs w:val="28"/>
              </w:rPr>
            </w:pPr>
          </w:p>
        </w:tc>
        <w:tc>
          <w:tcPr>
            <w:tcW w:w="851" w:type="dxa"/>
          </w:tcPr>
          <w:p w14:paraId="0B6B32EA" w14:textId="77777777" w:rsidR="00E91A42" w:rsidRPr="00E91A42" w:rsidRDefault="00E91A42" w:rsidP="00A701F9">
            <w:pPr>
              <w:spacing w:before="60" w:after="60"/>
              <w:jc w:val="center"/>
              <w:rPr>
                <w:sz w:val="28"/>
                <w:szCs w:val="28"/>
              </w:rPr>
            </w:pPr>
          </w:p>
        </w:tc>
        <w:tc>
          <w:tcPr>
            <w:tcW w:w="850" w:type="dxa"/>
          </w:tcPr>
          <w:p w14:paraId="2A8CE100" w14:textId="77777777" w:rsidR="00E91A42" w:rsidRPr="00E91A42" w:rsidRDefault="00E91A42" w:rsidP="00A701F9">
            <w:pPr>
              <w:spacing w:before="60" w:after="60"/>
              <w:jc w:val="center"/>
              <w:rPr>
                <w:sz w:val="28"/>
                <w:szCs w:val="28"/>
              </w:rPr>
            </w:pPr>
          </w:p>
        </w:tc>
        <w:tc>
          <w:tcPr>
            <w:tcW w:w="713" w:type="dxa"/>
          </w:tcPr>
          <w:p w14:paraId="79A073FF" w14:textId="77777777" w:rsidR="00E91A42" w:rsidRPr="00E91A42" w:rsidRDefault="00E91A42" w:rsidP="00A701F9">
            <w:pPr>
              <w:spacing w:before="60" w:after="60"/>
              <w:jc w:val="center"/>
              <w:rPr>
                <w:sz w:val="28"/>
                <w:szCs w:val="28"/>
              </w:rPr>
            </w:pPr>
          </w:p>
        </w:tc>
        <w:tc>
          <w:tcPr>
            <w:tcW w:w="900" w:type="dxa"/>
          </w:tcPr>
          <w:p w14:paraId="1B8EE3EB" w14:textId="77777777" w:rsidR="00E91A42" w:rsidRPr="00E91A42" w:rsidRDefault="00E91A42" w:rsidP="00A701F9">
            <w:pPr>
              <w:spacing w:before="60" w:after="60"/>
              <w:jc w:val="center"/>
              <w:rPr>
                <w:sz w:val="28"/>
                <w:szCs w:val="28"/>
              </w:rPr>
            </w:pPr>
          </w:p>
        </w:tc>
        <w:tc>
          <w:tcPr>
            <w:tcW w:w="797" w:type="dxa"/>
          </w:tcPr>
          <w:p w14:paraId="53CA5F99" w14:textId="77777777" w:rsidR="00E91A42" w:rsidRPr="00E91A42" w:rsidRDefault="00E91A42" w:rsidP="00A701F9">
            <w:pPr>
              <w:spacing w:before="60" w:after="60"/>
              <w:jc w:val="center"/>
              <w:rPr>
                <w:sz w:val="28"/>
                <w:szCs w:val="28"/>
              </w:rPr>
            </w:pPr>
          </w:p>
        </w:tc>
        <w:tc>
          <w:tcPr>
            <w:tcW w:w="709" w:type="dxa"/>
          </w:tcPr>
          <w:p w14:paraId="15C25763" w14:textId="77777777" w:rsidR="00E91A42" w:rsidRPr="00E91A42" w:rsidRDefault="00E91A42" w:rsidP="00A701F9">
            <w:pPr>
              <w:spacing w:before="60" w:after="60"/>
              <w:jc w:val="center"/>
              <w:rPr>
                <w:sz w:val="28"/>
                <w:szCs w:val="28"/>
              </w:rPr>
            </w:pPr>
          </w:p>
        </w:tc>
        <w:tc>
          <w:tcPr>
            <w:tcW w:w="709" w:type="dxa"/>
          </w:tcPr>
          <w:p w14:paraId="5B9F2C88" w14:textId="77777777" w:rsidR="00E91A42" w:rsidRPr="00E91A42" w:rsidRDefault="00E91A42" w:rsidP="00A701F9">
            <w:pPr>
              <w:spacing w:before="60" w:after="60"/>
              <w:jc w:val="center"/>
              <w:rPr>
                <w:sz w:val="28"/>
                <w:szCs w:val="28"/>
              </w:rPr>
            </w:pPr>
          </w:p>
        </w:tc>
        <w:tc>
          <w:tcPr>
            <w:tcW w:w="708" w:type="dxa"/>
          </w:tcPr>
          <w:p w14:paraId="047C46C2" w14:textId="77777777" w:rsidR="00E91A42" w:rsidRPr="00E91A42" w:rsidRDefault="00E91A42" w:rsidP="00A701F9">
            <w:pPr>
              <w:spacing w:before="60" w:after="60"/>
              <w:jc w:val="center"/>
              <w:rPr>
                <w:sz w:val="28"/>
                <w:szCs w:val="28"/>
              </w:rPr>
            </w:pPr>
          </w:p>
        </w:tc>
      </w:tr>
      <w:tr w:rsidR="00E91A42" w:rsidRPr="00E91A42" w14:paraId="6E833B03" w14:textId="77777777" w:rsidTr="00A701F9">
        <w:tc>
          <w:tcPr>
            <w:tcW w:w="526" w:type="dxa"/>
          </w:tcPr>
          <w:p w14:paraId="2E160FB5" w14:textId="77777777" w:rsidR="00E91A42" w:rsidRPr="00E91A42" w:rsidRDefault="00E91A42" w:rsidP="00A701F9">
            <w:pPr>
              <w:spacing w:before="60" w:after="60"/>
              <w:jc w:val="center"/>
              <w:rPr>
                <w:sz w:val="28"/>
                <w:szCs w:val="28"/>
              </w:rPr>
            </w:pPr>
            <w:r w:rsidRPr="00E91A42">
              <w:rPr>
                <w:sz w:val="28"/>
                <w:szCs w:val="28"/>
              </w:rPr>
              <w:t>5</w:t>
            </w:r>
          </w:p>
        </w:tc>
        <w:tc>
          <w:tcPr>
            <w:tcW w:w="2340" w:type="dxa"/>
          </w:tcPr>
          <w:p w14:paraId="1F6561CE" w14:textId="77777777" w:rsidR="00E91A42" w:rsidRPr="00E91A42" w:rsidRDefault="00E91A42" w:rsidP="00A701F9">
            <w:pPr>
              <w:spacing w:before="60" w:after="60"/>
              <w:jc w:val="both"/>
              <w:rPr>
                <w:b/>
                <w:sz w:val="28"/>
                <w:szCs w:val="28"/>
              </w:rPr>
            </w:pPr>
            <w:r w:rsidRPr="00E91A42">
              <w:rPr>
                <w:b/>
                <w:sz w:val="28"/>
                <w:szCs w:val="28"/>
              </w:rPr>
              <w:t>Chi khác</w:t>
            </w:r>
          </w:p>
        </w:tc>
        <w:tc>
          <w:tcPr>
            <w:tcW w:w="961" w:type="dxa"/>
          </w:tcPr>
          <w:p w14:paraId="0F65E784" w14:textId="77777777" w:rsidR="00E91A42" w:rsidRPr="00E91A42" w:rsidRDefault="00E91A42" w:rsidP="00A701F9">
            <w:pPr>
              <w:spacing w:before="60" w:after="60"/>
              <w:jc w:val="center"/>
              <w:rPr>
                <w:sz w:val="28"/>
                <w:szCs w:val="28"/>
              </w:rPr>
            </w:pPr>
          </w:p>
        </w:tc>
        <w:tc>
          <w:tcPr>
            <w:tcW w:w="1275" w:type="dxa"/>
          </w:tcPr>
          <w:p w14:paraId="536F77F6" w14:textId="77777777" w:rsidR="00E91A42" w:rsidRPr="00E91A42" w:rsidRDefault="00E91A42" w:rsidP="00A701F9">
            <w:pPr>
              <w:spacing w:before="60" w:after="60"/>
              <w:jc w:val="center"/>
              <w:rPr>
                <w:sz w:val="28"/>
                <w:szCs w:val="28"/>
              </w:rPr>
            </w:pPr>
          </w:p>
        </w:tc>
        <w:tc>
          <w:tcPr>
            <w:tcW w:w="1276" w:type="dxa"/>
          </w:tcPr>
          <w:p w14:paraId="7659FD5E" w14:textId="77777777" w:rsidR="00E91A42" w:rsidRPr="00E91A42" w:rsidRDefault="00E91A42" w:rsidP="00A701F9">
            <w:pPr>
              <w:spacing w:before="60" w:after="60"/>
              <w:jc w:val="center"/>
              <w:rPr>
                <w:sz w:val="28"/>
                <w:szCs w:val="28"/>
              </w:rPr>
            </w:pPr>
          </w:p>
        </w:tc>
        <w:tc>
          <w:tcPr>
            <w:tcW w:w="851" w:type="dxa"/>
          </w:tcPr>
          <w:p w14:paraId="7559F9A7" w14:textId="77777777" w:rsidR="00E91A42" w:rsidRPr="00E91A42" w:rsidRDefault="00E91A42" w:rsidP="00A701F9">
            <w:pPr>
              <w:spacing w:before="60" w:after="60"/>
              <w:jc w:val="center"/>
              <w:rPr>
                <w:sz w:val="28"/>
                <w:szCs w:val="28"/>
              </w:rPr>
            </w:pPr>
          </w:p>
        </w:tc>
        <w:tc>
          <w:tcPr>
            <w:tcW w:w="850" w:type="dxa"/>
          </w:tcPr>
          <w:p w14:paraId="17CB7B46" w14:textId="77777777" w:rsidR="00E91A42" w:rsidRPr="00E91A42" w:rsidRDefault="00E91A42" w:rsidP="00A701F9">
            <w:pPr>
              <w:spacing w:before="60" w:after="60"/>
              <w:jc w:val="center"/>
              <w:rPr>
                <w:sz w:val="28"/>
                <w:szCs w:val="28"/>
              </w:rPr>
            </w:pPr>
          </w:p>
        </w:tc>
        <w:tc>
          <w:tcPr>
            <w:tcW w:w="851" w:type="dxa"/>
          </w:tcPr>
          <w:p w14:paraId="7444ECCA" w14:textId="77777777" w:rsidR="00E91A42" w:rsidRPr="00E91A42" w:rsidRDefault="00E91A42" w:rsidP="00A701F9">
            <w:pPr>
              <w:spacing w:before="60" w:after="60"/>
              <w:jc w:val="center"/>
              <w:rPr>
                <w:sz w:val="28"/>
                <w:szCs w:val="28"/>
              </w:rPr>
            </w:pPr>
          </w:p>
        </w:tc>
        <w:tc>
          <w:tcPr>
            <w:tcW w:w="850" w:type="dxa"/>
          </w:tcPr>
          <w:p w14:paraId="133D02B6" w14:textId="77777777" w:rsidR="00E91A42" w:rsidRPr="00E91A42" w:rsidRDefault="00E91A42" w:rsidP="00A701F9">
            <w:pPr>
              <w:spacing w:before="60" w:after="60"/>
              <w:jc w:val="center"/>
              <w:rPr>
                <w:sz w:val="28"/>
                <w:szCs w:val="28"/>
              </w:rPr>
            </w:pPr>
          </w:p>
        </w:tc>
        <w:tc>
          <w:tcPr>
            <w:tcW w:w="713" w:type="dxa"/>
          </w:tcPr>
          <w:p w14:paraId="269DC760" w14:textId="77777777" w:rsidR="00E91A42" w:rsidRPr="00E91A42" w:rsidRDefault="00E91A42" w:rsidP="00A701F9">
            <w:pPr>
              <w:spacing w:before="60" w:after="60"/>
              <w:jc w:val="center"/>
              <w:rPr>
                <w:sz w:val="28"/>
                <w:szCs w:val="28"/>
              </w:rPr>
            </w:pPr>
          </w:p>
        </w:tc>
        <w:tc>
          <w:tcPr>
            <w:tcW w:w="900" w:type="dxa"/>
          </w:tcPr>
          <w:p w14:paraId="0DF67DC0" w14:textId="77777777" w:rsidR="00E91A42" w:rsidRPr="00E91A42" w:rsidRDefault="00E91A42" w:rsidP="00A701F9">
            <w:pPr>
              <w:spacing w:before="60" w:after="60"/>
              <w:jc w:val="center"/>
              <w:rPr>
                <w:sz w:val="28"/>
                <w:szCs w:val="28"/>
              </w:rPr>
            </w:pPr>
          </w:p>
        </w:tc>
        <w:tc>
          <w:tcPr>
            <w:tcW w:w="797" w:type="dxa"/>
          </w:tcPr>
          <w:p w14:paraId="4442FA5A" w14:textId="77777777" w:rsidR="00E91A42" w:rsidRPr="00E91A42" w:rsidRDefault="00E91A42" w:rsidP="00A701F9">
            <w:pPr>
              <w:spacing w:before="60" w:after="60"/>
              <w:jc w:val="center"/>
              <w:rPr>
                <w:sz w:val="28"/>
                <w:szCs w:val="28"/>
              </w:rPr>
            </w:pPr>
          </w:p>
        </w:tc>
        <w:tc>
          <w:tcPr>
            <w:tcW w:w="709" w:type="dxa"/>
          </w:tcPr>
          <w:p w14:paraId="588B3319" w14:textId="77777777" w:rsidR="00E91A42" w:rsidRPr="00E91A42" w:rsidRDefault="00E91A42" w:rsidP="00A701F9">
            <w:pPr>
              <w:spacing w:before="60" w:after="60"/>
              <w:jc w:val="center"/>
              <w:rPr>
                <w:sz w:val="28"/>
                <w:szCs w:val="28"/>
              </w:rPr>
            </w:pPr>
          </w:p>
        </w:tc>
        <w:tc>
          <w:tcPr>
            <w:tcW w:w="709" w:type="dxa"/>
          </w:tcPr>
          <w:p w14:paraId="6F342F34" w14:textId="77777777" w:rsidR="00E91A42" w:rsidRPr="00E91A42" w:rsidRDefault="00E91A42" w:rsidP="00A701F9">
            <w:pPr>
              <w:spacing w:before="60" w:after="60"/>
              <w:jc w:val="center"/>
              <w:rPr>
                <w:sz w:val="28"/>
                <w:szCs w:val="28"/>
              </w:rPr>
            </w:pPr>
          </w:p>
        </w:tc>
        <w:tc>
          <w:tcPr>
            <w:tcW w:w="708" w:type="dxa"/>
          </w:tcPr>
          <w:p w14:paraId="4003D806" w14:textId="77777777" w:rsidR="00E91A42" w:rsidRPr="00E91A42" w:rsidRDefault="00E91A42" w:rsidP="00A701F9">
            <w:pPr>
              <w:spacing w:before="60" w:after="60"/>
              <w:jc w:val="center"/>
              <w:rPr>
                <w:sz w:val="28"/>
                <w:szCs w:val="28"/>
              </w:rPr>
            </w:pPr>
          </w:p>
        </w:tc>
      </w:tr>
      <w:tr w:rsidR="00E91A42" w:rsidRPr="00E91A42" w14:paraId="2D36CA2D" w14:textId="77777777" w:rsidTr="00A701F9">
        <w:tc>
          <w:tcPr>
            <w:tcW w:w="526" w:type="dxa"/>
          </w:tcPr>
          <w:p w14:paraId="3B7BE451" w14:textId="77777777" w:rsidR="00E91A42" w:rsidRPr="00E91A42" w:rsidRDefault="00E91A42" w:rsidP="00A701F9">
            <w:pPr>
              <w:spacing w:before="60" w:after="60"/>
              <w:jc w:val="center"/>
              <w:rPr>
                <w:sz w:val="28"/>
                <w:szCs w:val="28"/>
              </w:rPr>
            </w:pPr>
          </w:p>
        </w:tc>
        <w:tc>
          <w:tcPr>
            <w:tcW w:w="2340" w:type="dxa"/>
          </w:tcPr>
          <w:p w14:paraId="1AF2C594" w14:textId="77777777" w:rsidR="00E91A42" w:rsidRPr="00E91A42" w:rsidRDefault="00E91A42" w:rsidP="00A701F9">
            <w:pPr>
              <w:framePr w:w="9537" w:wrap="notBeside" w:vAnchor="page" w:hAnchor="page" w:x="255" w:y="15663"/>
              <w:spacing w:before="60" w:after="60"/>
              <w:jc w:val="center"/>
              <w:rPr>
                <w:b/>
                <w:sz w:val="28"/>
                <w:szCs w:val="28"/>
              </w:rPr>
            </w:pPr>
            <w:r w:rsidRPr="00E91A42">
              <w:rPr>
                <w:b/>
                <w:sz w:val="28"/>
                <w:szCs w:val="28"/>
              </w:rPr>
              <w:t>Tổng cộng</w:t>
            </w:r>
          </w:p>
        </w:tc>
        <w:tc>
          <w:tcPr>
            <w:tcW w:w="961" w:type="dxa"/>
          </w:tcPr>
          <w:p w14:paraId="6E92838C" w14:textId="77777777" w:rsidR="00E91A42" w:rsidRPr="00E91A42" w:rsidRDefault="00E91A42" w:rsidP="00A701F9">
            <w:pPr>
              <w:spacing w:before="60" w:after="60"/>
              <w:rPr>
                <w:sz w:val="28"/>
                <w:szCs w:val="28"/>
              </w:rPr>
            </w:pPr>
          </w:p>
        </w:tc>
        <w:tc>
          <w:tcPr>
            <w:tcW w:w="1275" w:type="dxa"/>
          </w:tcPr>
          <w:p w14:paraId="05CD8853" w14:textId="77777777" w:rsidR="00E91A42" w:rsidRPr="00E91A42" w:rsidRDefault="00E91A42" w:rsidP="00A701F9">
            <w:pPr>
              <w:spacing w:before="60" w:after="60"/>
              <w:rPr>
                <w:sz w:val="28"/>
                <w:szCs w:val="28"/>
              </w:rPr>
            </w:pPr>
          </w:p>
        </w:tc>
        <w:tc>
          <w:tcPr>
            <w:tcW w:w="1276" w:type="dxa"/>
          </w:tcPr>
          <w:p w14:paraId="38F3925F" w14:textId="77777777" w:rsidR="00E91A42" w:rsidRPr="00E91A42" w:rsidRDefault="00E91A42" w:rsidP="00A701F9">
            <w:pPr>
              <w:spacing w:before="60" w:after="60"/>
              <w:rPr>
                <w:sz w:val="28"/>
                <w:szCs w:val="28"/>
              </w:rPr>
            </w:pPr>
          </w:p>
        </w:tc>
        <w:tc>
          <w:tcPr>
            <w:tcW w:w="851" w:type="dxa"/>
          </w:tcPr>
          <w:p w14:paraId="73432585" w14:textId="77777777" w:rsidR="00E91A42" w:rsidRPr="00E91A42" w:rsidRDefault="00E91A42" w:rsidP="00A701F9">
            <w:pPr>
              <w:spacing w:before="60" w:after="60"/>
              <w:rPr>
                <w:sz w:val="28"/>
                <w:szCs w:val="28"/>
              </w:rPr>
            </w:pPr>
          </w:p>
        </w:tc>
        <w:tc>
          <w:tcPr>
            <w:tcW w:w="850" w:type="dxa"/>
          </w:tcPr>
          <w:p w14:paraId="72034571" w14:textId="77777777" w:rsidR="00E91A42" w:rsidRPr="00E91A42" w:rsidRDefault="00E91A42" w:rsidP="00A701F9">
            <w:pPr>
              <w:spacing w:before="60" w:after="60"/>
              <w:rPr>
                <w:sz w:val="28"/>
                <w:szCs w:val="28"/>
              </w:rPr>
            </w:pPr>
          </w:p>
        </w:tc>
        <w:tc>
          <w:tcPr>
            <w:tcW w:w="851" w:type="dxa"/>
          </w:tcPr>
          <w:p w14:paraId="028BF013" w14:textId="77777777" w:rsidR="00E91A42" w:rsidRPr="00E91A42" w:rsidRDefault="00E91A42" w:rsidP="00A701F9">
            <w:pPr>
              <w:spacing w:before="60" w:after="60"/>
              <w:rPr>
                <w:sz w:val="28"/>
                <w:szCs w:val="28"/>
              </w:rPr>
            </w:pPr>
          </w:p>
        </w:tc>
        <w:tc>
          <w:tcPr>
            <w:tcW w:w="850" w:type="dxa"/>
          </w:tcPr>
          <w:p w14:paraId="4D85AB4B" w14:textId="77777777" w:rsidR="00E91A42" w:rsidRPr="00E91A42" w:rsidRDefault="00E91A42" w:rsidP="00A701F9">
            <w:pPr>
              <w:spacing w:before="60" w:after="60"/>
              <w:rPr>
                <w:sz w:val="28"/>
                <w:szCs w:val="28"/>
              </w:rPr>
            </w:pPr>
          </w:p>
        </w:tc>
        <w:tc>
          <w:tcPr>
            <w:tcW w:w="713" w:type="dxa"/>
          </w:tcPr>
          <w:p w14:paraId="1C094467" w14:textId="77777777" w:rsidR="00E91A42" w:rsidRPr="00E91A42" w:rsidRDefault="00E91A42" w:rsidP="00A701F9">
            <w:pPr>
              <w:spacing w:before="60" w:after="60"/>
              <w:jc w:val="center"/>
              <w:rPr>
                <w:sz w:val="28"/>
                <w:szCs w:val="28"/>
              </w:rPr>
            </w:pPr>
          </w:p>
        </w:tc>
        <w:tc>
          <w:tcPr>
            <w:tcW w:w="900" w:type="dxa"/>
          </w:tcPr>
          <w:p w14:paraId="2A91D9F8" w14:textId="77777777" w:rsidR="00E91A42" w:rsidRPr="00E91A42" w:rsidRDefault="00E91A42" w:rsidP="00A701F9">
            <w:pPr>
              <w:spacing w:before="60" w:after="60"/>
              <w:jc w:val="center"/>
              <w:rPr>
                <w:sz w:val="28"/>
                <w:szCs w:val="28"/>
              </w:rPr>
            </w:pPr>
          </w:p>
        </w:tc>
        <w:tc>
          <w:tcPr>
            <w:tcW w:w="797" w:type="dxa"/>
          </w:tcPr>
          <w:p w14:paraId="3863BB90" w14:textId="77777777" w:rsidR="00E91A42" w:rsidRPr="00E91A42" w:rsidRDefault="00E91A42" w:rsidP="00A701F9">
            <w:pPr>
              <w:spacing w:before="60" w:after="60"/>
              <w:jc w:val="center"/>
              <w:rPr>
                <w:sz w:val="28"/>
                <w:szCs w:val="28"/>
              </w:rPr>
            </w:pPr>
          </w:p>
        </w:tc>
        <w:tc>
          <w:tcPr>
            <w:tcW w:w="709" w:type="dxa"/>
          </w:tcPr>
          <w:p w14:paraId="651F4D31" w14:textId="77777777" w:rsidR="00E91A42" w:rsidRPr="00E91A42" w:rsidRDefault="00E91A42" w:rsidP="00A701F9">
            <w:pPr>
              <w:spacing w:before="60" w:after="60"/>
              <w:jc w:val="center"/>
              <w:rPr>
                <w:sz w:val="28"/>
                <w:szCs w:val="28"/>
              </w:rPr>
            </w:pPr>
          </w:p>
        </w:tc>
        <w:tc>
          <w:tcPr>
            <w:tcW w:w="709" w:type="dxa"/>
          </w:tcPr>
          <w:p w14:paraId="7CE12E62" w14:textId="77777777" w:rsidR="00E91A42" w:rsidRPr="00E91A42" w:rsidRDefault="00E91A42" w:rsidP="00A701F9">
            <w:pPr>
              <w:spacing w:before="60" w:after="60"/>
              <w:jc w:val="center"/>
              <w:rPr>
                <w:sz w:val="28"/>
                <w:szCs w:val="28"/>
              </w:rPr>
            </w:pPr>
          </w:p>
        </w:tc>
        <w:tc>
          <w:tcPr>
            <w:tcW w:w="708" w:type="dxa"/>
          </w:tcPr>
          <w:p w14:paraId="65BD60C8" w14:textId="77777777" w:rsidR="00E91A42" w:rsidRPr="00E91A42" w:rsidRDefault="00E91A42" w:rsidP="00A701F9">
            <w:pPr>
              <w:spacing w:before="60" w:after="60"/>
              <w:jc w:val="center"/>
              <w:rPr>
                <w:sz w:val="28"/>
                <w:szCs w:val="28"/>
              </w:rPr>
            </w:pPr>
          </w:p>
        </w:tc>
      </w:tr>
    </w:tbl>
    <w:p w14:paraId="29F6DAF1" w14:textId="77777777" w:rsidR="00E91A42" w:rsidRPr="00E91A42" w:rsidRDefault="00E91A42" w:rsidP="00E91A42">
      <w:pPr>
        <w:pStyle w:val="Heading3"/>
        <w:ind w:right="-7"/>
        <w:jc w:val="center"/>
        <w:rPr>
          <w:rFonts w:ascii="Times New Roman" w:hAnsi="Times New Roman" w:cs="Times New Roman"/>
          <w:b w:val="0"/>
          <w:color w:val="000000" w:themeColor="text1"/>
          <w:sz w:val="28"/>
          <w:szCs w:val="28"/>
        </w:rPr>
      </w:pPr>
      <w:r w:rsidRPr="00E91A42">
        <w:rPr>
          <w:rFonts w:ascii="Times New Roman" w:hAnsi="Times New Roman" w:cs="Times New Roman"/>
          <w:i/>
          <w:sz w:val="28"/>
          <w:szCs w:val="28"/>
        </w:rPr>
        <w:br w:type="page"/>
      </w:r>
      <w:r w:rsidRPr="00E91A42">
        <w:rPr>
          <w:rFonts w:ascii="Times New Roman" w:hAnsi="Times New Roman" w:cs="Times New Roman"/>
          <w:color w:val="000000" w:themeColor="text1"/>
          <w:sz w:val="28"/>
          <w:szCs w:val="28"/>
        </w:rPr>
        <w:lastRenderedPageBreak/>
        <w:t xml:space="preserve">Phụ lục 2 </w:t>
      </w:r>
      <w:r w:rsidRPr="00E91A42">
        <w:rPr>
          <w:rFonts w:ascii="Times New Roman" w:hAnsi="Times New Roman" w:cs="Times New Roman"/>
          <w:i/>
          <w:color w:val="000000" w:themeColor="text1"/>
          <w:sz w:val="28"/>
          <w:szCs w:val="28"/>
        </w:rPr>
        <w:t>(Áp dụng đối với thuyết minh khi thẩm định kinh phí)</w:t>
      </w:r>
    </w:p>
    <w:p w14:paraId="7E3A2B09" w14:textId="77777777" w:rsidR="00E91A42" w:rsidRPr="00E91A42" w:rsidRDefault="00E91A42" w:rsidP="00E91A42">
      <w:pPr>
        <w:pStyle w:val="Heading3"/>
        <w:ind w:right="-7"/>
        <w:jc w:val="center"/>
        <w:rPr>
          <w:rFonts w:ascii="Times New Roman" w:hAnsi="Times New Roman" w:cs="Times New Roman"/>
          <w:b w:val="0"/>
          <w:color w:val="000000" w:themeColor="text1"/>
          <w:sz w:val="28"/>
          <w:szCs w:val="28"/>
        </w:rPr>
      </w:pPr>
      <w:r w:rsidRPr="00E91A42">
        <w:rPr>
          <w:rFonts w:ascii="Times New Roman" w:hAnsi="Times New Roman" w:cs="Times New Roman"/>
          <w:color w:val="000000" w:themeColor="text1"/>
          <w:sz w:val="28"/>
          <w:szCs w:val="28"/>
        </w:rPr>
        <w:t>GIẢI TRÌNH CÁC KHOẢN CHI</w:t>
      </w:r>
    </w:p>
    <w:p w14:paraId="1891F028" w14:textId="77777777" w:rsidR="00E91A42" w:rsidRPr="00E91A42" w:rsidRDefault="00E91A42" w:rsidP="00E91A42">
      <w:pPr>
        <w:rPr>
          <w:b/>
          <w:i/>
          <w:sz w:val="28"/>
          <w:szCs w:val="28"/>
          <w:lang w:val="de-DE"/>
        </w:rPr>
      </w:pPr>
    </w:p>
    <w:p w14:paraId="31B6F9FC" w14:textId="77777777" w:rsidR="00E91A42" w:rsidRPr="00E91A42" w:rsidRDefault="00E91A42" w:rsidP="00E91A42">
      <w:pPr>
        <w:rPr>
          <w:sz w:val="28"/>
          <w:szCs w:val="28"/>
          <w:lang w:val="de-DE"/>
        </w:rPr>
      </w:pPr>
      <w:r w:rsidRPr="00E91A42">
        <w:rPr>
          <w:b/>
          <w:sz w:val="28"/>
          <w:szCs w:val="28"/>
          <w:lang w:val="de-DE"/>
        </w:rPr>
        <w:t>Khoản I.</w:t>
      </w:r>
      <w:r w:rsidRPr="00E91A42">
        <w:rPr>
          <w:b/>
          <w:i/>
          <w:sz w:val="28"/>
          <w:szCs w:val="28"/>
          <w:lang w:val="de-DE"/>
        </w:rPr>
        <w:t xml:space="preserve"> </w:t>
      </w:r>
      <w:r w:rsidRPr="00E91A42">
        <w:rPr>
          <w:b/>
          <w:sz w:val="28"/>
          <w:szCs w:val="28"/>
          <w:lang w:val="de-DE"/>
        </w:rPr>
        <w:t>TỔNG HỢP DỰ TOÁN CÔNG LAO ĐỘNG (khoa học và phổ thông)</w:t>
      </w:r>
      <w:r w:rsidRPr="00E91A42">
        <w:rPr>
          <w:b/>
          <w:i/>
          <w:sz w:val="28"/>
          <w:szCs w:val="28"/>
          <w:lang w:val="de-DE"/>
        </w:rPr>
        <w:tab/>
      </w:r>
      <w:r w:rsidRPr="00E91A42">
        <w:rPr>
          <w:b/>
          <w:i/>
          <w:sz w:val="28"/>
          <w:szCs w:val="28"/>
          <w:lang w:val="de-DE"/>
        </w:rPr>
        <w:tab/>
      </w:r>
      <w:r w:rsidRPr="00E91A42">
        <w:rPr>
          <w:b/>
          <w:i/>
          <w:sz w:val="28"/>
          <w:szCs w:val="28"/>
          <w:lang w:val="de-DE"/>
        </w:rPr>
        <w:tab/>
      </w:r>
      <w:r w:rsidRPr="00E91A42">
        <w:rPr>
          <w:b/>
          <w:i/>
          <w:sz w:val="28"/>
          <w:szCs w:val="28"/>
          <w:lang w:val="de-DE"/>
        </w:rPr>
        <w:tab/>
      </w:r>
      <w:r w:rsidRPr="00E91A42">
        <w:rPr>
          <w:b/>
          <w:i/>
          <w:sz w:val="28"/>
          <w:szCs w:val="28"/>
          <w:lang w:val="de-DE"/>
        </w:rPr>
        <w:tab/>
      </w:r>
      <w:r w:rsidRPr="00E91A42">
        <w:rPr>
          <w:sz w:val="28"/>
          <w:szCs w:val="28"/>
          <w:lang w:val="de-DE"/>
        </w:rPr>
        <w:t>Đơn vị: triệu đồng</w:t>
      </w:r>
    </w:p>
    <w:p w14:paraId="53A10F03" w14:textId="77777777" w:rsidR="00E91A42" w:rsidRPr="00E91A42" w:rsidRDefault="00E91A42" w:rsidP="00E91A42">
      <w:pPr>
        <w:rPr>
          <w:b/>
          <w:i/>
          <w:sz w:val="28"/>
          <w:szCs w:val="28"/>
          <w:lang w:val="de-DE"/>
        </w:rPr>
      </w:pPr>
    </w:p>
    <w:p w14:paraId="64C9D774" w14:textId="77777777" w:rsidR="00E91A42" w:rsidRPr="00E91A42" w:rsidRDefault="00E91A42" w:rsidP="00E91A42">
      <w:pPr>
        <w:rPr>
          <w:b/>
          <w:i/>
          <w:sz w:val="28"/>
          <w:szCs w:val="28"/>
          <w:lang w:val="de-DE"/>
        </w:rPr>
      </w:pPr>
    </w:p>
    <w:tbl>
      <w:tblPr>
        <w:tblW w:w="1451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495"/>
        <w:gridCol w:w="2126"/>
        <w:gridCol w:w="2126"/>
        <w:gridCol w:w="2693"/>
        <w:gridCol w:w="3179"/>
      </w:tblGrid>
      <w:tr w:rsidR="00E91A42" w:rsidRPr="00E91A42" w14:paraId="4591D6FD" w14:textId="77777777" w:rsidTr="00A701F9">
        <w:trPr>
          <w:trHeight w:val="245"/>
        </w:trPr>
        <w:tc>
          <w:tcPr>
            <w:tcW w:w="900" w:type="dxa"/>
            <w:vMerge w:val="restart"/>
            <w:vAlign w:val="center"/>
          </w:tcPr>
          <w:p w14:paraId="2E5B7687" w14:textId="77777777" w:rsidR="00E91A42" w:rsidRPr="00E91A42" w:rsidRDefault="00E91A42" w:rsidP="00A701F9">
            <w:pPr>
              <w:spacing w:before="120" w:after="120"/>
              <w:jc w:val="center"/>
              <w:rPr>
                <w:b/>
                <w:sz w:val="28"/>
                <w:szCs w:val="28"/>
                <w:lang w:val="de-DE"/>
              </w:rPr>
            </w:pPr>
            <w:r w:rsidRPr="00E91A42">
              <w:rPr>
                <w:b/>
                <w:sz w:val="28"/>
                <w:szCs w:val="28"/>
                <w:lang w:val="de-DE"/>
              </w:rPr>
              <w:t>Số TT</w:t>
            </w:r>
          </w:p>
        </w:tc>
        <w:tc>
          <w:tcPr>
            <w:tcW w:w="3495" w:type="dxa"/>
            <w:vMerge w:val="restart"/>
            <w:vAlign w:val="center"/>
          </w:tcPr>
          <w:p w14:paraId="05DED66A" w14:textId="77777777" w:rsidR="00E91A42" w:rsidRPr="00E91A42" w:rsidRDefault="00E91A42" w:rsidP="00A701F9">
            <w:pPr>
              <w:spacing w:before="120" w:after="120"/>
              <w:jc w:val="center"/>
              <w:rPr>
                <w:b/>
                <w:sz w:val="28"/>
                <w:szCs w:val="28"/>
                <w:lang w:val="de-DE"/>
              </w:rPr>
            </w:pPr>
            <w:r w:rsidRPr="00E91A42">
              <w:rPr>
                <w:b/>
                <w:sz w:val="28"/>
                <w:szCs w:val="28"/>
                <w:lang w:val="de-DE"/>
              </w:rPr>
              <w:t>Chức danh</w:t>
            </w:r>
          </w:p>
        </w:tc>
        <w:tc>
          <w:tcPr>
            <w:tcW w:w="2126" w:type="dxa"/>
            <w:vMerge w:val="restart"/>
            <w:tcBorders>
              <w:right w:val="single" w:sz="4" w:space="0" w:color="auto"/>
            </w:tcBorders>
            <w:vAlign w:val="center"/>
          </w:tcPr>
          <w:p w14:paraId="50D44AEB" w14:textId="77777777" w:rsidR="00E91A42" w:rsidRPr="00E91A42" w:rsidRDefault="00E91A42" w:rsidP="00A701F9">
            <w:pPr>
              <w:spacing w:before="120" w:after="120"/>
              <w:jc w:val="center"/>
              <w:rPr>
                <w:b/>
                <w:sz w:val="28"/>
                <w:szCs w:val="28"/>
                <w:lang w:val="de-DE"/>
              </w:rPr>
            </w:pPr>
            <w:r w:rsidRPr="00E91A42">
              <w:rPr>
                <w:b/>
                <w:sz w:val="28"/>
                <w:szCs w:val="28"/>
                <w:lang w:val="de-DE"/>
              </w:rPr>
              <w:t>Tổng số người</w:t>
            </w:r>
          </w:p>
        </w:tc>
        <w:tc>
          <w:tcPr>
            <w:tcW w:w="2126" w:type="dxa"/>
            <w:vMerge w:val="restart"/>
            <w:tcBorders>
              <w:left w:val="single" w:sz="4" w:space="0" w:color="auto"/>
            </w:tcBorders>
            <w:vAlign w:val="center"/>
          </w:tcPr>
          <w:p w14:paraId="7B4AEBDD" w14:textId="77777777" w:rsidR="00E91A42" w:rsidRPr="00E91A42" w:rsidRDefault="00E91A42" w:rsidP="00A701F9">
            <w:pPr>
              <w:spacing w:before="120" w:after="120"/>
              <w:jc w:val="center"/>
              <w:rPr>
                <w:b/>
                <w:sz w:val="28"/>
                <w:szCs w:val="28"/>
                <w:lang w:val="de-DE"/>
              </w:rPr>
            </w:pPr>
            <w:r w:rsidRPr="00E91A42">
              <w:rPr>
                <w:b/>
                <w:sz w:val="28"/>
                <w:szCs w:val="28"/>
                <w:lang w:val="de-DE"/>
              </w:rPr>
              <w:t>Tổng số ngày công quy đổi</w:t>
            </w:r>
          </w:p>
        </w:tc>
        <w:tc>
          <w:tcPr>
            <w:tcW w:w="5872" w:type="dxa"/>
            <w:gridSpan w:val="2"/>
          </w:tcPr>
          <w:p w14:paraId="04477CF8" w14:textId="77777777" w:rsidR="00E91A42" w:rsidRPr="00E91A42" w:rsidRDefault="00E91A42" w:rsidP="00A701F9">
            <w:pPr>
              <w:spacing w:before="120" w:after="120"/>
              <w:jc w:val="center"/>
              <w:rPr>
                <w:b/>
                <w:sz w:val="28"/>
                <w:szCs w:val="28"/>
                <w:lang w:val="de-DE"/>
              </w:rPr>
            </w:pPr>
            <w:r w:rsidRPr="00E91A42">
              <w:rPr>
                <w:b/>
                <w:sz w:val="28"/>
                <w:szCs w:val="28"/>
                <w:lang w:val="de-DE"/>
              </w:rPr>
              <w:t xml:space="preserve">Tổng kinh phí </w:t>
            </w:r>
          </w:p>
        </w:tc>
      </w:tr>
      <w:tr w:rsidR="00E91A42" w:rsidRPr="0028776E" w14:paraId="09CCDF75" w14:textId="77777777" w:rsidTr="00A701F9">
        <w:trPr>
          <w:trHeight w:val="244"/>
        </w:trPr>
        <w:tc>
          <w:tcPr>
            <w:tcW w:w="900" w:type="dxa"/>
            <w:vMerge/>
          </w:tcPr>
          <w:p w14:paraId="06F177CA" w14:textId="77777777" w:rsidR="00E91A42" w:rsidRPr="00E91A42" w:rsidRDefault="00E91A42" w:rsidP="00A701F9">
            <w:pPr>
              <w:spacing w:before="120" w:after="120"/>
              <w:jc w:val="center"/>
              <w:rPr>
                <w:b/>
                <w:sz w:val="28"/>
                <w:szCs w:val="28"/>
                <w:lang w:val="de-DE"/>
              </w:rPr>
            </w:pPr>
          </w:p>
        </w:tc>
        <w:tc>
          <w:tcPr>
            <w:tcW w:w="3495" w:type="dxa"/>
            <w:vMerge/>
          </w:tcPr>
          <w:p w14:paraId="788D259E" w14:textId="77777777" w:rsidR="00E91A42" w:rsidRPr="00E91A42" w:rsidRDefault="00E91A42" w:rsidP="00A701F9">
            <w:pPr>
              <w:spacing w:before="120" w:after="120"/>
              <w:jc w:val="center"/>
              <w:rPr>
                <w:b/>
                <w:sz w:val="28"/>
                <w:szCs w:val="28"/>
                <w:lang w:val="de-DE"/>
              </w:rPr>
            </w:pPr>
          </w:p>
        </w:tc>
        <w:tc>
          <w:tcPr>
            <w:tcW w:w="2126" w:type="dxa"/>
            <w:vMerge/>
            <w:tcBorders>
              <w:right w:val="single" w:sz="4" w:space="0" w:color="auto"/>
            </w:tcBorders>
          </w:tcPr>
          <w:p w14:paraId="59E9292A" w14:textId="77777777" w:rsidR="00E91A42" w:rsidRPr="00E91A42" w:rsidRDefault="00E91A42" w:rsidP="00A701F9">
            <w:pPr>
              <w:spacing w:before="120" w:after="120"/>
              <w:jc w:val="center"/>
              <w:rPr>
                <w:b/>
                <w:sz w:val="28"/>
                <w:szCs w:val="28"/>
                <w:lang w:val="de-DE"/>
              </w:rPr>
            </w:pPr>
          </w:p>
        </w:tc>
        <w:tc>
          <w:tcPr>
            <w:tcW w:w="2126" w:type="dxa"/>
            <w:vMerge/>
            <w:tcBorders>
              <w:left w:val="single" w:sz="4" w:space="0" w:color="auto"/>
            </w:tcBorders>
          </w:tcPr>
          <w:p w14:paraId="60DD1961" w14:textId="77777777" w:rsidR="00E91A42" w:rsidRPr="00E91A42" w:rsidRDefault="00E91A42" w:rsidP="00A701F9">
            <w:pPr>
              <w:spacing w:before="120" w:after="120"/>
              <w:jc w:val="center"/>
              <w:rPr>
                <w:b/>
                <w:sz w:val="28"/>
                <w:szCs w:val="28"/>
                <w:lang w:val="de-DE"/>
              </w:rPr>
            </w:pPr>
          </w:p>
        </w:tc>
        <w:tc>
          <w:tcPr>
            <w:tcW w:w="2693" w:type="dxa"/>
          </w:tcPr>
          <w:p w14:paraId="1D239860" w14:textId="77777777" w:rsidR="00E91A42" w:rsidRPr="00E91A42" w:rsidRDefault="00E91A42" w:rsidP="00A701F9">
            <w:pPr>
              <w:spacing w:before="120" w:after="120"/>
              <w:jc w:val="center"/>
              <w:rPr>
                <w:b/>
                <w:sz w:val="28"/>
                <w:szCs w:val="28"/>
                <w:lang w:val="de-DE"/>
              </w:rPr>
            </w:pPr>
            <w:r w:rsidRPr="00E91A42">
              <w:rPr>
                <w:b/>
                <w:sz w:val="28"/>
                <w:szCs w:val="28"/>
                <w:lang w:val="de-DE"/>
              </w:rPr>
              <w:t>Ngân sách nhà nước</w:t>
            </w:r>
          </w:p>
        </w:tc>
        <w:tc>
          <w:tcPr>
            <w:tcW w:w="3179" w:type="dxa"/>
          </w:tcPr>
          <w:p w14:paraId="79995132" w14:textId="77777777" w:rsidR="00E91A42" w:rsidRPr="00E91A42" w:rsidRDefault="00E91A42" w:rsidP="00A701F9">
            <w:pPr>
              <w:spacing w:before="120" w:after="120"/>
              <w:jc w:val="center"/>
              <w:rPr>
                <w:b/>
                <w:sz w:val="28"/>
                <w:szCs w:val="28"/>
                <w:lang w:val="de-DE"/>
              </w:rPr>
            </w:pPr>
            <w:r w:rsidRPr="00E91A42">
              <w:rPr>
                <w:b/>
                <w:sz w:val="28"/>
                <w:szCs w:val="28"/>
                <w:lang w:val="de-DE"/>
              </w:rPr>
              <w:t>Ngoài ngân sách nhà nước</w:t>
            </w:r>
          </w:p>
        </w:tc>
      </w:tr>
      <w:tr w:rsidR="00E91A42" w:rsidRPr="00E91A42" w14:paraId="02A51759" w14:textId="77777777" w:rsidTr="00A701F9">
        <w:tc>
          <w:tcPr>
            <w:tcW w:w="900" w:type="dxa"/>
          </w:tcPr>
          <w:p w14:paraId="13A53B63" w14:textId="77777777" w:rsidR="00E91A42" w:rsidRPr="00E91A42" w:rsidRDefault="00E91A42" w:rsidP="00A701F9">
            <w:pPr>
              <w:spacing w:before="120" w:after="120"/>
              <w:jc w:val="center"/>
              <w:rPr>
                <w:sz w:val="28"/>
                <w:szCs w:val="28"/>
                <w:lang w:val="de-DE"/>
              </w:rPr>
            </w:pPr>
            <w:r w:rsidRPr="00E91A42">
              <w:rPr>
                <w:sz w:val="28"/>
                <w:szCs w:val="28"/>
                <w:lang w:val="de-DE"/>
              </w:rPr>
              <w:t>1</w:t>
            </w:r>
          </w:p>
        </w:tc>
        <w:tc>
          <w:tcPr>
            <w:tcW w:w="3495" w:type="dxa"/>
          </w:tcPr>
          <w:p w14:paraId="44E3FB10" w14:textId="77777777" w:rsidR="00E91A42" w:rsidRPr="00E91A42" w:rsidRDefault="00E91A42" w:rsidP="00A701F9">
            <w:pPr>
              <w:spacing w:before="120" w:after="120"/>
              <w:jc w:val="both"/>
              <w:rPr>
                <w:sz w:val="28"/>
                <w:szCs w:val="28"/>
                <w:lang w:val="de-DE"/>
              </w:rPr>
            </w:pPr>
            <w:r w:rsidRPr="00E91A42">
              <w:rPr>
                <w:sz w:val="28"/>
                <w:szCs w:val="28"/>
                <w:lang w:val="de-DE"/>
              </w:rPr>
              <w:t xml:space="preserve">Chủ nhiệm </w:t>
            </w:r>
            <w:r w:rsidRPr="00E91A42">
              <w:rPr>
                <w:color w:val="000000"/>
                <w:sz w:val="28"/>
                <w:szCs w:val="28"/>
              </w:rPr>
              <w:t>đề tài</w:t>
            </w:r>
          </w:p>
        </w:tc>
        <w:tc>
          <w:tcPr>
            <w:tcW w:w="2126" w:type="dxa"/>
            <w:tcBorders>
              <w:right w:val="single" w:sz="4" w:space="0" w:color="auto"/>
            </w:tcBorders>
          </w:tcPr>
          <w:p w14:paraId="79237431" w14:textId="77777777" w:rsidR="00E91A42" w:rsidRPr="00E91A42" w:rsidRDefault="00E91A42" w:rsidP="00A701F9">
            <w:pPr>
              <w:spacing w:before="120" w:after="120"/>
              <w:jc w:val="center"/>
              <w:rPr>
                <w:sz w:val="28"/>
                <w:szCs w:val="28"/>
                <w:lang w:val="de-DE"/>
              </w:rPr>
            </w:pPr>
          </w:p>
        </w:tc>
        <w:tc>
          <w:tcPr>
            <w:tcW w:w="2126" w:type="dxa"/>
            <w:tcBorders>
              <w:left w:val="single" w:sz="4" w:space="0" w:color="auto"/>
            </w:tcBorders>
          </w:tcPr>
          <w:p w14:paraId="602D84C5" w14:textId="77777777" w:rsidR="00E91A42" w:rsidRPr="00E91A42" w:rsidRDefault="00E91A42" w:rsidP="00A701F9">
            <w:pPr>
              <w:spacing w:before="120" w:after="120"/>
              <w:jc w:val="center"/>
              <w:rPr>
                <w:sz w:val="28"/>
                <w:szCs w:val="28"/>
                <w:lang w:val="de-DE"/>
              </w:rPr>
            </w:pPr>
          </w:p>
        </w:tc>
        <w:tc>
          <w:tcPr>
            <w:tcW w:w="2693" w:type="dxa"/>
          </w:tcPr>
          <w:p w14:paraId="4D4B54E7" w14:textId="77777777" w:rsidR="00E91A42" w:rsidRPr="00E91A42" w:rsidRDefault="00E91A42" w:rsidP="00A701F9">
            <w:pPr>
              <w:spacing w:before="120" w:after="120"/>
              <w:jc w:val="center"/>
              <w:rPr>
                <w:sz w:val="28"/>
                <w:szCs w:val="28"/>
                <w:lang w:val="de-DE"/>
              </w:rPr>
            </w:pPr>
          </w:p>
        </w:tc>
        <w:tc>
          <w:tcPr>
            <w:tcW w:w="3179" w:type="dxa"/>
          </w:tcPr>
          <w:p w14:paraId="5E050BDD" w14:textId="77777777" w:rsidR="00E91A42" w:rsidRPr="00E91A42" w:rsidRDefault="00E91A42" w:rsidP="00A701F9">
            <w:pPr>
              <w:spacing w:before="120" w:after="120"/>
              <w:jc w:val="center"/>
              <w:rPr>
                <w:sz w:val="28"/>
                <w:szCs w:val="28"/>
                <w:lang w:val="de-DE"/>
              </w:rPr>
            </w:pPr>
          </w:p>
        </w:tc>
      </w:tr>
      <w:tr w:rsidR="00E91A42" w:rsidRPr="0028776E" w14:paraId="2284C858" w14:textId="77777777" w:rsidTr="00A701F9">
        <w:tc>
          <w:tcPr>
            <w:tcW w:w="900" w:type="dxa"/>
          </w:tcPr>
          <w:p w14:paraId="127D60B1" w14:textId="77777777" w:rsidR="00E91A42" w:rsidRPr="00E91A42" w:rsidRDefault="00E91A42" w:rsidP="00A701F9">
            <w:pPr>
              <w:spacing w:before="120" w:after="120"/>
              <w:jc w:val="center"/>
              <w:rPr>
                <w:sz w:val="28"/>
                <w:szCs w:val="28"/>
                <w:lang w:val="de-DE"/>
              </w:rPr>
            </w:pPr>
            <w:r w:rsidRPr="00E91A42">
              <w:rPr>
                <w:sz w:val="28"/>
                <w:szCs w:val="28"/>
                <w:lang w:val="de-DE"/>
              </w:rPr>
              <w:t>2</w:t>
            </w:r>
          </w:p>
        </w:tc>
        <w:tc>
          <w:tcPr>
            <w:tcW w:w="3495" w:type="dxa"/>
          </w:tcPr>
          <w:p w14:paraId="6EF311FC" w14:textId="77777777" w:rsidR="00E91A42" w:rsidRPr="00E91A42" w:rsidRDefault="00E91A42" w:rsidP="00A701F9">
            <w:pPr>
              <w:spacing w:before="120" w:after="120"/>
              <w:jc w:val="both"/>
              <w:rPr>
                <w:sz w:val="28"/>
                <w:szCs w:val="28"/>
                <w:lang w:val="de-DE"/>
              </w:rPr>
            </w:pPr>
            <w:r w:rsidRPr="00E91A42">
              <w:rPr>
                <w:sz w:val="28"/>
                <w:szCs w:val="28"/>
                <w:lang w:val="de-DE"/>
              </w:rPr>
              <w:t>Thành viên thực hiện chính,  thư ký khoa học</w:t>
            </w:r>
          </w:p>
        </w:tc>
        <w:tc>
          <w:tcPr>
            <w:tcW w:w="2126" w:type="dxa"/>
            <w:tcBorders>
              <w:right w:val="single" w:sz="4" w:space="0" w:color="auto"/>
            </w:tcBorders>
          </w:tcPr>
          <w:p w14:paraId="7E05DD6A" w14:textId="77777777" w:rsidR="00E91A42" w:rsidRPr="00E91A42" w:rsidRDefault="00E91A42" w:rsidP="00A701F9">
            <w:pPr>
              <w:spacing w:before="120" w:after="120"/>
              <w:jc w:val="center"/>
              <w:rPr>
                <w:sz w:val="28"/>
                <w:szCs w:val="28"/>
                <w:lang w:val="de-DE"/>
              </w:rPr>
            </w:pPr>
          </w:p>
        </w:tc>
        <w:tc>
          <w:tcPr>
            <w:tcW w:w="2126" w:type="dxa"/>
            <w:tcBorders>
              <w:left w:val="single" w:sz="4" w:space="0" w:color="auto"/>
            </w:tcBorders>
          </w:tcPr>
          <w:p w14:paraId="420C28DD" w14:textId="77777777" w:rsidR="00E91A42" w:rsidRPr="00E91A42" w:rsidRDefault="00E91A42" w:rsidP="00A701F9">
            <w:pPr>
              <w:spacing w:before="120" w:after="120"/>
              <w:jc w:val="center"/>
              <w:rPr>
                <w:sz w:val="28"/>
                <w:szCs w:val="28"/>
                <w:lang w:val="de-DE"/>
              </w:rPr>
            </w:pPr>
          </w:p>
        </w:tc>
        <w:tc>
          <w:tcPr>
            <w:tcW w:w="2693" w:type="dxa"/>
          </w:tcPr>
          <w:p w14:paraId="67887BC7" w14:textId="77777777" w:rsidR="00E91A42" w:rsidRPr="00E91A42" w:rsidRDefault="00E91A42" w:rsidP="00A701F9">
            <w:pPr>
              <w:spacing w:before="120" w:after="120"/>
              <w:jc w:val="center"/>
              <w:rPr>
                <w:sz w:val="28"/>
                <w:szCs w:val="28"/>
                <w:lang w:val="de-DE"/>
              </w:rPr>
            </w:pPr>
          </w:p>
        </w:tc>
        <w:tc>
          <w:tcPr>
            <w:tcW w:w="3179" w:type="dxa"/>
          </w:tcPr>
          <w:p w14:paraId="7A0164CB" w14:textId="77777777" w:rsidR="00E91A42" w:rsidRPr="00E91A42" w:rsidRDefault="00E91A42" w:rsidP="00A701F9">
            <w:pPr>
              <w:spacing w:before="120" w:after="120"/>
              <w:jc w:val="center"/>
              <w:rPr>
                <w:sz w:val="28"/>
                <w:szCs w:val="28"/>
                <w:lang w:val="de-DE"/>
              </w:rPr>
            </w:pPr>
          </w:p>
        </w:tc>
      </w:tr>
      <w:tr w:rsidR="00E91A42" w:rsidRPr="00E91A42" w14:paraId="5C8050E1" w14:textId="77777777" w:rsidTr="00A701F9">
        <w:tc>
          <w:tcPr>
            <w:tcW w:w="900" w:type="dxa"/>
          </w:tcPr>
          <w:p w14:paraId="5B06908A" w14:textId="77777777" w:rsidR="00E91A42" w:rsidRPr="00E91A42" w:rsidRDefault="00E91A42" w:rsidP="00A701F9">
            <w:pPr>
              <w:spacing w:before="120" w:after="120"/>
              <w:jc w:val="center"/>
              <w:rPr>
                <w:sz w:val="28"/>
                <w:szCs w:val="28"/>
                <w:lang w:val="de-DE"/>
              </w:rPr>
            </w:pPr>
            <w:r w:rsidRPr="00E91A42">
              <w:rPr>
                <w:sz w:val="28"/>
                <w:szCs w:val="28"/>
                <w:lang w:val="de-DE"/>
              </w:rPr>
              <w:t>3</w:t>
            </w:r>
          </w:p>
        </w:tc>
        <w:tc>
          <w:tcPr>
            <w:tcW w:w="3495" w:type="dxa"/>
          </w:tcPr>
          <w:p w14:paraId="25E3DD4B" w14:textId="77777777" w:rsidR="00E91A42" w:rsidRPr="00E91A42" w:rsidRDefault="00E91A42" w:rsidP="00A701F9">
            <w:pPr>
              <w:spacing w:before="120" w:after="120"/>
              <w:jc w:val="both"/>
              <w:rPr>
                <w:sz w:val="28"/>
                <w:szCs w:val="28"/>
                <w:lang w:val="de-DE"/>
              </w:rPr>
            </w:pPr>
            <w:r w:rsidRPr="00E91A42">
              <w:rPr>
                <w:sz w:val="28"/>
                <w:szCs w:val="28"/>
              </w:rPr>
              <w:t>Thành viên</w:t>
            </w:r>
          </w:p>
        </w:tc>
        <w:tc>
          <w:tcPr>
            <w:tcW w:w="2126" w:type="dxa"/>
            <w:tcBorders>
              <w:right w:val="single" w:sz="4" w:space="0" w:color="auto"/>
            </w:tcBorders>
          </w:tcPr>
          <w:p w14:paraId="31AD53F3" w14:textId="77777777" w:rsidR="00E91A42" w:rsidRPr="00E91A42" w:rsidRDefault="00E91A42" w:rsidP="00A701F9">
            <w:pPr>
              <w:spacing w:before="120" w:after="120"/>
              <w:jc w:val="center"/>
              <w:rPr>
                <w:sz w:val="28"/>
                <w:szCs w:val="28"/>
                <w:lang w:val="de-DE"/>
              </w:rPr>
            </w:pPr>
          </w:p>
        </w:tc>
        <w:tc>
          <w:tcPr>
            <w:tcW w:w="2126" w:type="dxa"/>
            <w:tcBorders>
              <w:left w:val="single" w:sz="4" w:space="0" w:color="auto"/>
            </w:tcBorders>
          </w:tcPr>
          <w:p w14:paraId="617A529D" w14:textId="77777777" w:rsidR="00E91A42" w:rsidRPr="00E91A42" w:rsidRDefault="00E91A42" w:rsidP="00A701F9">
            <w:pPr>
              <w:spacing w:before="120" w:after="120"/>
              <w:jc w:val="center"/>
              <w:rPr>
                <w:sz w:val="28"/>
                <w:szCs w:val="28"/>
                <w:lang w:val="de-DE"/>
              </w:rPr>
            </w:pPr>
          </w:p>
        </w:tc>
        <w:tc>
          <w:tcPr>
            <w:tcW w:w="2693" w:type="dxa"/>
          </w:tcPr>
          <w:p w14:paraId="2CC039DD" w14:textId="77777777" w:rsidR="00E91A42" w:rsidRPr="00E91A42" w:rsidRDefault="00E91A42" w:rsidP="00A701F9">
            <w:pPr>
              <w:spacing w:before="120" w:after="120"/>
              <w:jc w:val="center"/>
              <w:rPr>
                <w:sz w:val="28"/>
                <w:szCs w:val="28"/>
                <w:lang w:val="de-DE"/>
              </w:rPr>
            </w:pPr>
          </w:p>
        </w:tc>
        <w:tc>
          <w:tcPr>
            <w:tcW w:w="3179" w:type="dxa"/>
          </w:tcPr>
          <w:p w14:paraId="65788B2E" w14:textId="77777777" w:rsidR="00E91A42" w:rsidRPr="00E91A42" w:rsidRDefault="00E91A42" w:rsidP="00A701F9">
            <w:pPr>
              <w:spacing w:before="120" w:after="120"/>
              <w:jc w:val="center"/>
              <w:rPr>
                <w:sz w:val="28"/>
                <w:szCs w:val="28"/>
                <w:lang w:val="de-DE"/>
              </w:rPr>
            </w:pPr>
          </w:p>
        </w:tc>
      </w:tr>
      <w:tr w:rsidR="00E91A42" w:rsidRPr="0028776E" w14:paraId="799F0D6D" w14:textId="77777777" w:rsidTr="00A701F9">
        <w:tc>
          <w:tcPr>
            <w:tcW w:w="900" w:type="dxa"/>
          </w:tcPr>
          <w:p w14:paraId="41ABBA87" w14:textId="77777777" w:rsidR="00E91A42" w:rsidRPr="00E91A42" w:rsidRDefault="00E91A42" w:rsidP="00A701F9">
            <w:pPr>
              <w:spacing w:before="120" w:after="120"/>
              <w:jc w:val="center"/>
              <w:rPr>
                <w:sz w:val="28"/>
                <w:szCs w:val="28"/>
                <w:lang w:val="de-DE"/>
              </w:rPr>
            </w:pPr>
            <w:r w:rsidRPr="00E91A42">
              <w:rPr>
                <w:sz w:val="28"/>
                <w:szCs w:val="28"/>
                <w:lang w:val="de-DE"/>
              </w:rPr>
              <w:t>4</w:t>
            </w:r>
          </w:p>
        </w:tc>
        <w:tc>
          <w:tcPr>
            <w:tcW w:w="3495" w:type="dxa"/>
          </w:tcPr>
          <w:p w14:paraId="741FB15E" w14:textId="77777777" w:rsidR="00E91A42" w:rsidRPr="00E91A42" w:rsidRDefault="00E91A42" w:rsidP="00A701F9">
            <w:pPr>
              <w:spacing w:before="120" w:after="120"/>
              <w:jc w:val="both"/>
              <w:rPr>
                <w:sz w:val="28"/>
                <w:szCs w:val="28"/>
                <w:lang w:val="de-DE"/>
              </w:rPr>
            </w:pPr>
            <w:r w:rsidRPr="00E91A42">
              <w:rPr>
                <w:sz w:val="28"/>
                <w:szCs w:val="28"/>
                <w:lang w:val="de-DE"/>
              </w:rPr>
              <w:t>Kỹ thuật viên, nhân viên hỗ trợ</w:t>
            </w:r>
          </w:p>
        </w:tc>
        <w:tc>
          <w:tcPr>
            <w:tcW w:w="2126" w:type="dxa"/>
            <w:tcBorders>
              <w:right w:val="single" w:sz="4" w:space="0" w:color="auto"/>
            </w:tcBorders>
          </w:tcPr>
          <w:p w14:paraId="7EE46BAA" w14:textId="77777777" w:rsidR="00E91A42" w:rsidRPr="00E91A42" w:rsidRDefault="00E91A42" w:rsidP="00A701F9">
            <w:pPr>
              <w:spacing w:before="120" w:after="120"/>
              <w:jc w:val="center"/>
              <w:rPr>
                <w:sz w:val="28"/>
                <w:szCs w:val="28"/>
                <w:lang w:val="de-DE"/>
              </w:rPr>
            </w:pPr>
          </w:p>
        </w:tc>
        <w:tc>
          <w:tcPr>
            <w:tcW w:w="2126" w:type="dxa"/>
            <w:tcBorders>
              <w:left w:val="single" w:sz="4" w:space="0" w:color="auto"/>
            </w:tcBorders>
          </w:tcPr>
          <w:p w14:paraId="1C03572A" w14:textId="77777777" w:rsidR="00E91A42" w:rsidRPr="00E91A42" w:rsidRDefault="00E91A42" w:rsidP="00A701F9">
            <w:pPr>
              <w:spacing w:before="120" w:after="120"/>
              <w:jc w:val="center"/>
              <w:rPr>
                <w:sz w:val="28"/>
                <w:szCs w:val="28"/>
                <w:lang w:val="de-DE"/>
              </w:rPr>
            </w:pPr>
          </w:p>
        </w:tc>
        <w:tc>
          <w:tcPr>
            <w:tcW w:w="2693" w:type="dxa"/>
          </w:tcPr>
          <w:p w14:paraId="4733AA38" w14:textId="77777777" w:rsidR="00E91A42" w:rsidRPr="00E91A42" w:rsidRDefault="00E91A42" w:rsidP="00A701F9">
            <w:pPr>
              <w:spacing w:before="120" w:after="120"/>
              <w:jc w:val="center"/>
              <w:rPr>
                <w:sz w:val="28"/>
                <w:szCs w:val="28"/>
                <w:lang w:val="de-DE"/>
              </w:rPr>
            </w:pPr>
          </w:p>
        </w:tc>
        <w:tc>
          <w:tcPr>
            <w:tcW w:w="3179" w:type="dxa"/>
          </w:tcPr>
          <w:p w14:paraId="2415F685" w14:textId="77777777" w:rsidR="00E91A42" w:rsidRPr="00E91A42" w:rsidRDefault="00E91A42" w:rsidP="00A701F9">
            <w:pPr>
              <w:spacing w:before="120" w:after="120"/>
              <w:jc w:val="center"/>
              <w:rPr>
                <w:sz w:val="28"/>
                <w:szCs w:val="28"/>
                <w:lang w:val="de-DE"/>
              </w:rPr>
            </w:pPr>
          </w:p>
        </w:tc>
      </w:tr>
      <w:tr w:rsidR="00E91A42" w:rsidRPr="00E91A42" w14:paraId="41F362F7" w14:textId="77777777" w:rsidTr="00A701F9">
        <w:tc>
          <w:tcPr>
            <w:tcW w:w="4395" w:type="dxa"/>
            <w:gridSpan w:val="2"/>
          </w:tcPr>
          <w:p w14:paraId="65D308E1" w14:textId="77777777" w:rsidR="00E91A42" w:rsidRPr="00E91A42" w:rsidRDefault="00E91A42" w:rsidP="00A701F9">
            <w:pPr>
              <w:spacing w:before="120" w:after="120"/>
              <w:jc w:val="center"/>
              <w:rPr>
                <w:b/>
                <w:sz w:val="28"/>
                <w:szCs w:val="28"/>
                <w:lang w:val="de-DE"/>
              </w:rPr>
            </w:pPr>
            <w:r w:rsidRPr="00E91A42">
              <w:rPr>
                <w:b/>
                <w:sz w:val="28"/>
                <w:szCs w:val="28"/>
                <w:lang w:val="de-DE"/>
              </w:rPr>
              <w:t>Tổng cộng</w:t>
            </w:r>
          </w:p>
        </w:tc>
        <w:tc>
          <w:tcPr>
            <w:tcW w:w="2126" w:type="dxa"/>
            <w:tcBorders>
              <w:right w:val="single" w:sz="4" w:space="0" w:color="auto"/>
            </w:tcBorders>
          </w:tcPr>
          <w:p w14:paraId="6C088A5C" w14:textId="77777777" w:rsidR="00E91A42" w:rsidRPr="00E91A42" w:rsidRDefault="00E91A42" w:rsidP="00A701F9">
            <w:pPr>
              <w:spacing w:before="120" w:after="120"/>
              <w:jc w:val="center"/>
              <w:rPr>
                <w:sz w:val="28"/>
                <w:szCs w:val="28"/>
                <w:lang w:val="de-DE"/>
              </w:rPr>
            </w:pPr>
          </w:p>
        </w:tc>
        <w:tc>
          <w:tcPr>
            <w:tcW w:w="2126" w:type="dxa"/>
            <w:tcBorders>
              <w:left w:val="single" w:sz="4" w:space="0" w:color="auto"/>
            </w:tcBorders>
          </w:tcPr>
          <w:p w14:paraId="1EB0D779" w14:textId="77777777" w:rsidR="00E91A42" w:rsidRPr="00E91A42" w:rsidRDefault="00E91A42" w:rsidP="00A701F9">
            <w:pPr>
              <w:spacing w:before="120" w:after="120"/>
              <w:jc w:val="center"/>
              <w:rPr>
                <w:sz w:val="28"/>
                <w:szCs w:val="28"/>
                <w:lang w:val="de-DE"/>
              </w:rPr>
            </w:pPr>
          </w:p>
        </w:tc>
        <w:tc>
          <w:tcPr>
            <w:tcW w:w="2693" w:type="dxa"/>
          </w:tcPr>
          <w:p w14:paraId="0146EDBD" w14:textId="77777777" w:rsidR="00E91A42" w:rsidRPr="00E91A42" w:rsidRDefault="00E91A42" w:rsidP="00A701F9">
            <w:pPr>
              <w:spacing w:before="120" w:after="120"/>
              <w:jc w:val="center"/>
              <w:rPr>
                <w:sz w:val="28"/>
                <w:szCs w:val="28"/>
                <w:lang w:val="de-DE"/>
              </w:rPr>
            </w:pPr>
          </w:p>
        </w:tc>
        <w:tc>
          <w:tcPr>
            <w:tcW w:w="3179" w:type="dxa"/>
          </w:tcPr>
          <w:p w14:paraId="191B28A8" w14:textId="77777777" w:rsidR="00E91A42" w:rsidRPr="00E91A42" w:rsidRDefault="00E91A42" w:rsidP="00A701F9">
            <w:pPr>
              <w:spacing w:before="120" w:after="120"/>
              <w:jc w:val="center"/>
              <w:rPr>
                <w:sz w:val="28"/>
                <w:szCs w:val="28"/>
                <w:lang w:val="de-DE"/>
              </w:rPr>
            </w:pPr>
          </w:p>
        </w:tc>
      </w:tr>
    </w:tbl>
    <w:p w14:paraId="312869F9" w14:textId="77777777" w:rsidR="00E91A42" w:rsidRPr="00E91A42" w:rsidRDefault="00E91A42" w:rsidP="00E91A42">
      <w:pPr>
        <w:rPr>
          <w:sz w:val="28"/>
          <w:szCs w:val="28"/>
          <w:lang w:val="de-DE"/>
        </w:rPr>
      </w:pPr>
    </w:p>
    <w:p w14:paraId="76763525" w14:textId="77777777" w:rsidR="00E91A42" w:rsidRPr="00E91A42" w:rsidRDefault="00E91A42" w:rsidP="00E91A42">
      <w:pPr>
        <w:pStyle w:val="Heading1"/>
        <w:rPr>
          <w:rFonts w:ascii="Times New Roman" w:hAnsi="Times New Roman" w:cs="Times New Roman"/>
          <w:lang w:val="de-DE"/>
        </w:rPr>
      </w:pPr>
    </w:p>
    <w:p w14:paraId="2FE1B56B" w14:textId="77777777" w:rsidR="00E91A42" w:rsidRPr="00E91A42" w:rsidRDefault="00E91A42" w:rsidP="00E91A42">
      <w:pPr>
        <w:pStyle w:val="Heading1"/>
        <w:rPr>
          <w:rFonts w:ascii="Times New Roman" w:hAnsi="Times New Roman" w:cs="Times New Roman"/>
          <w:lang w:val="de-DE"/>
        </w:rPr>
      </w:pPr>
      <w:r w:rsidRPr="00E91A42">
        <w:rPr>
          <w:rFonts w:ascii="Times New Roman" w:hAnsi="Times New Roman" w:cs="Times New Roman"/>
          <w:b w:val="0"/>
          <w:lang w:val="de-DE"/>
        </w:rPr>
        <w:br w:type="page"/>
      </w:r>
      <w:r w:rsidRPr="00E91A42">
        <w:rPr>
          <w:rFonts w:ascii="Times New Roman" w:hAnsi="Times New Roman" w:cs="Times New Roman"/>
          <w:lang w:val="de-DE"/>
        </w:rPr>
        <w:lastRenderedPageBreak/>
        <w:t>Khoản II.</w:t>
      </w:r>
      <w:r w:rsidRPr="00E91A42">
        <w:rPr>
          <w:rFonts w:ascii="Times New Roman" w:hAnsi="Times New Roman" w:cs="Times New Roman"/>
          <w:b w:val="0"/>
          <w:lang w:val="de-DE"/>
        </w:rPr>
        <w:t xml:space="preserve"> </w:t>
      </w:r>
      <w:r w:rsidRPr="00E91A42">
        <w:rPr>
          <w:rFonts w:ascii="Times New Roman" w:hAnsi="Times New Roman" w:cs="Times New Roman"/>
          <w:lang w:val="de-DE"/>
        </w:rPr>
        <w:t xml:space="preserve">DỰ TOÁN CHI TIẾT CÔNG LAO ĐỘNG TRỰC TIẾP  </w:t>
      </w:r>
      <w:r w:rsidRPr="00E91A42">
        <w:rPr>
          <w:rFonts w:ascii="Times New Roman" w:hAnsi="Times New Roman" w:cs="Times New Roman"/>
          <w:i/>
          <w:iCs/>
          <w:lang w:val="de-DE"/>
        </w:rPr>
        <w:t>(Áp dụng đối với thuyết minh khi thẩm định kinh phí)</w:t>
      </w:r>
    </w:p>
    <w:p w14:paraId="00F98FC9" w14:textId="77777777" w:rsidR="00E91A42" w:rsidRPr="00E91A42" w:rsidRDefault="00E91A42" w:rsidP="00E91A42">
      <w:pPr>
        <w:pStyle w:val="Heading1"/>
        <w:rPr>
          <w:rFonts w:ascii="Times New Roman" w:hAnsi="Times New Roman" w:cs="Times New Roman"/>
          <w:b w:val="0"/>
          <w:lang w:val="de-DE"/>
        </w:rPr>
      </w:pPr>
    </w:p>
    <w:p w14:paraId="010DB132" w14:textId="77777777" w:rsidR="00E91A42" w:rsidRPr="00E91A42" w:rsidRDefault="00E91A42" w:rsidP="00E91A42">
      <w:pPr>
        <w:pStyle w:val="Heading1"/>
        <w:ind w:right="-58"/>
        <w:jc w:val="right"/>
        <w:rPr>
          <w:rFonts w:ascii="Times New Roman" w:hAnsi="Times New Roman" w:cs="Times New Roman"/>
          <w:lang w:val="de-DE"/>
        </w:rPr>
      </w:pPr>
      <w:r w:rsidRPr="00E91A42">
        <w:rPr>
          <w:rFonts w:ascii="Times New Roman" w:hAnsi="Times New Roman" w:cs="Times New Roman"/>
          <w:b w:val="0"/>
          <w:lang w:val="de-DE"/>
        </w:rPr>
        <w:t>Đơn vị tính: triệu đồng</w:t>
      </w:r>
    </w:p>
    <w:tbl>
      <w:tblPr>
        <w:tblW w:w="1485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482"/>
        <w:gridCol w:w="758"/>
        <w:gridCol w:w="270"/>
        <w:gridCol w:w="1440"/>
        <w:gridCol w:w="1350"/>
        <w:gridCol w:w="1170"/>
        <w:gridCol w:w="1170"/>
        <w:gridCol w:w="377"/>
        <w:gridCol w:w="703"/>
        <w:gridCol w:w="900"/>
        <w:gridCol w:w="720"/>
        <w:gridCol w:w="720"/>
        <w:gridCol w:w="720"/>
        <w:gridCol w:w="720"/>
        <w:gridCol w:w="720"/>
      </w:tblGrid>
      <w:tr w:rsidR="00E91A42" w:rsidRPr="00E91A42" w14:paraId="7BF3679C" w14:textId="77777777" w:rsidTr="00A701F9">
        <w:trPr>
          <w:trHeight w:val="488"/>
        </w:trPr>
        <w:tc>
          <w:tcPr>
            <w:tcW w:w="630" w:type="dxa"/>
            <w:vMerge w:val="restart"/>
          </w:tcPr>
          <w:p w14:paraId="05536DDC" w14:textId="77777777" w:rsidR="00E91A42" w:rsidRPr="00E91A42" w:rsidRDefault="00E91A42" w:rsidP="00A701F9">
            <w:pPr>
              <w:jc w:val="center"/>
              <w:rPr>
                <w:b/>
                <w:sz w:val="28"/>
                <w:szCs w:val="28"/>
                <w:lang w:val="de-DE"/>
              </w:rPr>
            </w:pPr>
            <w:r w:rsidRPr="00E91A42">
              <w:rPr>
                <w:b/>
                <w:sz w:val="28"/>
                <w:szCs w:val="28"/>
                <w:lang w:val="de-DE"/>
              </w:rPr>
              <w:t>Số TT</w:t>
            </w:r>
          </w:p>
        </w:tc>
        <w:tc>
          <w:tcPr>
            <w:tcW w:w="3510" w:type="dxa"/>
            <w:gridSpan w:val="3"/>
            <w:vMerge w:val="restart"/>
          </w:tcPr>
          <w:p w14:paraId="6CAA53B7" w14:textId="77777777" w:rsidR="00E91A42" w:rsidRPr="00E91A42" w:rsidRDefault="00E91A42" w:rsidP="00A701F9">
            <w:pPr>
              <w:jc w:val="center"/>
              <w:rPr>
                <w:b/>
                <w:sz w:val="28"/>
                <w:szCs w:val="28"/>
                <w:vertAlign w:val="superscript"/>
                <w:lang w:val="de-DE"/>
              </w:rPr>
            </w:pPr>
            <w:r w:rsidRPr="00E91A42">
              <w:rPr>
                <w:b/>
                <w:sz w:val="28"/>
                <w:szCs w:val="28"/>
                <w:lang w:val="de-DE"/>
              </w:rPr>
              <w:t>Nội dung công việc</w:t>
            </w:r>
            <w:r w:rsidRPr="00E91A42">
              <w:rPr>
                <w:b/>
                <w:sz w:val="28"/>
                <w:szCs w:val="28"/>
                <w:vertAlign w:val="superscript"/>
                <w:lang w:val="de-DE"/>
              </w:rPr>
              <w:t>1</w:t>
            </w:r>
          </w:p>
        </w:tc>
        <w:tc>
          <w:tcPr>
            <w:tcW w:w="1440" w:type="dxa"/>
            <w:vMerge w:val="restart"/>
          </w:tcPr>
          <w:p w14:paraId="5D5A8D49" w14:textId="77777777" w:rsidR="00E91A42" w:rsidRPr="00E91A42" w:rsidRDefault="00E91A42" w:rsidP="00A701F9">
            <w:pPr>
              <w:jc w:val="center"/>
              <w:rPr>
                <w:b/>
                <w:sz w:val="28"/>
                <w:szCs w:val="28"/>
                <w:vertAlign w:val="superscript"/>
                <w:lang w:val="de-DE"/>
              </w:rPr>
            </w:pPr>
            <w:r w:rsidRPr="00E91A42">
              <w:rPr>
                <w:b/>
                <w:sz w:val="28"/>
                <w:szCs w:val="28"/>
                <w:lang w:val="de-DE"/>
              </w:rPr>
              <w:t>Chức danh nghiên cứu</w:t>
            </w:r>
            <w:r w:rsidRPr="00E91A42">
              <w:rPr>
                <w:b/>
                <w:sz w:val="28"/>
                <w:szCs w:val="28"/>
                <w:vertAlign w:val="superscript"/>
                <w:lang w:val="de-DE"/>
              </w:rPr>
              <w:t>2</w:t>
            </w:r>
          </w:p>
        </w:tc>
        <w:tc>
          <w:tcPr>
            <w:tcW w:w="1350" w:type="dxa"/>
            <w:vMerge w:val="restart"/>
          </w:tcPr>
          <w:p w14:paraId="75EB095A" w14:textId="77777777" w:rsidR="00E91A42" w:rsidRPr="00E91A42" w:rsidRDefault="00E91A42" w:rsidP="00A701F9">
            <w:pPr>
              <w:jc w:val="center"/>
              <w:rPr>
                <w:b/>
                <w:sz w:val="28"/>
                <w:szCs w:val="28"/>
                <w:lang w:val="de-DE"/>
              </w:rPr>
            </w:pPr>
            <w:r w:rsidRPr="00E91A42">
              <w:rPr>
                <w:b/>
                <w:sz w:val="28"/>
                <w:szCs w:val="28"/>
                <w:lang w:val="de-DE"/>
              </w:rPr>
              <w:t>Tổng số người thực hiện</w:t>
            </w:r>
          </w:p>
        </w:tc>
        <w:tc>
          <w:tcPr>
            <w:tcW w:w="1170" w:type="dxa"/>
            <w:vMerge w:val="restart"/>
          </w:tcPr>
          <w:p w14:paraId="54D2A7BF" w14:textId="77777777" w:rsidR="00E91A42" w:rsidRPr="00E91A42" w:rsidRDefault="00E91A42" w:rsidP="00A701F9">
            <w:pPr>
              <w:jc w:val="center"/>
              <w:rPr>
                <w:b/>
                <w:sz w:val="28"/>
                <w:szCs w:val="28"/>
                <w:vertAlign w:val="superscript"/>
                <w:lang w:val="de-DE"/>
              </w:rPr>
            </w:pPr>
            <w:r w:rsidRPr="00E91A42">
              <w:rPr>
                <w:b/>
                <w:sz w:val="28"/>
                <w:szCs w:val="28"/>
                <w:lang w:val="de-DE"/>
              </w:rPr>
              <w:t>Hệ số tiền công theo ngày (Hstcn)</w:t>
            </w:r>
            <w:r w:rsidRPr="00E91A42">
              <w:rPr>
                <w:b/>
                <w:sz w:val="28"/>
                <w:szCs w:val="28"/>
                <w:vertAlign w:val="superscript"/>
                <w:lang w:val="de-DE"/>
              </w:rPr>
              <w:t>3</w:t>
            </w:r>
          </w:p>
        </w:tc>
        <w:tc>
          <w:tcPr>
            <w:tcW w:w="1170" w:type="dxa"/>
            <w:vMerge w:val="restart"/>
          </w:tcPr>
          <w:p w14:paraId="307A3383" w14:textId="77777777" w:rsidR="00E91A42" w:rsidRPr="00E91A42" w:rsidRDefault="00E91A42" w:rsidP="00A701F9">
            <w:pPr>
              <w:jc w:val="center"/>
              <w:rPr>
                <w:b/>
                <w:sz w:val="28"/>
                <w:szCs w:val="28"/>
                <w:lang w:val="de-DE"/>
              </w:rPr>
            </w:pPr>
            <w:r w:rsidRPr="00E91A42">
              <w:rPr>
                <w:b/>
                <w:sz w:val="28"/>
                <w:szCs w:val="28"/>
                <w:lang w:val="de-DE"/>
              </w:rPr>
              <w:t>Số ngày công quy đổi</w:t>
            </w:r>
          </w:p>
          <w:p w14:paraId="5B16FC5C" w14:textId="77777777" w:rsidR="00E91A42" w:rsidRPr="00E91A42" w:rsidRDefault="00E91A42" w:rsidP="00A701F9">
            <w:pPr>
              <w:jc w:val="center"/>
              <w:rPr>
                <w:b/>
                <w:sz w:val="28"/>
                <w:szCs w:val="28"/>
                <w:vertAlign w:val="superscript"/>
                <w:lang w:val="de-DE"/>
              </w:rPr>
            </w:pPr>
            <w:r w:rsidRPr="00E91A42">
              <w:rPr>
                <w:b/>
                <w:sz w:val="28"/>
                <w:szCs w:val="28"/>
                <w:lang w:val="de-DE"/>
              </w:rPr>
              <w:t>(Snc)</w:t>
            </w:r>
            <w:r w:rsidRPr="00E91A42">
              <w:rPr>
                <w:b/>
                <w:sz w:val="28"/>
                <w:szCs w:val="28"/>
                <w:vertAlign w:val="superscript"/>
                <w:lang w:val="de-DE"/>
              </w:rPr>
              <w:t>4</w:t>
            </w:r>
          </w:p>
        </w:tc>
        <w:tc>
          <w:tcPr>
            <w:tcW w:w="1080" w:type="dxa"/>
            <w:gridSpan w:val="2"/>
            <w:vMerge w:val="restart"/>
            <w:tcBorders>
              <w:bottom w:val="nil"/>
            </w:tcBorders>
          </w:tcPr>
          <w:p w14:paraId="1BDC321C" w14:textId="77777777" w:rsidR="00E91A42" w:rsidRPr="00E91A42" w:rsidRDefault="00E91A42" w:rsidP="00A701F9">
            <w:pPr>
              <w:jc w:val="center"/>
              <w:rPr>
                <w:b/>
                <w:sz w:val="28"/>
                <w:szCs w:val="28"/>
              </w:rPr>
            </w:pPr>
            <w:r w:rsidRPr="00E91A42">
              <w:rPr>
                <w:b/>
                <w:sz w:val="28"/>
                <w:szCs w:val="28"/>
              </w:rPr>
              <w:t>Tổng kinh phí</w:t>
            </w:r>
          </w:p>
          <w:p w14:paraId="697B2A18" w14:textId="77777777" w:rsidR="00E91A42" w:rsidRPr="00E91A42" w:rsidRDefault="00E91A42" w:rsidP="00A701F9">
            <w:pPr>
              <w:jc w:val="center"/>
              <w:rPr>
                <w:b/>
                <w:sz w:val="28"/>
                <w:szCs w:val="28"/>
                <w:vertAlign w:val="superscript"/>
              </w:rPr>
            </w:pPr>
            <w:r w:rsidRPr="00E91A42">
              <w:rPr>
                <w:b/>
                <w:sz w:val="28"/>
                <w:szCs w:val="28"/>
              </w:rPr>
              <w:t>(Tc)</w:t>
            </w:r>
          </w:p>
        </w:tc>
        <w:tc>
          <w:tcPr>
            <w:tcW w:w="4500" w:type="dxa"/>
            <w:gridSpan w:val="6"/>
          </w:tcPr>
          <w:p w14:paraId="350AD753" w14:textId="77777777" w:rsidR="00E91A42" w:rsidRPr="00E91A42" w:rsidRDefault="00E91A42" w:rsidP="00A701F9">
            <w:pPr>
              <w:jc w:val="center"/>
              <w:rPr>
                <w:b/>
                <w:sz w:val="28"/>
                <w:szCs w:val="28"/>
              </w:rPr>
            </w:pPr>
            <w:r w:rsidRPr="00E91A42">
              <w:rPr>
                <w:b/>
                <w:sz w:val="28"/>
                <w:szCs w:val="28"/>
              </w:rPr>
              <w:t>Nguồn vốn</w:t>
            </w:r>
          </w:p>
        </w:tc>
      </w:tr>
      <w:tr w:rsidR="00E91A42" w:rsidRPr="00E91A42" w14:paraId="0D770DE8" w14:textId="77777777" w:rsidTr="00A701F9">
        <w:trPr>
          <w:trHeight w:val="570"/>
        </w:trPr>
        <w:tc>
          <w:tcPr>
            <w:tcW w:w="630" w:type="dxa"/>
            <w:vMerge/>
          </w:tcPr>
          <w:p w14:paraId="43DAD16B" w14:textId="77777777" w:rsidR="00E91A42" w:rsidRPr="00E91A42" w:rsidRDefault="00E91A42" w:rsidP="00A701F9">
            <w:pPr>
              <w:jc w:val="center"/>
              <w:rPr>
                <w:b/>
                <w:sz w:val="28"/>
                <w:szCs w:val="28"/>
              </w:rPr>
            </w:pPr>
          </w:p>
        </w:tc>
        <w:tc>
          <w:tcPr>
            <w:tcW w:w="3510" w:type="dxa"/>
            <w:gridSpan w:val="3"/>
            <w:vMerge/>
            <w:tcBorders>
              <w:bottom w:val="single" w:sz="4" w:space="0" w:color="auto"/>
            </w:tcBorders>
          </w:tcPr>
          <w:p w14:paraId="3CA0D88D" w14:textId="77777777" w:rsidR="00E91A42" w:rsidRPr="00E91A42" w:rsidRDefault="00E91A42" w:rsidP="00A701F9">
            <w:pPr>
              <w:jc w:val="center"/>
              <w:rPr>
                <w:b/>
                <w:sz w:val="28"/>
                <w:szCs w:val="28"/>
              </w:rPr>
            </w:pPr>
          </w:p>
        </w:tc>
        <w:tc>
          <w:tcPr>
            <w:tcW w:w="1440" w:type="dxa"/>
            <w:vMerge/>
          </w:tcPr>
          <w:p w14:paraId="01A07B88" w14:textId="77777777" w:rsidR="00E91A42" w:rsidRPr="00E91A42" w:rsidRDefault="00E91A42" w:rsidP="00A701F9">
            <w:pPr>
              <w:jc w:val="center"/>
              <w:rPr>
                <w:b/>
                <w:sz w:val="28"/>
                <w:szCs w:val="28"/>
              </w:rPr>
            </w:pPr>
          </w:p>
        </w:tc>
        <w:tc>
          <w:tcPr>
            <w:tcW w:w="1350" w:type="dxa"/>
            <w:vMerge/>
          </w:tcPr>
          <w:p w14:paraId="04AFCFE0" w14:textId="77777777" w:rsidR="00E91A42" w:rsidRPr="00E91A42" w:rsidRDefault="00E91A42" w:rsidP="00A701F9">
            <w:pPr>
              <w:jc w:val="center"/>
              <w:rPr>
                <w:b/>
                <w:sz w:val="28"/>
                <w:szCs w:val="28"/>
              </w:rPr>
            </w:pPr>
          </w:p>
        </w:tc>
        <w:tc>
          <w:tcPr>
            <w:tcW w:w="1170" w:type="dxa"/>
            <w:vMerge/>
          </w:tcPr>
          <w:p w14:paraId="67C67215" w14:textId="77777777" w:rsidR="00E91A42" w:rsidRPr="00E91A42" w:rsidRDefault="00E91A42" w:rsidP="00A701F9">
            <w:pPr>
              <w:jc w:val="center"/>
              <w:rPr>
                <w:b/>
                <w:sz w:val="28"/>
                <w:szCs w:val="28"/>
              </w:rPr>
            </w:pPr>
          </w:p>
        </w:tc>
        <w:tc>
          <w:tcPr>
            <w:tcW w:w="1170" w:type="dxa"/>
            <w:vMerge/>
          </w:tcPr>
          <w:p w14:paraId="43136D52" w14:textId="77777777" w:rsidR="00E91A42" w:rsidRPr="00E91A42" w:rsidRDefault="00E91A42" w:rsidP="00A701F9">
            <w:pPr>
              <w:jc w:val="center"/>
              <w:rPr>
                <w:b/>
                <w:sz w:val="28"/>
                <w:szCs w:val="28"/>
              </w:rPr>
            </w:pPr>
          </w:p>
        </w:tc>
        <w:tc>
          <w:tcPr>
            <w:tcW w:w="1080" w:type="dxa"/>
            <w:gridSpan w:val="2"/>
            <w:vMerge/>
            <w:tcBorders>
              <w:bottom w:val="nil"/>
            </w:tcBorders>
          </w:tcPr>
          <w:p w14:paraId="5B55CDA3" w14:textId="77777777" w:rsidR="00E91A42" w:rsidRPr="00E91A42" w:rsidRDefault="00E91A42" w:rsidP="00A701F9">
            <w:pPr>
              <w:jc w:val="center"/>
              <w:rPr>
                <w:b/>
                <w:sz w:val="28"/>
                <w:szCs w:val="28"/>
              </w:rPr>
            </w:pPr>
          </w:p>
        </w:tc>
        <w:tc>
          <w:tcPr>
            <w:tcW w:w="2340" w:type="dxa"/>
            <w:gridSpan w:val="3"/>
            <w:vMerge w:val="restart"/>
          </w:tcPr>
          <w:p w14:paraId="05BEC0CF" w14:textId="77777777" w:rsidR="00E91A42" w:rsidRPr="00E91A42" w:rsidRDefault="00E91A42" w:rsidP="00A701F9">
            <w:pPr>
              <w:jc w:val="center"/>
              <w:rPr>
                <w:b/>
                <w:sz w:val="28"/>
                <w:szCs w:val="28"/>
              </w:rPr>
            </w:pPr>
            <w:r w:rsidRPr="00E91A42">
              <w:rPr>
                <w:b/>
                <w:sz w:val="28"/>
                <w:szCs w:val="28"/>
              </w:rPr>
              <w:t xml:space="preserve">Ngân sách </w:t>
            </w:r>
          </w:p>
          <w:p w14:paraId="01F76978" w14:textId="77777777" w:rsidR="00E91A42" w:rsidRPr="00E91A42" w:rsidRDefault="00E91A42" w:rsidP="00A701F9">
            <w:pPr>
              <w:jc w:val="center"/>
              <w:rPr>
                <w:b/>
                <w:sz w:val="28"/>
                <w:szCs w:val="28"/>
              </w:rPr>
            </w:pPr>
            <w:r w:rsidRPr="00E91A42">
              <w:rPr>
                <w:b/>
                <w:sz w:val="28"/>
                <w:szCs w:val="28"/>
              </w:rPr>
              <w:t>nhà nước</w:t>
            </w:r>
          </w:p>
        </w:tc>
        <w:tc>
          <w:tcPr>
            <w:tcW w:w="2160" w:type="dxa"/>
            <w:gridSpan w:val="3"/>
            <w:vMerge w:val="restart"/>
          </w:tcPr>
          <w:p w14:paraId="0B95D0C7" w14:textId="77777777" w:rsidR="00E91A42" w:rsidRPr="00E91A42" w:rsidRDefault="00E91A42" w:rsidP="00A701F9">
            <w:pPr>
              <w:jc w:val="center"/>
              <w:rPr>
                <w:b/>
                <w:sz w:val="28"/>
                <w:szCs w:val="28"/>
              </w:rPr>
            </w:pPr>
            <w:r w:rsidRPr="00E91A42">
              <w:rPr>
                <w:b/>
                <w:sz w:val="28"/>
                <w:szCs w:val="28"/>
              </w:rPr>
              <w:t>Ngoài ngân sách nhà nước</w:t>
            </w:r>
          </w:p>
        </w:tc>
      </w:tr>
      <w:tr w:rsidR="00E91A42" w:rsidRPr="00E91A42" w14:paraId="058DE703" w14:textId="77777777" w:rsidTr="00A701F9">
        <w:trPr>
          <w:trHeight w:val="570"/>
        </w:trPr>
        <w:tc>
          <w:tcPr>
            <w:tcW w:w="630" w:type="dxa"/>
            <w:vMerge/>
          </w:tcPr>
          <w:p w14:paraId="2B5D3CD0" w14:textId="77777777" w:rsidR="00E91A42" w:rsidRPr="00E91A42" w:rsidRDefault="00E91A42" w:rsidP="00A701F9">
            <w:pPr>
              <w:jc w:val="center"/>
              <w:rPr>
                <w:b/>
                <w:sz w:val="28"/>
                <w:szCs w:val="28"/>
              </w:rPr>
            </w:pPr>
          </w:p>
        </w:tc>
        <w:tc>
          <w:tcPr>
            <w:tcW w:w="3510" w:type="dxa"/>
            <w:gridSpan w:val="3"/>
            <w:vMerge w:val="restart"/>
          </w:tcPr>
          <w:p w14:paraId="32F2C35B" w14:textId="77777777" w:rsidR="00E91A42" w:rsidRPr="00E91A42" w:rsidRDefault="00E91A42" w:rsidP="00A701F9">
            <w:pPr>
              <w:jc w:val="center"/>
              <w:rPr>
                <w:b/>
                <w:sz w:val="28"/>
                <w:szCs w:val="28"/>
              </w:rPr>
            </w:pPr>
            <w:r w:rsidRPr="00E91A42">
              <w:rPr>
                <w:b/>
                <w:sz w:val="28"/>
                <w:szCs w:val="28"/>
              </w:rPr>
              <w:t>Nội dung công việc</w:t>
            </w:r>
          </w:p>
        </w:tc>
        <w:tc>
          <w:tcPr>
            <w:tcW w:w="1440" w:type="dxa"/>
            <w:vMerge/>
          </w:tcPr>
          <w:p w14:paraId="263D3657" w14:textId="77777777" w:rsidR="00E91A42" w:rsidRPr="00E91A42" w:rsidRDefault="00E91A42" w:rsidP="00A701F9">
            <w:pPr>
              <w:jc w:val="center"/>
              <w:rPr>
                <w:b/>
                <w:sz w:val="28"/>
                <w:szCs w:val="28"/>
              </w:rPr>
            </w:pPr>
          </w:p>
        </w:tc>
        <w:tc>
          <w:tcPr>
            <w:tcW w:w="1350" w:type="dxa"/>
            <w:vMerge/>
          </w:tcPr>
          <w:p w14:paraId="155A7340" w14:textId="77777777" w:rsidR="00E91A42" w:rsidRPr="00E91A42" w:rsidRDefault="00E91A42" w:rsidP="00A701F9">
            <w:pPr>
              <w:jc w:val="center"/>
              <w:rPr>
                <w:b/>
                <w:sz w:val="28"/>
                <w:szCs w:val="28"/>
              </w:rPr>
            </w:pPr>
          </w:p>
        </w:tc>
        <w:tc>
          <w:tcPr>
            <w:tcW w:w="1170" w:type="dxa"/>
            <w:vMerge/>
          </w:tcPr>
          <w:p w14:paraId="4A040C98" w14:textId="77777777" w:rsidR="00E91A42" w:rsidRPr="00E91A42" w:rsidRDefault="00E91A42" w:rsidP="00A701F9">
            <w:pPr>
              <w:jc w:val="center"/>
              <w:rPr>
                <w:b/>
                <w:sz w:val="28"/>
                <w:szCs w:val="28"/>
              </w:rPr>
            </w:pPr>
          </w:p>
        </w:tc>
        <w:tc>
          <w:tcPr>
            <w:tcW w:w="1170" w:type="dxa"/>
            <w:vMerge/>
          </w:tcPr>
          <w:p w14:paraId="1863F71B" w14:textId="77777777" w:rsidR="00E91A42" w:rsidRPr="00E91A42" w:rsidRDefault="00E91A42" w:rsidP="00A701F9">
            <w:pPr>
              <w:jc w:val="center"/>
              <w:rPr>
                <w:b/>
                <w:sz w:val="28"/>
                <w:szCs w:val="28"/>
              </w:rPr>
            </w:pPr>
          </w:p>
        </w:tc>
        <w:tc>
          <w:tcPr>
            <w:tcW w:w="1080" w:type="dxa"/>
            <w:gridSpan w:val="2"/>
            <w:vMerge/>
            <w:tcBorders>
              <w:bottom w:val="nil"/>
            </w:tcBorders>
          </w:tcPr>
          <w:p w14:paraId="4E0B745D" w14:textId="77777777" w:rsidR="00E91A42" w:rsidRPr="00E91A42" w:rsidRDefault="00E91A42" w:rsidP="00A701F9">
            <w:pPr>
              <w:jc w:val="center"/>
              <w:rPr>
                <w:b/>
                <w:sz w:val="28"/>
                <w:szCs w:val="28"/>
              </w:rPr>
            </w:pPr>
          </w:p>
        </w:tc>
        <w:tc>
          <w:tcPr>
            <w:tcW w:w="2340" w:type="dxa"/>
            <w:gridSpan w:val="3"/>
            <w:vMerge/>
          </w:tcPr>
          <w:p w14:paraId="287BFE69" w14:textId="77777777" w:rsidR="00E91A42" w:rsidRPr="00E91A42" w:rsidRDefault="00E91A42" w:rsidP="00A701F9">
            <w:pPr>
              <w:jc w:val="center"/>
              <w:rPr>
                <w:b/>
                <w:sz w:val="28"/>
                <w:szCs w:val="28"/>
              </w:rPr>
            </w:pPr>
          </w:p>
        </w:tc>
        <w:tc>
          <w:tcPr>
            <w:tcW w:w="2160" w:type="dxa"/>
            <w:gridSpan w:val="3"/>
            <w:vMerge/>
          </w:tcPr>
          <w:p w14:paraId="37DBC7D4" w14:textId="77777777" w:rsidR="00E91A42" w:rsidRPr="00E91A42" w:rsidRDefault="00E91A42" w:rsidP="00A701F9">
            <w:pPr>
              <w:jc w:val="center"/>
              <w:rPr>
                <w:b/>
                <w:sz w:val="28"/>
                <w:szCs w:val="28"/>
              </w:rPr>
            </w:pPr>
          </w:p>
        </w:tc>
      </w:tr>
      <w:tr w:rsidR="00E91A42" w:rsidRPr="00E91A42" w14:paraId="35E218C5" w14:textId="77777777" w:rsidTr="00A701F9">
        <w:trPr>
          <w:trHeight w:val="400"/>
        </w:trPr>
        <w:tc>
          <w:tcPr>
            <w:tcW w:w="630" w:type="dxa"/>
            <w:vMerge/>
          </w:tcPr>
          <w:p w14:paraId="2FE40D25" w14:textId="77777777" w:rsidR="00E91A42" w:rsidRPr="00E91A42" w:rsidRDefault="00E91A42" w:rsidP="00A701F9">
            <w:pPr>
              <w:jc w:val="center"/>
              <w:rPr>
                <w:b/>
                <w:sz w:val="28"/>
                <w:szCs w:val="28"/>
              </w:rPr>
            </w:pPr>
          </w:p>
        </w:tc>
        <w:tc>
          <w:tcPr>
            <w:tcW w:w="3510" w:type="dxa"/>
            <w:gridSpan w:val="3"/>
            <w:vMerge/>
          </w:tcPr>
          <w:p w14:paraId="5AD920FA" w14:textId="77777777" w:rsidR="00E91A42" w:rsidRPr="00E91A42" w:rsidRDefault="00E91A42" w:rsidP="00A701F9">
            <w:pPr>
              <w:jc w:val="center"/>
              <w:rPr>
                <w:b/>
                <w:sz w:val="28"/>
                <w:szCs w:val="28"/>
              </w:rPr>
            </w:pPr>
          </w:p>
        </w:tc>
        <w:tc>
          <w:tcPr>
            <w:tcW w:w="1440" w:type="dxa"/>
            <w:vMerge/>
          </w:tcPr>
          <w:p w14:paraId="56D2FD2C" w14:textId="77777777" w:rsidR="00E91A42" w:rsidRPr="00E91A42" w:rsidRDefault="00E91A42" w:rsidP="00A701F9">
            <w:pPr>
              <w:jc w:val="center"/>
              <w:rPr>
                <w:b/>
                <w:sz w:val="28"/>
                <w:szCs w:val="28"/>
              </w:rPr>
            </w:pPr>
          </w:p>
        </w:tc>
        <w:tc>
          <w:tcPr>
            <w:tcW w:w="1350" w:type="dxa"/>
            <w:vMerge/>
          </w:tcPr>
          <w:p w14:paraId="77475F77" w14:textId="77777777" w:rsidR="00E91A42" w:rsidRPr="00E91A42" w:rsidRDefault="00E91A42" w:rsidP="00A701F9">
            <w:pPr>
              <w:jc w:val="center"/>
              <w:rPr>
                <w:b/>
                <w:sz w:val="28"/>
                <w:szCs w:val="28"/>
              </w:rPr>
            </w:pPr>
          </w:p>
        </w:tc>
        <w:tc>
          <w:tcPr>
            <w:tcW w:w="1170" w:type="dxa"/>
            <w:vMerge/>
          </w:tcPr>
          <w:p w14:paraId="08265A4F" w14:textId="77777777" w:rsidR="00E91A42" w:rsidRPr="00E91A42" w:rsidRDefault="00E91A42" w:rsidP="00A701F9">
            <w:pPr>
              <w:jc w:val="center"/>
              <w:rPr>
                <w:b/>
                <w:sz w:val="28"/>
                <w:szCs w:val="28"/>
              </w:rPr>
            </w:pPr>
          </w:p>
        </w:tc>
        <w:tc>
          <w:tcPr>
            <w:tcW w:w="1170" w:type="dxa"/>
            <w:vMerge/>
          </w:tcPr>
          <w:p w14:paraId="426348C3" w14:textId="77777777" w:rsidR="00E91A42" w:rsidRPr="00E91A42" w:rsidRDefault="00E91A42" w:rsidP="00A701F9">
            <w:pPr>
              <w:jc w:val="center"/>
              <w:rPr>
                <w:b/>
                <w:sz w:val="28"/>
                <w:szCs w:val="28"/>
              </w:rPr>
            </w:pPr>
          </w:p>
        </w:tc>
        <w:tc>
          <w:tcPr>
            <w:tcW w:w="377" w:type="dxa"/>
            <w:tcBorders>
              <w:top w:val="nil"/>
              <w:bottom w:val="single" w:sz="4" w:space="0" w:color="auto"/>
              <w:right w:val="nil"/>
            </w:tcBorders>
          </w:tcPr>
          <w:p w14:paraId="75EB464A" w14:textId="77777777" w:rsidR="00E91A42" w:rsidRPr="00E91A42" w:rsidRDefault="00E91A42" w:rsidP="00A701F9">
            <w:pPr>
              <w:jc w:val="center"/>
              <w:rPr>
                <w:sz w:val="28"/>
                <w:szCs w:val="28"/>
              </w:rPr>
            </w:pPr>
          </w:p>
        </w:tc>
        <w:tc>
          <w:tcPr>
            <w:tcW w:w="703" w:type="dxa"/>
            <w:tcBorders>
              <w:top w:val="nil"/>
              <w:left w:val="nil"/>
            </w:tcBorders>
          </w:tcPr>
          <w:p w14:paraId="5DF482D6" w14:textId="77777777" w:rsidR="00E91A42" w:rsidRPr="00E91A42" w:rsidRDefault="00E91A42" w:rsidP="00A701F9">
            <w:pPr>
              <w:jc w:val="center"/>
              <w:rPr>
                <w:sz w:val="28"/>
                <w:szCs w:val="28"/>
                <w:vertAlign w:val="superscript"/>
              </w:rPr>
            </w:pPr>
          </w:p>
        </w:tc>
        <w:tc>
          <w:tcPr>
            <w:tcW w:w="900" w:type="dxa"/>
          </w:tcPr>
          <w:p w14:paraId="084C329F" w14:textId="77777777" w:rsidR="00E91A42" w:rsidRPr="00E91A42" w:rsidRDefault="00E91A42" w:rsidP="00A701F9">
            <w:pPr>
              <w:jc w:val="center"/>
              <w:rPr>
                <w:sz w:val="28"/>
                <w:szCs w:val="28"/>
              </w:rPr>
            </w:pPr>
            <w:r w:rsidRPr="00E91A42">
              <w:rPr>
                <w:sz w:val="28"/>
                <w:szCs w:val="28"/>
              </w:rPr>
              <w:t>Năm thứ nhất</w:t>
            </w:r>
          </w:p>
        </w:tc>
        <w:tc>
          <w:tcPr>
            <w:tcW w:w="720" w:type="dxa"/>
          </w:tcPr>
          <w:p w14:paraId="6E3EC04C" w14:textId="77777777" w:rsidR="00E91A42" w:rsidRPr="00E91A42" w:rsidRDefault="00E91A42" w:rsidP="00A701F9">
            <w:pPr>
              <w:jc w:val="center"/>
              <w:rPr>
                <w:sz w:val="28"/>
                <w:szCs w:val="28"/>
              </w:rPr>
            </w:pPr>
            <w:r w:rsidRPr="00E91A42">
              <w:rPr>
                <w:sz w:val="28"/>
                <w:szCs w:val="28"/>
              </w:rPr>
              <w:t>Năm thứ hai</w:t>
            </w:r>
          </w:p>
        </w:tc>
        <w:tc>
          <w:tcPr>
            <w:tcW w:w="720" w:type="dxa"/>
          </w:tcPr>
          <w:p w14:paraId="786408D6" w14:textId="77777777" w:rsidR="00E91A42" w:rsidRPr="00E91A42" w:rsidRDefault="00E91A42" w:rsidP="00A701F9">
            <w:pPr>
              <w:jc w:val="center"/>
              <w:rPr>
                <w:sz w:val="28"/>
                <w:szCs w:val="28"/>
              </w:rPr>
            </w:pPr>
            <w:r w:rsidRPr="00E91A42">
              <w:rPr>
                <w:sz w:val="28"/>
                <w:szCs w:val="28"/>
              </w:rPr>
              <w:t>Năm thứ ba</w:t>
            </w:r>
          </w:p>
        </w:tc>
        <w:tc>
          <w:tcPr>
            <w:tcW w:w="720" w:type="dxa"/>
          </w:tcPr>
          <w:p w14:paraId="30B3E2DE" w14:textId="77777777" w:rsidR="00E91A42" w:rsidRPr="00E91A42" w:rsidRDefault="00E91A42" w:rsidP="00A701F9">
            <w:pPr>
              <w:jc w:val="center"/>
              <w:rPr>
                <w:sz w:val="28"/>
                <w:szCs w:val="28"/>
              </w:rPr>
            </w:pPr>
            <w:r w:rsidRPr="00E91A42">
              <w:rPr>
                <w:sz w:val="28"/>
                <w:szCs w:val="28"/>
              </w:rPr>
              <w:t>Năm thứ nhất</w:t>
            </w:r>
          </w:p>
        </w:tc>
        <w:tc>
          <w:tcPr>
            <w:tcW w:w="720" w:type="dxa"/>
          </w:tcPr>
          <w:p w14:paraId="0013327F" w14:textId="77777777" w:rsidR="00E91A42" w:rsidRPr="00E91A42" w:rsidRDefault="00E91A42" w:rsidP="00A701F9">
            <w:pPr>
              <w:jc w:val="center"/>
              <w:rPr>
                <w:sz w:val="28"/>
                <w:szCs w:val="28"/>
              </w:rPr>
            </w:pPr>
            <w:r w:rsidRPr="00E91A42">
              <w:rPr>
                <w:sz w:val="28"/>
                <w:szCs w:val="28"/>
              </w:rPr>
              <w:t>Năm thứ hai</w:t>
            </w:r>
          </w:p>
        </w:tc>
        <w:tc>
          <w:tcPr>
            <w:tcW w:w="720" w:type="dxa"/>
          </w:tcPr>
          <w:p w14:paraId="7B84EF6D" w14:textId="77777777" w:rsidR="00E91A42" w:rsidRPr="00E91A42" w:rsidRDefault="00E91A42" w:rsidP="00A701F9">
            <w:pPr>
              <w:jc w:val="center"/>
              <w:rPr>
                <w:sz w:val="28"/>
                <w:szCs w:val="28"/>
              </w:rPr>
            </w:pPr>
            <w:r w:rsidRPr="00E91A42">
              <w:rPr>
                <w:sz w:val="28"/>
                <w:szCs w:val="28"/>
              </w:rPr>
              <w:t>Năm thứ ba</w:t>
            </w:r>
          </w:p>
        </w:tc>
      </w:tr>
      <w:tr w:rsidR="00E91A42" w:rsidRPr="00E91A42" w14:paraId="285D9B1C" w14:textId="77777777" w:rsidTr="00A701F9">
        <w:trPr>
          <w:trHeight w:val="350"/>
        </w:trPr>
        <w:tc>
          <w:tcPr>
            <w:tcW w:w="630" w:type="dxa"/>
          </w:tcPr>
          <w:p w14:paraId="3DDCFB88" w14:textId="77777777" w:rsidR="00E91A42" w:rsidRPr="00E91A42" w:rsidRDefault="00E91A42" w:rsidP="00A701F9">
            <w:pPr>
              <w:spacing w:before="60"/>
              <w:jc w:val="center"/>
              <w:rPr>
                <w:i/>
                <w:sz w:val="28"/>
                <w:szCs w:val="28"/>
              </w:rPr>
            </w:pPr>
            <w:r w:rsidRPr="00E91A42">
              <w:rPr>
                <w:i/>
                <w:sz w:val="28"/>
                <w:szCs w:val="28"/>
              </w:rPr>
              <w:t>1</w:t>
            </w:r>
          </w:p>
        </w:tc>
        <w:tc>
          <w:tcPr>
            <w:tcW w:w="3510" w:type="dxa"/>
            <w:gridSpan w:val="3"/>
          </w:tcPr>
          <w:p w14:paraId="61AA7290" w14:textId="77777777" w:rsidR="00E91A42" w:rsidRPr="00E91A42" w:rsidRDefault="00E91A42" w:rsidP="00A701F9">
            <w:pPr>
              <w:spacing w:before="60"/>
              <w:jc w:val="center"/>
              <w:rPr>
                <w:i/>
                <w:sz w:val="28"/>
                <w:szCs w:val="28"/>
              </w:rPr>
            </w:pPr>
            <w:r w:rsidRPr="00E91A42">
              <w:rPr>
                <w:i/>
                <w:sz w:val="28"/>
                <w:szCs w:val="28"/>
              </w:rPr>
              <w:t>2</w:t>
            </w:r>
          </w:p>
        </w:tc>
        <w:tc>
          <w:tcPr>
            <w:tcW w:w="1440" w:type="dxa"/>
            <w:tcBorders>
              <w:bottom w:val="single" w:sz="4" w:space="0" w:color="auto"/>
            </w:tcBorders>
          </w:tcPr>
          <w:p w14:paraId="62F9D634" w14:textId="77777777" w:rsidR="00E91A42" w:rsidRPr="00E91A42" w:rsidRDefault="00E91A42" w:rsidP="00A701F9">
            <w:pPr>
              <w:spacing w:before="60"/>
              <w:jc w:val="center"/>
              <w:rPr>
                <w:i/>
                <w:sz w:val="28"/>
                <w:szCs w:val="28"/>
              </w:rPr>
            </w:pPr>
            <w:r w:rsidRPr="00E91A42">
              <w:rPr>
                <w:i/>
                <w:sz w:val="28"/>
                <w:szCs w:val="28"/>
              </w:rPr>
              <w:t>3</w:t>
            </w:r>
          </w:p>
        </w:tc>
        <w:tc>
          <w:tcPr>
            <w:tcW w:w="1350" w:type="dxa"/>
            <w:tcBorders>
              <w:bottom w:val="single" w:sz="4" w:space="0" w:color="auto"/>
            </w:tcBorders>
          </w:tcPr>
          <w:p w14:paraId="259B6534" w14:textId="77777777" w:rsidR="00E91A42" w:rsidRPr="00E91A42" w:rsidRDefault="00E91A42" w:rsidP="00A701F9">
            <w:pPr>
              <w:spacing w:before="60"/>
              <w:jc w:val="center"/>
              <w:rPr>
                <w:i/>
                <w:sz w:val="28"/>
                <w:szCs w:val="28"/>
              </w:rPr>
            </w:pPr>
            <w:r w:rsidRPr="00E91A42">
              <w:rPr>
                <w:i/>
                <w:sz w:val="28"/>
                <w:szCs w:val="28"/>
              </w:rPr>
              <w:t>4</w:t>
            </w:r>
          </w:p>
        </w:tc>
        <w:tc>
          <w:tcPr>
            <w:tcW w:w="1170" w:type="dxa"/>
            <w:tcBorders>
              <w:bottom w:val="single" w:sz="4" w:space="0" w:color="auto"/>
            </w:tcBorders>
          </w:tcPr>
          <w:p w14:paraId="55864D56" w14:textId="77777777" w:rsidR="00E91A42" w:rsidRPr="00E91A42" w:rsidRDefault="00E91A42" w:rsidP="00A701F9">
            <w:pPr>
              <w:spacing w:before="60"/>
              <w:jc w:val="center"/>
              <w:rPr>
                <w:i/>
                <w:sz w:val="28"/>
                <w:szCs w:val="28"/>
              </w:rPr>
            </w:pPr>
            <w:r w:rsidRPr="00E91A42">
              <w:rPr>
                <w:i/>
                <w:sz w:val="28"/>
                <w:szCs w:val="28"/>
              </w:rPr>
              <w:t>5</w:t>
            </w:r>
          </w:p>
        </w:tc>
        <w:tc>
          <w:tcPr>
            <w:tcW w:w="1170" w:type="dxa"/>
            <w:tcBorders>
              <w:bottom w:val="single" w:sz="4" w:space="0" w:color="auto"/>
            </w:tcBorders>
          </w:tcPr>
          <w:p w14:paraId="1C51C718" w14:textId="77777777" w:rsidR="00E91A42" w:rsidRPr="00E91A42" w:rsidRDefault="00E91A42" w:rsidP="00A701F9">
            <w:pPr>
              <w:spacing w:before="60"/>
              <w:jc w:val="center"/>
              <w:rPr>
                <w:i/>
                <w:sz w:val="28"/>
                <w:szCs w:val="28"/>
              </w:rPr>
            </w:pPr>
            <w:r w:rsidRPr="00E91A42">
              <w:rPr>
                <w:i/>
                <w:sz w:val="28"/>
                <w:szCs w:val="28"/>
              </w:rPr>
              <w:t>6</w:t>
            </w:r>
          </w:p>
        </w:tc>
        <w:tc>
          <w:tcPr>
            <w:tcW w:w="1080" w:type="dxa"/>
            <w:gridSpan w:val="2"/>
            <w:tcBorders>
              <w:bottom w:val="single" w:sz="4" w:space="0" w:color="auto"/>
            </w:tcBorders>
          </w:tcPr>
          <w:p w14:paraId="084F97F3" w14:textId="77777777" w:rsidR="00E91A42" w:rsidRPr="00E91A42" w:rsidRDefault="00E91A42" w:rsidP="00A701F9">
            <w:pPr>
              <w:spacing w:before="60"/>
              <w:jc w:val="center"/>
              <w:rPr>
                <w:i/>
                <w:sz w:val="28"/>
                <w:szCs w:val="28"/>
              </w:rPr>
            </w:pPr>
            <w:r w:rsidRPr="00E91A42">
              <w:rPr>
                <w:sz w:val="28"/>
                <w:szCs w:val="28"/>
              </w:rPr>
              <w:t>7=5x6x</w:t>
            </w:r>
            <w:r w:rsidRPr="00E91A42">
              <w:rPr>
                <w:b/>
                <w:sz w:val="28"/>
                <w:szCs w:val="28"/>
              </w:rPr>
              <w:t>Lcs</w:t>
            </w:r>
            <w:r w:rsidRPr="00E91A42">
              <w:rPr>
                <w:b/>
                <w:sz w:val="28"/>
                <w:szCs w:val="28"/>
                <w:vertAlign w:val="superscript"/>
              </w:rPr>
              <w:t>5</w:t>
            </w:r>
          </w:p>
        </w:tc>
        <w:tc>
          <w:tcPr>
            <w:tcW w:w="900" w:type="dxa"/>
            <w:tcBorders>
              <w:bottom w:val="single" w:sz="4" w:space="0" w:color="auto"/>
            </w:tcBorders>
          </w:tcPr>
          <w:p w14:paraId="7084E98A" w14:textId="77777777" w:rsidR="00E91A42" w:rsidRPr="00E91A42" w:rsidRDefault="00E91A42" w:rsidP="00A701F9">
            <w:pPr>
              <w:spacing w:before="60"/>
              <w:jc w:val="center"/>
              <w:rPr>
                <w:i/>
                <w:sz w:val="28"/>
                <w:szCs w:val="28"/>
              </w:rPr>
            </w:pPr>
            <w:r w:rsidRPr="00E91A42">
              <w:rPr>
                <w:i/>
                <w:sz w:val="28"/>
                <w:szCs w:val="28"/>
              </w:rPr>
              <w:t>8</w:t>
            </w:r>
          </w:p>
        </w:tc>
        <w:tc>
          <w:tcPr>
            <w:tcW w:w="720" w:type="dxa"/>
            <w:tcBorders>
              <w:bottom w:val="single" w:sz="4" w:space="0" w:color="auto"/>
            </w:tcBorders>
          </w:tcPr>
          <w:p w14:paraId="3600500A" w14:textId="77777777" w:rsidR="00E91A42" w:rsidRPr="00E91A42" w:rsidRDefault="00E91A42" w:rsidP="00A701F9">
            <w:pPr>
              <w:spacing w:before="60"/>
              <w:jc w:val="center"/>
              <w:rPr>
                <w:i/>
                <w:sz w:val="28"/>
                <w:szCs w:val="28"/>
              </w:rPr>
            </w:pPr>
            <w:r w:rsidRPr="00E91A42">
              <w:rPr>
                <w:i/>
                <w:sz w:val="28"/>
                <w:szCs w:val="28"/>
              </w:rPr>
              <w:t>9</w:t>
            </w:r>
          </w:p>
        </w:tc>
        <w:tc>
          <w:tcPr>
            <w:tcW w:w="720" w:type="dxa"/>
            <w:tcBorders>
              <w:bottom w:val="single" w:sz="4" w:space="0" w:color="auto"/>
            </w:tcBorders>
          </w:tcPr>
          <w:p w14:paraId="450B61AE" w14:textId="77777777" w:rsidR="00E91A42" w:rsidRPr="00E91A42" w:rsidRDefault="00E91A42" w:rsidP="00A701F9">
            <w:pPr>
              <w:spacing w:before="60"/>
              <w:jc w:val="center"/>
              <w:rPr>
                <w:i/>
                <w:sz w:val="28"/>
                <w:szCs w:val="28"/>
              </w:rPr>
            </w:pPr>
            <w:r w:rsidRPr="00E91A42">
              <w:rPr>
                <w:i/>
                <w:sz w:val="28"/>
                <w:szCs w:val="28"/>
              </w:rPr>
              <w:t>10</w:t>
            </w:r>
          </w:p>
        </w:tc>
        <w:tc>
          <w:tcPr>
            <w:tcW w:w="720" w:type="dxa"/>
            <w:tcBorders>
              <w:bottom w:val="single" w:sz="4" w:space="0" w:color="auto"/>
            </w:tcBorders>
          </w:tcPr>
          <w:p w14:paraId="60AF2614" w14:textId="77777777" w:rsidR="00E91A42" w:rsidRPr="00E91A42" w:rsidRDefault="00E91A42" w:rsidP="00A701F9">
            <w:pPr>
              <w:spacing w:before="60"/>
              <w:jc w:val="center"/>
              <w:rPr>
                <w:i/>
                <w:sz w:val="28"/>
                <w:szCs w:val="28"/>
              </w:rPr>
            </w:pPr>
            <w:r w:rsidRPr="00E91A42">
              <w:rPr>
                <w:i/>
                <w:sz w:val="28"/>
                <w:szCs w:val="28"/>
              </w:rPr>
              <w:t>11</w:t>
            </w:r>
          </w:p>
        </w:tc>
        <w:tc>
          <w:tcPr>
            <w:tcW w:w="720" w:type="dxa"/>
          </w:tcPr>
          <w:p w14:paraId="3A54AD40" w14:textId="77777777" w:rsidR="00E91A42" w:rsidRPr="00E91A42" w:rsidRDefault="00E91A42" w:rsidP="00A701F9">
            <w:pPr>
              <w:spacing w:before="60"/>
              <w:jc w:val="center"/>
              <w:rPr>
                <w:i/>
                <w:sz w:val="28"/>
                <w:szCs w:val="28"/>
              </w:rPr>
            </w:pPr>
            <w:r w:rsidRPr="00E91A42">
              <w:rPr>
                <w:i/>
                <w:sz w:val="28"/>
                <w:szCs w:val="28"/>
              </w:rPr>
              <w:t>12</w:t>
            </w:r>
          </w:p>
        </w:tc>
        <w:tc>
          <w:tcPr>
            <w:tcW w:w="720" w:type="dxa"/>
          </w:tcPr>
          <w:p w14:paraId="5D873DE0" w14:textId="77777777" w:rsidR="00E91A42" w:rsidRPr="00E91A42" w:rsidRDefault="00E91A42" w:rsidP="00A701F9">
            <w:pPr>
              <w:spacing w:before="60"/>
              <w:jc w:val="center"/>
              <w:rPr>
                <w:i/>
                <w:sz w:val="28"/>
                <w:szCs w:val="28"/>
              </w:rPr>
            </w:pPr>
            <w:r w:rsidRPr="00E91A42">
              <w:rPr>
                <w:i/>
                <w:sz w:val="28"/>
                <w:szCs w:val="28"/>
              </w:rPr>
              <w:t>13</w:t>
            </w:r>
          </w:p>
        </w:tc>
      </w:tr>
      <w:tr w:rsidR="00E91A42" w:rsidRPr="00E91A42" w14:paraId="6789D68C" w14:textId="77777777" w:rsidTr="00A701F9">
        <w:trPr>
          <w:trHeight w:val="387"/>
        </w:trPr>
        <w:tc>
          <w:tcPr>
            <w:tcW w:w="630" w:type="dxa"/>
          </w:tcPr>
          <w:p w14:paraId="2A1447C2" w14:textId="77777777" w:rsidR="00E91A42" w:rsidRPr="00E91A42" w:rsidRDefault="00E91A42" w:rsidP="00A701F9">
            <w:pPr>
              <w:jc w:val="center"/>
              <w:rPr>
                <w:b/>
                <w:sz w:val="28"/>
                <w:szCs w:val="28"/>
              </w:rPr>
            </w:pPr>
            <w:r w:rsidRPr="00E91A42">
              <w:rPr>
                <w:b/>
                <w:sz w:val="28"/>
                <w:szCs w:val="28"/>
              </w:rPr>
              <w:t>1</w:t>
            </w:r>
          </w:p>
        </w:tc>
        <w:tc>
          <w:tcPr>
            <w:tcW w:w="3510" w:type="dxa"/>
            <w:gridSpan w:val="3"/>
          </w:tcPr>
          <w:p w14:paraId="671194FF" w14:textId="77777777" w:rsidR="00E91A42" w:rsidRPr="00E91A42" w:rsidRDefault="00E91A42" w:rsidP="00A701F9">
            <w:pPr>
              <w:jc w:val="both"/>
              <w:rPr>
                <w:i/>
                <w:sz w:val="28"/>
                <w:szCs w:val="28"/>
              </w:rPr>
            </w:pPr>
            <w:r w:rsidRPr="00E91A42">
              <w:rPr>
                <w:b/>
                <w:sz w:val="28"/>
                <w:szCs w:val="28"/>
              </w:rPr>
              <w:t>Nghiên cứu và triển khai trong nước</w:t>
            </w:r>
          </w:p>
        </w:tc>
        <w:tc>
          <w:tcPr>
            <w:tcW w:w="10710" w:type="dxa"/>
            <w:gridSpan w:val="12"/>
          </w:tcPr>
          <w:p w14:paraId="288DEB55" w14:textId="77777777" w:rsidR="00E91A42" w:rsidRPr="00E91A42" w:rsidRDefault="00E91A42" w:rsidP="00A701F9">
            <w:pPr>
              <w:rPr>
                <w:i/>
                <w:sz w:val="28"/>
                <w:szCs w:val="28"/>
              </w:rPr>
            </w:pPr>
          </w:p>
        </w:tc>
      </w:tr>
      <w:tr w:rsidR="00E91A42" w:rsidRPr="00E91A42" w14:paraId="28E2C6BD" w14:textId="77777777" w:rsidTr="00A701F9">
        <w:trPr>
          <w:trHeight w:val="374"/>
        </w:trPr>
        <w:tc>
          <w:tcPr>
            <w:tcW w:w="630" w:type="dxa"/>
            <w:vMerge w:val="restart"/>
          </w:tcPr>
          <w:p w14:paraId="2DF89B51" w14:textId="77777777" w:rsidR="00E91A42" w:rsidRPr="00E91A42" w:rsidRDefault="00E91A42" w:rsidP="00A701F9">
            <w:pPr>
              <w:jc w:val="center"/>
              <w:rPr>
                <w:i/>
                <w:sz w:val="28"/>
                <w:szCs w:val="28"/>
              </w:rPr>
            </w:pPr>
          </w:p>
        </w:tc>
        <w:tc>
          <w:tcPr>
            <w:tcW w:w="3510" w:type="dxa"/>
            <w:gridSpan w:val="3"/>
          </w:tcPr>
          <w:p w14:paraId="356B3FD4" w14:textId="77777777" w:rsidR="00E91A42" w:rsidRPr="00E91A42" w:rsidRDefault="00E91A42" w:rsidP="00A701F9">
            <w:pPr>
              <w:jc w:val="both"/>
              <w:rPr>
                <w:sz w:val="28"/>
                <w:szCs w:val="28"/>
              </w:rPr>
            </w:pPr>
            <w:r w:rsidRPr="00E91A42">
              <w:rPr>
                <w:sz w:val="28"/>
                <w:szCs w:val="28"/>
              </w:rPr>
              <w:t xml:space="preserve">1.1. Công việc 1: </w:t>
            </w:r>
          </w:p>
        </w:tc>
        <w:tc>
          <w:tcPr>
            <w:tcW w:w="1440" w:type="dxa"/>
          </w:tcPr>
          <w:p w14:paraId="6E7C73D7" w14:textId="77777777" w:rsidR="00E91A42" w:rsidRPr="00E91A42" w:rsidRDefault="00E91A42" w:rsidP="00A701F9">
            <w:pPr>
              <w:rPr>
                <w:sz w:val="28"/>
                <w:szCs w:val="28"/>
              </w:rPr>
            </w:pPr>
          </w:p>
        </w:tc>
        <w:tc>
          <w:tcPr>
            <w:tcW w:w="1350" w:type="dxa"/>
          </w:tcPr>
          <w:p w14:paraId="3774F86A" w14:textId="77777777" w:rsidR="00E91A42" w:rsidRPr="00E91A42" w:rsidRDefault="00E91A42" w:rsidP="00A701F9">
            <w:pPr>
              <w:jc w:val="center"/>
              <w:rPr>
                <w:sz w:val="28"/>
                <w:szCs w:val="28"/>
              </w:rPr>
            </w:pPr>
          </w:p>
        </w:tc>
        <w:tc>
          <w:tcPr>
            <w:tcW w:w="1170" w:type="dxa"/>
          </w:tcPr>
          <w:p w14:paraId="1D6AD759" w14:textId="77777777" w:rsidR="00E91A42" w:rsidRPr="00E91A42" w:rsidRDefault="00E91A42" w:rsidP="00A701F9">
            <w:pPr>
              <w:jc w:val="center"/>
              <w:rPr>
                <w:sz w:val="28"/>
                <w:szCs w:val="28"/>
              </w:rPr>
            </w:pPr>
          </w:p>
        </w:tc>
        <w:tc>
          <w:tcPr>
            <w:tcW w:w="1170" w:type="dxa"/>
          </w:tcPr>
          <w:p w14:paraId="26D426D5" w14:textId="77777777" w:rsidR="00E91A42" w:rsidRPr="00E91A42" w:rsidRDefault="00E91A42" w:rsidP="00A701F9">
            <w:pPr>
              <w:jc w:val="center"/>
              <w:rPr>
                <w:sz w:val="28"/>
                <w:szCs w:val="28"/>
              </w:rPr>
            </w:pPr>
          </w:p>
        </w:tc>
        <w:tc>
          <w:tcPr>
            <w:tcW w:w="377" w:type="dxa"/>
            <w:tcBorders>
              <w:right w:val="nil"/>
            </w:tcBorders>
          </w:tcPr>
          <w:p w14:paraId="33E28761" w14:textId="77777777" w:rsidR="00E91A42" w:rsidRPr="00E91A42" w:rsidRDefault="00E91A42" w:rsidP="00A701F9">
            <w:pPr>
              <w:rPr>
                <w:sz w:val="28"/>
                <w:szCs w:val="28"/>
              </w:rPr>
            </w:pPr>
          </w:p>
        </w:tc>
        <w:tc>
          <w:tcPr>
            <w:tcW w:w="703" w:type="dxa"/>
            <w:tcBorders>
              <w:left w:val="nil"/>
            </w:tcBorders>
          </w:tcPr>
          <w:p w14:paraId="14707174" w14:textId="77777777" w:rsidR="00E91A42" w:rsidRPr="00E91A42" w:rsidRDefault="00E91A42" w:rsidP="00A701F9">
            <w:pPr>
              <w:jc w:val="center"/>
              <w:rPr>
                <w:sz w:val="28"/>
                <w:szCs w:val="28"/>
              </w:rPr>
            </w:pPr>
          </w:p>
        </w:tc>
        <w:tc>
          <w:tcPr>
            <w:tcW w:w="900" w:type="dxa"/>
          </w:tcPr>
          <w:p w14:paraId="38BD211E" w14:textId="77777777" w:rsidR="00E91A42" w:rsidRPr="00E91A42" w:rsidRDefault="00E91A42" w:rsidP="00A701F9">
            <w:pPr>
              <w:jc w:val="center"/>
              <w:rPr>
                <w:sz w:val="28"/>
                <w:szCs w:val="28"/>
              </w:rPr>
            </w:pPr>
          </w:p>
        </w:tc>
        <w:tc>
          <w:tcPr>
            <w:tcW w:w="720" w:type="dxa"/>
          </w:tcPr>
          <w:p w14:paraId="4AAC5BA8" w14:textId="77777777" w:rsidR="00E91A42" w:rsidRPr="00E91A42" w:rsidRDefault="00E91A42" w:rsidP="00A701F9">
            <w:pPr>
              <w:rPr>
                <w:sz w:val="28"/>
                <w:szCs w:val="28"/>
              </w:rPr>
            </w:pPr>
          </w:p>
        </w:tc>
        <w:tc>
          <w:tcPr>
            <w:tcW w:w="720" w:type="dxa"/>
          </w:tcPr>
          <w:p w14:paraId="51451B1D" w14:textId="77777777" w:rsidR="00E91A42" w:rsidRPr="00E91A42" w:rsidRDefault="00E91A42" w:rsidP="00A701F9">
            <w:pPr>
              <w:rPr>
                <w:sz w:val="28"/>
                <w:szCs w:val="28"/>
              </w:rPr>
            </w:pPr>
          </w:p>
        </w:tc>
        <w:tc>
          <w:tcPr>
            <w:tcW w:w="720" w:type="dxa"/>
          </w:tcPr>
          <w:p w14:paraId="632E14A1" w14:textId="77777777" w:rsidR="00E91A42" w:rsidRPr="00E91A42" w:rsidRDefault="00E91A42" w:rsidP="00A701F9">
            <w:pPr>
              <w:rPr>
                <w:sz w:val="28"/>
                <w:szCs w:val="28"/>
              </w:rPr>
            </w:pPr>
          </w:p>
        </w:tc>
        <w:tc>
          <w:tcPr>
            <w:tcW w:w="720" w:type="dxa"/>
          </w:tcPr>
          <w:p w14:paraId="79DA504F" w14:textId="77777777" w:rsidR="00E91A42" w:rsidRPr="00E91A42" w:rsidRDefault="00E91A42" w:rsidP="00A701F9">
            <w:pPr>
              <w:rPr>
                <w:sz w:val="28"/>
                <w:szCs w:val="28"/>
              </w:rPr>
            </w:pPr>
          </w:p>
        </w:tc>
        <w:tc>
          <w:tcPr>
            <w:tcW w:w="720" w:type="dxa"/>
          </w:tcPr>
          <w:p w14:paraId="4747CF26" w14:textId="77777777" w:rsidR="00E91A42" w:rsidRPr="00E91A42" w:rsidRDefault="00E91A42" w:rsidP="00A701F9">
            <w:pPr>
              <w:rPr>
                <w:sz w:val="28"/>
                <w:szCs w:val="28"/>
              </w:rPr>
            </w:pPr>
          </w:p>
        </w:tc>
      </w:tr>
      <w:tr w:rsidR="00E91A42" w:rsidRPr="00E91A42" w14:paraId="57992D1E" w14:textId="77777777" w:rsidTr="00A701F9">
        <w:trPr>
          <w:trHeight w:val="662"/>
        </w:trPr>
        <w:tc>
          <w:tcPr>
            <w:tcW w:w="630" w:type="dxa"/>
            <w:vMerge/>
          </w:tcPr>
          <w:p w14:paraId="1EEF03A6" w14:textId="77777777" w:rsidR="00E91A42" w:rsidRPr="00E91A42" w:rsidRDefault="00E91A42" w:rsidP="00A701F9">
            <w:pPr>
              <w:jc w:val="center"/>
              <w:rPr>
                <w:i/>
                <w:sz w:val="28"/>
                <w:szCs w:val="28"/>
              </w:rPr>
            </w:pPr>
          </w:p>
        </w:tc>
        <w:tc>
          <w:tcPr>
            <w:tcW w:w="3240" w:type="dxa"/>
            <w:gridSpan w:val="2"/>
            <w:tcBorders>
              <w:right w:val="nil"/>
            </w:tcBorders>
          </w:tcPr>
          <w:p w14:paraId="526BB99E" w14:textId="77777777" w:rsidR="00E91A42" w:rsidRPr="00E91A42" w:rsidRDefault="00E91A42" w:rsidP="00A701F9">
            <w:pPr>
              <w:jc w:val="both"/>
              <w:rPr>
                <w:sz w:val="28"/>
                <w:szCs w:val="28"/>
              </w:rPr>
            </w:pPr>
            <w:r w:rsidRPr="00E91A42">
              <w:rPr>
                <w:sz w:val="28"/>
                <w:szCs w:val="28"/>
              </w:rPr>
              <w:t>……………..</w:t>
            </w:r>
          </w:p>
        </w:tc>
        <w:tc>
          <w:tcPr>
            <w:tcW w:w="270" w:type="dxa"/>
            <w:tcBorders>
              <w:left w:val="nil"/>
            </w:tcBorders>
          </w:tcPr>
          <w:p w14:paraId="09BCB2BA" w14:textId="77777777" w:rsidR="00E91A42" w:rsidRPr="00E91A42" w:rsidRDefault="00E91A42" w:rsidP="00A701F9">
            <w:pPr>
              <w:jc w:val="both"/>
              <w:rPr>
                <w:i/>
                <w:sz w:val="28"/>
                <w:szCs w:val="28"/>
              </w:rPr>
            </w:pPr>
          </w:p>
          <w:p w14:paraId="27213242" w14:textId="77777777" w:rsidR="00E91A42" w:rsidRPr="00E91A42" w:rsidRDefault="00E91A42" w:rsidP="00A701F9">
            <w:pPr>
              <w:jc w:val="both"/>
              <w:rPr>
                <w:i/>
                <w:sz w:val="28"/>
                <w:szCs w:val="28"/>
              </w:rPr>
            </w:pPr>
          </w:p>
        </w:tc>
        <w:tc>
          <w:tcPr>
            <w:tcW w:w="1440" w:type="dxa"/>
            <w:tcBorders>
              <w:bottom w:val="single" w:sz="4" w:space="0" w:color="auto"/>
            </w:tcBorders>
          </w:tcPr>
          <w:p w14:paraId="3F91D9A8" w14:textId="77777777" w:rsidR="00E91A42" w:rsidRPr="00E91A42" w:rsidRDefault="00E91A42" w:rsidP="00A701F9">
            <w:pPr>
              <w:rPr>
                <w:i/>
                <w:sz w:val="28"/>
                <w:szCs w:val="28"/>
              </w:rPr>
            </w:pPr>
          </w:p>
        </w:tc>
        <w:tc>
          <w:tcPr>
            <w:tcW w:w="1350" w:type="dxa"/>
            <w:tcBorders>
              <w:bottom w:val="single" w:sz="4" w:space="0" w:color="auto"/>
            </w:tcBorders>
          </w:tcPr>
          <w:p w14:paraId="5957C70A" w14:textId="77777777" w:rsidR="00E91A42" w:rsidRPr="00E91A42" w:rsidRDefault="00E91A42" w:rsidP="00A701F9">
            <w:pPr>
              <w:rPr>
                <w:i/>
                <w:sz w:val="28"/>
                <w:szCs w:val="28"/>
              </w:rPr>
            </w:pPr>
          </w:p>
        </w:tc>
        <w:tc>
          <w:tcPr>
            <w:tcW w:w="1170" w:type="dxa"/>
            <w:tcBorders>
              <w:bottom w:val="single" w:sz="4" w:space="0" w:color="auto"/>
            </w:tcBorders>
          </w:tcPr>
          <w:p w14:paraId="177BAFA4" w14:textId="77777777" w:rsidR="00E91A42" w:rsidRPr="00E91A42" w:rsidRDefault="00E91A42" w:rsidP="00A701F9">
            <w:pPr>
              <w:rPr>
                <w:i/>
                <w:sz w:val="28"/>
                <w:szCs w:val="28"/>
              </w:rPr>
            </w:pPr>
          </w:p>
        </w:tc>
        <w:tc>
          <w:tcPr>
            <w:tcW w:w="1170" w:type="dxa"/>
            <w:tcBorders>
              <w:bottom w:val="single" w:sz="4" w:space="0" w:color="auto"/>
            </w:tcBorders>
          </w:tcPr>
          <w:p w14:paraId="7F0DD45B" w14:textId="77777777" w:rsidR="00E91A42" w:rsidRPr="00E91A42" w:rsidRDefault="00E91A42" w:rsidP="00A701F9">
            <w:pPr>
              <w:rPr>
                <w:i/>
                <w:sz w:val="28"/>
                <w:szCs w:val="28"/>
              </w:rPr>
            </w:pPr>
          </w:p>
        </w:tc>
        <w:tc>
          <w:tcPr>
            <w:tcW w:w="377" w:type="dxa"/>
            <w:tcBorders>
              <w:right w:val="nil"/>
            </w:tcBorders>
          </w:tcPr>
          <w:p w14:paraId="5098A696" w14:textId="77777777" w:rsidR="00E91A42" w:rsidRPr="00E91A42" w:rsidRDefault="00E91A42" w:rsidP="00A701F9">
            <w:pPr>
              <w:rPr>
                <w:i/>
                <w:sz w:val="28"/>
                <w:szCs w:val="28"/>
              </w:rPr>
            </w:pPr>
          </w:p>
        </w:tc>
        <w:tc>
          <w:tcPr>
            <w:tcW w:w="703" w:type="dxa"/>
            <w:tcBorders>
              <w:left w:val="nil"/>
              <w:bottom w:val="single" w:sz="4" w:space="0" w:color="auto"/>
            </w:tcBorders>
          </w:tcPr>
          <w:p w14:paraId="0B3BA854" w14:textId="77777777" w:rsidR="00E91A42" w:rsidRPr="00E91A42" w:rsidRDefault="00E91A42" w:rsidP="00A701F9">
            <w:pPr>
              <w:rPr>
                <w:i/>
                <w:sz w:val="28"/>
                <w:szCs w:val="28"/>
              </w:rPr>
            </w:pPr>
          </w:p>
        </w:tc>
        <w:tc>
          <w:tcPr>
            <w:tcW w:w="900" w:type="dxa"/>
            <w:tcBorders>
              <w:bottom w:val="single" w:sz="4" w:space="0" w:color="auto"/>
            </w:tcBorders>
          </w:tcPr>
          <w:p w14:paraId="0AB55E35" w14:textId="77777777" w:rsidR="00E91A42" w:rsidRPr="00E91A42" w:rsidRDefault="00E91A42" w:rsidP="00A701F9">
            <w:pPr>
              <w:rPr>
                <w:i/>
                <w:sz w:val="28"/>
                <w:szCs w:val="28"/>
              </w:rPr>
            </w:pPr>
          </w:p>
        </w:tc>
        <w:tc>
          <w:tcPr>
            <w:tcW w:w="720" w:type="dxa"/>
            <w:tcBorders>
              <w:bottom w:val="single" w:sz="4" w:space="0" w:color="auto"/>
            </w:tcBorders>
          </w:tcPr>
          <w:p w14:paraId="6AEBD9DD" w14:textId="77777777" w:rsidR="00E91A42" w:rsidRPr="00E91A42" w:rsidRDefault="00E91A42" w:rsidP="00A701F9">
            <w:pPr>
              <w:rPr>
                <w:i/>
                <w:sz w:val="28"/>
                <w:szCs w:val="28"/>
              </w:rPr>
            </w:pPr>
          </w:p>
        </w:tc>
        <w:tc>
          <w:tcPr>
            <w:tcW w:w="720" w:type="dxa"/>
            <w:tcBorders>
              <w:bottom w:val="single" w:sz="4" w:space="0" w:color="auto"/>
            </w:tcBorders>
          </w:tcPr>
          <w:p w14:paraId="7511DF7B" w14:textId="77777777" w:rsidR="00E91A42" w:rsidRPr="00E91A42" w:rsidRDefault="00E91A42" w:rsidP="00A701F9">
            <w:pPr>
              <w:rPr>
                <w:i/>
                <w:sz w:val="28"/>
                <w:szCs w:val="28"/>
              </w:rPr>
            </w:pPr>
          </w:p>
        </w:tc>
        <w:tc>
          <w:tcPr>
            <w:tcW w:w="720" w:type="dxa"/>
            <w:tcBorders>
              <w:bottom w:val="single" w:sz="4" w:space="0" w:color="auto"/>
            </w:tcBorders>
          </w:tcPr>
          <w:p w14:paraId="49B7569D" w14:textId="77777777" w:rsidR="00E91A42" w:rsidRPr="00E91A42" w:rsidRDefault="00E91A42" w:rsidP="00A701F9">
            <w:pPr>
              <w:rPr>
                <w:i/>
                <w:sz w:val="28"/>
                <w:szCs w:val="28"/>
              </w:rPr>
            </w:pPr>
          </w:p>
        </w:tc>
        <w:tc>
          <w:tcPr>
            <w:tcW w:w="720" w:type="dxa"/>
          </w:tcPr>
          <w:p w14:paraId="1982924A" w14:textId="77777777" w:rsidR="00E91A42" w:rsidRPr="00E91A42" w:rsidRDefault="00E91A42" w:rsidP="00A701F9">
            <w:pPr>
              <w:rPr>
                <w:i/>
                <w:sz w:val="28"/>
                <w:szCs w:val="28"/>
              </w:rPr>
            </w:pPr>
          </w:p>
        </w:tc>
        <w:tc>
          <w:tcPr>
            <w:tcW w:w="720" w:type="dxa"/>
          </w:tcPr>
          <w:p w14:paraId="4132DEC6" w14:textId="77777777" w:rsidR="00E91A42" w:rsidRPr="00E91A42" w:rsidRDefault="00E91A42" w:rsidP="00A701F9">
            <w:pPr>
              <w:rPr>
                <w:i/>
                <w:sz w:val="28"/>
                <w:szCs w:val="28"/>
              </w:rPr>
            </w:pPr>
          </w:p>
        </w:tc>
      </w:tr>
      <w:tr w:rsidR="00E91A42" w:rsidRPr="00E91A42" w14:paraId="0F6C7253" w14:textId="77777777" w:rsidTr="00A701F9">
        <w:trPr>
          <w:trHeight w:val="396"/>
        </w:trPr>
        <w:tc>
          <w:tcPr>
            <w:tcW w:w="630" w:type="dxa"/>
          </w:tcPr>
          <w:p w14:paraId="2A64B3E9" w14:textId="77777777" w:rsidR="00E91A42" w:rsidRPr="00E91A42" w:rsidRDefault="00E91A42" w:rsidP="00A701F9">
            <w:pPr>
              <w:jc w:val="center"/>
              <w:rPr>
                <w:b/>
                <w:sz w:val="28"/>
                <w:szCs w:val="28"/>
              </w:rPr>
            </w:pPr>
            <w:r w:rsidRPr="00E91A42">
              <w:rPr>
                <w:b/>
                <w:sz w:val="28"/>
                <w:szCs w:val="28"/>
              </w:rPr>
              <w:lastRenderedPageBreak/>
              <w:t>2</w:t>
            </w:r>
          </w:p>
        </w:tc>
        <w:tc>
          <w:tcPr>
            <w:tcW w:w="3510" w:type="dxa"/>
            <w:gridSpan w:val="3"/>
          </w:tcPr>
          <w:p w14:paraId="7456CD94" w14:textId="77777777" w:rsidR="00E91A42" w:rsidRPr="00E91A42" w:rsidRDefault="00E91A42" w:rsidP="00A701F9">
            <w:pPr>
              <w:jc w:val="both"/>
              <w:rPr>
                <w:i/>
                <w:sz w:val="28"/>
                <w:szCs w:val="28"/>
              </w:rPr>
            </w:pPr>
            <w:r w:rsidRPr="00E91A42">
              <w:rPr>
                <w:b/>
                <w:sz w:val="28"/>
                <w:szCs w:val="28"/>
              </w:rPr>
              <w:t>Hợp tác nghiên cứu với đối tác nước ngoài</w:t>
            </w:r>
          </w:p>
        </w:tc>
        <w:tc>
          <w:tcPr>
            <w:tcW w:w="10710" w:type="dxa"/>
            <w:gridSpan w:val="12"/>
          </w:tcPr>
          <w:p w14:paraId="4119A219" w14:textId="77777777" w:rsidR="00E91A42" w:rsidRPr="00E91A42" w:rsidRDefault="00E91A42" w:rsidP="00A701F9">
            <w:pPr>
              <w:rPr>
                <w:i/>
                <w:sz w:val="28"/>
                <w:szCs w:val="28"/>
              </w:rPr>
            </w:pPr>
          </w:p>
        </w:tc>
      </w:tr>
      <w:tr w:rsidR="00E91A42" w:rsidRPr="00E91A42" w14:paraId="68CB651B" w14:textId="77777777" w:rsidTr="00A701F9">
        <w:trPr>
          <w:trHeight w:val="299"/>
        </w:trPr>
        <w:tc>
          <w:tcPr>
            <w:tcW w:w="630" w:type="dxa"/>
            <w:vMerge w:val="restart"/>
          </w:tcPr>
          <w:p w14:paraId="4E6A9A71" w14:textId="77777777" w:rsidR="00E91A42" w:rsidRPr="00E91A42" w:rsidRDefault="00E91A42" w:rsidP="00A701F9">
            <w:pPr>
              <w:jc w:val="center"/>
              <w:rPr>
                <w:i/>
                <w:sz w:val="28"/>
                <w:szCs w:val="28"/>
              </w:rPr>
            </w:pPr>
          </w:p>
        </w:tc>
        <w:tc>
          <w:tcPr>
            <w:tcW w:w="3240" w:type="dxa"/>
            <w:gridSpan w:val="2"/>
            <w:tcBorders>
              <w:right w:val="nil"/>
            </w:tcBorders>
          </w:tcPr>
          <w:p w14:paraId="6AB3B50B" w14:textId="77777777" w:rsidR="00E91A42" w:rsidRPr="00E91A42" w:rsidRDefault="00E91A42" w:rsidP="00A701F9">
            <w:pPr>
              <w:jc w:val="both"/>
              <w:rPr>
                <w:b/>
                <w:i/>
                <w:sz w:val="28"/>
                <w:szCs w:val="28"/>
              </w:rPr>
            </w:pPr>
            <w:r w:rsidRPr="00E91A42">
              <w:rPr>
                <w:sz w:val="28"/>
                <w:szCs w:val="28"/>
              </w:rPr>
              <w:t>2.1. Công việc 1:</w:t>
            </w:r>
          </w:p>
        </w:tc>
        <w:tc>
          <w:tcPr>
            <w:tcW w:w="270" w:type="dxa"/>
            <w:tcBorders>
              <w:left w:val="nil"/>
            </w:tcBorders>
          </w:tcPr>
          <w:p w14:paraId="0B355897" w14:textId="77777777" w:rsidR="00E91A42" w:rsidRPr="00E91A42" w:rsidRDefault="00E91A42" w:rsidP="00A701F9">
            <w:pPr>
              <w:jc w:val="both"/>
              <w:rPr>
                <w:i/>
                <w:sz w:val="28"/>
                <w:szCs w:val="28"/>
              </w:rPr>
            </w:pPr>
          </w:p>
        </w:tc>
        <w:tc>
          <w:tcPr>
            <w:tcW w:w="1440" w:type="dxa"/>
          </w:tcPr>
          <w:p w14:paraId="18945A6C" w14:textId="77777777" w:rsidR="00E91A42" w:rsidRPr="00E91A42" w:rsidRDefault="00E91A42" w:rsidP="00A701F9">
            <w:pPr>
              <w:rPr>
                <w:i/>
                <w:sz w:val="28"/>
                <w:szCs w:val="28"/>
              </w:rPr>
            </w:pPr>
          </w:p>
        </w:tc>
        <w:tc>
          <w:tcPr>
            <w:tcW w:w="1350" w:type="dxa"/>
          </w:tcPr>
          <w:p w14:paraId="0E5D923E" w14:textId="77777777" w:rsidR="00E91A42" w:rsidRPr="00E91A42" w:rsidRDefault="00E91A42" w:rsidP="00A701F9">
            <w:pPr>
              <w:rPr>
                <w:i/>
                <w:sz w:val="28"/>
                <w:szCs w:val="28"/>
              </w:rPr>
            </w:pPr>
          </w:p>
        </w:tc>
        <w:tc>
          <w:tcPr>
            <w:tcW w:w="1170" w:type="dxa"/>
          </w:tcPr>
          <w:p w14:paraId="36C0000F" w14:textId="77777777" w:rsidR="00E91A42" w:rsidRPr="00E91A42" w:rsidRDefault="00E91A42" w:rsidP="00A701F9">
            <w:pPr>
              <w:rPr>
                <w:i/>
                <w:sz w:val="28"/>
                <w:szCs w:val="28"/>
              </w:rPr>
            </w:pPr>
          </w:p>
        </w:tc>
        <w:tc>
          <w:tcPr>
            <w:tcW w:w="1170" w:type="dxa"/>
          </w:tcPr>
          <w:p w14:paraId="7ECF0760" w14:textId="77777777" w:rsidR="00E91A42" w:rsidRPr="00E91A42" w:rsidRDefault="00E91A42" w:rsidP="00A701F9">
            <w:pPr>
              <w:rPr>
                <w:i/>
                <w:sz w:val="28"/>
                <w:szCs w:val="28"/>
              </w:rPr>
            </w:pPr>
          </w:p>
        </w:tc>
        <w:tc>
          <w:tcPr>
            <w:tcW w:w="377" w:type="dxa"/>
            <w:tcBorders>
              <w:right w:val="nil"/>
            </w:tcBorders>
          </w:tcPr>
          <w:p w14:paraId="675AFC76" w14:textId="77777777" w:rsidR="00E91A42" w:rsidRPr="00E91A42" w:rsidRDefault="00E91A42" w:rsidP="00A701F9">
            <w:pPr>
              <w:rPr>
                <w:i/>
                <w:sz w:val="28"/>
                <w:szCs w:val="28"/>
              </w:rPr>
            </w:pPr>
          </w:p>
        </w:tc>
        <w:tc>
          <w:tcPr>
            <w:tcW w:w="703" w:type="dxa"/>
            <w:tcBorders>
              <w:left w:val="nil"/>
            </w:tcBorders>
          </w:tcPr>
          <w:p w14:paraId="28942E2F" w14:textId="77777777" w:rsidR="00E91A42" w:rsidRPr="00E91A42" w:rsidRDefault="00E91A42" w:rsidP="00A701F9">
            <w:pPr>
              <w:rPr>
                <w:i/>
                <w:sz w:val="28"/>
                <w:szCs w:val="28"/>
              </w:rPr>
            </w:pPr>
          </w:p>
        </w:tc>
        <w:tc>
          <w:tcPr>
            <w:tcW w:w="900" w:type="dxa"/>
          </w:tcPr>
          <w:p w14:paraId="57BC8974" w14:textId="77777777" w:rsidR="00E91A42" w:rsidRPr="00E91A42" w:rsidRDefault="00E91A42" w:rsidP="00A701F9">
            <w:pPr>
              <w:rPr>
                <w:i/>
                <w:sz w:val="28"/>
                <w:szCs w:val="28"/>
              </w:rPr>
            </w:pPr>
          </w:p>
        </w:tc>
        <w:tc>
          <w:tcPr>
            <w:tcW w:w="720" w:type="dxa"/>
          </w:tcPr>
          <w:p w14:paraId="76F212CF" w14:textId="77777777" w:rsidR="00E91A42" w:rsidRPr="00E91A42" w:rsidRDefault="00E91A42" w:rsidP="00A701F9">
            <w:pPr>
              <w:rPr>
                <w:i/>
                <w:sz w:val="28"/>
                <w:szCs w:val="28"/>
              </w:rPr>
            </w:pPr>
          </w:p>
        </w:tc>
        <w:tc>
          <w:tcPr>
            <w:tcW w:w="720" w:type="dxa"/>
          </w:tcPr>
          <w:p w14:paraId="3FC89014" w14:textId="77777777" w:rsidR="00E91A42" w:rsidRPr="00E91A42" w:rsidRDefault="00E91A42" w:rsidP="00A701F9">
            <w:pPr>
              <w:rPr>
                <w:i/>
                <w:sz w:val="28"/>
                <w:szCs w:val="28"/>
              </w:rPr>
            </w:pPr>
          </w:p>
        </w:tc>
        <w:tc>
          <w:tcPr>
            <w:tcW w:w="720" w:type="dxa"/>
          </w:tcPr>
          <w:p w14:paraId="0C4C12EE" w14:textId="77777777" w:rsidR="00E91A42" w:rsidRPr="00E91A42" w:rsidRDefault="00E91A42" w:rsidP="00A701F9">
            <w:pPr>
              <w:rPr>
                <w:i/>
                <w:sz w:val="28"/>
                <w:szCs w:val="28"/>
              </w:rPr>
            </w:pPr>
          </w:p>
        </w:tc>
        <w:tc>
          <w:tcPr>
            <w:tcW w:w="720" w:type="dxa"/>
          </w:tcPr>
          <w:p w14:paraId="5D7EE8C2" w14:textId="77777777" w:rsidR="00E91A42" w:rsidRPr="00E91A42" w:rsidRDefault="00E91A42" w:rsidP="00A701F9">
            <w:pPr>
              <w:rPr>
                <w:i/>
                <w:sz w:val="28"/>
                <w:szCs w:val="28"/>
              </w:rPr>
            </w:pPr>
          </w:p>
        </w:tc>
        <w:tc>
          <w:tcPr>
            <w:tcW w:w="720" w:type="dxa"/>
          </w:tcPr>
          <w:p w14:paraId="68B4526F" w14:textId="77777777" w:rsidR="00E91A42" w:rsidRPr="00E91A42" w:rsidRDefault="00E91A42" w:rsidP="00A701F9">
            <w:pPr>
              <w:rPr>
                <w:i/>
                <w:sz w:val="28"/>
                <w:szCs w:val="28"/>
              </w:rPr>
            </w:pPr>
          </w:p>
        </w:tc>
      </w:tr>
      <w:tr w:rsidR="00E91A42" w:rsidRPr="00E91A42" w14:paraId="3A68CE3B" w14:textId="77777777" w:rsidTr="00A701F9">
        <w:trPr>
          <w:trHeight w:val="275"/>
        </w:trPr>
        <w:tc>
          <w:tcPr>
            <w:tcW w:w="630" w:type="dxa"/>
            <w:vMerge/>
          </w:tcPr>
          <w:p w14:paraId="5DF2B584" w14:textId="77777777" w:rsidR="00E91A42" w:rsidRPr="00E91A42" w:rsidRDefault="00E91A42" w:rsidP="00A701F9">
            <w:pPr>
              <w:jc w:val="center"/>
              <w:rPr>
                <w:i/>
                <w:sz w:val="28"/>
                <w:szCs w:val="28"/>
              </w:rPr>
            </w:pPr>
          </w:p>
        </w:tc>
        <w:tc>
          <w:tcPr>
            <w:tcW w:w="3240" w:type="dxa"/>
            <w:gridSpan w:val="2"/>
            <w:tcBorders>
              <w:right w:val="nil"/>
            </w:tcBorders>
          </w:tcPr>
          <w:p w14:paraId="432A7AB2" w14:textId="77777777" w:rsidR="00E91A42" w:rsidRPr="00E91A42" w:rsidRDefault="00E91A42" w:rsidP="00A701F9">
            <w:pPr>
              <w:jc w:val="both"/>
              <w:rPr>
                <w:sz w:val="28"/>
                <w:szCs w:val="28"/>
              </w:rPr>
            </w:pPr>
            <w:r w:rsidRPr="00E91A42">
              <w:rPr>
                <w:sz w:val="28"/>
                <w:szCs w:val="28"/>
              </w:rPr>
              <w:t>……………………….</w:t>
            </w:r>
          </w:p>
        </w:tc>
        <w:tc>
          <w:tcPr>
            <w:tcW w:w="270" w:type="dxa"/>
            <w:tcBorders>
              <w:left w:val="nil"/>
            </w:tcBorders>
          </w:tcPr>
          <w:p w14:paraId="4FB1CE2A" w14:textId="77777777" w:rsidR="00E91A42" w:rsidRPr="00E91A42" w:rsidRDefault="00E91A42" w:rsidP="00A701F9">
            <w:pPr>
              <w:jc w:val="both"/>
              <w:rPr>
                <w:i/>
                <w:sz w:val="28"/>
                <w:szCs w:val="28"/>
              </w:rPr>
            </w:pPr>
          </w:p>
        </w:tc>
        <w:tc>
          <w:tcPr>
            <w:tcW w:w="1440" w:type="dxa"/>
          </w:tcPr>
          <w:p w14:paraId="733EF061" w14:textId="77777777" w:rsidR="00E91A42" w:rsidRPr="00E91A42" w:rsidRDefault="00E91A42" w:rsidP="00A701F9">
            <w:pPr>
              <w:rPr>
                <w:i/>
                <w:sz w:val="28"/>
                <w:szCs w:val="28"/>
              </w:rPr>
            </w:pPr>
          </w:p>
        </w:tc>
        <w:tc>
          <w:tcPr>
            <w:tcW w:w="1350" w:type="dxa"/>
          </w:tcPr>
          <w:p w14:paraId="5098B23F" w14:textId="77777777" w:rsidR="00E91A42" w:rsidRPr="00E91A42" w:rsidRDefault="00E91A42" w:rsidP="00A701F9">
            <w:pPr>
              <w:rPr>
                <w:i/>
                <w:sz w:val="28"/>
                <w:szCs w:val="28"/>
              </w:rPr>
            </w:pPr>
          </w:p>
        </w:tc>
        <w:tc>
          <w:tcPr>
            <w:tcW w:w="1170" w:type="dxa"/>
          </w:tcPr>
          <w:p w14:paraId="0CFB0237" w14:textId="77777777" w:rsidR="00E91A42" w:rsidRPr="00E91A42" w:rsidRDefault="00E91A42" w:rsidP="00A701F9">
            <w:pPr>
              <w:rPr>
                <w:i/>
                <w:sz w:val="28"/>
                <w:szCs w:val="28"/>
              </w:rPr>
            </w:pPr>
          </w:p>
        </w:tc>
        <w:tc>
          <w:tcPr>
            <w:tcW w:w="1170" w:type="dxa"/>
          </w:tcPr>
          <w:p w14:paraId="1490BDF7" w14:textId="77777777" w:rsidR="00E91A42" w:rsidRPr="00E91A42" w:rsidRDefault="00E91A42" w:rsidP="00A701F9">
            <w:pPr>
              <w:rPr>
                <w:i/>
                <w:sz w:val="28"/>
                <w:szCs w:val="28"/>
              </w:rPr>
            </w:pPr>
          </w:p>
        </w:tc>
        <w:tc>
          <w:tcPr>
            <w:tcW w:w="377" w:type="dxa"/>
            <w:tcBorders>
              <w:right w:val="nil"/>
            </w:tcBorders>
          </w:tcPr>
          <w:p w14:paraId="0FD4793C" w14:textId="77777777" w:rsidR="00E91A42" w:rsidRPr="00E91A42" w:rsidRDefault="00E91A42" w:rsidP="00A701F9">
            <w:pPr>
              <w:rPr>
                <w:i/>
                <w:sz w:val="28"/>
                <w:szCs w:val="28"/>
              </w:rPr>
            </w:pPr>
          </w:p>
        </w:tc>
        <w:tc>
          <w:tcPr>
            <w:tcW w:w="703" w:type="dxa"/>
            <w:tcBorders>
              <w:left w:val="nil"/>
            </w:tcBorders>
          </w:tcPr>
          <w:p w14:paraId="653BB7BB" w14:textId="77777777" w:rsidR="00E91A42" w:rsidRPr="00E91A42" w:rsidRDefault="00E91A42" w:rsidP="00A701F9">
            <w:pPr>
              <w:rPr>
                <w:i/>
                <w:sz w:val="28"/>
                <w:szCs w:val="28"/>
              </w:rPr>
            </w:pPr>
          </w:p>
        </w:tc>
        <w:tc>
          <w:tcPr>
            <w:tcW w:w="900" w:type="dxa"/>
          </w:tcPr>
          <w:p w14:paraId="3F045EF8" w14:textId="77777777" w:rsidR="00E91A42" w:rsidRPr="00E91A42" w:rsidRDefault="00E91A42" w:rsidP="00A701F9">
            <w:pPr>
              <w:rPr>
                <w:i/>
                <w:sz w:val="28"/>
                <w:szCs w:val="28"/>
              </w:rPr>
            </w:pPr>
          </w:p>
        </w:tc>
        <w:tc>
          <w:tcPr>
            <w:tcW w:w="720" w:type="dxa"/>
          </w:tcPr>
          <w:p w14:paraId="25BC285C" w14:textId="77777777" w:rsidR="00E91A42" w:rsidRPr="00E91A42" w:rsidRDefault="00E91A42" w:rsidP="00A701F9">
            <w:pPr>
              <w:rPr>
                <w:i/>
                <w:sz w:val="28"/>
                <w:szCs w:val="28"/>
              </w:rPr>
            </w:pPr>
          </w:p>
        </w:tc>
        <w:tc>
          <w:tcPr>
            <w:tcW w:w="720" w:type="dxa"/>
          </w:tcPr>
          <w:p w14:paraId="3E652A36" w14:textId="77777777" w:rsidR="00E91A42" w:rsidRPr="00E91A42" w:rsidRDefault="00E91A42" w:rsidP="00A701F9">
            <w:pPr>
              <w:rPr>
                <w:i/>
                <w:sz w:val="28"/>
                <w:szCs w:val="28"/>
              </w:rPr>
            </w:pPr>
          </w:p>
        </w:tc>
        <w:tc>
          <w:tcPr>
            <w:tcW w:w="720" w:type="dxa"/>
          </w:tcPr>
          <w:p w14:paraId="4A113CD2" w14:textId="77777777" w:rsidR="00E91A42" w:rsidRPr="00E91A42" w:rsidRDefault="00E91A42" w:rsidP="00A701F9">
            <w:pPr>
              <w:rPr>
                <w:i/>
                <w:sz w:val="28"/>
                <w:szCs w:val="28"/>
              </w:rPr>
            </w:pPr>
          </w:p>
        </w:tc>
        <w:tc>
          <w:tcPr>
            <w:tcW w:w="720" w:type="dxa"/>
          </w:tcPr>
          <w:p w14:paraId="12573103" w14:textId="77777777" w:rsidR="00E91A42" w:rsidRPr="00E91A42" w:rsidRDefault="00E91A42" w:rsidP="00A701F9">
            <w:pPr>
              <w:rPr>
                <w:i/>
                <w:sz w:val="28"/>
                <w:szCs w:val="28"/>
              </w:rPr>
            </w:pPr>
          </w:p>
        </w:tc>
        <w:tc>
          <w:tcPr>
            <w:tcW w:w="720" w:type="dxa"/>
          </w:tcPr>
          <w:p w14:paraId="36000912" w14:textId="77777777" w:rsidR="00E91A42" w:rsidRPr="00E91A42" w:rsidRDefault="00E91A42" w:rsidP="00A701F9">
            <w:pPr>
              <w:rPr>
                <w:i/>
                <w:sz w:val="28"/>
                <w:szCs w:val="28"/>
              </w:rPr>
            </w:pPr>
          </w:p>
        </w:tc>
      </w:tr>
      <w:tr w:rsidR="00E91A42" w:rsidRPr="00E91A42" w14:paraId="5A61F064" w14:textId="77777777" w:rsidTr="00A701F9">
        <w:trPr>
          <w:trHeight w:val="326"/>
        </w:trPr>
        <w:tc>
          <w:tcPr>
            <w:tcW w:w="630" w:type="dxa"/>
            <w:vMerge w:val="restart"/>
          </w:tcPr>
          <w:p w14:paraId="61BC8D57" w14:textId="77777777" w:rsidR="00E91A42" w:rsidRPr="00E91A42" w:rsidRDefault="00E91A42" w:rsidP="00A701F9">
            <w:pPr>
              <w:jc w:val="center"/>
              <w:rPr>
                <w:b/>
                <w:i/>
                <w:sz w:val="28"/>
                <w:szCs w:val="28"/>
              </w:rPr>
            </w:pPr>
            <w:r w:rsidRPr="00E91A42">
              <w:rPr>
                <w:b/>
                <w:i/>
                <w:sz w:val="28"/>
                <w:szCs w:val="28"/>
              </w:rPr>
              <w:t>3</w:t>
            </w:r>
          </w:p>
        </w:tc>
        <w:tc>
          <w:tcPr>
            <w:tcW w:w="3510" w:type="dxa"/>
            <w:gridSpan w:val="3"/>
          </w:tcPr>
          <w:p w14:paraId="19872FA1" w14:textId="77777777" w:rsidR="00E91A42" w:rsidRPr="00E91A42" w:rsidRDefault="00E91A42" w:rsidP="00A701F9">
            <w:pPr>
              <w:jc w:val="both"/>
              <w:rPr>
                <w:i/>
                <w:sz w:val="28"/>
                <w:szCs w:val="28"/>
              </w:rPr>
            </w:pPr>
            <w:r w:rsidRPr="00E91A42">
              <w:rPr>
                <w:b/>
                <w:sz w:val="28"/>
                <w:szCs w:val="28"/>
              </w:rPr>
              <w:t>Hoàn thiện và làm chủ kết quả</w:t>
            </w:r>
          </w:p>
        </w:tc>
        <w:tc>
          <w:tcPr>
            <w:tcW w:w="10710" w:type="dxa"/>
            <w:gridSpan w:val="12"/>
          </w:tcPr>
          <w:p w14:paraId="723AF1FA" w14:textId="77777777" w:rsidR="00E91A42" w:rsidRPr="00E91A42" w:rsidRDefault="00E91A42" w:rsidP="00A701F9">
            <w:pPr>
              <w:rPr>
                <w:b/>
                <w:i/>
                <w:sz w:val="28"/>
                <w:szCs w:val="28"/>
              </w:rPr>
            </w:pPr>
          </w:p>
        </w:tc>
      </w:tr>
      <w:tr w:rsidR="00E91A42" w:rsidRPr="00E91A42" w14:paraId="5BF78F8D" w14:textId="77777777" w:rsidTr="00A701F9">
        <w:trPr>
          <w:trHeight w:val="349"/>
        </w:trPr>
        <w:tc>
          <w:tcPr>
            <w:tcW w:w="630" w:type="dxa"/>
            <w:vMerge/>
          </w:tcPr>
          <w:p w14:paraId="7A500DCE" w14:textId="77777777" w:rsidR="00E91A42" w:rsidRPr="00E91A42" w:rsidRDefault="00E91A42" w:rsidP="00A701F9">
            <w:pPr>
              <w:rPr>
                <w:b/>
                <w:i/>
                <w:sz w:val="28"/>
                <w:szCs w:val="28"/>
              </w:rPr>
            </w:pPr>
          </w:p>
        </w:tc>
        <w:tc>
          <w:tcPr>
            <w:tcW w:w="3510" w:type="dxa"/>
            <w:gridSpan w:val="3"/>
          </w:tcPr>
          <w:p w14:paraId="6C2EA419" w14:textId="77777777" w:rsidR="00E91A42" w:rsidRPr="00E91A42" w:rsidRDefault="00E91A42" w:rsidP="00A701F9">
            <w:pPr>
              <w:jc w:val="both"/>
              <w:rPr>
                <w:i/>
                <w:sz w:val="28"/>
                <w:szCs w:val="28"/>
              </w:rPr>
            </w:pPr>
            <w:r w:rsidRPr="00E91A42">
              <w:rPr>
                <w:sz w:val="28"/>
                <w:szCs w:val="28"/>
              </w:rPr>
              <w:t xml:space="preserve">3.1. Công việc 1: </w:t>
            </w:r>
          </w:p>
        </w:tc>
        <w:tc>
          <w:tcPr>
            <w:tcW w:w="1440" w:type="dxa"/>
          </w:tcPr>
          <w:p w14:paraId="545A547B" w14:textId="77777777" w:rsidR="00E91A42" w:rsidRPr="00E91A42" w:rsidRDefault="00E91A42" w:rsidP="00A701F9">
            <w:pPr>
              <w:rPr>
                <w:i/>
                <w:sz w:val="28"/>
                <w:szCs w:val="28"/>
              </w:rPr>
            </w:pPr>
          </w:p>
        </w:tc>
        <w:tc>
          <w:tcPr>
            <w:tcW w:w="1350" w:type="dxa"/>
          </w:tcPr>
          <w:p w14:paraId="2867E733" w14:textId="77777777" w:rsidR="00E91A42" w:rsidRPr="00E91A42" w:rsidRDefault="00E91A42" w:rsidP="00A701F9">
            <w:pPr>
              <w:rPr>
                <w:i/>
                <w:sz w:val="28"/>
                <w:szCs w:val="28"/>
              </w:rPr>
            </w:pPr>
          </w:p>
        </w:tc>
        <w:tc>
          <w:tcPr>
            <w:tcW w:w="1170" w:type="dxa"/>
          </w:tcPr>
          <w:p w14:paraId="351D5450" w14:textId="77777777" w:rsidR="00E91A42" w:rsidRPr="00E91A42" w:rsidRDefault="00E91A42" w:rsidP="00A701F9">
            <w:pPr>
              <w:rPr>
                <w:i/>
                <w:sz w:val="28"/>
                <w:szCs w:val="28"/>
              </w:rPr>
            </w:pPr>
          </w:p>
        </w:tc>
        <w:tc>
          <w:tcPr>
            <w:tcW w:w="1170" w:type="dxa"/>
          </w:tcPr>
          <w:p w14:paraId="41385129" w14:textId="77777777" w:rsidR="00E91A42" w:rsidRPr="00E91A42" w:rsidRDefault="00E91A42" w:rsidP="00A701F9">
            <w:pPr>
              <w:rPr>
                <w:i/>
                <w:sz w:val="28"/>
                <w:szCs w:val="28"/>
              </w:rPr>
            </w:pPr>
          </w:p>
        </w:tc>
        <w:tc>
          <w:tcPr>
            <w:tcW w:w="377" w:type="dxa"/>
            <w:tcBorders>
              <w:right w:val="nil"/>
            </w:tcBorders>
          </w:tcPr>
          <w:p w14:paraId="288E7267" w14:textId="77777777" w:rsidR="00E91A42" w:rsidRPr="00E91A42" w:rsidRDefault="00E91A42" w:rsidP="00A701F9">
            <w:pPr>
              <w:rPr>
                <w:i/>
                <w:sz w:val="28"/>
                <w:szCs w:val="28"/>
              </w:rPr>
            </w:pPr>
          </w:p>
        </w:tc>
        <w:tc>
          <w:tcPr>
            <w:tcW w:w="703" w:type="dxa"/>
            <w:tcBorders>
              <w:left w:val="nil"/>
            </w:tcBorders>
          </w:tcPr>
          <w:p w14:paraId="7BC7B175" w14:textId="77777777" w:rsidR="00E91A42" w:rsidRPr="00E91A42" w:rsidRDefault="00E91A42" w:rsidP="00A701F9">
            <w:pPr>
              <w:rPr>
                <w:i/>
                <w:sz w:val="28"/>
                <w:szCs w:val="28"/>
              </w:rPr>
            </w:pPr>
          </w:p>
        </w:tc>
        <w:tc>
          <w:tcPr>
            <w:tcW w:w="900" w:type="dxa"/>
          </w:tcPr>
          <w:p w14:paraId="36EFBFC1" w14:textId="77777777" w:rsidR="00E91A42" w:rsidRPr="00E91A42" w:rsidRDefault="00E91A42" w:rsidP="00A701F9">
            <w:pPr>
              <w:rPr>
                <w:i/>
                <w:sz w:val="28"/>
                <w:szCs w:val="28"/>
              </w:rPr>
            </w:pPr>
          </w:p>
        </w:tc>
        <w:tc>
          <w:tcPr>
            <w:tcW w:w="720" w:type="dxa"/>
          </w:tcPr>
          <w:p w14:paraId="269C1878" w14:textId="77777777" w:rsidR="00E91A42" w:rsidRPr="00E91A42" w:rsidRDefault="00E91A42" w:rsidP="00A701F9">
            <w:pPr>
              <w:rPr>
                <w:i/>
                <w:sz w:val="28"/>
                <w:szCs w:val="28"/>
              </w:rPr>
            </w:pPr>
          </w:p>
        </w:tc>
        <w:tc>
          <w:tcPr>
            <w:tcW w:w="720" w:type="dxa"/>
          </w:tcPr>
          <w:p w14:paraId="4D6386C3" w14:textId="77777777" w:rsidR="00E91A42" w:rsidRPr="00E91A42" w:rsidRDefault="00E91A42" w:rsidP="00A701F9">
            <w:pPr>
              <w:rPr>
                <w:i/>
                <w:sz w:val="28"/>
                <w:szCs w:val="28"/>
              </w:rPr>
            </w:pPr>
          </w:p>
        </w:tc>
        <w:tc>
          <w:tcPr>
            <w:tcW w:w="720" w:type="dxa"/>
          </w:tcPr>
          <w:p w14:paraId="7E35D881" w14:textId="77777777" w:rsidR="00E91A42" w:rsidRPr="00E91A42" w:rsidRDefault="00E91A42" w:rsidP="00A701F9">
            <w:pPr>
              <w:rPr>
                <w:i/>
                <w:sz w:val="28"/>
                <w:szCs w:val="28"/>
              </w:rPr>
            </w:pPr>
          </w:p>
        </w:tc>
        <w:tc>
          <w:tcPr>
            <w:tcW w:w="720" w:type="dxa"/>
          </w:tcPr>
          <w:p w14:paraId="72BFBBC1" w14:textId="77777777" w:rsidR="00E91A42" w:rsidRPr="00E91A42" w:rsidRDefault="00E91A42" w:rsidP="00A701F9">
            <w:pPr>
              <w:rPr>
                <w:i/>
                <w:sz w:val="28"/>
                <w:szCs w:val="28"/>
              </w:rPr>
            </w:pPr>
          </w:p>
        </w:tc>
        <w:tc>
          <w:tcPr>
            <w:tcW w:w="720" w:type="dxa"/>
          </w:tcPr>
          <w:p w14:paraId="4092D4B9" w14:textId="77777777" w:rsidR="00E91A42" w:rsidRPr="00E91A42" w:rsidRDefault="00E91A42" w:rsidP="00A701F9">
            <w:pPr>
              <w:rPr>
                <w:i/>
                <w:sz w:val="28"/>
                <w:szCs w:val="28"/>
              </w:rPr>
            </w:pPr>
          </w:p>
        </w:tc>
      </w:tr>
      <w:tr w:rsidR="00E91A42" w:rsidRPr="00E91A42" w14:paraId="685EC23B" w14:textId="77777777" w:rsidTr="00A701F9">
        <w:trPr>
          <w:trHeight w:val="361"/>
        </w:trPr>
        <w:tc>
          <w:tcPr>
            <w:tcW w:w="630" w:type="dxa"/>
            <w:vMerge/>
          </w:tcPr>
          <w:p w14:paraId="434B05F7" w14:textId="77777777" w:rsidR="00E91A42" w:rsidRPr="00E91A42" w:rsidRDefault="00E91A42" w:rsidP="00A701F9">
            <w:pPr>
              <w:rPr>
                <w:b/>
                <w:i/>
                <w:sz w:val="28"/>
                <w:szCs w:val="28"/>
              </w:rPr>
            </w:pPr>
          </w:p>
        </w:tc>
        <w:tc>
          <w:tcPr>
            <w:tcW w:w="2482" w:type="dxa"/>
            <w:tcBorders>
              <w:right w:val="nil"/>
            </w:tcBorders>
          </w:tcPr>
          <w:p w14:paraId="3030A43B" w14:textId="77777777" w:rsidR="00E91A42" w:rsidRPr="00E91A42" w:rsidRDefault="00E91A42" w:rsidP="00A701F9">
            <w:pPr>
              <w:rPr>
                <w:sz w:val="28"/>
                <w:szCs w:val="28"/>
              </w:rPr>
            </w:pPr>
            <w:r w:rsidRPr="00E91A42">
              <w:rPr>
                <w:sz w:val="28"/>
                <w:szCs w:val="28"/>
              </w:rPr>
              <w:t>………</w:t>
            </w:r>
          </w:p>
        </w:tc>
        <w:tc>
          <w:tcPr>
            <w:tcW w:w="1028" w:type="dxa"/>
            <w:gridSpan w:val="2"/>
            <w:tcBorders>
              <w:left w:val="nil"/>
            </w:tcBorders>
          </w:tcPr>
          <w:p w14:paraId="55193A8F" w14:textId="77777777" w:rsidR="00E91A42" w:rsidRPr="00E91A42" w:rsidRDefault="00E91A42" w:rsidP="00A701F9">
            <w:pPr>
              <w:rPr>
                <w:i/>
                <w:sz w:val="28"/>
                <w:szCs w:val="28"/>
              </w:rPr>
            </w:pPr>
          </w:p>
        </w:tc>
        <w:tc>
          <w:tcPr>
            <w:tcW w:w="1440" w:type="dxa"/>
          </w:tcPr>
          <w:p w14:paraId="43E85298" w14:textId="77777777" w:rsidR="00E91A42" w:rsidRPr="00E91A42" w:rsidRDefault="00E91A42" w:rsidP="00A701F9">
            <w:pPr>
              <w:rPr>
                <w:i/>
                <w:sz w:val="28"/>
                <w:szCs w:val="28"/>
              </w:rPr>
            </w:pPr>
          </w:p>
        </w:tc>
        <w:tc>
          <w:tcPr>
            <w:tcW w:w="1350" w:type="dxa"/>
          </w:tcPr>
          <w:p w14:paraId="42B57878" w14:textId="77777777" w:rsidR="00E91A42" w:rsidRPr="00E91A42" w:rsidRDefault="00E91A42" w:rsidP="00A701F9">
            <w:pPr>
              <w:rPr>
                <w:i/>
                <w:sz w:val="28"/>
                <w:szCs w:val="28"/>
              </w:rPr>
            </w:pPr>
          </w:p>
        </w:tc>
        <w:tc>
          <w:tcPr>
            <w:tcW w:w="1170" w:type="dxa"/>
          </w:tcPr>
          <w:p w14:paraId="46DB78F9" w14:textId="77777777" w:rsidR="00E91A42" w:rsidRPr="00E91A42" w:rsidRDefault="00E91A42" w:rsidP="00A701F9">
            <w:pPr>
              <w:rPr>
                <w:i/>
                <w:sz w:val="28"/>
                <w:szCs w:val="28"/>
              </w:rPr>
            </w:pPr>
          </w:p>
        </w:tc>
        <w:tc>
          <w:tcPr>
            <w:tcW w:w="1170" w:type="dxa"/>
          </w:tcPr>
          <w:p w14:paraId="6CBCB914" w14:textId="77777777" w:rsidR="00E91A42" w:rsidRPr="00E91A42" w:rsidRDefault="00E91A42" w:rsidP="00A701F9">
            <w:pPr>
              <w:rPr>
                <w:i/>
                <w:sz w:val="28"/>
                <w:szCs w:val="28"/>
              </w:rPr>
            </w:pPr>
          </w:p>
        </w:tc>
        <w:tc>
          <w:tcPr>
            <w:tcW w:w="377" w:type="dxa"/>
            <w:tcBorders>
              <w:right w:val="nil"/>
            </w:tcBorders>
          </w:tcPr>
          <w:p w14:paraId="1F151F31" w14:textId="77777777" w:rsidR="00E91A42" w:rsidRPr="00E91A42" w:rsidRDefault="00E91A42" w:rsidP="00A701F9">
            <w:pPr>
              <w:rPr>
                <w:i/>
                <w:sz w:val="28"/>
                <w:szCs w:val="28"/>
              </w:rPr>
            </w:pPr>
          </w:p>
        </w:tc>
        <w:tc>
          <w:tcPr>
            <w:tcW w:w="703" w:type="dxa"/>
            <w:tcBorders>
              <w:left w:val="nil"/>
            </w:tcBorders>
          </w:tcPr>
          <w:p w14:paraId="085A5613" w14:textId="77777777" w:rsidR="00E91A42" w:rsidRPr="00E91A42" w:rsidRDefault="00E91A42" w:rsidP="00A701F9">
            <w:pPr>
              <w:rPr>
                <w:i/>
                <w:sz w:val="28"/>
                <w:szCs w:val="28"/>
              </w:rPr>
            </w:pPr>
          </w:p>
        </w:tc>
        <w:tc>
          <w:tcPr>
            <w:tcW w:w="900" w:type="dxa"/>
          </w:tcPr>
          <w:p w14:paraId="0CA4BE05" w14:textId="77777777" w:rsidR="00E91A42" w:rsidRPr="00E91A42" w:rsidRDefault="00E91A42" w:rsidP="00A701F9">
            <w:pPr>
              <w:rPr>
                <w:i/>
                <w:sz w:val="28"/>
                <w:szCs w:val="28"/>
              </w:rPr>
            </w:pPr>
          </w:p>
        </w:tc>
        <w:tc>
          <w:tcPr>
            <w:tcW w:w="720" w:type="dxa"/>
          </w:tcPr>
          <w:p w14:paraId="271A7240" w14:textId="77777777" w:rsidR="00E91A42" w:rsidRPr="00E91A42" w:rsidRDefault="00E91A42" w:rsidP="00A701F9">
            <w:pPr>
              <w:rPr>
                <w:i/>
                <w:sz w:val="28"/>
                <w:szCs w:val="28"/>
              </w:rPr>
            </w:pPr>
          </w:p>
        </w:tc>
        <w:tc>
          <w:tcPr>
            <w:tcW w:w="720" w:type="dxa"/>
          </w:tcPr>
          <w:p w14:paraId="3C9DD013" w14:textId="77777777" w:rsidR="00E91A42" w:rsidRPr="00E91A42" w:rsidRDefault="00E91A42" w:rsidP="00A701F9">
            <w:pPr>
              <w:rPr>
                <w:i/>
                <w:sz w:val="28"/>
                <w:szCs w:val="28"/>
              </w:rPr>
            </w:pPr>
          </w:p>
        </w:tc>
        <w:tc>
          <w:tcPr>
            <w:tcW w:w="720" w:type="dxa"/>
          </w:tcPr>
          <w:p w14:paraId="0D44460B" w14:textId="77777777" w:rsidR="00E91A42" w:rsidRPr="00E91A42" w:rsidRDefault="00E91A42" w:rsidP="00A701F9">
            <w:pPr>
              <w:rPr>
                <w:i/>
                <w:sz w:val="28"/>
                <w:szCs w:val="28"/>
              </w:rPr>
            </w:pPr>
          </w:p>
        </w:tc>
        <w:tc>
          <w:tcPr>
            <w:tcW w:w="720" w:type="dxa"/>
          </w:tcPr>
          <w:p w14:paraId="0F3FBF02" w14:textId="77777777" w:rsidR="00E91A42" w:rsidRPr="00E91A42" w:rsidRDefault="00E91A42" w:rsidP="00A701F9">
            <w:pPr>
              <w:rPr>
                <w:i/>
                <w:sz w:val="28"/>
                <w:szCs w:val="28"/>
              </w:rPr>
            </w:pPr>
          </w:p>
        </w:tc>
        <w:tc>
          <w:tcPr>
            <w:tcW w:w="720" w:type="dxa"/>
          </w:tcPr>
          <w:p w14:paraId="1B8F6D3F" w14:textId="77777777" w:rsidR="00E91A42" w:rsidRPr="00E91A42" w:rsidRDefault="00E91A42" w:rsidP="00A701F9">
            <w:pPr>
              <w:rPr>
                <w:i/>
                <w:sz w:val="28"/>
                <w:szCs w:val="28"/>
              </w:rPr>
            </w:pPr>
          </w:p>
        </w:tc>
      </w:tr>
      <w:tr w:rsidR="00E91A42" w:rsidRPr="00E91A42" w14:paraId="777FD661" w14:textId="77777777" w:rsidTr="00A701F9">
        <w:trPr>
          <w:trHeight w:val="361"/>
        </w:trPr>
        <w:tc>
          <w:tcPr>
            <w:tcW w:w="9270" w:type="dxa"/>
            <w:gridSpan w:val="8"/>
          </w:tcPr>
          <w:p w14:paraId="164E420E" w14:textId="77777777" w:rsidR="00E91A42" w:rsidRPr="00E91A42" w:rsidRDefault="00E91A42" w:rsidP="00A701F9">
            <w:pPr>
              <w:jc w:val="center"/>
              <w:rPr>
                <w:b/>
                <w:sz w:val="28"/>
                <w:szCs w:val="28"/>
              </w:rPr>
            </w:pPr>
            <w:r w:rsidRPr="00E91A42">
              <w:rPr>
                <w:b/>
                <w:sz w:val="28"/>
                <w:szCs w:val="28"/>
              </w:rPr>
              <w:t>Tổng cộng</w:t>
            </w:r>
          </w:p>
        </w:tc>
        <w:tc>
          <w:tcPr>
            <w:tcW w:w="377" w:type="dxa"/>
            <w:tcBorders>
              <w:right w:val="nil"/>
            </w:tcBorders>
          </w:tcPr>
          <w:p w14:paraId="5348C6C9" w14:textId="77777777" w:rsidR="00E91A42" w:rsidRPr="00E91A42" w:rsidRDefault="00E91A42" w:rsidP="00A701F9">
            <w:pPr>
              <w:rPr>
                <w:i/>
                <w:sz w:val="28"/>
                <w:szCs w:val="28"/>
              </w:rPr>
            </w:pPr>
          </w:p>
        </w:tc>
        <w:tc>
          <w:tcPr>
            <w:tcW w:w="703" w:type="dxa"/>
            <w:tcBorders>
              <w:left w:val="nil"/>
            </w:tcBorders>
          </w:tcPr>
          <w:p w14:paraId="29FEF399" w14:textId="77777777" w:rsidR="00E91A42" w:rsidRPr="00E91A42" w:rsidRDefault="00E91A42" w:rsidP="00A701F9">
            <w:pPr>
              <w:rPr>
                <w:i/>
                <w:sz w:val="28"/>
                <w:szCs w:val="28"/>
              </w:rPr>
            </w:pPr>
          </w:p>
        </w:tc>
        <w:tc>
          <w:tcPr>
            <w:tcW w:w="900" w:type="dxa"/>
          </w:tcPr>
          <w:p w14:paraId="34D4019C" w14:textId="77777777" w:rsidR="00E91A42" w:rsidRPr="00E91A42" w:rsidRDefault="00E91A42" w:rsidP="00A701F9">
            <w:pPr>
              <w:rPr>
                <w:i/>
                <w:sz w:val="28"/>
                <w:szCs w:val="28"/>
              </w:rPr>
            </w:pPr>
          </w:p>
        </w:tc>
        <w:tc>
          <w:tcPr>
            <w:tcW w:w="720" w:type="dxa"/>
          </w:tcPr>
          <w:p w14:paraId="444E8D05" w14:textId="77777777" w:rsidR="00E91A42" w:rsidRPr="00E91A42" w:rsidRDefault="00E91A42" w:rsidP="00A701F9">
            <w:pPr>
              <w:rPr>
                <w:i/>
                <w:sz w:val="28"/>
                <w:szCs w:val="28"/>
              </w:rPr>
            </w:pPr>
          </w:p>
        </w:tc>
        <w:tc>
          <w:tcPr>
            <w:tcW w:w="720" w:type="dxa"/>
          </w:tcPr>
          <w:p w14:paraId="1484E05F" w14:textId="77777777" w:rsidR="00E91A42" w:rsidRPr="00E91A42" w:rsidRDefault="00E91A42" w:rsidP="00A701F9">
            <w:pPr>
              <w:rPr>
                <w:i/>
                <w:sz w:val="28"/>
                <w:szCs w:val="28"/>
              </w:rPr>
            </w:pPr>
          </w:p>
        </w:tc>
        <w:tc>
          <w:tcPr>
            <w:tcW w:w="720" w:type="dxa"/>
          </w:tcPr>
          <w:p w14:paraId="48A05109" w14:textId="77777777" w:rsidR="00E91A42" w:rsidRPr="00E91A42" w:rsidRDefault="00E91A42" w:rsidP="00A701F9">
            <w:pPr>
              <w:rPr>
                <w:i/>
                <w:sz w:val="28"/>
                <w:szCs w:val="28"/>
              </w:rPr>
            </w:pPr>
          </w:p>
        </w:tc>
        <w:tc>
          <w:tcPr>
            <w:tcW w:w="720" w:type="dxa"/>
          </w:tcPr>
          <w:p w14:paraId="4951ACC5" w14:textId="77777777" w:rsidR="00E91A42" w:rsidRPr="00E91A42" w:rsidRDefault="00E91A42" w:rsidP="00A701F9">
            <w:pPr>
              <w:rPr>
                <w:i/>
                <w:sz w:val="28"/>
                <w:szCs w:val="28"/>
              </w:rPr>
            </w:pPr>
          </w:p>
        </w:tc>
        <w:tc>
          <w:tcPr>
            <w:tcW w:w="720" w:type="dxa"/>
          </w:tcPr>
          <w:p w14:paraId="5D5DEDFC" w14:textId="77777777" w:rsidR="00E91A42" w:rsidRPr="00E91A42" w:rsidRDefault="00E91A42" w:rsidP="00A701F9">
            <w:pPr>
              <w:rPr>
                <w:i/>
                <w:sz w:val="28"/>
                <w:szCs w:val="28"/>
              </w:rPr>
            </w:pPr>
          </w:p>
        </w:tc>
      </w:tr>
    </w:tbl>
    <w:p w14:paraId="7E502E69" w14:textId="77777777" w:rsidR="00E91A42" w:rsidRPr="00E91A42" w:rsidRDefault="00E91A42" w:rsidP="00E91A42">
      <w:pPr>
        <w:spacing w:before="120"/>
        <w:ind w:firstLine="720"/>
        <w:jc w:val="both"/>
        <w:rPr>
          <w:sz w:val="28"/>
          <w:szCs w:val="28"/>
        </w:rPr>
      </w:pPr>
    </w:p>
    <w:tbl>
      <w:tblPr>
        <w:tblStyle w:val="TableGrid"/>
        <w:tblW w:w="148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0"/>
      </w:tblGrid>
      <w:tr w:rsidR="00E91A42" w:rsidRPr="00E91A42" w14:paraId="546A8ED8" w14:textId="77777777" w:rsidTr="00A701F9">
        <w:tc>
          <w:tcPr>
            <w:tcW w:w="14850" w:type="dxa"/>
          </w:tcPr>
          <w:p w14:paraId="651176FE" w14:textId="77777777" w:rsidR="00E91A42" w:rsidRPr="00E91A42" w:rsidRDefault="00E91A42" w:rsidP="00A701F9">
            <w:pPr>
              <w:spacing w:before="120"/>
              <w:ind w:firstLine="720"/>
              <w:jc w:val="both"/>
              <w:rPr>
                <w:sz w:val="28"/>
                <w:szCs w:val="28"/>
              </w:rPr>
            </w:pPr>
            <w:r w:rsidRPr="00E91A42">
              <w:rPr>
                <w:sz w:val="28"/>
                <w:szCs w:val="28"/>
              </w:rPr>
              <w:t>1. Dự toán được xây dựng theo quy định hiện hành.</w:t>
            </w:r>
          </w:p>
          <w:p w14:paraId="6A0ECA0F" w14:textId="77777777" w:rsidR="00E91A42" w:rsidRPr="00E91A42" w:rsidRDefault="00E91A42" w:rsidP="00A701F9">
            <w:pPr>
              <w:spacing w:before="120"/>
              <w:ind w:firstLine="720"/>
              <w:jc w:val="both"/>
              <w:rPr>
                <w:sz w:val="28"/>
                <w:szCs w:val="28"/>
              </w:rPr>
            </w:pPr>
          </w:p>
        </w:tc>
      </w:tr>
    </w:tbl>
    <w:p w14:paraId="16F6D5CE" w14:textId="77777777" w:rsidR="00E91A42" w:rsidRPr="00E91A42" w:rsidRDefault="00E91A42" w:rsidP="00E91A42">
      <w:pPr>
        <w:spacing w:before="120"/>
        <w:ind w:firstLine="720"/>
        <w:jc w:val="both"/>
        <w:rPr>
          <w:sz w:val="28"/>
          <w:szCs w:val="28"/>
        </w:rPr>
      </w:pPr>
    </w:p>
    <w:p w14:paraId="1674F171" w14:textId="77777777" w:rsidR="00E91A42" w:rsidRPr="00E91A42" w:rsidRDefault="00E91A42" w:rsidP="00E91A42">
      <w:pPr>
        <w:pStyle w:val="Heading1"/>
        <w:ind w:firstLine="709"/>
        <w:jc w:val="both"/>
        <w:rPr>
          <w:rFonts w:ascii="Times New Roman" w:hAnsi="Times New Roman" w:cs="Times New Roman"/>
          <w:b w:val="0"/>
        </w:rPr>
      </w:pPr>
      <w:r w:rsidRPr="00E91A42">
        <w:rPr>
          <w:rFonts w:ascii="Times New Roman" w:hAnsi="Times New Roman" w:cs="Times New Roman"/>
          <w:b w:val="0"/>
          <w:i/>
          <w:lang w:val="de-DE"/>
        </w:rPr>
        <w:br w:type="page"/>
      </w:r>
    </w:p>
    <w:p w14:paraId="1F5F38F8" w14:textId="77777777" w:rsidR="00E91A42" w:rsidRPr="00E91A42" w:rsidRDefault="00E91A42" w:rsidP="00E91A42">
      <w:pPr>
        <w:rPr>
          <w:b/>
          <w:sz w:val="28"/>
          <w:szCs w:val="28"/>
        </w:rPr>
      </w:pPr>
    </w:p>
    <w:p w14:paraId="23194F6C" w14:textId="77777777" w:rsidR="00E91A42" w:rsidRPr="00E91A42" w:rsidRDefault="00E91A42" w:rsidP="00E91A42">
      <w:pPr>
        <w:rPr>
          <w:b/>
          <w:sz w:val="28"/>
          <w:szCs w:val="28"/>
        </w:rPr>
      </w:pPr>
      <w:r w:rsidRPr="00E91A42">
        <w:rPr>
          <w:b/>
          <w:sz w:val="28"/>
          <w:szCs w:val="28"/>
        </w:rPr>
        <w:t xml:space="preserve">               Khoản III. NGUYÊN VẬT LIỆU, NĂNG LƯỢNG </w:t>
      </w:r>
      <w:r w:rsidRPr="00E91A42">
        <w:rPr>
          <w:b/>
          <w:bCs/>
          <w:iCs/>
          <w:sz w:val="28"/>
          <w:szCs w:val="28"/>
        </w:rPr>
        <w:t>(</w:t>
      </w:r>
      <w:r w:rsidRPr="00E91A42">
        <w:rPr>
          <w:b/>
          <w:bCs/>
          <w:i/>
          <w:iCs/>
          <w:sz w:val="28"/>
          <w:szCs w:val="28"/>
        </w:rPr>
        <w:t>Áp dụng đối với thuyết minh khi thẩm định kinh phí</w:t>
      </w:r>
      <w:r w:rsidRPr="00E91A42">
        <w:rPr>
          <w:b/>
          <w:bCs/>
          <w:iCs/>
          <w:sz w:val="28"/>
          <w:szCs w:val="28"/>
        </w:rPr>
        <w:t>)</w:t>
      </w:r>
    </w:p>
    <w:p w14:paraId="1D08A719" w14:textId="77777777" w:rsidR="00E91A42" w:rsidRPr="00E91A42" w:rsidRDefault="00E91A42" w:rsidP="00E91A42">
      <w:pPr>
        <w:ind w:right="215"/>
        <w:jc w:val="right"/>
        <w:rPr>
          <w:sz w:val="28"/>
          <w:szCs w:val="28"/>
        </w:rPr>
      </w:pPr>
      <w:r w:rsidRPr="00E91A42">
        <w:rPr>
          <w:sz w:val="28"/>
          <w:szCs w:val="28"/>
        </w:rPr>
        <w:t>Đơn vị: triệu đồng</w:t>
      </w:r>
    </w:p>
    <w:tbl>
      <w:tblPr>
        <w:tblW w:w="1456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851"/>
        <w:gridCol w:w="850"/>
        <w:gridCol w:w="645"/>
        <w:gridCol w:w="900"/>
        <w:gridCol w:w="720"/>
        <w:gridCol w:w="810"/>
        <w:gridCol w:w="720"/>
        <w:gridCol w:w="810"/>
        <w:gridCol w:w="720"/>
        <w:gridCol w:w="810"/>
        <w:gridCol w:w="668"/>
        <w:gridCol w:w="772"/>
        <w:gridCol w:w="720"/>
        <w:gridCol w:w="720"/>
        <w:gridCol w:w="720"/>
        <w:gridCol w:w="720"/>
      </w:tblGrid>
      <w:tr w:rsidR="00E91A42" w:rsidRPr="00E91A42" w14:paraId="2F17DD46" w14:textId="77777777" w:rsidTr="00A701F9">
        <w:trPr>
          <w:cantSplit/>
        </w:trPr>
        <w:tc>
          <w:tcPr>
            <w:tcW w:w="567" w:type="dxa"/>
            <w:vMerge w:val="restart"/>
            <w:vAlign w:val="center"/>
          </w:tcPr>
          <w:p w14:paraId="6FFF1AC8" w14:textId="77777777" w:rsidR="00E91A42" w:rsidRPr="00E91A42" w:rsidRDefault="00E91A42" w:rsidP="00A701F9">
            <w:pPr>
              <w:spacing w:before="60" w:after="60"/>
              <w:jc w:val="center"/>
              <w:rPr>
                <w:b/>
                <w:sz w:val="28"/>
                <w:szCs w:val="28"/>
              </w:rPr>
            </w:pPr>
            <w:r w:rsidRPr="00E91A42">
              <w:rPr>
                <w:b/>
                <w:sz w:val="28"/>
                <w:szCs w:val="28"/>
              </w:rPr>
              <w:t>Số</w:t>
            </w:r>
          </w:p>
          <w:p w14:paraId="28B36D68" w14:textId="77777777" w:rsidR="00E91A42" w:rsidRPr="00E91A42" w:rsidRDefault="00E91A42" w:rsidP="00A701F9">
            <w:pPr>
              <w:spacing w:before="60" w:after="60"/>
              <w:jc w:val="center"/>
              <w:rPr>
                <w:b/>
                <w:sz w:val="28"/>
                <w:szCs w:val="28"/>
              </w:rPr>
            </w:pPr>
            <w:r w:rsidRPr="00E91A42">
              <w:rPr>
                <w:b/>
                <w:sz w:val="28"/>
                <w:szCs w:val="28"/>
              </w:rPr>
              <w:t>TT</w:t>
            </w:r>
          </w:p>
        </w:tc>
        <w:tc>
          <w:tcPr>
            <w:tcW w:w="1843" w:type="dxa"/>
            <w:vMerge w:val="restart"/>
            <w:vAlign w:val="center"/>
          </w:tcPr>
          <w:p w14:paraId="06790747" w14:textId="77777777" w:rsidR="00E91A42" w:rsidRPr="00E91A42" w:rsidRDefault="00E91A42" w:rsidP="00A701F9">
            <w:pPr>
              <w:spacing w:before="60" w:after="60"/>
              <w:jc w:val="center"/>
              <w:rPr>
                <w:b/>
                <w:sz w:val="28"/>
                <w:szCs w:val="28"/>
              </w:rPr>
            </w:pPr>
            <w:r w:rsidRPr="00E91A42">
              <w:rPr>
                <w:b/>
                <w:sz w:val="28"/>
                <w:szCs w:val="28"/>
              </w:rPr>
              <w:t>Nội dung</w:t>
            </w:r>
          </w:p>
        </w:tc>
        <w:tc>
          <w:tcPr>
            <w:tcW w:w="851" w:type="dxa"/>
            <w:vMerge w:val="restart"/>
            <w:vAlign w:val="center"/>
          </w:tcPr>
          <w:p w14:paraId="6C18CFC2" w14:textId="77777777" w:rsidR="00E91A42" w:rsidRPr="00E91A42" w:rsidRDefault="00E91A42" w:rsidP="00A701F9">
            <w:pPr>
              <w:spacing w:before="60" w:after="60"/>
              <w:jc w:val="center"/>
              <w:rPr>
                <w:b/>
                <w:sz w:val="28"/>
                <w:szCs w:val="28"/>
              </w:rPr>
            </w:pPr>
            <w:r w:rsidRPr="00E91A42">
              <w:rPr>
                <w:b/>
                <w:sz w:val="28"/>
                <w:szCs w:val="28"/>
              </w:rPr>
              <w:t>Đơn vị đo</w:t>
            </w:r>
          </w:p>
        </w:tc>
        <w:tc>
          <w:tcPr>
            <w:tcW w:w="850" w:type="dxa"/>
            <w:vMerge w:val="restart"/>
            <w:vAlign w:val="center"/>
          </w:tcPr>
          <w:p w14:paraId="0EE742AF" w14:textId="77777777" w:rsidR="00E91A42" w:rsidRPr="00E91A42" w:rsidRDefault="00E91A42" w:rsidP="00A701F9">
            <w:pPr>
              <w:spacing w:before="60" w:after="60"/>
              <w:jc w:val="center"/>
              <w:rPr>
                <w:b/>
                <w:sz w:val="28"/>
                <w:szCs w:val="28"/>
              </w:rPr>
            </w:pPr>
            <w:r w:rsidRPr="00E91A42">
              <w:rPr>
                <w:b/>
                <w:sz w:val="28"/>
                <w:szCs w:val="28"/>
              </w:rPr>
              <w:t>Số lượng</w:t>
            </w:r>
          </w:p>
        </w:tc>
        <w:tc>
          <w:tcPr>
            <w:tcW w:w="645" w:type="dxa"/>
            <w:vMerge w:val="restart"/>
            <w:vAlign w:val="center"/>
          </w:tcPr>
          <w:p w14:paraId="58F5FB21" w14:textId="77777777" w:rsidR="00E91A42" w:rsidRPr="00E91A42" w:rsidRDefault="00E91A42" w:rsidP="00A701F9">
            <w:pPr>
              <w:spacing w:before="60" w:after="60"/>
              <w:jc w:val="center"/>
              <w:rPr>
                <w:b/>
                <w:sz w:val="28"/>
                <w:szCs w:val="28"/>
              </w:rPr>
            </w:pPr>
            <w:r w:rsidRPr="00E91A42">
              <w:rPr>
                <w:b/>
                <w:sz w:val="28"/>
                <w:szCs w:val="28"/>
              </w:rPr>
              <w:t>Đơn giá</w:t>
            </w:r>
          </w:p>
        </w:tc>
        <w:tc>
          <w:tcPr>
            <w:tcW w:w="900" w:type="dxa"/>
            <w:vMerge w:val="restart"/>
            <w:vAlign w:val="center"/>
          </w:tcPr>
          <w:p w14:paraId="6FB00CBC" w14:textId="77777777" w:rsidR="00E91A42" w:rsidRPr="00E91A42" w:rsidRDefault="00E91A42" w:rsidP="00A701F9">
            <w:pPr>
              <w:spacing w:before="60" w:after="60"/>
              <w:jc w:val="center"/>
              <w:rPr>
                <w:b/>
                <w:sz w:val="28"/>
                <w:szCs w:val="28"/>
              </w:rPr>
            </w:pPr>
            <w:r w:rsidRPr="00E91A42">
              <w:rPr>
                <w:b/>
                <w:sz w:val="28"/>
                <w:szCs w:val="28"/>
              </w:rPr>
              <w:t>Thành tiền</w:t>
            </w:r>
          </w:p>
        </w:tc>
        <w:tc>
          <w:tcPr>
            <w:tcW w:w="8910" w:type="dxa"/>
            <w:gridSpan w:val="12"/>
            <w:vAlign w:val="center"/>
          </w:tcPr>
          <w:p w14:paraId="4FE569C7" w14:textId="77777777" w:rsidR="00E91A42" w:rsidRPr="00E91A42" w:rsidRDefault="00E91A42" w:rsidP="00A701F9">
            <w:pPr>
              <w:spacing w:before="60" w:after="60"/>
              <w:jc w:val="center"/>
              <w:rPr>
                <w:b/>
                <w:sz w:val="28"/>
                <w:szCs w:val="28"/>
              </w:rPr>
            </w:pPr>
            <w:r w:rsidRPr="00E91A42">
              <w:rPr>
                <w:b/>
                <w:sz w:val="28"/>
                <w:szCs w:val="28"/>
              </w:rPr>
              <w:t>Nguồn vốn</w:t>
            </w:r>
          </w:p>
        </w:tc>
      </w:tr>
      <w:tr w:rsidR="00E91A42" w:rsidRPr="00E91A42" w14:paraId="69F9074B" w14:textId="77777777" w:rsidTr="00A701F9">
        <w:trPr>
          <w:cantSplit/>
        </w:trPr>
        <w:tc>
          <w:tcPr>
            <w:tcW w:w="567" w:type="dxa"/>
            <w:vMerge/>
          </w:tcPr>
          <w:p w14:paraId="41908213" w14:textId="77777777" w:rsidR="00E91A42" w:rsidRPr="00E91A42" w:rsidRDefault="00E91A42" w:rsidP="00A701F9">
            <w:pPr>
              <w:spacing w:before="60" w:after="60"/>
              <w:jc w:val="center"/>
              <w:rPr>
                <w:sz w:val="28"/>
                <w:szCs w:val="28"/>
              </w:rPr>
            </w:pPr>
          </w:p>
        </w:tc>
        <w:tc>
          <w:tcPr>
            <w:tcW w:w="1843" w:type="dxa"/>
            <w:vMerge/>
          </w:tcPr>
          <w:p w14:paraId="5FDADCDB" w14:textId="77777777" w:rsidR="00E91A42" w:rsidRPr="00E91A42" w:rsidRDefault="00E91A42" w:rsidP="00A701F9">
            <w:pPr>
              <w:spacing w:before="60" w:after="60"/>
              <w:rPr>
                <w:sz w:val="28"/>
                <w:szCs w:val="28"/>
              </w:rPr>
            </w:pPr>
          </w:p>
        </w:tc>
        <w:tc>
          <w:tcPr>
            <w:tcW w:w="851" w:type="dxa"/>
            <w:vMerge/>
          </w:tcPr>
          <w:p w14:paraId="6A57A21C" w14:textId="77777777" w:rsidR="00E91A42" w:rsidRPr="00E91A42" w:rsidRDefault="00E91A42" w:rsidP="00A701F9">
            <w:pPr>
              <w:spacing w:before="60" w:after="60"/>
              <w:jc w:val="center"/>
              <w:rPr>
                <w:sz w:val="28"/>
                <w:szCs w:val="28"/>
              </w:rPr>
            </w:pPr>
          </w:p>
        </w:tc>
        <w:tc>
          <w:tcPr>
            <w:tcW w:w="850" w:type="dxa"/>
            <w:vMerge/>
          </w:tcPr>
          <w:p w14:paraId="3EF3033C" w14:textId="77777777" w:rsidR="00E91A42" w:rsidRPr="00E91A42" w:rsidRDefault="00E91A42" w:rsidP="00A701F9">
            <w:pPr>
              <w:spacing w:before="60" w:after="60"/>
              <w:jc w:val="center"/>
              <w:rPr>
                <w:sz w:val="28"/>
                <w:szCs w:val="28"/>
              </w:rPr>
            </w:pPr>
          </w:p>
        </w:tc>
        <w:tc>
          <w:tcPr>
            <w:tcW w:w="645" w:type="dxa"/>
            <w:vMerge/>
          </w:tcPr>
          <w:p w14:paraId="0BCFE054" w14:textId="77777777" w:rsidR="00E91A42" w:rsidRPr="00E91A42" w:rsidRDefault="00E91A42" w:rsidP="00A701F9">
            <w:pPr>
              <w:spacing w:before="60" w:after="60"/>
              <w:jc w:val="center"/>
              <w:rPr>
                <w:sz w:val="28"/>
                <w:szCs w:val="28"/>
              </w:rPr>
            </w:pPr>
          </w:p>
        </w:tc>
        <w:tc>
          <w:tcPr>
            <w:tcW w:w="900" w:type="dxa"/>
            <w:vMerge/>
          </w:tcPr>
          <w:p w14:paraId="40DDAD97" w14:textId="77777777" w:rsidR="00E91A42" w:rsidRPr="00E91A42" w:rsidRDefault="00E91A42" w:rsidP="00A701F9">
            <w:pPr>
              <w:spacing w:before="60" w:after="60"/>
              <w:jc w:val="center"/>
              <w:rPr>
                <w:sz w:val="28"/>
                <w:szCs w:val="28"/>
              </w:rPr>
            </w:pPr>
          </w:p>
        </w:tc>
        <w:tc>
          <w:tcPr>
            <w:tcW w:w="6030" w:type="dxa"/>
            <w:gridSpan w:val="8"/>
          </w:tcPr>
          <w:p w14:paraId="135940BE" w14:textId="77777777" w:rsidR="00E91A42" w:rsidRPr="00E91A42" w:rsidRDefault="00E91A42" w:rsidP="00A701F9">
            <w:pPr>
              <w:spacing w:before="60" w:after="60"/>
              <w:jc w:val="center"/>
              <w:rPr>
                <w:b/>
                <w:sz w:val="28"/>
                <w:szCs w:val="28"/>
              </w:rPr>
            </w:pPr>
            <w:r w:rsidRPr="00E91A42">
              <w:rPr>
                <w:b/>
                <w:sz w:val="28"/>
                <w:szCs w:val="28"/>
              </w:rPr>
              <w:t>Ngân sách nhà nước</w:t>
            </w:r>
          </w:p>
        </w:tc>
        <w:tc>
          <w:tcPr>
            <w:tcW w:w="2880" w:type="dxa"/>
            <w:gridSpan w:val="4"/>
          </w:tcPr>
          <w:p w14:paraId="6215660E" w14:textId="77777777" w:rsidR="00E91A42" w:rsidRPr="00E91A42" w:rsidRDefault="00E91A42" w:rsidP="00A701F9">
            <w:pPr>
              <w:spacing w:before="60" w:after="60"/>
              <w:jc w:val="center"/>
              <w:rPr>
                <w:b/>
                <w:sz w:val="28"/>
                <w:szCs w:val="28"/>
                <w:highlight w:val="yellow"/>
              </w:rPr>
            </w:pPr>
            <w:r w:rsidRPr="00E91A42">
              <w:rPr>
                <w:b/>
                <w:sz w:val="28"/>
                <w:szCs w:val="28"/>
              </w:rPr>
              <w:t>Ngoài ngân sách nhà nước</w:t>
            </w:r>
          </w:p>
        </w:tc>
      </w:tr>
      <w:tr w:rsidR="00E91A42" w:rsidRPr="00E91A42" w14:paraId="02DFD4E0" w14:textId="77777777" w:rsidTr="00A701F9">
        <w:trPr>
          <w:trHeight w:val="339"/>
        </w:trPr>
        <w:tc>
          <w:tcPr>
            <w:tcW w:w="567" w:type="dxa"/>
            <w:vMerge/>
          </w:tcPr>
          <w:p w14:paraId="1199AAC8" w14:textId="77777777" w:rsidR="00E91A42" w:rsidRPr="00E91A42" w:rsidRDefault="00E91A42" w:rsidP="00A701F9">
            <w:pPr>
              <w:spacing w:before="60" w:after="60"/>
              <w:jc w:val="center"/>
              <w:rPr>
                <w:sz w:val="28"/>
                <w:szCs w:val="28"/>
              </w:rPr>
            </w:pPr>
          </w:p>
        </w:tc>
        <w:tc>
          <w:tcPr>
            <w:tcW w:w="1843" w:type="dxa"/>
            <w:vMerge/>
          </w:tcPr>
          <w:p w14:paraId="4F3968A9" w14:textId="77777777" w:rsidR="00E91A42" w:rsidRPr="00E91A42" w:rsidRDefault="00E91A42" w:rsidP="00A701F9">
            <w:pPr>
              <w:spacing w:before="60" w:after="60"/>
              <w:rPr>
                <w:sz w:val="28"/>
                <w:szCs w:val="28"/>
              </w:rPr>
            </w:pPr>
          </w:p>
        </w:tc>
        <w:tc>
          <w:tcPr>
            <w:tcW w:w="851" w:type="dxa"/>
            <w:vMerge/>
          </w:tcPr>
          <w:p w14:paraId="68710976" w14:textId="77777777" w:rsidR="00E91A42" w:rsidRPr="00E91A42" w:rsidRDefault="00E91A42" w:rsidP="00A701F9">
            <w:pPr>
              <w:spacing w:before="60" w:after="60"/>
              <w:jc w:val="center"/>
              <w:rPr>
                <w:sz w:val="28"/>
                <w:szCs w:val="28"/>
              </w:rPr>
            </w:pPr>
          </w:p>
        </w:tc>
        <w:tc>
          <w:tcPr>
            <w:tcW w:w="850" w:type="dxa"/>
            <w:vMerge/>
          </w:tcPr>
          <w:p w14:paraId="5384ED8D" w14:textId="77777777" w:rsidR="00E91A42" w:rsidRPr="00E91A42" w:rsidRDefault="00E91A42" w:rsidP="00A701F9">
            <w:pPr>
              <w:spacing w:before="60" w:after="60"/>
              <w:jc w:val="center"/>
              <w:rPr>
                <w:sz w:val="28"/>
                <w:szCs w:val="28"/>
              </w:rPr>
            </w:pPr>
          </w:p>
        </w:tc>
        <w:tc>
          <w:tcPr>
            <w:tcW w:w="645" w:type="dxa"/>
            <w:vMerge/>
          </w:tcPr>
          <w:p w14:paraId="2D9A1377" w14:textId="77777777" w:rsidR="00E91A42" w:rsidRPr="00E91A42" w:rsidRDefault="00E91A42" w:rsidP="00A701F9">
            <w:pPr>
              <w:spacing w:before="60" w:after="60"/>
              <w:jc w:val="center"/>
              <w:rPr>
                <w:sz w:val="28"/>
                <w:szCs w:val="28"/>
              </w:rPr>
            </w:pPr>
          </w:p>
        </w:tc>
        <w:tc>
          <w:tcPr>
            <w:tcW w:w="900" w:type="dxa"/>
            <w:vMerge/>
          </w:tcPr>
          <w:p w14:paraId="0AE97C86" w14:textId="77777777" w:rsidR="00E91A42" w:rsidRPr="00E91A42" w:rsidRDefault="00E91A42" w:rsidP="00A701F9">
            <w:pPr>
              <w:spacing w:before="60" w:after="60"/>
              <w:jc w:val="center"/>
              <w:rPr>
                <w:sz w:val="28"/>
                <w:szCs w:val="28"/>
              </w:rPr>
            </w:pPr>
          </w:p>
        </w:tc>
        <w:tc>
          <w:tcPr>
            <w:tcW w:w="1530" w:type="dxa"/>
            <w:gridSpan w:val="2"/>
            <w:vAlign w:val="center"/>
          </w:tcPr>
          <w:p w14:paraId="3A5ACE50" w14:textId="77777777" w:rsidR="00E91A42" w:rsidRPr="00E91A42" w:rsidRDefault="00E91A42" w:rsidP="00A701F9">
            <w:pPr>
              <w:spacing w:before="50" w:after="50"/>
              <w:jc w:val="center"/>
              <w:rPr>
                <w:sz w:val="28"/>
                <w:szCs w:val="28"/>
              </w:rPr>
            </w:pPr>
            <w:r w:rsidRPr="00E91A42">
              <w:rPr>
                <w:b/>
                <w:sz w:val="28"/>
                <w:szCs w:val="28"/>
              </w:rPr>
              <w:t>Tổng số</w:t>
            </w:r>
          </w:p>
        </w:tc>
        <w:tc>
          <w:tcPr>
            <w:tcW w:w="1530" w:type="dxa"/>
            <w:gridSpan w:val="2"/>
            <w:vAlign w:val="center"/>
          </w:tcPr>
          <w:p w14:paraId="48A99E4A" w14:textId="77777777" w:rsidR="00E91A42" w:rsidRPr="00E91A42" w:rsidRDefault="00E91A42" w:rsidP="00A701F9">
            <w:pPr>
              <w:spacing w:before="50" w:after="50"/>
              <w:jc w:val="center"/>
              <w:rPr>
                <w:b/>
                <w:spacing w:val="-2"/>
                <w:sz w:val="28"/>
                <w:szCs w:val="28"/>
              </w:rPr>
            </w:pPr>
            <w:r w:rsidRPr="00E91A42">
              <w:rPr>
                <w:b/>
                <w:spacing w:val="-2"/>
                <w:sz w:val="28"/>
                <w:szCs w:val="28"/>
              </w:rPr>
              <w:t>Năm thứ nhất</w:t>
            </w:r>
          </w:p>
        </w:tc>
        <w:tc>
          <w:tcPr>
            <w:tcW w:w="1530" w:type="dxa"/>
            <w:gridSpan w:val="2"/>
            <w:vAlign w:val="center"/>
          </w:tcPr>
          <w:p w14:paraId="2E2A64CF" w14:textId="77777777" w:rsidR="00E91A42" w:rsidRPr="00E91A42" w:rsidRDefault="00E91A42" w:rsidP="00A701F9">
            <w:pPr>
              <w:spacing w:before="50" w:after="50"/>
              <w:jc w:val="center"/>
              <w:rPr>
                <w:b/>
                <w:sz w:val="28"/>
                <w:szCs w:val="28"/>
              </w:rPr>
            </w:pPr>
            <w:r w:rsidRPr="00E91A42">
              <w:rPr>
                <w:b/>
                <w:sz w:val="28"/>
                <w:szCs w:val="28"/>
              </w:rPr>
              <w:t>Năm thứ hai</w:t>
            </w:r>
          </w:p>
        </w:tc>
        <w:tc>
          <w:tcPr>
            <w:tcW w:w="1440" w:type="dxa"/>
            <w:gridSpan w:val="2"/>
            <w:vAlign w:val="center"/>
          </w:tcPr>
          <w:p w14:paraId="2B6A3091" w14:textId="77777777" w:rsidR="00E91A42" w:rsidRPr="00E91A42" w:rsidRDefault="00E91A42" w:rsidP="00A701F9">
            <w:pPr>
              <w:spacing w:before="50" w:after="50"/>
              <w:jc w:val="center"/>
              <w:rPr>
                <w:b/>
                <w:sz w:val="28"/>
                <w:szCs w:val="28"/>
              </w:rPr>
            </w:pPr>
            <w:r w:rsidRPr="00E91A42">
              <w:rPr>
                <w:b/>
                <w:sz w:val="28"/>
                <w:szCs w:val="28"/>
              </w:rPr>
              <w:t>Năm thứ ba</w:t>
            </w:r>
          </w:p>
        </w:tc>
        <w:tc>
          <w:tcPr>
            <w:tcW w:w="720" w:type="dxa"/>
            <w:vMerge w:val="restart"/>
            <w:vAlign w:val="center"/>
          </w:tcPr>
          <w:p w14:paraId="23D5FC93" w14:textId="77777777" w:rsidR="00E91A42" w:rsidRPr="00E91A42" w:rsidRDefault="00E91A42" w:rsidP="00A701F9">
            <w:pPr>
              <w:jc w:val="center"/>
              <w:rPr>
                <w:b/>
                <w:sz w:val="28"/>
                <w:szCs w:val="28"/>
              </w:rPr>
            </w:pPr>
            <w:r w:rsidRPr="00E91A42">
              <w:rPr>
                <w:b/>
                <w:sz w:val="28"/>
                <w:szCs w:val="28"/>
              </w:rPr>
              <w:t>Tổng</w:t>
            </w:r>
          </w:p>
          <w:p w14:paraId="63475B55" w14:textId="77777777" w:rsidR="00E91A42" w:rsidRPr="00E91A42" w:rsidRDefault="00E91A42" w:rsidP="00A701F9">
            <w:pPr>
              <w:jc w:val="center"/>
              <w:rPr>
                <w:b/>
                <w:sz w:val="28"/>
                <w:szCs w:val="28"/>
              </w:rPr>
            </w:pPr>
            <w:r w:rsidRPr="00E91A42">
              <w:rPr>
                <w:b/>
                <w:sz w:val="28"/>
                <w:szCs w:val="28"/>
              </w:rPr>
              <w:t xml:space="preserve"> số</w:t>
            </w:r>
          </w:p>
        </w:tc>
        <w:tc>
          <w:tcPr>
            <w:tcW w:w="720" w:type="dxa"/>
            <w:vMerge w:val="restart"/>
            <w:vAlign w:val="center"/>
          </w:tcPr>
          <w:p w14:paraId="4387B41B" w14:textId="77777777" w:rsidR="00E91A42" w:rsidRPr="00E91A42" w:rsidRDefault="00E91A42" w:rsidP="00A701F9">
            <w:pPr>
              <w:jc w:val="center"/>
              <w:rPr>
                <w:sz w:val="28"/>
                <w:szCs w:val="28"/>
              </w:rPr>
            </w:pPr>
            <w:r w:rsidRPr="00E91A42">
              <w:rPr>
                <w:sz w:val="28"/>
                <w:szCs w:val="28"/>
              </w:rPr>
              <w:t xml:space="preserve">Năm </w:t>
            </w:r>
          </w:p>
          <w:p w14:paraId="48153CAF" w14:textId="77777777" w:rsidR="00E91A42" w:rsidRPr="00E91A42" w:rsidRDefault="00E91A42" w:rsidP="00A701F9">
            <w:pPr>
              <w:jc w:val="center"/>
              <w:rPr>
                <w:sz w:val="28"/>
                <w:szCs w:val="28"/>
              </w:rPr>
            </w:pPr>
            <w:r w:rsidRPr="00E91A42">
              <w:rPr>
                <w:sz w:val="28"/>
                <w:szCs w:val="28"/>
              </w:rPr>
              <w:t>thứ nhất</w:t>
            </w:r>
          </w:p>
        </w:tc>
        <w:tc>
          <w:tcPr>
            <w:tcW w:w="720" w:type="dxa"/>
            <w:vMerge w:val="restart"/>
            <w:vAlign w:val="center"/>
          </w:tcPr>
          <w:p w14:paraId="71C5ED59" w14:textId="77777777" w:rsidR="00E91A42" w:rsidRPr="00E91A42" w:rsidRDefault="00E91A42" w:rsidP="00A701F9">
            <w:pPr>
              <w:jc w:val="center"/>
              <w:rPr>
                <w:sz w:val="28"/>
                <w:szCs w:val="28"/>
              </w:rPr>
            </w:pPr>
            <w:r w:rsidRPr="00E91A42">
              <w:rPr>
                <w:sz w:val="28"/>
                <w:szCs w:val="28"/>
              </w:rPr>
              <w:t xml:space="preserve">Năm </w:t>
            </w:r>
          </w:p>
          <w:p w14:paraId="512F5F20" w14:textId="77777777" w:rsidR="00E91A42" w:rsidRPr="00E91A42" w:rsidRDefault="00E91A42" w:rsidP="00A701F9">
            <w:pPr>
              <w:jc w:val="center"/>
              <w:rPr>
                <w:sz w:val="28"/>
                <w:szCs w:val="28"/>
              </w:rPr>
            </w:pPr>
            <w:r w:rsidRPr="00E91A42">
              <w:rPr>
                <w:sz w:val="28"/>
                <w:szCs w:val="28"/>
              </w:rPr>
              <w:t>thứ hai</w:t>
            </w:r>
          </w:p>
        </w:tc>
        <w:tc>
          <w:tcPr>
            <w:tcW w:w="720" w:type="dxa"/>
            <w:vMerge w:val="restart"/>
            <w:vAlign w:val="center"/>
          </w:tcPr>
          <w:p w14:paraId="216128C4" w14:textId="77777777" w:rsidR="00E91A42" w:rsidRPr="00E91A42" w:rsidRDefault="00E91A42" w:rsidP="00A701F9">
            <w:pPr>
              <w:jc w:val="center"/>
              <w:rPr>
                <w:sz w:val="28"/>
                <w:szCs w:val="28"/>
              </w:rPr>
            </w:pPr>
            <w:r w:rsidRPr="00E91A42">
              <w:rPr>
                <w:sz w:val="28"/>
                <w:szCs w:val="28"/>
              </w:rPr>
              <w:t xml:space="preserve">Năm </w:t>
            </w:r>
          </w:p>
          <w:p w14:paraId="2765AE63" w14:textId="77777777" w:rsidR="00E91A42" w:rsidRPr="00E91A42" w:rsidRDefault="00E91A42" w:rsidP="00A701F9">
            <w:pPr>
              <w:jc w:val="center"/>
              <w:rPr>
                <w:sz w:val="28"/>
                <w:szCs w:val="28"/>
              </w:rPr>
            </w:pPr>
            <w:r w:rsidRPr="00E91A42">
              <w:rPr>
                <w:sz w:val="28"/>
                <w:szCs w:val="28"/>
              </w:rPr>
              <w:t>thứ ba</w:t>
            </w:r>
          </w:p>
        </w:tc>
      </w:tr>
      <w:tr w:rsidR="00E91A42" w:rsidRPr="00E91A42" w14:paraId="2615D78D" w14:textId="77777777" w:rsidTr="00A701F9">
        <w:trPr>
          <w:trHeight w:val="1739"/>
        </w:trPr>
        <w:tc>
          <w:tcPr>
            <w:tcW w:w="567" w:type="dxa"/>
            <w:vMerge/>
          </w:tcPr>
          <w:p w14:paraId="5FF63EBC" w14:textId="77777777" w:rsidR="00E91A42" w:rsidRPr="00E91A42" w:rsidRDefault="00E91A42" w:rsidP="00A701F9">
            <w:pPr>
              <w:spacing w:before="60" w:after="60"/>
              <w:jc w:val="center"/>
              <w:rPr>
                <w:sz w:val="28"/>
                <w:szCs w:val="28"/>
              </w:rPr>
            </w:pPr>
          </w:p>
        </w:tc>
        <w:tc>
          <w:tcPr>
            <w:tcW w:w="1843" w:type="dxa"/>
            <w:vMerge/>
          </w:tcPr>
          <w:p w14:paraId="04D19655" w14:textId="77777777" w:rsidR="00E91A42" w:rsidRPr="00E91A42" w:rsidRDefault="00E91A42" w:rsidP="00A701F9">
            <w:pPr>
              <w:spacing w:before="60" w:after="60"/>
              <w:rPr>
                <w:sz w:val="28"/>
                <w:szCs w:val="28"/>
              </w:rPr>
            </w:pPr>
          </w:p>
        </w:tc>
        <w:tc>
          <w:tcPr>
            <w:tcW w:w="851" w:type="dxa"/>
            <w:vMerge/>
          </w:tcPr>
          <w:p w14:paraId="7780F1CC" w14:textId="77777777" w:rsidR="00E91A42" w:rsidRPr="00E91A42" w:rsidRDefault="00E91A42" w:rsidP="00A701F9">
            <w:pPr>
              <w:spacing w:before="60" w:after="60"/>
              <w:jc w:val="center"/>
              <w:rPr>
                <w:sz w:val="28"/>
                <w:szCs w:val="28"/>
              </w:rPr>
            </w:pPr>
          </w:p>
        </w:tc>
        <w:tc>
          <w:tcPr>
            <w:tcW w:w="850" w:type="dxa"/>
            <w:vMerge/>
          </w:tcPr>
          <w:p w14:paraId="28C924C8" w14:textId="77777777" w:rsidR="00E91A42" w:rsidRPr="00E91A42" w:rsidRDefault="00E91A42" w:rsidP="00A701F9">
            <w:pPr>
              <w:spacing w:before="60" w:after="60"/>
              <w:jc w:val="center"/>
              <w:rPr>
                <w:sz w:val="28"/>
                <w:szCs w:val="28"/>
              </w:rPr>
            </w:pPr>
          </w:p>
        </w:tc>
        <w:tc>
          <w:tcPr>
            <w:tcW w:w="645" w:type="dxa"/>
            <w:vMerge/>
          </w:tcPr>
          <w:p w14:paraId="4794E84B" w14:textId="77777777" w:rsidR="00E91A42" w:rsidRPr="00E91A42" w:rsidRDefault="00E91A42" w:rsidP="00A701F9">
            <w:pPr>
              <w:spacing w:before="60" w:after="60"/>
              <w:jc w:val="center"/>
              <w:rPr>
                <w:sz w:val="28"/>
                <w:szCs w:val="28"/>
              </w:rPr>
            </w:pPr>
          </w:p>
        </w:tc>
        <w:tc>
          <w:tcPr>
            <w:tcW w:w="900" w:type="dxa"/>
            <w:vMerge/>
          </w:tcPr>
          <w:p w14:paraId="36A064B5" w14:textId="77777777" w:rsidR="00E91A42" w:rsidRPr="00E91A42" w:rsidRDefault="00E91A42" w:rsidP="00A701F9">
            <w:pPr>
              <w:spacing w:before="60" w:after="60"/>
              <w:jc w:val="center"/>
              <w:rPr>
                <w:sz w:val="28"/>
                <w:szCs w:val="28"/>
              </w:rPr>
            </w:pPr>
          </w:p>
        </w:tc>
        <w:tc>
          <w:tcPr>
            <w:tcW w:w="720" w:type="dxa"/>
            <w:vAlign w:val="center"/>
          </w:tcPr>
          <w:p w14:paraId="424436F7"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4DFD78F2"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20" w:type="dxa"/>
            <w:vAlign w:val="center"/>
          </w:tcPr>
          <w:p w14:paraId="1015C63E"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2E62E256"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20" w:type="dxa"/>
            <w:vAlign w:val="center"/>
          </w:tcPr>
          <w:p w14:paraId="2291BE5B"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4C407CFA" w14:textId="77777777" w:rsidR="00E91A42" w:rsidRPr="00E91A42" w:rsidRDefault="00E91A42" w:rsidP="00A701F9">
            <w:pPr>
              <w:spacing w:before="50" w:after="50"/>
              <w:jc w:val="center"/>
              <w:rPr>
                <w:sz w:val="28"/>
                <w:szCs w:val="28"/>
              </w:rPr>
            </w:pPr>
            <w:r w:rsidRPr="00E91A42">
              <w:rPr>
                <w:sz w:val="28"/>
                <w:szCs w:val="28"/>
              </w:rPr>
              <w:t xml:space="preserve">Trong đó, khoán chi theo quy   định </w:t>
            </w:r>
          </w:p>
        </w:tc>
        <w:tc>
          <w:tcPr>
            <w:tcW w:w="668" w:type="dxa"/>
            <w:vAlign w:val="center"/>
          </w:tcPr>
          <w:p w14:paraId="61076D71" w14:textId="77777777" w:rsidR="00E91A42" w:rsidRPr="00E91A42" w:rsidRDefault="00E91A42" w:rsidP="00A701F9">
            <w:pPr>
              <w:spacing w:before="60" w:after="60"/>
              <w:jc w:val="center"/>
              <w:rPr>
                <w:sz w:val="28"/>
                <w:szCs w:val="28"/>
              </w:rPr>
            </w:pPr>
            <w:r w:rsidRPr="00E91A42">
              <w:rPr>
                <w:sz w:val="28"/>
                <w:szCs w:val="28"/>
              </w:rPr>
              <w:t>Kinh phí</w:t>
            </w:r>
          </w:p>
        </w:tc>
        <w:tc>
          <w:tcPr>
            <w:tcW w:w="772" w:type="dxa"/>
            <w:vAlign w:val="center"/>
          </w:tcPr>
          <w:p w14:paraId="74FE7418"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20" w:type="dxa"/>
            <w:vMerge/>
            <w:vAlign w:val="center"/>
          </w:tcPr>
          <w:p w14:paraId="60B8BA12" w14:textId="77777777" w:rsidR="00E91A42" w:rsidRPr="00E91A42" w:rsidRDefault="00E91A42" w:rsidP="00A701F9">
            <w:pPr>
              <w:spacing w:before="60" w:after="60"/>
              <w:jc w:val="center"/>
              <w:rPr>
                <w:b/>
                <w:sz w:val="28"/>
                <w:szCs w:val="28"/>
              </w:rPr>
            </w:pPr>
          </w:p>
        </w:tc>
        <w:tc>
          <w:tcPr>
            <w:tcW w:w="720" w:type="dxa"/>
            <w:vMerge/>
            <w:vAlign w:val="center"/>
          </w:tcPr>
          <w:p w14:paraId="29C74066" w14:textId="77777777" w:rsidR="00E91A42" w:rsidRPr="00E91A42" w:rsidRDefault="00E91A42" w:rsidP="00A701F9">
            <w:pPr>
              <w:spacing w:before="60" w:after="60"/>
              <w:jc w:val="center"/>
              <w:rPr>
                <w:sz w:val="28"/>
                <w:szCs w:val="28"/>
              </w:rPr>
            </w:pPr>
          </w:p>
        </w:tc>
        <w:tc>
          <w:tcPr>
            <w:tcW w:w="720" w:type="dxa"/>
            <w:vMerge/>
            <w:vAlign w:val="center"/>
          </w:tcPr>
          <w:p w14:paraId="5BFE4632" w14:textId="77777777" w:rsidR="00E91A42" w:rsidRPr="00E91A42" w:rsidRDefault="00E91A42" w:rsidP="00A701F9">
            <w:pPr>
              <w:spacing w:before="60" w:after="60"/>
              <w:jc w:val="center"/>
              <w:rPr>
                <w:sz w:val="28"/>
                <w:szCs w:val="28"/>
              </w:rPr>
            </w:pPr>
          </w:p>
        </w:tc>
        <w:tc>
          <w:tcPr>
            <w:tcW w:w="720" w:type="dxa"/>
            <w:vMerge/>
            <w:vAlign w:val="center"/>
          </w:tcPr>
          <w:p w14:paraId="44D7CE65" w14:textId="77777777" w:rsidR="00E91A42" w:rsidRPr="00E91A42" w:rsidRDefault="00E91A42" w:rsidP="00A701F9">
            <w:pPr>
              <w:spacing w:before="60" w:after="60"/>
              <w:jc w:val="center"/>
              <w:rPr>
                <w:sz w:val="28"/>
                <w:szCs w:val="28"/>
              </w:rPr>
            </w:pPr>
          </w:p>
        </w:tc>
      </w:tr>
      <w:tr w:rsidR="00E91A42" w:rsidRPr="00E91A42" w14:paraId="64A53D82" w14:textId="77777777" w:rsidTr="00A701F9">
        <w:tc>
          <w:tcPr>
            <w:tcW w:w="567" w:type="dxa"/>
          </w:tcPr>
          <w:p w14:paraId="2EFB146A" w14:textId="77777777" w:rsidR="00E91A42" w:rsidRPr="00E91A42" w:rsidRDefault="00E91A42" w:rsidP="00A701F9">
            <w:pPr>
              <w:spacing w:before="40" w:after="40"/>
              <w:jc w:val="center"/>
              <w:rPr>
                <w:i/>
                <w:sz w:val="28"/>
                <w:szCs w:val="28"/>
              </w:rPr>
            </w:pPr>
            <w:r w:rsidRPr="00E91A42">
              <w:rPr>
                <w:i/>
                <w:sz w:val="28"/>
                <w:szCs w:val="28"/>
              </w:rPr>
              <w:t>1</w:t>
            </w:r>
          </w:p>
        </w:tc>
        <w:tc>
          <w:tcPr>
            <w:tcW w:w="1843" w:type="dxa"/>
          </w:tcPr>
          <w:p w14:paraId="714AF854" w14:textId="77777777" w:rsidR="00E91A42" w:rsidRPr="00E91A42" w:rsidRDefault="00E91A42" w:rsidP="00A701F9">
            <w:pPr>
              <w:spacing w:before="40" w:after="40"/>
              <w:jc w:val="center"/>
              <w:rPr>
                <w:i/>
                <w:sz w:val="28"/>
                <w:szCs w:val="28"/>
              </w:rPr>
            </w:pPr>
            <w:r w:rsidRPr="00E91A42">
              <w:rPr>
                <w:i/>
                <w:sz w:val="28"/>
                <w:szCs w:val="28"/>
              </w:rPr>
              <w:t>2</w:t>
            </w:r>
          </w:p>
        </w:tc>
        <w:tc>
          <w:tcPr>
            <w:tcW w:w="851" w:type="dxa"/>
          </w:tcPr>
          <w:p w14:paraId="642595D7" w14:textId="77777777" w:rsidR="00E91A42" w:rsidRPr="00E91A42" w:rsidRDefault="00E91A42" w:rsidP="00A701F9">
            <w:pPr>
              <w:spacing w:before="40" w:after="40"/>
              <w:jc w:val="center"/>
              <w:rPr>
                <w:i/>
                <w:sz w:val="28"/>
                <w:szCs w:val="28"/>
              </w:rPr>
            </w:pPr>
            <w:r w:rsidRPr="00E91A42">
              <w:rPr>
                <w:i/>
                <w:sz w:val="28"/>
                <w:szCs w:val="28"/>
              </w:rPr>
              <w:t>3</w:t>
            </w:r>
          </w:p>
        </w:tc>
        <w:tc>
          <w:tcPr>
            <w:tcW w:w="850" w:type="dxa"/>
          </w:tcPr>
          <w:p w14:paraId="10F24588" w14:textId="77777777" w:rsidR="00E91A42" w:rsidRPr="00E91A42" w:rsidRDefault="00E91A42" w:rsidP="00A701F9">
            <w:pPr>
              <w:spacing w:before="40" w:after="40"/>
              <w:jc w:val="center"/>
              <w:rPr>
                <w:i/>
                <w:sz w:val="28"/>
                <w:szCs w:val="28"/>
              </w:rPr>
            </w:pPr>
            <w:r w:rsidRPr="00E91A42">
              <w:rPr>
                <w:i/>
                <w:sz w:val="28"/>
                <w:szCs w:val="28"/>
              </w:rPr>
              <w:t>4</w:t>
            </w:r>
          </w:p>
        </w:tc>
        <w:tc>
          <w:tcPr>
            <w:tcW w:w="645" w:type="dxa"/>
          </w:tcPr>
          <w:p w14:paraId="39621F84" w14:textId="77777777" w:rsidR="00E91A42" w:rsidRPr="00E91A42" w:rsidRDefault="00E91A42" w:rsidP="00A701F9">
            <w:pPr>
              <w:spacing w:before="40" w:after="40"/>
              <w:jc w:val="center"/>
              <w:rPr>
                <w:i/>
                <w:sz w:val="28"/>
                <w:szCs w:val="28"/>
              </w:rPr>
            </w:pPr>
            <w:r w:rsidRPr="00E91A42">
              <w:rPr>
                <w:i/>
                <w:sz w:val="28"/>
                <w:szCs w:val="28"/>
              </w:rPr>
              <w:t>5</w:t>
            </w:r>
          </w:p>
        </w:tc>
        <w:tc>
          <w:tcPr>
            <w:tcW w:w="900" w:type="dxa"/>
          </w:tcPr>
          <w:p w14:paraId="045FCBC5" w14:textId="77777777" w:rsidR="00E91A42" w:rsidRPr="00E91A42" w:rsidRDefault="00E91A42" w:rsidP="00A701F9">
            <w:pPr>
              <w:spacing w:before="40" w:after="40"/>
              <w:jc w:val="center"/>
              <w:rPr>
                <w:i/>
                <w:sz w:val="28"/>
                <w:szCs w:val="28"/>
              </w:rPr>
            </w:pPr>
            <w:r w:rsidRPr="00E91A42">
              <w:rPr>
                <w:i/>
                <w:sz w:val="28"/>
                <w:szCs w:val="28"/>
              </w:rPr>
              <w:t>6</w:t>
            </w:r>
          </w:p>
        </w:tc>
        <w:tc>
          <w:tcPr>
            <w:tcW w:w="720" w:type="dxa"/>
            <w:vAlign w:val="center"/>
          </w:tcPr>
          <w:p w14:paraId="6A18FC9C" w14:textId="77777777" w:rsidR="00E91A42" w:rsidRPr="00E91A42" w:rsidRDefault="00E91A42" w:rsidP="00A701F9">
            <w:pPr>
              <w:spacing w:before="40" w:after="40"/>
              <w:jc w:val="center"/>
              <w:rPr>
                <w:i/>
                <w:sz w:val="28"/>
                <w:szCs w:val="28"/>
              </w:rPr>
            </w:pPr>
            <w:r w:rsidRPr="00E91A42">
              <w:rPr>
                <w:i/>
                <w:sz w:val="28"/>
                <w:szCs w:val="28"/>
              </w:rPr>
              <w:t>7</w:t>
            </w:r>
          </w:p>
        </w:tc>
        <w:tc>
          <w:tcPr>
            <w:tcW w:w="810" w:type="dxa"/>
            <w:vAlign w:val="center"/>
          </w:tcPr>
          <w:p w14:paraId="5B9FE7C7" w14:textId="77777777" w:rsidR="00E91A42" w:rsidRPr="00E91A42" w:rsidRDefault="00E91A42" w:rsidP="00A701F9">
            <w:pPr>
              <w:spacing w:before="40" w:after="40"/>
              <w:jc w:val="center"/>
              <w:rPr>
                <w:i/>
                <w:sz w:val="28"/>
                <w:szCs w:val="28"/>
              </w:rPr>
            </w:pPr>
            <w:r w:rsidRPr="00E91A42">
              <w:rPr>
                <w:i/>
                <w:sz w:val="28"/>
                <w:szCs w:val="28"/>
              </w:rPr>
              <w:t>8</w:t>
            </w:r>
          </w:p>
        </w:tc>
        <w:tc>
          <w:tcPr>
            <w:tcW w:w="720" w:type="dxa"/>
            <w:vAlign w:val="center"/>
          </w:tcPr>
          <w:p w14:paraId="208BA7D8" w14:textId="77777777" w:rsidR="00E91A42" w:rsidRPr="00E91A42" w:rsidRDefault="00E91A42" w:rsidP="00A701F9">
            <w:pPr>
              <w:spacing w:before="40" w:after="40"/>
              <w:jc w:val="center"/>
              <w:rPr>
                <w:i/>
                <w:sz w:val="28"/>
                <w:szCs w:val="28"/>
              </w:rPr>
            </w:pPr>
            <w:r w:rsidRPr="00E91A42">
              <w:rPr>
                <w:i/>
                <w:sz w:val="28"/>
                <w:szCs w:val="28"/>
              </w:rPr>
              <w:t>9</w:t>
            </w:r>
          </w:p>
        </w:tc>
        <w:tc>
          <w:tcPr>
            <w:tcW w:w="810" w:type="dxa"/>
            <w:vAlign w:val="center"/>
          </w:tcPr>
          <w:p w14:paraId="28B2C82F" w14:textId="77777777" w:rsidR="00E91A42" w:rsidRPr="00E91A42" w:rsidRDefault="00E91A42" w:rsidP="00A701F9">
            <w:pPr>
              <w:spacing w:before="40" w:after="40"/>
              <w:jc w:val="center"/>
              <w:rPr>
                <w:i/>
                <w:sz w:val="28"/>
                <w:szCs w:val="28"/>
              </w:rPr>
            </w:pPr>
            <w:r w:rsidRPr="00E91A42">
              <w:rPr>
                <w:i/>
                <w:sz w:val="28"/>
                <w:szCs w:val="28"/>
              </w:rPr>
              <w:t>10</w:t>
            </w:r>
          </w:p>
        </w:tc>
        <w:tc>
          <w:tcPr>
            <w:tcW w:w="720" w:type="dxa"/>
            <w:vAlign w:val="center"/>
          </w:tcPr>
          <w:p w14:paraId="6DB68E2F" w14:textId="77777777" w:rsidR="00E91A42" w:rsidRPr="00E91A42" w:rsidRDefault="00E91A42" w:rsidP="00A701F9">
            <w:pPr>
              <w:spacing w:before="40" w:after="40"/>
              <w:jc w:val="center"/>
              <w:rPr>
                <w:i/>
                <w:sz w:val="28"/>
                <w:szCs w:val="28"/>
              </w:rPr>
            </w:pPr>
            <w:r w:rsidRPr="00E91A42">
              <w:rPr>
                <w:i/>
                <w:sz w:val="28"/>
                <w:szCs w:val="28"/>
              </w:rPr>
              <w:t>11</w:t>
            </w:r>
          </w:p>
        </w:tc>
        <w:tc>
          <w:tcPr>
            <w:tcW w:w="810" w:type="dxa"/>
            <w:vAlign w:val="center"/>
          </w:tcPr>
          <w:p w14:paraId="0F799C7C" w14:textId="77777777" w:rsidR="00E91A42" w:rsidRPr="00E91A42" w:rsidRDefault="00E91A42" w:rsidP="00A701F9">
            <w:pPr>
              <w:spacing w:before="40" w:after="40"/>
              <w:jc w:val="center"/>
              <w:rPr>
                <w:i/>
                <w:sz w:val="28"/>
                <w:szCs w:val="28"/>
              </w:rPr>
            </w:pPr>
            <w:r w:rsidRPr="00E91A42">
              <w:rPr>
                <w:i/>
                <w:sz w:val="28"/>
                <w:szCs w:val="28"/>
              </w:rPr>
              <w:t>12</w:t>
            </w:r>
          </w:p>
        </w:tc>
        <w:tc>
          <w:tcPr>
            <w:tcW w:w="668" w:type="dxa"/>
            <w:vAlign w:val="center"/>
          </w:tcPr>
          <w:p w14:paraId="4774FAD1" w14:textId="77777777" w:rsidR="00E91A42" w:rsidRPr="00E91A42" w:rsidRDefault="00E91A42" w:rsidP="00A701F9">
            <w:pPr>
              <w:spacing w:before="40" w:after="40"/>
              <w:jc w:val="center"/>
              <w:rPr>
                <w:i/>
                <w:sz w:val="28"/>
                <w:szCs w:val="28"/>
              </w:rPr>
            </w:pPr>
            <w:r w:rsidRPr="00E91A42">
              <w:rPr>
                <w:i/>
                <w:sz w:val="28"/>
                <w:szCs w:val="28"/>
              </w:rPr>
              <w:t>13</w:t>
            </w:r>
          </w:p>
        </w:tc>
        <w:tc>
          <w:tcPr>
            <w:tcW w:w="772" w:type="dxa"/>
            <w:vAlign w:val="center"/>
          </w:tcPr>
          <w:p w14:paraId="6DC6FF7C" w14:textId="77777777" w:rsidR="00E91A42" w:rsidRPr="00E91A42" w:rsidRDefault="00E91A42" w:rsidP="00A701F9">
            <w:pPr>
              <w:spacing w:before="40" w:after="40"/>
              <w:jc w:val="center"/>
              <w:rPr>
                <w:i/>
                <w:sz w:val="28"/>
                <w:szCs w:val="28"/>
              </w:rPr>
            </w:pPr>
            <w:r w:rsidRPr="00E91A42">
              <w:rPr>
                <w:i/>
                <w:sz w:val="28"/>
                <w:szCs w:val="28"/>
              </w:rPr>
              <w:t>14</w:t>
            </w:r>
          </w:p>
        </w:tc>
        <w:tc>
          <w:tcPr>
            <w:tcW w:w="720" w:type="dxa"/>
          </w:tcPr>
          <w:p w14:paraId="064436E8" w14:textId="77777777" w:rsidR="00E91A42" w:rsidRPr="00E91A42" w:rsidRDefault="00E91A42" w:rsidP="00A701F9">
            <w:pPr>
              <w:spacing w:before="40" w:after="40"/>
              <w:jc w:val="center"/>
              <w:rPr>
                <w:i/>
                <w:sz w:val="28"/>
                <w:szCs w:val="28"/>
              </w:rPr>
            </w:pPr>
            <w:r w:rsidRPr="00E91A42">
              <w:rPr>
                <w:i/>
                <w:sz w:val="28"/>
                <w:szCs w:val="28"/>
              </w:rPr>
              <w:t>15</w:t>
            </w:r>
          </w:p>
        </w:tc>
        <w:tc>
          <w:tcPr>
            <w:tcW w:w="720" w:type="dxa"/>
          </w:tcPr>
          <w:p w14:paraId="01FB0354" w14:textId="77777777" w:rsidR="00E91A42" w:rsidRPr="00E91A42" w:rsidRDefault="00E91A42" w:rsidP="00A701F9">
            <w:pPr>
              <w:spacing w:before="40" w:after="40"/>
              <w:jc w:val="center"/>
              <w:rPr>
                <w:i/>
                <w:sz w:val="28"/>
                <w:szCs w:val="28"/>
              </w:rPr>
            </w:pPr>
            <w:r w:rsidRPr="00E91A42">
              <w:rPr>
                <w:i/>
                <w:sz w:val="28"/>
                <w:szCs w:val="28"/>
              </w:rPr>
              <w:t>16</w:t>
            </w:r>
          </w:p>
        </w:tc>
        <w:tc>
          <w:tcPr>
            <w:tcW w:w="720" w:type="dxa"/>
          </w:tcPr>
          <w:p w14:paraId="15BB64F7" w14:textId="77777777" w:rsidR="00E91A42" w:rsidRPr="00E91A42" w:rsidRDefault="00E91A42" w:rsidP="00A701F9">
            <w:pPr>
              <w:spacing w:before="40" w:after="40"/>
              <w:jc w:val="center"/>
              <w:rPr>
                <w:i/>
                <w:sz w:val="28"/>
                <w:szCs w:val="28"/>
              </w:rPr>
            </w:pPr>
            <w:r w:rsidRPr="00E91A42">
              <w:rPr>
                <w:i/>
                <w:sz w:val="28"/>
                <w:szCs w:val="28"/>
              </w:rPr>
              <w:t>17</w:t>
            </w:r>
          </w:p>
        </w:tc>
        <w:tc>
          <w:tcPr>
            <w:tcW w:w="720" w:type="dxa"/>
          </w:tcPr>
          <w:p w14:paraId="511D1B18" w14:textId="77777777" w:rsidR="00E91A42" w:rsidRPr="00E91A42" w:rsidRDefault="00E91A42" w:rsidP="00A701F9">
            <w:pPr>
              <w:spacing w:before="40" w:after="40"/>
              <w:jc w:val="center"/>
              <w:rPr>
                <w:i/>
                <w:sz w:val="28"/>
                <w:szCs w:val="28"/>
              </w:rPr>
            </w:pPr>
            <w:r w:rsidRPr="00E91A42">
              <w:rPr>
                <w:i/>
                <w:sz w:val="28"/>
                <w:szCs w:val="28"/>
              </w:rPr>
              <w:t>18</w:t>
            </w:r>
          </w:p>
        </w:tc>
      </w:tr>
      <w:tr w:rsidR="00E91A42" w:rsidRPr="00E91A42" w14:paraId="43CD6E08" w14:textId="77777777" w:rsidTr="00A701F9">
        <w:tc>
          <w:tcPr>
            <w:tcW w:w="567" w:type="dxa"/>
          </w:tcPr>
          <w:p w14:paraId="3235A39B" w14:textId="77777777" w:rsidR="00E91A42" w:rsidRPr="00E91A42" w:rsidRDefault="00E91A42" w:rsidP="00A701F9">
            <w:pPr>
              <w:spacing w:before="60" w:after="60"/>
              <w:jc w:val="center"/>
              <w:rPr>
                <w:b/>
                <w:sz w:val="28"/>
                <w:szCs w:val="28"/>
              </w:rPr>
            </w:pPr>
            <w:r w:rsidRPr="00E91A42">
              <w:rPr>
                <w:b/>
                <w:sz w:val="28"/>
                <w:szCs w:val="28"/>
              </w:rPr>
              <w:t>I</w:t>
            </w:r>
          </w:p>
        </w:tc>
        <w:tc>
          <w:tcPr>
            <w:tcW w:w="1843" w:type="dxa"/>
          </w:tcPr>
          <w:p w14:paraId="4ED2430E" w14:textId="77777777" w:rsidR="00E91A42" w:rsidRPr="00E91A42" w:rsidRDefault="00E91A42" w:rsidP="00A701F9">
            <w:pPr>
              <w:spacing w:before="60" w:after="60"/>
              <w:rPr>
                <w:b/>
                <w:sz w:val="28"/>
                <w:szCs w:val="28"/>
              </w:rPr>
            </w:pPr>
            <w:r w:rsidRPr="00E91A42">
              <w:rPr>
                <w:b/>
                <w:sz w:val="28"/>
                <w:szCs w:val="28"/>
              </w:rPr>
              <w:t>Nội dung 1</w:t>
            </w:r>
          </w:p>
        </w:tc>
        <w:tc>
          <w:tcPr>
            <w:tcW w:w="851" w:type="dxa"/>
          </w:tcPr>
          <w:p w14:paraId="73635071" w14:textId="77777777" w:rsidR="00E91A42" w:rsidRPr="00E91A42" w:rsidRDefault="00E91A42" w:rsidP="00A701F9">
            <w:pPr>
              <w:spacing w:before="60" w:after="60"/>
              <w:jc w:val="center"/>
              <w:rPr>
                <w:sz w:val="28"/>
                <w:szCs w:val="28"/>
              </w:rPr>
            </w:pPr>
          </w:p>
        </w:tc>
        <w:tc>
          <w:tcPr>
            <w:tcW w:w="850" w:type="dxa"/>
          </w:tcPr>
          <w:p w14:paraId="4411EF85" w14:textId="77777777" w:rsidR="00E91A42" w:rsidRPr="00E91A42" w:rsidRDefault="00E91A42" w:rsidP="00A701F9">
            <w:pPr>
              <w:spacing w:before="60" w:after="60"/>
              <w:jc w:val="center"/>
              <w:rPr>
                <w:sz w:val="28"/>
                <w:szCs w:val="28"/>
              </w:rPr>
            </w:pPr>
          </w:p>
        </w:tc>
        <w:tc>
          <w:tcPr>
            <w:tcW w:w="645" w:type="dxa"/>
          </w:tcPr>
          <w:p w14:paraId="7F1E8D84" w14:textId="77777777" w:rsidR="00E91A42" w:rsidRPr="00E91A42" w:rsidRDefault="00E91A42" w:rsidP="00A701F9">
            <w:pPr>
              <w:spacing w:before="60" w:after="60"/>
              <w:jc w:val="center"/>
              <w:rPr>
                <w:sz w:val="28"/>
                <w:szCs w:val="28"/>
              </w:rPr>
            </w:pPr>
          </w:p>
        </w:tc>
        <w:tc>
          <w:tcPr>
            <w:tcW w:w="900" w:type="dxa"/>
          </w:tcPr>
          <w:p w14:paraId="5227F6BD" w14:textId="77777777" w:rsidR="00E91A42" w:rsidRPr="00E91A42" w:rsidRDefault="00E91A42" w:rsidP="00A701F9">
            <w:pPr>
              <w:spacing w:before="60" w:after="60"/>
              <w:jc w:val="center"/>
              <w:rPr>
                <w:sz w:val="28"/>
                <w:szCs w:val="28"/>
              </w:rPr>
            </w:pPr>
          </w:p>
        </w:tc>
        <w:tc>
          <w:tcPr>
            <w:tcW w:w="720" w:type="dxa"/>
            <w:vAlign w:val="center"/>
          </w:tcPr>
          <w:p w14:paraId="62319F2D" w14:textId="77777777" w:rsidR="00E91A42" w:rsidRPr="00E91A42" w:rsidRDefault="00E91A42" w:rsidP="00A701F9">
            <w:pPr>
              <w:spacing w:before="60" w:after="60"/>
              <w:jc w:val="center"/>
              <w:rPr>
                <w:sz w:val="28"/>
                <w:szCs w:val="28"/>
              </w:rPr>
            </w:pPr>
          </w:p>
        </w:tc>
        <w:tc>
          <w:tcPr>
            <w:tcW w:w="810" w:type="dxa"/>
            <w:vAlign w:val="center"/>
          </w:tcPr>
          <w:p w14:paraId="24B47E7B" w14:textId="77777777" w:rsidR="00E91A42" w:rsidRPr="00E91A42" w:rsidRDefault="00E91A42" w:rsidP="00A701F9">
            <w:pPr>
              <w:spacing w:before="50" w:after="50"/>
              <w:jc w:val="center"/>
              <w:rPr>
                <w:i/>
                <w:sz w:val="28"/>
                <w:szCs w:val="28"/>
              </w:rPr>
            </w:pPr>
          </w:p>
        </w:tc>
        <w:tc>
          <w:tcPr>
            <w:tcW w:w="720" w:type="dxa"/>
            <w:vAlign w:val="center"/>
          </w:tcPr>
          <w:p w14:paraId="3B64F533" w14:textId="77777777" w:rsidR="00E91A42" w:rsidRPr="00E91A42" w:rsidRDefault="00E91A42" w:rsidP="00A701F9">
            <w:pPr>
              <w:spacing w:before="60" w:after="60"/>
              <w:jc w:val="center"/>
              <w:rPr>
                <w:sz w:val="28"/>
                <w:szCs w:val="28"/>
              </w:rPr>
            </w:pPr>
          </w:p>
        </w:tc>
        <w:tc>
          <w:tcPr>
            <w:tcW w:w="810" w:type="dxa"/>
            <w:vAlign w:val="center"/>
          </w:tcPr>
          <w:p w14:paraId="2B1F6811" w14:textId="77777777" w:rsidR="00E91A42" w:rsidRPr="00E91A42" w:rsidRDefault="00E91A42" w:rsidP="00A701F9">
            <w:pPr>
              <w:spacing w:before="50" w:after="50"/>
              <w:jc w:val="center"/>
              <w:rPr>
                <w:i/>
                <w:sz w:val="28"/>
                <w:szCs w:val="28"/>
              </w:rPr>
            </w:pPr>
          </w:p>
        </w:tc>
        <w:tc>
          <w:tcPr>
            <w:tcW w:w="720" w:type="dxa"/>
            <w:vAlign w:val="center"/>
          </w:tcPr>
          <w:p w14:paraId="6EE8130A" w14:textId="77777777" w:rsidR="00E91A42" w:rsidRPr="00E91A42" w:rsidRDefault="00E91A42" w:rsidP="00A701F9">
            <w:pPr>
              <w:spacing w:before="60" w:after="60"/>
              <w:jc w:val="center"/>
              <w:rPr>
                <w:sz w:val="28"/>
                <w:szCs w:val="28"/>
              </w:rPr>
            </w:pPr>
          </w:p>
        </w:tc>
        <w:tc>
          <w:tcPr>
            <w:tcW w:w="810" w:type="dxa"/>
            <w:vAlign w:val="center"/>
          </w:tcPr>
          <w:p w14:paraId="582F4FAE" w14:textId="77777777" w:rsidR="00E91A42" w:rsidRPr="00E91A42" w:rsidRDefault="00E91A42" w:rsidP="00A701F9">
            <w:pPr>
              <w:spacing w:before="50" w:after="50"/>
              <w:jc w:val="center"/>
              <w:rPr>
                <w:i/>
                <w:sz w:val="28"/>
                <w:szCs w:val="28"/>
              </w:rPr>
            </w:pPr>
          </w:p>
        </w:tc>
        <w:tc>
          <w:tcPr>
            <w:tcW w:w="668" w:type="dxa"/>
            <w:vAlign w:val="center"/>
          </w:tcPr>
          <w:p w14:paraId="2A10B987" w14:textId="77777777" w:rsidR="00E91A42" w:rsidRPr="00E91A42" w:rsidRDefault="00E91A42" w:rsidP="00A701F9">
            <w:pPr>
              <w:spacing w:before="60" w:after="60"/>
              <w:jc w:val="center"/>
              <w:rPr>
                <w:sz w:val="28"/>
                <w:szCs w:val="28"/>
              </w:rPr>
            </w:pPr>
          </w:p>
        </w:tc>
        <w:tc>
          <w:tcPr>
            <w:tcW w:w="772" w:type="dxa"/>
            <w:vAlign w:val="center"/>
          </w:tcPr>
          <w:p w14:paraId="5EAA386C" w14:textId="77777777" w:rsidR="00E91A42" w:rsidRPr="00E91A42" w:rsidRDefault="00E91A42" w:rsidP="00A701F9">
            <w:pPr>
              <w:spacing w:before="50" w:after="50"/>
              <w:jc w:val="center"/>
              <w:rPr>
                <w:i/>
                <w:sz w:val="28"/>
                <w:szCs w:val="28"/>
              </w:rPr>
            </w:pPr>
          </w:p>
        </w:tc>
        <w:tc>
          <w:tcPr>
            <w:tcW w:w="720" w:type="dxa"/>
          </w:tcPr>
          <w:p w14:paraId="434372E8" w14:textId="77777777" w:rsidR="00E91A42" w:rsidRPr="00E91A42" w:rsidRDefault="00E91A42" w:rsidP="00A701F9">
            <w:pPr>
              <w:spacing w:before="60" w:after="60"/>
              <w:jc w:val="center"/>
              <w:rPr>
                <w:sz w:val="28"/>
                <w:szCs w:val="28"/>
              </w:rPr>
            </w:pPr>
          </w:p>
        </w:tc>
        <w:tc>
          <w:tcPr>
            <w:tcW w:w="720" w:type="dxa"/>
          </w:tcPr>
          <w:p w14:paraId="0D9C08CC" w14:textId="77777777" w:rsidR="00E91A42" w:rsidRPr="00E91A42" w:rsidRDefault="00E91A42" w:rsidP="00A701F9">
            <w:pPr>
              <w:spacing w:before="60" w:after="60"/>
              <w:jc w:val="center"/>
              <w:rPr>
                <w:sz w:val="28"/>
                <w:szCs w:val="28"/>
              </w:rPr>
            </w:pPr>
          </w:p>
        </w:tc>
        <w:tc>
          <w:tcPr>
            <w:tcW w:w="720" w:type="dxa"/>
          </w:tcPr>
          <w:p w14:paraId="360A3DC5" w14:textId="77777777" w:rsidR="00E91A42" w:rsidRPr="00E91A42" w:rsidRDefault="00E91A42" w:rsidP="00A701F9">
            <w:pPr>
              <w:spacing w:before="60" w:after="60"/>
              <w:jc w:val="center"/>
              <w:rPr>
                <w:sz w:val="28"/>
                <w:szCs w:val="28"/>
              </w:rPr>
            </w:pPr>
          </w:p>
        </w:tc>
        <w:tc>
          <w:tcPr>
            <w:tcW w:w="720" w:type="dxa"/>
          </w:tcPr>
          <w:p w14:paraId="41F0893B" w14:textId="77777777" w:rsidR="00E91A42" w:rsidRPr="00E91A42" w:rsidRDefault="00E91A42" w:rsidP="00A701F9">
            <w:pPr>
              <w:spacing w:before="60" w:after="60"/>
              <w:jc w:val="center"/>
              <w:rPr>
                <w:sz w:val="28"/>
                <w:szCs w:val="28"/>
              </w:rPr>
            </w:pPr>
          </w:p>
        </w:tc>
      </w:tr>
      <w:tr w:rsidR="00E91A42" w:rsidRPr="00E91A42" w14:paraId="386811F1" w14:textId="77777777" w:rsidTr="00A701F9">
        <w:tc>
          <w:tcPr>
            <w:tcW w:w="567" w:type="dxa"/>
          </w:tcPr>
          <w:p w14:paraId="3B02FB54" w14:textId="77777777" w:rsidR="00E91A42" w:rsidRPr="00E91A42" w:rsidRDefault="00E91A42" w:rsidP="00A701F9">
            <w:pPr>
              <w:spacing w:before="60" w:after="60"/>
              <w:jc w:val="center"/>
              <w:rPr>
                <w:b/>
                <w:i/>
                <w:sz w:val="28"/>
                <w:szCs w:val="28"/>
              </w:rPr>
            </w:pPr>
            <w:r w:rsidRPr="00E91A42">
              <w:rPr>
                <w:b/>
                <w:i/>
                <w:sz w:val="28"/>
                <w:szCs w:val="28"/>
              </w:rPr>
              <w:t>I.1</w:t>
            </w:r>
          </w:p>
        </w:tc>
        <w:tc>
          <w:tcPr>
            <w:tcW w:w="1843" w:type="dxa"/>
          </w:tcPr>
          <w:p w14:paraId="7C7097DC" w14:textId="77777777" w:rsidR="00E91A42" w:rsidRPr="00E91A42" w:rsidRDefault="00E91A42" w:rsidP="00A701F9">
            <w:pPr>
              <w:spacing w:before="60" w:after="60"/>
              <w:jc w:val="both"/>
              <w:rPr>
                <w:b/>
                <w:i/>
                <w:sz w:val="28"/>
                <w:szCs w:val="28"/>
              </w:rPr>
            </w:pPr>
            <w:r w:rsidRPr="00E91A42">
              <w:rPr>
                <w:b/>
                <w:i/>
                <w:sz w:val="28"/>
                <w:szCs w:val="28"/>
              </w:rPr>
              <w:t>Công việc 1</w:t>
            </w:r>
          </w:p>
        </w:tc>
        <w:tc>
          <w:tcPr>
            <w:tcW w:w="851" w:type="dxa"/>
          </w:tcPr>
          <w:p w14:paraId="067EC4AB" w14:textId="77777777" w:rsidR="00E91A42" w:rsidRPr="00E91A42" w:rsidRDefault="00E91A42" w:rsidP="00A701F9">
            <w:pPr>
              <w:spacing w:before="60" w:after="60"/>
              <w:jc w:val="center"/>
              <w:rPr>
                <w:sz w:val="28"/>
                <w:szCs w:val="28"/>
              </w:rPr>
            </w:pPr>
          </w:p>
        </w:tc>
        <w:tc>
          <w:tcPr>
            <w:tcW w:w="850" w:type="dxa"/>
          </w:tcPr>
          <w:p w14:paraId="484B7D68" w14:textId="77777777" w:rsidR="00E91A42" w:rsidRPr="00E91A42" w:rsidRDefault="00E91A42" w:rsidP="00A701F9">
            <w:pPr>
              <w:spacing w:before="60" w:after="60"/>
              <w:jc w:val="center"/>
              <w:rPr>
                <w:sz w:val="28"/>
                <w:szCs w:val="28"/>
              </w:rPr>
            </w:pPr>
          </w:p>
        </w:tc>
        <w:tc>
          <w:tcPr>
            <w:tcW w:w="645" w:type="dxa"/>
          </w:tcPr>
          <w:p w14:paraId="1316DBD8" w14:textId="77777777" w:rsidR="00E91A42" w:rsidRPr="00E91A42" w:rsidRDefault="00E91A42" w:rsidP="00A701F9">
            <w:pPr>
              <w:spacing w:before="60" w:after="60"/>
              <w:jc w:val="center"/>
              <w:rPr>
                <w:sz w:val="28"/>
                <w:szCs w:val="28"/>
              </w:rPr>
            </w:pPr>
          </w:p>
        </w:tc>
        <w:tc>
          <w:tcPr>
            <w:tcW w:w="900" w:type="dxa"/>
          </w:tcPr>
          <w:p w14:paraId="6EFCB7DF" w14:textId="77777777" w:rsidR="00E91A42" w:rsidRPr="00E91A42" w:rsidRDefault="00E91A42" w:rsidP="00A701F9">
            <w:pPr>
              <w:spacing w:before="60" w:after="60"/>
              <w:jc w:val="center"/>
              <w:rPr>
                <w:sz w:val="28"/>
                <w:szCs w:val="28"/>
              </w:rPr>
            </w:pPr>
          </w:p>
        </w:tc>
        <w:tc>
          <w:tcPr>
            <w:tcW w:w="720" w:type="dxa"/>
            <w:vAlign w:val="center"/>
          </w:tcPr>
          <w:p w14:paraId="7026CE02" w14:textId="77777777" w:rsidR="00E91A42" w:rsidRPr="00E91A42" w:rsidRDefault="00E91A42" w:rsidP="00A701F9">
            <w:pPr>
              <w:spacing w:before="60" w:after="60"/>
              <w:jc w:val="center"/>
              <w:rPr>
                <w:sz w:val="28"/>
                <w:szCs w:val="28"/>
              </w:rPr>
            </w:pPr>
          </w:p>
        </w:tc>
        <w:tc>
          <w:tcPr>
            <w:tcW w:w="810" w:type="dxa"/>
            <w:vAlign w:val="center"/>
          </w:tcPr>
          <w:p w14:paraId="1BBA276D" w14:textId="77777777" w:rsidR="00E91A42" w:rsidRPr="00E91A42" w:rsidRDefault="00E91A42" w:rsidP="00A701F9">
            <w:pPr>
              <w:spacing w:before="50" w:after="50"/>
              <w:jc w:val="center"/>
              <w:rPr>
                <w:i/>
                <w:sz w:val="28"/>
                <w:szCs w:val="28"/>
              </w:rPr>
            </w:pPr>
          </w:p>
        </w:tc>
        <w:tc>
          <w:tcPr>
            <w:tcW w:w="720" w:type="dxa"/>
            <w:vAlign w:val="center"/>
          </w:tcPr>
          <w:p w14:paraId="4F874E73" w14:textId="77777777" w:rsidR="00E91A42" w:rsidRPr="00E91A42" w:rsidRDefault="00E91A42" w:rsidP="00A701F9">
            <w:pPr>
              <w:spacing w:before="60" w:after="60"/>
              <w:jc w:val="center"/>
              <w:rPr>
                <w:sz w:val="28"/>
                <w:szCs w:val="28"/>
              </w:rPr>
            </w:pPr>
          </w:p>
        </w:tc>
        <w:tc>
          <w:tcPr>
            <w:tcW w:w="810" w:type="dxa"/>
            <w:vAlign w:val="center"/>
          </w:tcPr>
          <w:p w14:paraId="14D9610E" w14:textId="77777777" w:rsidR="00E91A42" w:rsidRPr="00E91A42" w:rsidRDefault="00E91A42" w:rsidP="00A701F9">
            <w:pPr>
              <w:spacing w:before="50" w:after="50"/>
              <w:jc w:val="center"/>
              <w:rPr>
                <w:i/>
                <w:sz w:val="28"/>
                <w:szCs w:val="28"/>
              </w:rPr>
            </w:pPr>
          </w:p>
        </w:tc>
        <w:tc>
          <w:tcPr>
            <w:tcW w:w="720" w:type="dxa"/>
            <w:vAlign w:val="center"/>
          </w:tcPr>
          <w:p w14:paraId="726D104D" w14:textId="77777777" w:rsidR="00E91A42" w:rsidRPr="00E91A42" w:rsidRDefault="00E91A42" w:rsidP="00A701F9">
            <w:pPr>
              <w:spacing w:before="60" w:after="60"/>
              <w:jc w:val="center"/>
              <w:rPr>
                <w:sz w:val="28"/>
                <w:szCs w:val="28"/>
              </w:rPr>
            </w:pPr>
          </w:p>
        </w:tc>
        <w:tc>
          <w:tcPr>
            <w:tcW w:w="810" w:type="dxa"/>
            <w:vAlign w:val="center"/>
          </w:tcPr>
          <w:p w14:paraId="5D175F58" w14:textId="77777777" w:rsidR="00E91A42" w:rsidRPr="00E91A42" w:rsidRDefault="00E91A42" w:rsidP="00A701F9">
            <w:pPr>
              <w:spacing w:before="50" w:after="50"/>
              <w:jc w:val="center"/>
              <w:rPr>
                <w:i/>
                <w:sz w:val="28"/>
                <w:szCs w:val="28"/>
              </w:rPr>
            </w:pPr>
          </w:p>
        </w:tc>
        <w:tc>
          <w:tcPr>
            <w:tcW w:w="668" w:type="dxa"/>
            <w:vAlign w:val="center"/>
          </w:tcPr>
          <w:p w14:paraId="64B19918" w14:textId="77777777" w:rsidR="00E91A42" w:rsidRPr="00E91A42" w:rsidRDefault="00E91A42" w:rsidP="00A701F9">
            <w:pPr>
              <w:spacing w:before="60" w:after="60"/>
              <w:jc w:val="center"/>
              <w:rPr>
                <w:sz w:val="28"/>
                <w:szCs w:val="28"/>
              </w:rPr>
            </w:pPr>
          </w:p>
        </w:tc>
        <w:tc>
          <w:tcPr>
            <w:tcW w:w="772" w:type="dxa"/>
            <w:vAlign w:val="center"/>
          </w:tcPr>
          <w:p w14:paraId="0C4B1DAA" w14:textId="77777777" w:rsidR="00E91A42" w:rsidRPr="00E91A42" w:rsidRDefault="00E91A42" w:rsidP="00A701F9">
            <w:pPr>
              <w:spacing w:before="50" w:after="50"/>
              <w:jc w:val="center"/>
              <w:rPr>
                <w:i/>
                <w:sz w:val="28"/>
                <w:szCs w:val="28"/>
              </w:rPr>
            </w:pPr>
          </w:p>
        </w:tc>
        <w:tc>
          <w:tcPr>
            <w:tcW w:w="720" w:type="dxa"/>
          </w:tcPr>
          <w:p w14:paraId="38BDC478" w14:textId="77777777" w:rsidR="00E91A42" w:rsidRPr="00E91A42" w:rsidRDefault="00E91A42" w:rsidP="00A701F9">
            <w:pPr>
              <w:spacing w:before="60" w:after="60"/>
              <w:jc w:val="center"/>
              <w:rPr>
                <w:sz w:val="28"/>
                <w:szCs w:val="28"/>
              </w:rPr>
            </w:pPr>
          </w:p>
        </w:tc>
        <w:tc>
          <w:tcPr>
            <w:tcW w:w="720" w:type="dxa"/>
          </w:tcPr>
          <w:p w14:paraId="632714E5" w14:textId="77777777" w:rsidR="00E91A42" w:rsidRPr="00E91A42" w:rsidRDefault="00E91A42" w:rsidP="00A701F9">
            <w:pPr>
              <w:spacing w:before="60" w:after="60"/>
              <w:jc w:val="center"/>
              <w:rPr>
                <w:sz w:val="28"/>
                <w:szCs w:val="28"/>
              </w:rPr>
            </w:pPr>
          </w:p>
        </w:tc>
        <w:tc>
          <w:tcPr>
            <w:tcW w:w="720" w:type="dxa"/>
          </w:tcPr>
          <w:p w14:paraId="6D598535" w14:textId="77777777" w:rsidR="00E91A42" w:rsidRPr="00E91A42" w:rsidRDefault="00E91A42" w:rsidP="00A701F9">
            <w:pPr>
              <w:spacing w:before="60" w:after="60"/>
              <w:jc w:val="center"/>
              <w:rPr>
                <w:sz w:val="28"/>
                <w:szCs w:val="28"/>
              </w:rPr>
            </w:pPr>
          </w:p>
        </w:tc>
        <w:tc>
          <w:tcPr>
            <w:tcW w:w="720" w:type="dxa"/>
          </w:tcPr>
          <w:p w14:paraId="1E58314D" w14:textId="77777777" w:rsidR="00E91A42" w:rsidRPr="00E91A42" w:rsidRDefault="00E91A42" w:rsidP="00A701F9">
            <w:pPr>
              <w:spacing w:before="60" w:after="60"/>
              <w:jc w:val="center"/>
              <w:rPr>
                <w:sz w:val="28"/>
                <w:szCs w:val="28"/>
              </w:rPr>
            </w:pPr>
          </w:p>
        </w:tc>
      </w:tr>
      <w:tr w:rsidR="00E91A42" w:rsidRPr="00E91A42" w14:paraId="5D5709A0" w14:textId="77777777" w:rsidTr="00A701F9">
        <w:tc>
          <w:tcPr>
            <w:tcW w:w="567" w:type="dxa"/>
          </w:tcPr>
          <w:p w14:paraId="0B852285" w14:textId="77777777" w:rsidR="00E91A42" w:rsidRPr="00E91A42" w:rsidRDefault="00E91A42" w:rsidP="00A701F9">
            <w:pPr>
              <w:spacing w:before="60" w:after="60"/>
              <w:jc w:val="center"/>
              <w:rPr>
                <w:sz w:val="28"/>
                <w:szCs w:val="28"/>
              </w:rPr>
            </w:pPr>
            <w:r w:rsidRPr="00E91A42">
              <w:rPr>
                <w:sz w:val="28"/>
                <w:szCs w:val="28"/>
              </w:rPr>
              <w:t>1</w:t>
            </w:r>
          </w:p>
        </w:tc>
        <w:tc>
          <w:tcPr>
            <w:tcW w:w="1843" w:type="dxa"/>
          </w:tcPr>
          <w:p w14:paraId="0D8A053D" w14:textId="77777777" w:rsidR="00E91A42" w:rsidRPr="00E91A42" w:rsidRDefault="00E91A42" w:rsidP="00A701F9">
            <w:pPr>
              <w:jc w:val="both"/>
              <w:rPr>
                <w:sz w:val="28"/>
                <w:szCs w:val="28"/>
                <w:lang w:val="pt-BR"/>
              </w:rPr>
            </w:pPr>
            <w:r w:rsidRPr="00E91A42">
              <w:rPr>
                <w:sz w:val="28"/>
                <w:szCs w:val="28"/>
                <w:lang w:val="pt-BR"/>
              </w:rPr>
              <w:t>Nguyên vật liệu</w:t>
            </w:r>
          </w:p>
        </w:tc>
        <w:tc>
          <w:tcPr>
            <w:tcW w:w="851" w:type="dxa"/>
          </w:tcPr>
          <w:p w14:paraId="02F79C20" w14:textId="77777777" w:rsidR="00E91A42" w:rsidRPr="00E91A42" w:rsidRDefault="00E91A42" w:rsidP="00A701F9">
            <w:pPr>
              <w:spacing w:before="60" w:after="60"/>
              <w:jc w:val="center"/>
              <w:rPr>
                <w:sz w:val="28"/>
                <w:szCs w:val="28"/>
              </w:rPr>
            </w:pPr>
          </w:p>
        </w:tc>
        <w:tc>
          <w:tcPr>
            <w:tcW w:w="850" w:type="dxa"/>
          </w:tcPr>
          <w:p w14:paraId="702D3C7B" w14:textId="77777777" w:rsidR="00E91A42" w:rsidRPr="00E91A42" w:rsidRDefault="00E91A42" w:rsidP="00A701F9">
            <w:pPr>
              <w:spacing w:before="60" w:after="60"/>
              <w:jc w:val="center"/>
              <w:rPr>
                <w:sz w:val="28"/>
                <w:szCs w:val="28"/>
              </w:rPr>
            </w:pPr>
          </w:p>
        </w:tc>
        <w:tc>
          <w:tcPr>
            <w:tcW w:w="645" w:type="dxa"/>
          </w:tcPr>
          <w:p w14:paraId="1276381E" w14:textId="77777777" w:rsidR="00E91A42" w:rsidRPr="00E91A42" w:rsidRDefault="00E91A42" w:rsidP="00A701F9">
            <w:pPr>
              <w:spacing w:before="60" w:after="60"/>
              <w:jc w:val="center"/>
              <w:rPr>
                <w:sz w:val="28"/>
                <w:szCs w:val="28"/>
              </w:rPr>
            </w:pPr>
          </w:p>
        </w:tc>
        <w:tc>
          <w:tcPr>
            <w:tcW w:w="900" w:type="dxa"/>
          </w:tcPr>
          <w:p w14:paraId="5C53A400" w14:textId="77777777" w:rsidR="00E91A42" w:rsidRPr="00E91A42" w:rsidRDefault="00E91A42" w:rsidP="00A701F9">
            <w:pPr>
              <w:spacing w:before="60" w:after="60"/>
              <w:jc w:val="center"/>
              <w:rPr>
                <w:sz w:val="28"/>
                <w:szCs w:val="28"/>
              </w:rPr>
            </w:pPr>
          </w:p>
        </w:tc>
        <w:tc>
          <w:tcPr>
            <w:tcW w:w="720" w:type="dxa"/>
            <w:vAlign w:val="center"/>
          </w:tcPr>
          <w:p w14:paraId="0FC76A52" w14:textId="77777777" w:rsidR="00E91A42" w:rsidRPr="00E91A42" w:rsidRDefault="00E91A42" w:rsidP="00A701F9">
            <w:pPr>
              <w:spacing w:before="60" w:after="60"/>
              <w:jc w:val="center"/>
              <w:rPr>
                <w:sz w:val="28"/>
                <w:szCs w:val="28"/>
              </w:rPr>
            </w:pPr>
          </w:p>
        </w:tc>
        <w:tc>
          <w:tcPr>
            <w:tcW w:w="810" w:type="dxa"/>
            <w:vAlign w:val="center"/>
          </w:tcPr>
          <w:p w14:paraId="704688DA" w14:textId="77777777" w:rsidR="00E91A42" w:rsidRPr="00E91A42" w:rsidRDefault="00E91A42" w:rsidP="00A701F9">
            <w:pPr>
              <w:spacing w:before="50" w:after="50"/>
              <w:jc w:val="center"/>
              <w:rPr>
                <w:i/>
                <w:sz w:val="28"/>
                <w:szCs w:val="28"/>
              </w:rPr>
            </w:pPr>
          </w:p>
        </w:tc>
        <w:tc>
          <w:tcPr>
            <w:tcW w:w="720" w:type="dxa"/>
            <w:vAlign w:val="center"/>
          </w:tcPr>
          <w:p w14:paraId="5CFD14D2" w14:textId="77777777" w:rsidR="00E91A42" w:rsidRPr="00E91A42" w:rsidRDefault="00E91A42" w:rsidP="00A701F9">
            <w:pPr>
              <w:spacing w:before="60" w:after="60"/>
              <w:jc w:val="center"/>
              <w:rPr>
                <w:sz w:val="28"/>
                <w:szCs w:val="28"/>
              </w:rPr>
            </w:pPr>
          </w:p>
        </w:tc>
        <w:tc>
          <w:tcPr>
            <w:tcW w:w="810" w:type="dxa"/>
            <w:vAlign w:val="center"/>
          </w:tcPr>
          <w:p w14:paraId="74149F6B" w14:textId="77777777" w:rsidR="00E91A42" w:rsidRPr="00E91A42" w:rsidRDefault="00E91A42" w:rsidP="00A701F9">
            <w:pPr>
              <w:spacing w:before="50" w:after="50"/>
              <w:jc w:val="center"/>
              <w:rPr>
                <w:i/>
                <w:sz w:val="28"/>
                <w:szCs w:val="28"/>
              </w:rPr>
            </w:pPr>
          </w:p>
        </w:tc>
        <w:tc>
          <w:tcPr>
            <w:tcW w:w="720" w:type="dxa"/>
            <w:vAlign w:val="center"/>
          </w:tcPr>
          <w:p w14:paraId="5634B19F" w14:textId="77777777" w:rsidR="00E91A42" w:rsidRPr="00E91A42" w:rsidRDefault="00E91A42" w:rsidP="00A701F9">
            <w:pPr>
              <w:spacing w:before="60" w:after="60"/>
              <w:jc w:val="center"/>
              <w:rPr>
                <w:sz w:val="28"/>
                <w:szCs w:val="28"/>
              </w:rPr>
            </w:pPr>
          </w:p>
        </w:tc>
        <w:tc>
          <w:tcPr>
            <w:tcW w:w="810" w:type="dxa"/>
            <w:vAlign w:val="center"/>
          </w:tcPr>
          <w:p w14:paraId="3E8F1460" w14:textId="77777777" w:rsidR="00E91A42" w:rsidRPr="00E91A42" w:rsidRDefault="00E91A42" w:rsidP="00A701F9">
            <w:pPr>
              <w:spacing w:before="50" w:after="50"/>
              <w:jc w:val="center"/>
              <w:rPr>
                <w:i/>
                <w:sz w:val="28"/>
                <w:szCs w:val="28"/>
              </w:rPr>
            </w:pPr>
          </w:p>
        </w:tc>
        <w:tc>
          <w:tcPr>
            <w:tcW w:w="668" w:type="dxa"/>
            <w:vAlign w:val="center"/>
          </w:tcPr>
          <w:p w14:paraId="120D8B22" w14:textId="77777777" w:rsidR="00E91A42" w:rsidRPr="00E91A42" w:rsidRDefault="00E91A42" w:rsidP="00A701F9">
            <w:pPr>
              <w:spacing w:before="60" w:after="60"/>
              <w:jc w:val="center"/>
              <w:rPr>
                <w:sz w:val="28"/>
                <w:szCs w:val="28"/>
              </w:rPr>
            </w:pPr>
          </w:p>
        </w:tc>
        <w:tc>
          <w:tcPr>
            <w:tcW w:w="772" w:type="dxa"/>
            <w:vAlign w:val="center"/>
          </w:tcPr>
          <w:p w14:paraId="2C9F4C2D" w14:textId="77777777" w:rsidR="00E91A42" w:rsidRPr="00E91A42" w:rsidRDefault="00E91A42" w:rsidP="00A701F9">
            <w:pPr>
              <w:spacing w:before="50" w:after="50"/>
              <w:jc w:val="center"/>
              <w:rPr>
                <w:i/>
                <w:sz w:val="28"/>
                <w:szCs w:val="28"/>
              </w:rPr>
            </w:pPr>
          </w:p>
        </w:tc>
        <w:tc>
          <w:tcPr>
            <w:tcW w:w="720" w:type="dxa"/>
          </w:tcPr>
          <w:p w14:paraId="763A365B" w14:textId="77777777" w:rsidR="00E91A42" w:rsidRPr="00E91A42" w:rsidRDefault="00E91A42" w:rsidP="00A701F9">
            <w:pPr>
              <w:spacing w:before="60" w:after="60"/>
              <w:jc w:val="center"/>
              <w:rPr>
                <w:sz w:val="28"/>
                <w:szCs w:val="28"/>
              </w:rPr>
            </w:pPr>
          </w:p>
        </w:tc>
        <w:tc>
          <w:tcPr>
            <w:tcW w:w="720" w:type="dxa"/>
          </w:tcPr>
          <w:p w14:paraId="3244435C" w14:textId="77777777" w:rsidR="00E91A42" w:rsidRPr="00E91A42" w:rsidRDefault="00E91A42" w:rsidP="00A701F9">
            <w:pPr>
              <w:spacing w:before="60" w:after="60"/>
              <w:jc w:val="center"/>
              <w:rPr>
                <w:sz w:val="28"/>
                <w:szCs w:val="28"/>
              </w:rPr>
            </w:pPr>
          </w:p>
        </w:tc>
        <w:tc>
          <w:tcPr>
            <w:tcW w:w="720" w:type="dxa"/>
          </w:tcPr>
          <w:p w14:paraId="7FD8F576" w14:textId="77777777" w:rsidR="00E91A42" w:rsidRPr="00E91A42" w:rsidRDefault="00E91A42" w:rsidP="00A701F9">
            <w:pPr>
              <w:spacing w:before="60" w:after="60"/>
              <w:jc w:val="center"/>
              <w:rPr>
                <w:sz w:val="28"/>
                <w:szCs w:val="28"/>
              </w:rPr>
            </w:pPr>
          </w:p>
        </w:tc>
        <w:tc>
          <w:tcPr>
            <w:tcW w:w="720" w:type="dxa"/>
          </w:tcPr>
          <w:p w14:paraId="414DB64A" w14:textId="77777777" w:rsidR="00E91A42" w:rsidRPr="00E91A42" w:rsidRDefault="00E91A42" w:rsidP="00A701F9">
            <w:pPr>
              <w:spacing w:before="60" w:after="60"/>
              <w:jc w:val="center"/>
              <w:rPr>
                <w:sz w:val="28"/>
                <w:szCs w:val="28"/>
              </w:rPr>
            </w:pPr>
          </w:p>
        </w:tc>
      </w:tr>
      <w:tr w:rsidR="00E91A42" w:rsidRPr="00E91A42" w14:paraId="3D7EEF98" w14:textId="77777777" w:rsidTr="00A701F9">
        <w:tc>
          <w:tcPr>
            <w:tcW w:w="567" w:type="dxa"/>
          </w:tcPr>
          <w:p w14:paraId="6F1929AC" w14:textId="77777777" w:rsidR="00E91A42" w:rsidRPr="00E91A42" w:rsidRDefault="00E91A42" w:rsidP="00A701F9">
            <w:pPr>
              <w:spacing w:before="60" w:after="60"/>
              <w:jc w:val="center"/>
              <w:rPr>
                <w:sz w:val="28"/>
                <w:szCs w:val="28"/>
              </w:rPr>
            </w:pPr>
          </w:p>
        </w:tc>
        <w:tc>
          <w:tcPr>
            <w:tcW w:w="1843" w:type="dxa"/>
          </w:tcPr>
          <w:p w14:paraId="33609090" w14:textId="77777777" w:rsidR="00E91A42" w:rsidRPr="00E91A42" w:rsidRDefault="00E91A42" w:rsidP="00A701F9">
            <w:pPr>
              <w:jc w:val="both"/>
              <w:rPr>
                <w:sz w:val="28"/>
                <w:szCs w:val="28"/>
                <w:lang w:val="es-MX"/>
              </w:rPr>
            </w:pPr>
          </w:p>
        </w:tc>
        <w:tc>
          <w:tcPr>
            <w:tcW w:w="851" w:type="dxa"/>
          </w:tcPr>
          <w:p w14:paraId="1A96BF81" w14:textId="77777777" w:rsidR="00E91A42" w:rsidRPr="00E91A42" w:rsidRDefault="00E91A42" w:rsidP="00A701F9">
            <w:pPr>
              <w:spacing w:before="60" w:after="60"/>
              <w:jc w:val="center"/>
              <w:rPr>
                <w:sz w:val="28"/>
                <w:szCs w:val="28"/>
              </w:rPr>
            </w:pPr>
          </w:p>
        </w:tc>
        <w:tc>
          <w:tcPr>
            <w:tcW w:w="850" w:type="dxa"/>
          </w:tcPr>
          <w:p w14:paraId="243D6D84" w14:textId="77777777" w:rsidR="00E91A42" w:rsidRPr="00E91A42" w:rsidRDefault="00E91A42" w:rsidP="00A701F9">
            <w:pPr>
              <w:spacing w:before="60" w:after="60"/>
              <w:jc w:val="center"/>
              <w:rPr>
                <w:sz w:val="28"/>
                <w:szCs w:val="28"/>
              </w:rPr>
            </w:pPr>
          </w:p>
        </w:tc>
        <w:tc>
          <w:tcPr>
            <w:tcW w:w="645" w:type="dxa"/>
          </w:tcPr>
          <w:p w14:paraId="639F1686" w14:textId="77777777" w:rsidR="00E91A42" w:rsidRPr="00E91A42" w:rsidRDefault="00E91A42" w:rsidP="00A701F9">
            <w:pPr>
              <w:spacing w:before="60" w:after="60"/>
              <w:jc w:val="center"/>
              <w:rPr>
                <w:sz w:val="28"/>
                <w:szCs w:val="28"/>
              </w:rPr>
            </w:pPr>
          </w:p>
        </w:tc>
        <w:tc>
          <w:tcPr>
            <w:tcW w:w="900" w:type="dxa"/>
          </w:tcPr>
          <w:p w14:paraId="69300E02" w14:textId="77777777" w:rsidR="00E91A42" w:rsidRPr="00E91A42" w:rsidRDefault="00E91A42" w:rsidP="00A701F9">
            <w:pPr>
              <w:spacing w:before="60" w:after="60"/>
              <w:jc w:val="center"/>
              <w:rPr>
                <w:sz w:val="28"/>
                <w:szCs w:val="28"/>
              </w:rPr>
            </w:pPr>
          </w:p>
        </w:tc>
        <w:tc>
          <w:tcPr>
            <w:tcW w:w="720" w:type="dxa"/>
            <w:vAlign w:val="center"/>
          </w:tcPr>
          <w:p w14:paraId="7396622D" w14:textId="77777777" w:rsidR="00E91A42" w:rsidRPr="00E91A42" w:rsidRDefault="00E91A42" w:rsidP="00A701F9">
            <w:pPr>
              <w:spacing w:before="60" w:after="60"/>
              <w:jc w:val="center"/>
              <w:rPr>
                <w:sz w:val="28"/>
                <w:szCs w:val="28"/>
              </w:rPr>
            </w:pPr>
          </w:p>
        </w:tc>
        <w:tc>
          <w:tcPr>
            <w:tcW w:w="810" w:type="dxa"/>
            <w:vAlign w:val="center"/>
          </w:tcPr>
          <w:p w14:paraId="6B41576C" w14:textId="77777777" w:rsidR="00E91A42" w:rsidRPr="00E91A42" w:rsidRDefault="00E91A42" w:rsidP="00A701F9">
            <w:pPr>
              <w:spacing w:before="50" w:after="50"/>
              <w:jc w:val="center"/>
              <w:rPr>
                <w:i/>
                <w:sz w:val="28"/>
                <w:szCs w:val="28"/>
              </w:rPr>
            </w:pPr>
          </w:p>
        </w:tc>
        <w:tc>
          <w:tcPr>
            <w:tcW w:w="720" w:type="dxa"/>
            <w:vAlign w:val="center"/>
          </w:tcPr>
          <w:p w14:paraId="44C3CCD6" w14:textId="77777777" w:rsidR="00E91A42" w:rsidRPr="00E91A42" w:rsidRDefault="00E91A42" w:rsidP="00A701F9">
            <w:pPr>
              <w:spacing w:before="60" w:after="60"/>
              <w:jc w:val="center"/>
              <w:rPr>
                <w:sz w:val="28"/>
                <w:szCs w:val="28"/>
              </w:rPr>
            </w:pPr>
          </w:p>
        </w:tc>
        <w:tc>
          <w:tcPr>
            <w:tcW w:w="810" w:type="dxa"/>
            <w:vAlign w:val="center"/>
          </w:tcPr>
          <w:p w14:paraId="2695F84C" w14:textId="77777777" w:rsidR="00E91A42" w:rsidRPr="00E91A42" w:rsidRDefault="00E91A42" w:rsidP="00A701F9">
            <w:pPr>
              <w:spacing w:before="50" w:after="50"/>
              <w:jc w:val="center"/>
              <w:rPr>
                <w:i/>
                <w:sz w:val="28"/>
                <w:szCs w:val="28"/>
              </w:rPr>
            </w:pPr>
          </w:p>
        </w:tc>
        <w:tc>
          <w:tcPr>
            <w:tcW w:w="720" w:type="dxa"/>
            <w:vAlign w:val="center"/>
          </w:tcPr>
          <w:p w14:paraId="62634B2E" w14:textId="77777777" w:rsidR="00E91A42" w:rsidRPr="00E91A42" w:rsidRDefault="00E91A42" w:rsidP="00A701F9">
            <w:pPr>
              <w:spacing w:before="60" w:after="60"/>
              <w:jc w:val="center"/>
              <w:rPr>
                <w:sz w:val="28"/>
                <w:szCs w:val="28"/>
              </w:rPr>
            </w:pPr>
          </w:p>
        </w:tc>
        <w:tc>
          <w:tcPr>
            <w:tcW w:w="810" w:type="dxa"/>
            <w:vAlign w:val="center"/>
          </w:tcPr>
          <w:p w14:paraId="1648202B" w14:textId="77777777" w:rsidR="00E91A42" w:rsidRPr="00E91A42" w:rsidRDefault="00E91A42" w:rsidP="00A701F9">
            <w:pPr>
              <w:spacing w:before="50" w:after="50"/>
              <w:jc w:val="center"/>
              <w:rPr>
                <w:i/>
                <w:sz w:val="28"/>
                <w:szCs w:val="28"/>
              </w:rPr>
            </w:pPr>
          </w:p>
        </w:tc>
        <w:tc>
          <w:tcPr>
            <w:tcW w:w="668" w:type="dxa"/>
            <w:vAlign w:val="center"/>
          </w:tcPr>
          <w:p w14:paraId="6806E025" w14:textId="77777777" w:rsidR="00E91A42" w:rsidRPr="00E91A42" w:rsidRDefault="00E91A42" w:rsidP="00A701F9">
            <w:pPr>
              <w:spacing w:before="60" w:after="60"/>
              <w:jc w:val="center"/>
              <w:rPr>
                <w:sz w:val="28"/>
                <w:szCs w:val="28"/>
              </w:rPr>
            </w:pPr>
          </w:p>
        </w:tc>
        <w:tc>
          <w:tcPr>
            <w:tcW w:w="772" w:type="dxa"/>
            <w:vAlign w:val="center"/>
          </w:tcPr>
          <w:p w14:paraId="6AD1D311" w14:textId="77777777" w:rsidR="00E91A42" w:rsidRPr="00E91A42" w:rsidRDefault="00E91A42" w:rsidP="00A701F9">
            <w:pPr>
              <w:spacing w:before="50" w:after="50"/>
              <w:jc w:val="center"/>
              <w:rPr>
                <w:i/>
                <w:sz w:val="28"/>
                <w:szCs w:val="28"/>
              </w:rPr>
            </w:pPr>
          </w:p>
        </w:tc>
        <w:tc>
          <w:tcPr>
            <w:tcW w:w="720" w:type="dxa"/>
          </w:tcPr>
          <w:p w14:paraId="0E9B1509" w14:textId="77777777" w:rsidR="00E91A42" w:rsidRPr="00E91A42" w:rsidRDefault="00E91A42" w:rsidP="00A701F9">
            <w:pPr>
              <w:spacing w:before="60" w:after="60"/>
              <w:jc w:val="center"/>
              <w:rPr>
                <w:sz w:val="28"/>
                <w:szCs w:val="28"/>
              </w:rPr>
            </w:pPr>
          </w:p>
        </w:tc>
        <w:tc>
          <w:tcPr>
            <w:tcW w:w="720" w:type="dxa"/>
          </w:tcPr>
          <w:p w14:paraId="6E82B66F" w14:textId="77777777" w:rsidR="00E91A42" w:rsidRPr="00E91A42" w:rsidRDefault="00E91A42" w:rsidP="00A701F9">
            <w:pPr>
              <w:spacing w:before="60" w:after="60"/>
              <w:jc w:val="center"/>
              <w:rPr>
                <w:sz w:val="28"/>
                <w:szCs w:val="28"/>
              </w:rPr>
            </w:pPr>
          </w:p>
        </w:tc>
        <w:tc>
          <w:tcPr>
            <w:tcW w:w="720" w:type="dxa"/>
          </w:tcPr>
          <w:p w14:paraId="279DBB0F" w14:textId="77777777" w:rsidR="00E91A42" w:rsidRPr="00E91A42" w:rsidRDefault="00E91A42" w:rsidP="00A701F9">
            <w:pPr>
              <w:spacing w:before="60" w:after="60"/>
              <w:jc w:val="center"/>
              <w:rPr>
                <w:sz w:val="28"/>
                <w:szCs w:val="28"/>
              </w:rPr>
            </w:pPr>
          </w:p>
        </w:tc>
        <w:tc>
          <w:tcPr>
            <w:tcW w:w="720" w:type="dxa"/>
          </w:tcPr>
          <w:p w14:paraId="691DF64E" w14:textId="77777777" w:rsidR="00E91A42" w:rsidRPr="00E91A42" w:rsidRDefault="00E91A42" w:rsidP="00A701F9">
            <w:pPr>
              <w:spacing w:before="60" w:after="60"/>
              <w:jc w:val="center"/>
              <w:rPr>
                <w:sz w:val="28"/>
                <w:szCs w:val="28"/>
              </w:rPr>
            </w:pPr>
          </w:p>
        </w:tc>
      </w:tr>
      <w:tr w:rsidR="00E91A42" w:rsidRPr="00E91A42" w14:paraId="1247F3D8" w14:textId="77777777" w:rsidTr="00A701F9">
        <w:tc>
          <w:tcPr>
            <w:tcW w:w="567" w:type="dxa"/>
          </w:tcPr>
          <w:p w14:paraId="49BA6B37" w14:textId="77777777" w:rsidR="00E91A42" w:rsidRPr="00E91A42" w:rsidRDefault="00E91A42" w:rsidP="00A701F9">
            <w:pPr>
              <w:spacing w:before="60" w:after="60"/>
              <w:jc w:val="center"/>
              <w:rPr>
                <w:sz w:val="28"/>
                <w:szCs w:val="28"/>
              </w:rPr>
            </w:pPr>
            <w:r w:rsidRPr="00E91A42">
              <w:rPr>
                <w:sz w:val="28"/>
                <w:szCs w:val="28"/>
              </w:rPr>
              <w:t>2</w:t>
            </w:r>
          </w:p>
        </w:tc>
        <w:tc>
          <w:tcPr>
            <w:tcW w:w="1843" w:type="dxa"/>
          </w:tcPr>
          <w:p w14:paraId="0FB00463" w14:textId="77777777" w:rsidR="00E91A42" w:rsidRPr="00E91A42" w:rsidRDefault="00E91A42" w:rsidP="00A701F9">
            <w:pPr>
              <w:jc w:val="both"/>
              <w:rPr>
                <w:sz w:val="28"/>
                <w:szCs w:val="28"/>
              </w:rPr>
            </w:pPr>
            <w:r w:rsidRPr="00E91A42">
              <w:rPr>
                <w:sz w:val="28"/>
                <w:szCs w:val="28"/>
              </w:rPr>
              <w:t>Dụng cụ, phụ tùng thí nghiệm</w:t>
            </w:r>
          </w:p>
        </w:tc>
        <w:tc>
          <w:tcPr>
            <w:tcW w:w="851" w:type="dxa"/>
          </w:tcPr>
          <w:p w14:paraId="6EA4F08D" w14:textId="77777777" w:rsidR="00E91A42" w:rsidRPr="00E91A42" w:rsidRDefault="00E91A42" w:rsidP="00A701F9">
            <w:pPr>
              <w:spacing w:before="60" w:after="60"/>
              <w:jc w:val="center"/>
              <w:rPr>
                <w:sz w:val="28"/>
                <w:szCs w:val="28"/>
              </w:rPr>
            </w:pPr>
          </w:p>
        </w:tc>
        <w:tc>
          <w:tcPr>
            <w:tcW w:w="850" w:type="dxa"/>
          </w:tcPr>
          <w:p w14:paraId="48AD3FF7" w14:textId="77777777" w:rsidR="00E91A42" w:rsidRPr="00E91A42" w:rsidRDefault="00E91A42" w:rsidP="00A701F9">
            <w:pPr>
              <w:spacing w:before="60" w:after="60"/>
              <w:jc w:val="center"/>
              <w:rPr>
                <w:sz w:val="28"/>
                <w:szCs w:val="28"/>
              </w:rPr>
            </w:pPr>
          </w:p>
        </w:tc>
        <w:tc>
          <w:tcPr>
            <w:tcW w:w="645" w:type="dxa"/>
          </w:tcPr>
          <w:p w14:paraId="397BD28E" w14:textId="77777777" w:rsidR="00E91A42" w:rsidRPr="00E91A42" w:rsidRDefault="00E91A42" w:rsidP="00A701F9">
            <w:pPr>
              <w:spacing w:before="60" w:after="60"/>
              <w:jc w:val="center"/>
              <w:rPr>
                <w:sz w:val="28"/>
                <w:szCs w:val="28"/>
              </w:rPr>
            </w:pPr>
          </w:p>
        </w:tc>
        <w:tc>
          <w:tcPr>
            <w:tcW w:w="900" w:type="dxa"/>
          </w:tcPr>
          <w:p w14:paraId="5E4953AC" w14:textId="77777777" w:rsidR="00E91A42" w:rsidRPr="00E91A42" w:rsidRDefault="00E91A42" w:rsidP="00A701F9">
            <w:pPr>
              <w:spacing w:before="60" w:after="60"/>
              <w:jc w:val="center"/>
              <w:rPr>
                <w:sz w:val="28"/>
                <w:szCs w:val="28"/>
              </w:rPr>
            </w:pPr>
          </w:p>
        </w:tc>
        <w:tc>
          <w:tcPr>
            <w:tcW w:w="720" w:type="dxa"/>
            <w:vAlign w:val="center"/>
          </w:tcPr>
          <w:p w14:paraId="3E1BCF44" w14:textId="77777777" w:rsidR="00E91A42" w:rsidRPr="00E91A42" w:rsidRDefault="00E91A42" w:rsidP="00A701F9">
            <w:pPr>
              <w:spacing w:before="60" w:after="60"/>
              <w:jc w:val="center"/>
              <w:rPr>
                <w:sz w:val="28"/>
                <w:szCs w:val="28"/>
              </w:rPr>
            </w:pPr>
          </w:p>
        </w:tc>
        <w:tc>
          <w:tcPr>
            <w:tcW w:w="810" w:type="dxa"/>
            <w:vAlign w:val="center"/>
          </w:tcPr>
          <w:p w14:paraId="4BEB3F1E" w14:textId="77777777" w:rsidR="00E91A42" w:rsidRPr="00E91A42" w:rsidRDefault="00E91A42" w:rsidP="00A701F9">
            <w:pPr>
              <w:spacing w:before="50" w:after="50"/>
              <w:jc w:val="center"/>
              <w:rPr>
                <w:i/>
                <w:sz w:val="28"/>
                <w:szCs w:val="28"/>
              </w:rPr>
            </w:pPr>
          </w:p>
        </w:tc>
        <w:tc>
          <w:tcPr>
            <w:tcW w:w="720" w:type="dxa"/>
            <w:vAlign w:val="center"/>
          </w:tcPr>
          <w:p w14:paraId="1AE12C74" w14:textId="77777777" w:rsidR="00E91A42" w:rsidRPr="00E91A42" w:rsidRDefault="00E91A42" w:rsidP="00A701F9">
            <w:pPr>
              <w:spacing w:before="60" w:after="60"/>
              <w:jc w:val="center"/>
              <w:rPr>
                <w:sz w:val="28"/>
                <w:szCs w:val="28"/>
              </w:rPr>
            </w:pPr>
          </w:p>
        </w:tc>
        <w:tc>
          <w:tcPr>
            <w:tcW w:w="810" w:type="dxa"/>
            <w:vAlign w:val="center"/>
          </w:tcPr>
          <w:p w14:paraId="4B732DB7" w14:textId="77777777" w:rsidR="00E91A42" w:rsidRPr="00E91A42" w:rsidRDefault="00E91A42" w:rsidP="00A701F9">
            <w:pPr>
              <w:spacing w:before="50" w:after="50"/>
              <w:jc w:val="center"/>
              <w:rPr>
                <w:i/>
                <w:sz w:val="28"/>
                <w:szCs w:val="28"/>
              </w:rPr>
            </w:pPr>
          </w:p>
        </w:tc>
        <w:tc>
          <w:tcPr>
            <w:tcW w:w="720" w:type="dxa"/>
            <w:vAlign w:val="center"/>
          </w:tcPr>
          <w:p w14:paraId="1CAD9B93" w14:textId="77777777" w:rsidR="00E91A42" w:rsidRPr="00E91A42" w:rsidRDefault="00E91A42" w:rsidP="00A701F9">
            <w:pPr>
              <w:spacing w:before="60" w:after="60"/>
              <w:jc w:val="center"/>
              <w:rPr>
                <w:sz w:val="28"/>
                <w:szCs w:val="28"/>
              </w:rPr>
            </w:pPr>
          </w:p>
        </w:tc>
        <w:tc>
          <w:tcPr>
            <w:tcW w:w="810" w:type="dxa"/>
            <w:vAlign w:val="center"/>
          </w:tcPr>
          <w:p w14:paraId="4B3624ED" w14:textId="77777777" w:rsidR="00E91A42" w:rsidRPr="00E91A42" w:rsidRDefault="00E91A42" w:rsidP="00A701F9">
            <w:pPr>
              <w:spacing w:before="50" w:after="50"/>
              <w:jc w:val="center"/>
              <w:rPr>
                <w:i/>
                <w:sz w:val="28"/>
                <w:szCs w:val="28"/>
              </w:rPr>
            </w:pPr>
          </w:p>
        </w:tc>
        <w:tc>
          <w:tcPr>
            <w:tcW w:w="668" w:type="dxa"/>
            <w:vAlign w:val="center"/>
          </w:tcPr>
          <w:p w14:paraId="77337FB8" w14:textId="77777777" w:rsidR="00E91A42" w:rsidRPr="00E91A42" w:rsidRDefault="00E91A42" w:rsidP="00A701F9">
            <w:pPr>
              <w:spacing w:before="60" w:after="60"/>
              <w:jc w:val="center"/>
              <w:rPr>
                <w:sz w:val="28"/>
                <w:szCs w:val="28"/>
              </w:rPr>
            </w:pPr>
          </w:p>
        </w:tc>
        <w:tc>
          <w:tcPr>
            <w:tcW w:w="772" w:type="dxa"/>
            <w:vAlign w:val="center"/>
          </w:tcPr>
          <w:p w14:paraId="0DB7BE11" w14:textId="77777777" w:rsidR="00E91A42" w:rsidRPr="00E91A42" w:rsidRDefault="00E91A42" w:rsidP="00A701F9">
            <w:pPr>
              <w:spacing w:before="50" w:after="50"/>
              <w:jc w:val="center"/>
              <w:rPr>
                <w:i/>
                <w:sz w:val="28"/>
                <w:szCs w:val="28"/>
              </w:rPr>
            </w:pPr>
          </w:p>
        </w:tc>
        <w:tc>
          <w:tcPr>
            <w:tcW w:w="720" w:type="dxa"/>
          </w:tcPr>
          <w:p w14:paraId="5D034E57" w14:textId="77777777" w:rsidR="00E91A42" w:rsidRPr="00E91A42" w:rsidRDefault="00E91A42" w:rsidP="00A701F9">
            <w:pPr>
              <w:spacing w:before="60" w:after="60"/>
              <w:jc w:val="center"/>
              <w:rPr>
                <w:sz w:val="28"/>
                <w:szCs w:val="28"/>
              </w:rPr>
            </w:pPr>
          </w:p>
        </w:tc>
        <w:tc>
          <w:tcPr>
            <w:tcW w:w="720" w:type="dxa"/>
          </w:tcPr>
          <w:p w14:paraId="62E15A56" w14:textId="77777777" w:rsidR="00E91A42" w:rsidRPr="00E91A42" w:rsidRDefault="00E91A42" w:rsidP="00A701F9">
            <w:pPr>
              <w:spacing w:before="60" w:after="60"/>
              <w:jc w:val="center"/>
              <w:rPr>
                <w:sz w:val="28"/>
                <w:szCs w:val="28"/>
              </w:rPr>
            </w:pPr>
          </w:p>
        </w:tc>
        <w:tc>
          <w:tcPr>
            <w:tcW w:w="720" w:type="dxa"/>
          </w:tcPr>
          <w:p w14:paraId="7A53834F" w14:textId="77777777" w:rsidR="00E91A42" w:rsidRPr="00E91A42" w:rsidRDefault="00E91A42" w:rsidP="00A701F9">
            <w:pPr>
              <w:spacing w:before="60" w:after="60"/>
              <w:jc w:val="center"/>
              <w:rPr>
                <w:sz w:val="28"/>
                <w:szCs w:val="28"/>
              </w:rPr>
            </w:pPr>
          </w:p>
        </w:tc>
        <w:tc>
          <w:tcPr>
            <w:tcW w:w="720" w:type="dxa"/>
          </w:tcPr>
          <w:p w14:paraId="70E16761" w14:textId="77777777" w:rsidR="00E91A42" w:rsidRPr="00E91A42" w:rsidRDefault="00E91A42" w:rsidP="00A701F9">
            <w:pPr>
              <w:spacing w:before="60" w:after="60"/>
              <w:jc w:val="center"/>
              <w:rPr>
                <w:sz w:val="28"/>
                <w:szCs w:val="28"/>
              </w:rPr>
            </w:pPr>
          </w:p>
        </w:tc>
      </w:tr>
      <w:tr w:rsidR="00E91A42" w:rsidRPr="00E91A42" w14:paraId="03A04DE1" w14:textId="77777777" w:rsidTr="00A701F9">
        <w:tc>
          <w:tcPr>
            <w:tcW w:w="567" w:type="dxa"/>
          </w:tcPr>
          <w:p w14:paraId="6D6265D4" w14:textId="77777777" w:rsidR="00E91A42" w:rsidRPr="00E91A42" w:rsidRDefault="00E91A42" w:rsidP="00A701F9">
            <w:pPr>
              <w:spacing w:before="60" w:after="60"/>
              <w:jc w:val="center"/>
              <w:rPr>
                <w:sz w:val="28"/>
                <w:szCs w:val="28"/>
              </w:rPr>
            </w:pPr>
            <w:r w:rsidRPr="00E91A42">
              <w:rPr>
                <w:sz w:val="28"/>
                <w:szCs w:val="28"/>
              </w:rPr>
              <w:t>…</w:t>
            </w:r>
          </w:p>
        </w:tc>
        <w:tc>
          <w:tcPr>
            <w:tcW w:w="1843" w:type="dxa"/>
          </w:tcPr>
          <w:p w14:paraId="72E97757" w14:textId="77777777" w:rsidR="00E91A42" w:rsidRPr="00E91A42" w:rsidRDefault="00E91A42" w:rsidP="00A701F9">
            <w:pPr>
              <w:jc w:val="both"/>
              <w:rPr>
                <w:sz w:val="28"/>
                <w:szCs w:val="28"/>
              </w:rPr>
            </w:pPr>
          </w:p>
        </w:tc>
        <w:tc>
          <w:tcPr>
            <w:tcW w:w="851" w:type="dxa"/>
          </w:tcPr>
          <w:p w14:paraId="0194323B" w14:textId="77777777" w:rsidR="00E91A42" w:rsidRPr="00E91A42" w:rsidRDefault="00E91A42" w:rsidP="00A701F9">
            <w:pPr>
              <w:spacing w:before="60" w:after="60"/>
              <w:jc w:val="center"/>
              <w:rPr>
                <w:sz w:val="28"/>
                <w:szCs w:val="28"/>
              </w:rPr>
            </w:pPr>
          </w:p>
        </w:tc>
        <w:tc>
          <w:tcPr>
            <w:tcW w:w="850" w:type="dxa"/>
          </w:tcPr>
          <w:p w14:paraId="2D57AB05" w14:textId="77777777" w:rsidR="00E91A42" w:rsidRPr="00E91A42" w:rsidRDefault="00E91A42" w:rsidP="00A701F9">
            <w:pPr>
              <w:spacing w:before="60" w:after="60"/>
              <w:jc w:val="center"/>
              <w:rPr>
                <w:sz w:val="28"/>
                <w:szCs w:val="28"/>
              </w:rPr>
            </w:pPr>
          </w:p>
        </w:tc>
        <w:tc>
          <w:tcPr>
            <w:tcW w:w="645" w:type="dxa"/>
          </w:tcPr>
          <w:p w14:paraId="1748B164" w14:textId="77777777" w:rsidR="00E91A42" w:rsidRPr="00E91A42" w:rsidRDefault="00E91A42" w:rsidP="00A701F9">
            <w:pPr>
              <w:spacing w:before="60" w:after="60"/>
              <w:jc w:val="center"/>
              <w:rPr>
                <w:sz w:val="28"/>
                <w:szCs w:val="28"/>
              </w:rPr>
            </w:pPr>
          </w:p>
        </w:tc>
        <w:tc>
          <w:tcPr>
            <w:tcW w:w="900" w:type="dxa"/>
          </w:tcPr>
          <w:p w14:paraId="5ACA0EBF" w14:textId="77777777" w:rsidR="00E91A42" w:rsidRPr="00E91A42" w:rsidRDefault="00E91A42" w:rsidP="00A701F9">
            <w:pPr>
              <w:spacing w:before="60" w:after="60"/>
              <w:jc w:val="center"/>
              <w:rPr>
                <w:sz w:val="28"/>
                <w:szCs w:val="28"/>
              </w:rPr>
            </w:pPr>
          </w:p>
        </w:tc>
        <w:tc>
          <w:tcPr>
            <w:tcW w:w="720" w:type="dxa"/>
            <w:vAlign w:val="center"/>
          </w:tcPr>
          <w:p w14:paraId="14A4AD8A" w14:textId="77777777" w:rsidR="00E91A42" w:rsidRPr="00E91A42" w:rsidRDefault="00E91A42" w:rsidP="00A701F9">
            <w:pPr>
              <w:spacing w:before="60" w:after="60"/>
              <w:jc w:val="center"/>
              <w:rPr>
                <w:sz w:val="28"/>
                <w:szCs w:val="28"/>
              </w:rPr>
            </w:pPr>
          </w:p>
        </w:tc>
        <w:tc>
          <w:tcPr>
            <w:tcW w:w="810" w:type="dxa"/>
            <w:vAlign w:val="center"/>
          </w:tcPr>
          <w:p w14:paraId="0CA23165" w14:textId="77777777" w:rsidR="00E91A42" w:rsidRPr="00E91A42" w:rsidRDefault="00E91A42" w:rsidP="00A701F9">
            <w:pPr>
              <w:spacing w:before="50" w:after="50"/>
              <w:jc w:val="center"/>
              <w:rPr>
                <w:i/>
                <w:sz w:val="28"/>
                <w:szCs w:val="28"/>
              </w:rPr>
            </w:pPr>
          </w:p>
        </w:tc>
        <w:tc>
          <w:tcPr>
            <w:tcW w:w="720" w:type="dxa"/>
            <w:vAlign w:val="center"/>
          </w:tcPr>
          <w:p w14:paraId="454DB440" w14:textId="77777777" w:rsidR="00E91A42" w:rsidRPr="00E91A42" w:rsidRDefault="00E91A42" w:rsidP="00A701F9">
            <w:pPr>
              <w:spacing w:before="60" w:after="60"/>
              <w:jc w:val="center"/>
              <w:rPr>
                <w:sz w:val="28"/>
                <w:szCs w:val="28"/>
              </w:rPr>
            </w:pPr>
          </w:p>
        </w:tc>
        <w:tc>
          <w:tcPr>
            <w:tcW w:w="810" w:type="dxa"/>
            <w:vAlign w:val="center"/>
          </w:tcPr>
          <w:p w14:paraId="5108DCCE" w14:textId="77777777" w:rsidR="00E91A42" w:rsidRPr="00E91A42" w:rsidRDefault="00E91A42" w:rsidP="00A701F9">
            <w:pPr>
              <w:spacing w:before="50" w:after="50"/>
              <w:jc w:val="center"/>
              <w:rPr>
                <w:i/>
                <w:sz w:val="28"/>
                <w:szCs w:val="28"/>
              </w:rPr>
            </w:pPr>
          </w:p>
        </w:tc>
        <w:tc>
          <w:tcPr>
            <w:tcW w:w="720" w:type="dxa"/>
            <w:vAlign w:val="center"/>
          </w:tcPr>
          <w:p w14:paraId="5C0BB7B5" w14:textId="77777777" w:rsidR="00E91A42" w:rsidRPr="00E91A42" w:rsidRDefault="00E91A42" w:rsidP="00A701F9">
            <w:pPr>
              <w:spacing w:before="60" w:after="60"/>
              <w:jc w:val="center"/>
              <w:rPr>
                <w:sz w:val="28"/>
                <w:szCs w:val="28"/>
              </w:rPr>
            </w:pPr>
          </w:p>
        </w:tc>
        <w:tc>
          <w:tcPr>
            <w:tcW w:w="810" w:type="dxa"/>
            <w:vAlign w:val="center"/>
          </w:tcPr>
          <w:p w14:paraId="489371AC" w14:textId="77777777" w:rsidR="00E91A42" w:rsidRPr="00E91A42" w:rsidRDefault="00E91A42" w:rsidP="00A701F9">
            <w:pPr>
              <w:spacing w:before="50" w:after="50"/>
              <w:jc w:val="center"/>
              <w:rPr>
                <w:i/>
                <w:sz w:val="28"/>
                <w:szCs w:val="28"/>
              </w:rPr>
            </w:pPr>
          </w:p>
        </w:tc>
        <w:tc>
          <w:tcPr>
            <w:tcW w:w="668" w:type="dxa"/>
            <w:vAlign w:val="center"/>
          </w:tcPr>
          <w:p w14:paraId="5B7CA1EF" w14:textId="77777777" w:rsidR="00E91A42" w:rsidRPr="00E91A42" w:rsidRDefault="00E91A42" w:rsidP="00A701F9">
            <w:pPr>
              <w:spacing w:before="60" w:after="60"/>
              <w:jc w:val="center"/>
              <w:rPr>
                <w:sz w:val="28"/>
                <w:szCs w:val="28"/>
              </w:rPr>
            </w:pPr>
          </w:p>
        </w:tc>
        <w:tc>
          <w:tcPr>
            <w:tcW w:w="772" w:type="dxa"/>
            <w:vAlign w:val="center"/>
          </w:tcPr>
          <w:p w14:paraId="575D2E7B" w14:textId="77777777" w:rsidR="00E91A42" w:rsidRPr="00E91A42" w:rsidRDefault="00E91A42" w:rsidP="00A701F9">
            <w:pPr>
              <w:spacing w:before="50" w:after="50"/>
              <w:jc w:val="center"/>
              <w:rPr>
                <w:i/>
                <w:sz w:val="28"/>
                <w:szCs w:val="28"/>
              </w:rPr>
            </w:pPr>
          </w:p>
        </w:tc>
        <w:tc>
          <w:tcPr>
            <w:tcW w:w="720" w:type="dxa"/>
          </w:tcPr>
          <w:p w14:paraId="2CCD0AAA" w14:textId="77777777" w:rsidR="00E91A42" w:rsidRPr="00E91A42" w:rsidRDefault="00E91A42" w:rsidP="00A701F9">
            <w:pPr>
              <w:spacing w:before="60" w:after="60"/>
              <w:jc w:val="center"/>
              <w:rPr>
                <w:sz w:val="28"/>
                <w:szCs w:val="28"/>
              </w:rPr>
            </w:pPr>
          </w:p>
        </w:tc>
        <w:tc>
          <w:tcPr>
            <w:tcW w:w="720" w:type="dxa"/>
          </w:tcPr>
          <w:p w14:paraId="511ED766" w14:textId="77777777" w:rsidR="00E91A42" w:rsidRPr="00E91A42" w:rsidRDefault="00E91A42" w:rsidP="00A701F9">
            <w:pPr>
              <w:spacing w:before="60" w:after="60"/>
              <w:jc w:val="center"/>
              <w:rPr>
                <w:sz w:val="28"/>
                <w:szCs w:val="28"/>
              </w:rPr>
            </w:pPr>
          </w:p>
        </w:tc>
        <w:tc>
          <w:tcPr>
            <w:tcW w:w="720" w:type="dxa"/>
          </w:tcPr>
          <w:p w14:paraId="273A5460" w14:textId="77777777" w:rsidR="00E91A42" w:rsidRPr="00E91A42" w:rsidRDefault="00E91A42" w:rsidP="00A701F9">
            <w:pPr>
              <w:spacing w:before="60" w:after="60"/>
              <w:jc w:val="center"/>
              <w:rPr>
                <w:sz w:val="28"/>
                <w:szCs w:val="28"/>
              </w:rPr>
            </w:pPr>
          </w:p>
        </w:tc>
        <w:tc>
          <w:tcPr>
            <w:tcW w:w="720" w:type="dxa"/>
          </w:tcPr>
          <w:p w14:paraId="03C3A512" w14:textId="77777777" w:rsidR="00E91A42" w:rsidRPr="00E91A42" w:rsidRDefault="00E91A42" w:rsidP="00A701F9">
            <w:pPr>
              <w:spacing w:before="60" w:after="60"/>
              <w:jc w:val="center"/>
              <w:rPr>
                <w:sz w:val="28"/>
                <w:szCs w:val="28"/>
              </w:rPr>
            </w:pPr>
          </w:p>
        </w:tc>
      </w:tr>
      <w:tr w:rsidR="00E91A42" w:rsidRPr="00E91A42" w14:paraId="6E677296" w14:textId="77777777" w:rsidTr="00A701F9">
        <w:tc>
          <w:tcPr>
            <w:tcW w:w="567" w:type="dxa"/>
          </w:tcPr>
          <w:p w14:paraId="37D855E7" w14:textId="77777777" w:rsidR="00E91A42" w:rsidRPr="00E91A42" w:rsidRDefault="00E91A42" w:rsidP="00A701F9">
            <w:pPr>
              <w:spacing w:before="60" w:after="60"/>
              <w:jc w:val="center"/>
              <w:rPr>
                <w:sz w:val="28"/>
                <w:szCs w:val="28"/>
              </w:rPr>
            </w:pPr>
            <w:r w:rsidRPr="00E91A42">
              <w:rPr>
                <w:sz w:val="28"/>
                <w:szCs w:val="28"/>
              </w:rPr>
              <w:t>3</w:t>
            </w:r>
          </w:p>
        </w:tc>
        <w:tc>
          <w:tcPr>
            <w:tcW w:w="1843" w:type="dxa"/>
          </w:tcPr>
          <w:p w14:paraId="01645C5C" w14:textId="77777777" w:rsidR="00E91A42" w:rsidRPr="00E91A42" w:rsidRDefault="00E91A42" w:rsidP="00A701F9">
            <w:pPr>
              <w:jc w:val="both"/>
              <w:rPr>
                <w:sz w:val="28"/>
                <w:szCs w:val="28"/>
              </w:rPr>
            </w:pPr>
            <w:r w:rsidRPr="00E91A42">
              <w:rPr>
                <w:sz w:val="28"/>
                <w:szCs w:val="28"/>
              </w:rPr>
              <w:t>Năng lượng, nhiên liệu thiết yếu</w:t>
            </w:r>
          </w:p>
        </w:tc>
        <w:tc>
          <w:tcPr>
            <w:tcW w:w="851" w:type="dxa"/>
          </w:tcPr>
          <w:p w14:paraId="0237D5F2" w14:textId="77777777" w:rsidR="00E91A42" w:rsidRPr="00E91A42" w:rsidRDefault="00E91A42" w:rsidP="00A701F9">
            <w:pPr>
              <w:spacing w:before="60" w:after="60"/>
              <w:jc w:val="center"/>
              <w:rPr>
                <w:sz w:val="28"/>
                <w:szCs w:val="28"/>
              </w:rPr>
            </w:pPr>
          </w:p>
        </w:tc>
        <w:tc>
          <w:tcPr>
            <w:tcW w:w="850" w:type="dxa"/>
          </w:tcPr>
          <w:p w14:paraId="331751F3" w14:textId="77777777" w:rsidR="00E91A42" w:rsidRPr="00E91A42" w:rsidRDefault="00E91A42" w:rsidP="00A701F9">
            <w:pPr>
              <w:spacing w:before="60" w:after="60"/>
              <w:jc w:val="center"/>
              <w:rPr>
                <w:sz w:val="28"/>
                <w:szCs w:val="28"/>
              </w:rPr>
            </w:pPr>
          </w:p>
        </w:tc>
        <w:tc>
          <w:tcPr>
            <w:tcW w:w="645" w:type="dxa"/>
          </w:tcPr>
          <w:p w14:paraId="20AF9CA0" w14:textId="77777777" w:rsidR="00E91A42" w:rsidRPr="00E91A42" w:rsidRDefault="00E91A42" w:rsidP="00A701F9">
            <w:pPr>
              <w:spacing w:before="60" w:after="60"/>
              <w:jc w:val="center"/>
              <w:rPr>
                <w:sz w:val="28"/>
                <w:szCs w:val="28"/>
              </w:rPr>
            </w:pPr>
          </w:p>
        </w:tc>
        <w:tc>
          <w:tcPr>
            <w:tcW w:w="900" w:type="dxa"/>
          </w:tcPr>
          <w:p w14:paraId="0C1859F1" w14:textId="77777777" w:rsidR="00E91A42" w:rsidRPr="00E91A42" w:rsidRDefault="00E91A42" w:rsidP="00A701F9">
            <w:pPr>
              <w:spacing w:before="60" w:after="60"/>
              <w:jc w:val="center"/>
              <w:rPr>
                <w:sz w:val="28"/>
                <w:szCs w:val="28"/>
              </w:rPr>
            </w:pPr>
          </w:p>
        </w:tc>
        <w:tc>
          <w:tcPr>
            <w:tcW w:w="720" w:type="dxa"/>
            <w:vAlign w:val="center"/>
          </w:tcPr>
          <w:p w14:paraId="1D3F2A0A" w14:textId="77777777" w:rsidR="00E91A42" w:rsidRPr="00E91A42" w:rsidRDefault="00E91A42" w:rsidP="00A701F9">
            <w:pPr>
              <w:spacing w:before="60" w:after="60"/>
              <w:jc w:val="center"/>
              <w:rPr>
                <w:sz w:val="28"/>
                <w:szCs w:val="28"/>
              </w:rPr>
            </w:pPr>
          </w:p>
        </w:tc>
        <w:tc>
          <w:tcPr>
            <w:tcW w:w="810" w:type="dxa"/>
            <w:vAlign w:val="center"/>
          </w:tcPr>
          <w:p w14:paraId="1B3C754C" w14:textId="77777777" w:rsidR="00E91A42" w:rsidRPr="00E91A42" w:rsidRDefault="00E91A42" w:rsidP="00A701F9">
            <w:pPr>
              <w:spacing w:before="50" w:after="50"/>
              <w:jc w:val="center"/>
              <w:rPr>
                <w:i/>
                <w:sz w:val="28"/>
                <w:szCs w:val="28"/>
              </w:rPr>
            </w:pPr>
          </w:p>
        </w:tc>
        <w:tc>
          <w:tcPr>
            <w:tcW w:w="720" w:type="dxa"/>
            <w:vAlign w:val="center"/>
          </w:tcPr>
          <w:p w14:paraId="796CB484" w14:textId="77777777" w:rsidR="00E91A42" w:rsidRPr="00E91A42" w:rsidRDefault="00E91A42" w:rsidP="00A701F9">
            <w:pPr>
              <w:spacing w:before="60" w:after="60"/>
              <w:jc w:val="center"/>
              <w:rPr>
                <w:sz w:val="28"/>
                <w:szCs w:val="28"/>
              </w:rPr>
            </w:pPr>
          </w:p>
        </w:tc>
        <w:tc>
          <w:tcPr>
            <w:tcW w:w="810" w:type="dxa"/>
            <w:vAlign w:val="center"/>
          </w:tcPr>
          <w:p w14:paraId="5A563495" w14:textId="77777777" w:rsidR="00E91A42" w:rsidRPr="00E91A42" w:rsidRDefault="00E91A42" w:rsidP="00A701F9">
            <w:pPr>
              <w:spacing w:before="50" w:after="50"/>
              <w:jc w:val="center"/>
              <w:rPr>
                <w:i/>
                <w:sz w:val="28"/>
                <w:szCs w:val="28"/>
              </w:rPr>
            </w:pPr>
          </w:p>
        </w:tc>
        <w:tc>
          <w:tcPr>
            <w:tcW w:w="720" w:type="dxa"/>
            <w:vAlign w:val="center"/>
          </w:tcPr>
          <w:p w14:paraId="382C2DB1" w14:textId="77777777" w:rsidR="00E91A42" w:rsidRPr="00E91A42" w:rsidRDefault="00E91A42" w:rsidP="00A701F9">
            <w:pPr>
              <w:spacing w:before="60" w:after="60"/>
              <w:jc w:val="center"/>
              <w:rPr>
                <w:sz w:val="28"/>
                <w:szCs w:val="28"/>
              </w:rPr>
            </w:pPr>
          </w:p>
        </w:tc>
        <w:tc>
          <w:tcPr>
            <w:tcW w:w="810" w:type="dxa"/>
            <w:vAlign w:val="center"/>
          </w:tcPr>
          <w:p w14:paraId="11E1B8EB" w14:textId="77777777" w:rsidR="00E91A42" w:rsidRPr="00E91A42" w:rsidRDefault="00E91A42" w:rsidP="00A701F9">
            <w:pPr>
              <w:spacing w:before="50" w:after="50"/>
              <w:jc w:val="center"/>
              <w:rPr>
                <w:i/>
                <w:sz w:val="28"/>
                <w:szCs w:val="28"/>
              </w:rPr>
            </w:pPr>
          </w:p>
        </w:tc>
        <w:tc>
          <w:tcPr>
            <w:tcW w:w="668" w:type="dxa"/>
            <w:vAlign w:val="center"/>
          </w:tcPr>
          <w:p w14:paraId="1B7FCC24" w14:textId="77777777" w:rsidR="00E91A42" w:rsidRPr="00E91A42" w:rsidRDefault="00E91A42" w:rsidP="00A701F9">
            <w:pPr>
              <w:spacing w:before="60" w:after="60"/>
              <w:jc w:val="center"/>
              <w:rPr>
                <w:sz w:val="28"/>
                <w:szCs w:val="28"/>
              </w:rPr>
            </w:pPr>
          </w:p>
        </w:tc>
        <w:tc>
          <w:tcPr>
            <w:tcW w:w="772" w:type="dxa"/>
            <w:vAlign w:val="center"/>
          </w:tcPr>
          <w:p w14:paraId="10C74078" w14:textId="77777777" w:rsidR="00E91A42" w:rsidRPr="00E91A42" w:rsidRDefault="00E91A42" w:rsidP="00A701F9">
            <w:pPr>
              <w:spacing w:before="50" w:after="50"/>
              <w:jc w:val="center"/>
              <w:rPr>
                <w:i/>
                <w:sz w:val="28"/>
                <w:szCs w:val="28"/>
              </w:rPr>
            </w:pPr>
          </w:p>
        </w:tc>
        <w:tc>
          <w:tcPr>
            <w:tcW w:w="720" w:type="dxa"/>
          </w:tcPr>
          <w:p w14:paraId="470108B2" w14:textId="77777777" w:rsidR="00E91A42" w:rsidRPr="00E91A42" w:rsidRDefault="00E91A42" w:rsidP="00A701F9">
            <w:pPr>
              <w:spacing w:before="60" w:after="60"/>
              <w:jc w:val="center"/>
              <w:rPr>
                <w:sz w:val="28"/>
                <w:szCs w:val="28"/>
              </w:rPr>
            </w:pPr>
          </w:p>
        </w:tc>
        <w:tc>
          <w:tcPr>
            <w:tcW w:w="720" w:type="dxa"/>
          </w:tcPr>
          <w:p w14:paraId="0DB76AFC" w14:textId="77777777" w:rsidR="00E91A42" w:rsidRPr="00E91A42" w:rsidRDefault="00E91A42" w:rsidP="00A701F9">
            <w:pPr>
              <w:spacing w:before="60" w:after="60"/>
              <w:jc w:val="center"/>
              <w:rPr>
                <w:sz w:val="28"/>
                <w:szCs w:val="28"/>
              </w:rPr>
            </w:pPr>
          </w:p>
        </w:tc>
        <w:tc>
          <w:tcPr>
            <w:tcW w:w="720" w:type="dxa"/>
          </w:tcPr>
          <w:p w14:paraId="5090029D" w14:textId="77777777" w:rsidR="00E91A42" w:rsidRPr="00E91A42" w:rsidRDefault="00E91A42" w:rsidP="00A701F9">
            <w:pPr>
              <w:spacing w:before="60" w:after="60"/>
              <w:jc w:val="center"/>
              <w:rPr>
                <w:sz w:val="28"/>
                <w:szCs w:val="28"/>
              </w:rPr>
            </w:pPr>
          </w:p>
        </w:tc>
        <w:tc>
          <w:tcPr>
            <w:tcW w:w="720" w:type="dxa"/>
          </w:tcPr>
          <w:p w14:paraId="3FC11C4C" w14:textId="77777777" w:rsidR="00E91A42" w:rsidRPr="00E91A42" w:rsidRDefault="00E91A42" w:rsidP="00A701F9">
            <w:pPr>
              <w:spacing w:before="60" w:after="60"/>
              <w:jc w:val="center"/>
              <w:rPr>
                <w:sz w:val="28"/>
                <w:szCs w:val="28"/>
              </w:rPr>
            </w:pPr>
          </w:p>
        </w:tc>
      </w:tr>
      <w:tr w:rsidR="00E91A42" w:rsidRPr="00E91A42" w14:paraId="772B8650" w14:textId="77777777" w:rsidTr="00A701F9">
        <w:tc>
          <w:tcPr>
            <w:tcW w:w="567" w:type="dxa"/>
          </w:tcPr>
          <w:p w14:paraId="11A3E2AD" w14:textId="77777777" w:rsidR="00E91A42" w:rsidRPr="00E91A42" w:rsidRDefault="00E91A42" w:rsidP="00A701F9">
            <w:pPr>
              <w:spacing w:before="60" w:after="60"/>
              <w:jc w:val="center"/>
              <w:rPr>
                <w:sz w:val="28"/>
                <w:szCs w:val="28"/>
              </w:rPr>
            </w:pPr>
          </w:p>
        </w:tc>
        <w:tc>
          <w:tcPr>
            <w:tcW w:w="1843" w:type="dxa"/>
          </w:tcPr>
          <w:p w14:paraId="573BB5D4" w14:textId="77777777" w:rsidR="00E91A42" w:rsidRPr="00E91A42" w:rsidRDefault="00E91A42" w:rsidP="00A701F9">
            <w:pPr>
              <w:jc w:val="both"/>
              <w:rPr>
                <w:sz w:val="28"/>
                <w:szCs w:val="28"/>
              </w:rPr>
            </w:pPr>
          </w:p>
        </w:tc>
        <w:tc>
          <w:tcPr>
            <w:tcW w:w="851" w:type="dxa"/>
          </w:tcPr>
          <w:p w14:paraId="28BB5B96" w14:textId="77777777" w:rsidR="00E91A42" w:rsidRPr="00E91A42" w:rsidRDefault="00E91A42" w:rsidP="00A701F9">
            <w:pPr>
              <w:spacing w:before="60" w:after="60"/>
              <w:jc w:val="center"/>
              <w:rPr>
                <w:sz w:val="28"/>
                <w:szCs w:val="28"/>
              </w:rPr>
            </w:pPr>
          </w:p>
        </w:tc>
        <w:tc>
          <w:tcPr>
            <w:tcW w:w="850" w:type="dxa"/>
          </w:tcPr>
          <w:p w14:paraId="36B54D9A" w14:textId="77777777" w:rsidR="00E91A42" w:rsidRPr="00E91A42" w:rsidRDefault="00E91A42" w:rsidP="00A701F9">
            <w:pPr>
              <w:spacing w:before="60" w:after="60"/>
              <w:jc w:val="center"/>
              <w:rPr>
                <w:sz w:val="28"/>
                <w:szCs w:val="28"/>
              </w:rPr>
            </w:pPr>
          </w:p>
        </w:tc>
        <w:tc>
          <w:tcPr>
            <w:tcW w:w="645" w:type="dxa"/>
          </w:tcPr>
          <w:p w14:paraId="646EEB0E" w14:textId="77777777" w:rsidR="00E91A42" w:rsidRPr="00E91A42" w:rsidRDefault="00E91A42" w:rsidP="00A701F9">
            <w:pPr>
              <w:spacing w:before="60" w:after="60"/>
              <w:jc w:val="center"/>
              <w:rPr>
                <w:sz w:val="28"/>
                <w:szCs w:val="28"/>
              </w:rPr>
            </w:pPr>
          </w:p>
        </w:tc>
        <w:tc>
          <w:tcPr>
            <w:tcW w:w="900" w:type="dxa"/>
          </w:tcPr>
          <w:p w14:paraId="0E3C5753" w14:textId="77777777" w:rsidR="00E91A42" w:rsidRPr="00E91A42" w:rsidRDefault="00E91A42" w:rsidP="00A701F9">
            <w:pPr>
              <w:spacing w:before="60" w:after="60"/>
              <w:jc w:val="center"/>
              <w:rPr>
                <w:sz w:val="28"/>
                <w:szCs w:val="28"/>
              </w:rPr>
            </w:pPr>
          </w:p>
        </w:tc>
        <w:tc>
          <w:tcPr>
            <w:tcW w:w="720" w:type="dxa"/>
            <w:vAlign w:val="center"/>
          </w:tcPr>
          <w:p w14:paraId="3BEEB975" w14:textId="77777777" w:rsidR="00E91A42" w:rsidRPr="00E91A42" w:rsidRDefault="00E91A42" w:rsidP="00A701F9">
            <w:pPr>
              <w:spacing w:before="60" w:after="60"/>
              <w:jc w:val="center"/>
              <w:rPr>
                <w:sz w:val="28"/>
                <w:szCs w:val="28"/>
              </w:rPr>
            </w:pPr>
          </w:p>
        </w:tc>
        <w:tc>
          <w:tcPr>
            <w:tcW w:w="810" w:type="dxa"/>
            <w:vAlign w:val="center"/>
          </w:tcPr>
          <w:p w14:paraId="504DA115" w14:textId="77777777" w:rsidR="00E91A42" w:rsidRPr="00E91A42" w:rsidRDefault="00E91A42" w:rsidP="00A701F9">
            <w:pPr>
              <w:spacing w:before="50" w:after="50"/>
              <w:jc w:val="center"/>
              <w:rPr>
                <w:i/>
                <w:sz w:val="28"/>
                <w:szCs w:val="28"/>
              </w:rPr>
            </w:pPr>
          </w:p>
        </w:tc>
        <w:tc>
          <w:tcPr>
            <w:tcW w:w="720" w:type="dxa"/>
            <w:vAlign w:val="center"/>
          </w:tcPr>
          <w:p w14:paraId="4D298BD4" w14:textId="77777777" w:rsidR="00E91A42" w:rsidRPr="00E91A42" w:rsidRDefault="00E91A42" w:rsidP="00A701F9">
            <w:pPr>
              <w:spacing w:before="60" w:after="60"/>
              <w:jc w:val="center"/>
              <w:rPr>
                <w:sz w:val="28"/>
                <w:szCs w:val="28"/>
              </w:rPr>
            </w:pPr>
          </w:p>
        </w:tc>
        <w:tc>
          <w:tcPr>
            <w:tcW w:w="810" w:type="dxa"/>
            <w:vAlign w:val="center"/>
          </w:tcPr>
          <w:p w14:paraId="4DE61EC1" w14:textId="77777777" w:rsidR="00E91A42" w:rsidRPr="00E91A42" w:rsidRDefault="00E91A42" w:rsidP="00A701F9">
            <w:pPr>
              <w:spacing w:before="50" w:after="50"/>
              <w:jc w:val="center"/>
              <w:rPr>
                <w:i/>
                <w:sz w:val="28"/>
                <w:szCs w:val="28"/>
              </w:rPr>
            </w:pPr>
          </w:p>
        </w:tc>
        <w:tc>
          <w:tcPr>
            <w:tcW w:w="720" w:type="dxa"/>
            <w:vAlign w:val="center"/>
          </w:tcPr>
          <w:p w14:paraId="1036AAAF" w14:textId="77777777" w:rsidR="00E91A42" w:rsidRPr="00E91A42" w:rsidRDefault="00E91A42" w:rsidP="00A701F9">
            <w:pPr>
              <w:spacing w:before="60" w:after="60"/>
              <w:jc w:val="center"/>
              <w:rPr>
                <w:sz w:val="28"/>
                <w:szCs w:val="28"/>
              </w:rPr>
            </w:pPr>
          </w:p>
        </w:tc>
        <w:tc>
          <w:tcPr>
            <w:tcW w:w="810" w:type="dxa"/>
            <w:vAlign w:val="center"/>
          </w:tcPr>
          <w:p w14:paraId="1C3EA383" w14:textId="77777777" w:rsidR="00E91A42" w:rsidRPr="00E91A42" w:rsidRDefault="00E91A42" w:rsidP="00A701F9">
            <w:pPr>
              <w:spacing w:before="50" w:after="50"/>
              <w:jc w:val="center"/>
              <w:rPr>
                <w:i/>
                <w:sz w:val="28"/>
                <w:szCs w:val="28"/>
              </w:rPr>
            </w:pPr>
          </w:p>
        </w:tc>
        <w:tc>
          <w:tcPr>
            <w:tcW w:w="668" w:type="dxa"/>
            <w:vAlign w:val="center"/>
          </w:tcPr>
          <w:p w14:paraId="2A13AB50" w14:textId="77777777" w:rsidR="00E91A42" w:rsidRPr="00E91A42" w:rsidRDefault="00E91A42" w:rsidP="00A701F9">
            <w:pPr>
              <w:spacing w:before="60" w:after="60"/>
              <w:jc w:val="center"/>
              <w:rPr>
                <w:sz w:val="28"/>
                <w:szCs w:val="28"/>
              </w:rPr>
            </w:pPr>
          </w:p>
        </w:tc>
        <w:tc>
          <w:tcPr>
            <w:tcW w:w="772" w:type="dxa"/>
            <w:vAlign w:val="center"/>
          </w:tcPr>
          <w:p w14:paraId="4F9FE3EB" w14:textId="77777777" w:rsidR="00E91A42" w:rsidRPr="00E91A42" w:rsidRDefault="00E91A42" w:rsidP="00A701F9">
            <w:pPr>
              <w:spacing w:before="50" w:after="50"/>
              <w:jc w:val="center"/>
              <w:rPr>
                <w:i/>
                <w:sz w:val="28"/>
                <w:szCs w:val="28"/>
              </w:rPr>
            </w:pPr>
          </w:p>
        </w:tc>
        <w:tc>
          <w:tcPr>
            <w:tcW w:w="720" w:type="dxa"/>
          </w:tcPr>
          <w:p w14:paraId="43F78FA1" w14:textId="77777777" w:rsidR="00E91A42" w:rsidRPr="00E91A42" w:rsidRDefault="00E91A42" w:rsidP="00A701F9">
            <w:pPr>
              <w:spacing w:before="60" w:after="60"/>
              <w:jc w:val="center"/>
              <w:rPr>
                <w:sz w:val="28"/>
                <w:szCs w:val="28"/>
              </w:rPr>
            </w:pPr>
          </w:p>
        </w:tc>
        <w:tc>
          <w:tcPr>
            <w:tcW w:w="720" w:type="dxa"/>
          </w:tcPr>
          <w:p w14:paraId="0B4DE47D" w14:textId="77777777" w:rsidR="00E91A42" w:rsidRPr="00E91A42" w:rsidRDefault="00E91A42" w:rsidP="00A701F9">
            <w:pPr>
              <w:spacing w:before="60" w:after="60"/>
              <w:jc w:val="center"/>
              <w:rPr>
                <w:sz w:val="28"/>
                <w:szCs w:val="28"/>
              </w:rPr>
            </w:pPr>
          </w:p>
        </w:tc>
        <w:tc>
          <w:tcPr>
            <w:tcW w:w="720" w:type="dxa"/>
          </w:tcPr>
          <w:p w14:paraId="46435073" w14:textId="77777777" w:rsidR="00E91A42" w:rsidRPr="00E91A42" w:rsidRDefault="00E91A42" w:rsidP="00A701F9">
            <w:pPr>
              <w:spacing w:before="60" w:after="60"/>
              <w:jc w:val="center"/>
              <w:rPr>
                <w:sz w:val="28"/>
                <w:szCs w:val="28"/>
              </w:rPr>
            </w:pPr>
          </w:p>
        </w:tc>
        <w:tc>
          <w:tcPr>
            <w:tcW w:w="720" w:type="dxa"/>
          </w:tcPr>
          <w:p w14:paraId="1F7218BB" w14:textId="77777777" w:rsidR="00E91A42" w:rsidRPr="00E91A42" w:rsidRDefault="00E91A42" w:rsidP="00A701F9">
            <w:pPr>
              <w:spacing w:before="60" w:after="60"/>
              <w:jc w:val="center"/>
              <w:rPr>
                <w:sz w:val="28"/>
                <w:szCs w:val="28"/>
              </w:rPr>
            </w:pPr>
          </w:p>
        </w:tc>
      </w:tr>
      <w:tr w:rsidR="00E91A42" w:rsidRPr="00E91A42" w14:paraId="785C3888" w14:textId="77777777" w:rsidTr="00A701F9">
        <w:tc>
          <w:tcPr>
            <w:tcW w:w="567" w:type="dxa"/>
          </w:tcPr>
          <w:p w14:paraId="5BCC96BC" w14:textId="77777777" w:rsidR="00E91A42" w:rsidRPr="00E91A42" w:rsidRDefault="00E91A42" w:rsidP="00A701F9">
            <w:pPr>
              <w:spacing w:before="60" w:after="60"/>
              <w:jc w:val="center"/>
              <w:rPr>
                <w:sz w:val="28"/>
                <w:szCs w:val="28"/>
              </w:rPr>
            </w:pPr>
            <w:r w:rsidRPr="00E91A42">
              <w:rPr>
                <w:sz w:val="28"/>
                <w:szCs w:val="28"/>
              </w:rPr>
              <w:t>4</w:t>
            </w:r>
          </w:p>
        </w:tc>
        <w:tc>
          <w:tcPr>
            <w:tcW w:w="1843" w:type="dxa"/>
          </w:tcPr>
          <w:p w14:paraId="52BF84E2" w14:textId="77777777" w:rsidR="00E91A42" w:rsidRPr="00E91A42" w:rsidRDefault="00E91A42" w:rsidP="00A701F9">
            <w:pPr>
              <w:jc w:val="both"/>
              <w:rPr>
                <w:sz w:val="28"/>
                <w:szCs w:val="28"/>
              </w:rPr>
            </w:pPr>
            <w:r w:rsidRPr="00E91A42">
              <w:rPr>
                <w:sz w:val="28"/>
                <w:szCs w:val="28"/>
              </w:rPr>
              <w:t>Sách, tài liệu, số liệu thiết yếu</w:t>
            </w:r>
          </w:p>
        </w:tc>
        <w:tc>
          <w:tcPr>
            <w:tcW w:w="851" w:type="dxa"/>
          </w:tcPr>
          <w:p w14:paraId="1859C319" w14:textId="77777777" w:rsidR="00E91A42" w:rsidRPr="00E91A42" w:rsidRDefault="00E91A42" w:rsidP="00A701F9">
            <w:pPr>
              <w:spacing w:before="60" w:after="60"/>
              <w:jc w:val="center"/>
              <w:rPr>
                <w:sz w:val="28"/>
                <w:szCs w:val="28"/>
              </w:rPr>
            </w:pPr>
          </w:p>
        </w:tc>
        <w:tc>
          <w:tcPr>
            <w:tcW w:w="850" w:type="dxa"/>
          </w:tcPr>
          <w:p w14:paraId="469E4643" w14:textId="77777777" w:rsidR="00E91A42" w:rsidRPr="00E91A42" w:rsidRDefault="00E91A42" w:rsidP="00A701F9">
            <w:pPr>
              <w:spacing w:before="60" w:after="60"/>
              <w:jc w:val="center"/>
              <w:rPr>
                <w:sz w:val="28"/>
                <w:szCs w:val="28"/>
              </w:rPr>
            </w:pPr>
          </w:p>
        </w:tc>
        <w:tc>
          <w:tcPr>
            <w:tcW w:w="645" w:type="dxa"/>
          </w:tcPr>
          <w:p w14:paraId="40FA4A50" w14:textId="77777777" w:rsidR="00E91A42" w:rsidRPr="00E91A42" w:rsidRDefault="00E91A42" w:rsidP="00A701F9">
            <w:pPr>
              <w:spacing w:before="60" w:after="60"/>
              <w:jc w:val="center"/>
              <w:rPr>
                <w:sz w:val="28"/>
                <w:szCs w:val="28"/>
              </w:rPr>
            </w:pPr>
          </w:p>
        </w:tc>
        <w:tc>
          <w:tcPr>
            <w:tcW w:w="900" w:type="dxa"/>
          </w:tcPr>
          <w:p w14:paraId="5D01ADF6" w14:textId="77777777" w:rsidR="00E91A42" w:rsidRPr="00E91A42" w:rsidRDefault="00E91A42" w:rsidP="00A701F9">
            <w:pPr>
              <w:spacing w:before="60" w:after="60"/>
              <w:jc w:val="center"/>
              <w:rPr>
                <w:sz w:val="28"/>
                <w:szCs w:val="28"/>
              </w:rPr>
            </w:pPr>
          </w:p>
        </w:tc>
        <w:tc>
          <w:tcPr>
            <w:tcW w:w="720" w:type="dxa"/>
            <w:vAlign w:val="center"/>
          </w:tcPr>
          <w:p w14:paraId="247B9A79" w14:textId="77777777" w:rsidR="00E91A42" w:rsidRPr="00E91A42" w:rsidRDefault="00E91A42" w:rsidP="00A701F9">
            <w:pPr>
              <w:spacing w:before="60" w:after="60"/>
              <w:jc w:val="center"/>
              <w:rPr>
                <w:sz w:val="28"/>
                <w:szCs w:val="28"/>
              </w:rPr>
            </w:pPr>
          </w:p>
        </w:tc>
        <w:tc>
          <w:tcPr>
            <w:tcW w:w="810" w:type="dxa"/>
            <w:vAlign w:val="center"/>
          </w:tcPr>
          <w:p w14:paraId="34E1E136" w14:textId="77777777" w:rsidR="00E91A42" w:rsidRPr="00E91A42" w:rsidRDefault="00E91A42" w:rsidP="00A701F9">
            <w:pPr>
              <w:spacing w:before="50" w:after="50"/>
              <w:jc w:val="center"/>
              <w:rPr>
                <w:i/>
                <w:sz w:val="28"/>
                <w:szCs w:val="28"/>
              </w:rPr>
            </w:pPr>
          </w:p>
        </w:tc>
        <w:tc>
          <w:tcPr>
            <w:tcW w:w="720" w:type="dxa"/>
            <w:vAlign w:val="center"/>
          </w:tcPr>
          <w:p w14:paraId="58899282" w14:textId="77777777" w:rsidR="00E91A42" w:rsidRPr="00E91A42" w:rsidRDefault="00E91A42" w:rsidP="00A701F9">
            <w:pPr>
              <w:spacing w:before="60" w:after="60"/>
              <w:jc w:val="center"/>
              <w:rPr>
                <w:sz w:val="28"/>
                <w:szCs w:val="28"/>
              </w:rPr>
            </w:pPr>
          </w:p>
        </w:tc>
        <w:tc>
          <w:tcPr>
            <w:tcW w:w="810" w:type="dxa"/>
            <w:vAlign w:val="center"/>
          </w:tcPr>
          <w:p w14:paraId="30C6606A" w14:textId="77777777" w:rsidR="00E91A42" w:rsidRPr="00E91A42" w:rsidRDefault="00E91A42" w:rsidP="00A701F9">
            <w:pPr>
              <w:spacing w:before="50" w:after="50"/>
              <w:jc w:val="center"/>
              <w:rPr>
                <w:i/>
                <w:sz w:val="28"/>
                <w:szCs w:val="28"/>
              </w:rPr>
            </w:pPr>
          </w:p>
        </w:tc>
        <w:tc>
          <w:tcPr>
            <w:tcW w:w="720" w:type="dxa"/>
            <w:vAlign w:val="center"/>
          </w:tcPr>
          <w:p w14:paraId="456D9E85" w14:textId="77777777" w:rsidR="00E91A42" w:rsidRPr="00E91A42" w:rsidRDefault="00E91A42" w:rsidP="00A701F9">
            <w:pPr>
              <w:spacing w:before="60" w:after="60"/>
              <w:jc w:val="center"/>
              <w:rPr>
                <w:sz w:val="28"/>
                <w:szCs w:val="28"/>
              </w:rPr>
            </w:pPr>
          </w:p>
        </w:tc>
        <w:tc>
          <w:tcPr>
            <w:tcW w:w="810" w:type="dxa"/>
            <w:vAlign w:val="center"/>
          </w:tcPr>
          <w:p w14:paraId="19673042" w14:textId="77777777" w:rsidR="00E91A42" w:rsidRPr="00E91A42" w:rsidRDefault="00E91A42" w:rsidP="00A701F9">
            <w:pPr>
              <w:spacing w:before="50" w:after="50"/>
              <w:jc w:val="center"/>
              <w:rPr>
                <w:i/>
                <w:sz w:val="28"/>
                <w:szCs w:val="28"/>
              </w:rPr>
            </w:pPr>
          </w:p>
        </w:tc>
        <w:tc>
          <w:tcPr>
            <w:tcW w:w="668" w:type="dxa"/>
            <w:vAlign w:val="center"/>
          </w:tcPr>
          <w:p w14:paraId="26B30295" w14:textId="77777777" w:rsidR="00E91A42" w:rsidRPr="00E91A42" w:rsidRDefault="00E91A42" w:rsidP="00A701F9">
            <w:pPr>
              <w:spacing w:before="60" w:after="60"/>
              <w:jc w:val="center"/>
              <w:rPr>
                <w:sz w:val="28"/>
                <w:szCs w:val="28"/>
              </w:rPr>
            </w:pPr>
          </w:p>
        </w:tc>
        <w:tc>
          <w:tcPr>
            <w:tcW w:w="772" w:type="dxa"/>
            <w:vAlign w:val="center"/>
          </w:tcPr>
          <w:p w14:paraId="3C76E738" w14:textId="77777777" w:rsidR="00E91A42" w:rsidRPr="00E91A42" w:rsidRDefault="00E91A42" w:rsidP="00A701F9">
            <w:pPr>
              <w:spacing w:before="50" w:after="50"/>
              <w:jc w:val="center"/>
              <w:rPr>
                <w:i/>
                <w:sz w:val="28"/>
                <w:szCs w:val="28"/>
              </w:rPr>
            </w:pPr>
          </w:p>
        </w:tc>
        <w:tc>
          <w:tcPr>
            <w:tcW w:w="720" w:type="dxa"/>
          </w:tcPr>
          <w:p w14:paraId="3891280F" w14:textId="77777777" w:rsidR="00E91A42" w:rsidRPr="00E91A42" w:rsidRDefault="00E91A42" w:rsidP="00A701F9">
            <w:pPr>
              <w:spacing w:before="60" w:after="60"/>
              <w:jc w:val="center"/>
              <w:rPr>
                <w:sz w:val="28"/>
                <w:szCs w:val="28"/>
              </w:rPr>
            </w:pPr>
          </w:p>
        </w:tc>
        <w:tc>
          <w:tcPr>
            <w:tcW w:w="720" w:type="dxa"/>
          </w:tcPr>
          <w:p w14:paraId="33BAA3B0" w14:textId="77777777" w:rsidR="00E91A42" w:rsidRPr="00E91A42" w:rsidRDefault="00E91A42" w:rsidP="00A701F9">
            <w:pPr>
              <w:spacing w:before="60" w:after="60"/>
              <w:jc w:val="center"/>
              <w:rPr>
                <w:sz w:val="28"/>
                <w:szCs w:val="28"/>
              </w:rPr>
            </w:pPr>
          </w:p>
        </w:tc>
        <w:tc>
          <w:tcPr>
            <w:tcW w:w="720" w:type="dxa"/>
          </w:tcPr>
          <w:p w14:paraId="1A26616B" w14:textId="77777777" w:rsidR="00E91A42" w:rsidRPr="00E91A42" w:rsidRDefault="00E91A42" w:rsidP="00A701F9">
            <w:pPr>
              <w:spacing w:before="60" w:after="60"/>
              <w:jc w:val="center"/>
              <w:rPr>
                <w:sz w:val="28"/>
                <w:szCs w:val="28"/>
              </w:rPr>
            </w:pPr>
          </w:p>
        </w:tc>
        <w:tc>
          <w:tcPr>
            <w:tcW w:w="720" w:type="dxa"/>
          </w:tcPr>
          <w:p w14:paraId="4D740E7A" w14:textId="77777777" w:rsidR="00E91A42" w:rsidRPr="00E91A42" w:rsidRDefault="00E91A42" w:rsidP="00A701F9">
            <w:pPr>
              <w:spacing w:before="60" w:after="60"/>
              <w:jc w:val="center"/>
              <w:rPr>
                <w:sz w:val="28"/>
                <w:szCs w:val="28"/>
              </w:rPr>
            </w:pPr>
          </w:p>
        </w:tc>
      </w:tr>
      <w:tr w:rsidR="00E91A42" w:rsidRPr="00E91A42" w14:paraId="7DECCC63" w14:textId="77777777" w:rsidTr="00A701F9">
        <w:tc>
          <w:tcPr>
            <w:tcW w:w="567" w:type="dxa"/>
          </w:tcPr>
          <w:p w14:paraId="04F1ADEC" w14:textId="77777777" w:rsidR="00E91A42" w:rsidRPr="00E91A42" w:rsidRDefault="00E91A42" w:rsidP="00A701F9">
            <w:pPr>
              <w:spacing w:before="60" w:after="60"/>
              <w:jc w:val="center"/>
              <w:rPr>
                <w:b/>
                <w:i/>
                <w:sz w:val="28"/>
                <w:szCs w:val="28"/>
              </w:rPr>
            </w:pPr>
            <w:r w:rsidRPr="00E91A42">
              <w:rPr>
                <w:b/>
                <w:i/>
                <w:sz w:val="28"/>
                <w:szCs w:val="28"/>
              </w:rPr>
              <w:t>I.2</w:t>
            </w:r>
          </w:p>
        </w:tc>
        <w:tc>
          <w:tcPr>
            <w:tcW w:w="1843" w:type="dxa"/>
          </w:tcPr>
          <w:p w14:paraId="46A9FB98" w14:textId="77777777" w:rsidR="00E91A42" w:rsidRPr="00E91A42" w:rsidRDefault="00E91A42" w:rsidP="00A701F9">
            <w:pPr>
              <w:spacing w:before="60" w:after="60"/>
              <w:jc w:val="both"/>
              <w:rPr>
                <w:b/>
                <w:i/>
                <w:sz w:val="28"/>
                <w:szCs w:val="28"/>
              </w:rPr>
            </w:pPr>
            <w:r w:rsidRPr="00E91A42">
              <w:rPr>
                <w:b/>
                <w:i/>
                <w:sz w:val="28"/>
                <w:szCs w:val="28"/>
                <w:lang w:val="pt-BR"/>
              </w:rPr>
              <w:t>Công việc 2</w:t>
            </w:r>
          </w:p>
        </w:tc>
        <w:tc>
          <w:tcPr>
            <w:tcW w:w="851" w:type="dxa"/>
          </w:tcPr>
          <w:p w14:paraId="0225CD4A" w14:textId="77777777" w:rsidR="00E91A42" w:rsidRPr="00E91A42" w:rsidRDefault="00E91A42" w:rsidP="00A701F9">
            <w:pPr>
              <w:spacing w:before="60" w:after="60"/>
              <w:jc w:val="center"/>
              <w:rPr>
                <w:sz w:val="28"/>
                <w:szCs w:val="28"/>
              </w:rPr>
            </w:pPr>
          </w:p>
        </w:tc>
        <w:tc>
          <w:tcPr>
            <w:tcW w:w="850" w:type="dxa"/>
          </w:tcPr>
          <w:p w14:paraId="7F4145E7" w14:textId="77777777" w:rsidR="00E91A42" w:rsidRPr="00E91A42" w:rsidRDefault="00E91A42" w:rsidP="00A701F9">
            <w:pPr>
              <w:spacing w:before="60" w:after="60"/>
              <w:jc w:val="center"/>
              <w:rPr>
                <w:sz w:val="28"/>
                <w:szCs w:val="28"/>
              </w:rPr>
            </w:pPr>
          </w:p>
        </w:tc>
        <w:tc>
          <w:tcPr>
            <w:tcW w:w="645" w:type="dxa"/>
          </w:tcPr>
          <w:p w14:paraId="0623ADB4" w14:textId="77777777" w:rsidR="00E91A42" w:rsidRPr="00E91A42" w:rsidRDefault="00E91A42" w:rsidP="00A701F9">
            <w:pPr>
              <w:spacing w:before="60" w:after="60"/>
              <w:jc w:val="center"/>
              <w:rPr>
                <w:sz w:val="28"/>
                <w:szCs w:val="28"/>
              </w:rPr>
            </w:pPr>
          </w:p>
        </w:tc>
        <w:tc>
          <w:tcPr>
            <w:tcW w:w="900" w:type="dxa"/>
          </w:tcPr>
          <w:p w14:paraId="21CB8379" w14:textId="77777777" w:rsidR="00E91A42" w:rsidRPr="00E91A42" w:rsidRDefault="00E91A42" w:rsidP="00A701F9">
            <w:pPr>
              <w:spacing w:before="60" w:after="60"/>
              <w:jc w:val="center"/>
              <w:rPr>
                <w:sz w:val="28"/>
                <w:szCs w:val="28"/>
              </w:rPr>
            </w:pPr>
          </w:p>
        </w:tc>
        <w:tc>
          <w:tcPr>
            <w:tcW w:w="720" w:type="dxa"/>
            <w:vAlign w:val="center"/>
          </w:tcPr>
          <w:p w14:paraId="177F6B76" w14:textId="77777777" w:rsidR="00E91A42" w:rsidRPr="00E91A42" w:rsidRDefault="00E91A42" w:rsidP="00A701F9">
            <w:pPr>
              <w:spacing w:before="60" w:after="60"/>
              <w:jc w:val="center"/>
              <w:rPr>
                <w:sz w:val="28"/>
                <w:szCs w:val="28"/>
              </w:rPr>
            </w:pPr>
          </w:p>
        </w:tc>
        <w:tc>
          <w:tcPr>
            <w:tcW w:w="810" w:type="dxa"/>
            <w:vAlign w:val="center"/>
          </w:tcPr>
          <w:p w14:paraId="0E4A51AE" w14:textId="77777777" w:rsidR="00E91A42" w:rsidRPr="00E91A42" w:rsidRDefault="00E91A42" w:rsidP="00A701F9">
            <w:pPr>
              <w:spacing w:before="50" w:after="50"/>
              <w:jc w:val="center"/>
              <w:rPr>
                <w:i/>
                <w:sz w:val="28"/>
                <w:szCs w:val="28"/>
              </w:rPr>
            </w:pPr>
          </w:p>
        </w:tc>
        <w:tc>
          <w:tcPr>
            <w:tcW w:w="720" w:type="dxa"/>
            <w:vAlign w:val="center"/>
          </w:tcPr>
          <w:p w14:paraId="542C4272" w14:textId="77777777" w:rsidR="00E91A42" w:rsidRPr="00E91A42" w:rsidRDefault="00E91A42" w:rsidP="00A701F9">
            <w:pPr>
              <w:spacing w:before="60" w:after="60"/>
              <w:jc w:val="center"/>
              <w:rPr>
                <w:sz w:val="28"/>
                <w:szCs w:val="28"/>
              </w:rPr>
            </w:pPr>
          </w:p>
        </w:tc>
        <w:tc>
          <w:tcPr>
            <w:tcW w:w="810" w:type="dxa"/>
            <w:vAlign w:val="center"/>
          </w:tcPr>
          <w:p w14:paraId="40FDFF22" w14:textId="77777777" w:rsidR="00E91A42" w:rsidRPr="00E91A42" w:rsidRDefault="00E91A42" w:rsidP="00A701F9">
            <w:pPr>
              <w:spacing w:before="50" w:after="50"/>
              <w:jc w:val="center"/>
              <w:rPr>
                <w:i/>
                <w:sz w:val="28"/>
                <w:szCs w:val="28"/>
              </w:rPr>
            </w:pPr>
          </w:p>
        </w:tc>
        <w:tc>
          <w:tcPr>
            <w:tcW w:w="720" w:type="dxa"/>
            <w:vAlign w:val="center"/>
          </w:tcPr>
          <w:p w14:paraId="6B318E85" w14:textId="77777777" w:rsidR="00E91A42" w:rsidRPr="00E91A42" w:rsidRDefault="00E91A42" w:rsidP="00A701F9">
            <w:pPr>
              <w:spacing w:before="60" w:after="60"/>
              <w:jc w:val="center"/>
              <w:rPr>
                <w:sz w:val="28"/>
                <w:szCs w:val="28"/>
              </w:rPr>
            </w:pPr>
          </w:p>
        </w:tc>
        <w:tc>
          <w:tcPr>
            <w:tcW w:w="810" w:type="dxa"/>
            <w:vAlign w:val="center"/>
          </w:tcPr>
          <w:p w14:paraId="673575FB" w14:textId="77777777" w:rsidR="00E91A42" w:rsidRPr="00E91A42" w:rsidRDefault="00E91A42" w:rsidP="00A701F9">
            <w:pPr>
              <w:spacing w:before="50" w:after="50"/>
              <w:jc w:val="center"/>
              <w:rPr>
                <w:i/>
                <w:sz w:val="28"/>
                <w:szCs w:val="28"/>
              </w:rPr>
            </w:pPr>
          </w:p>
        </w:tc>
        <w:tc>
          <w:tcPr>
            <w:tcW w:w="668" w:type="dxa"/>
            <w:vAlign w:val="center"/>
          </w:tcPr>
          <w:p w14:paraId="08FC0D28" w14:textId="77777777" w:rsidR="00E91A42" w:rsidRPr="00E91A42" w:rsidRDefault="00E91A42" w:rsidP="00A701F9">
            <w:pPr>
              <w:spacing w:before="60" w:after="60"/>
              <w:jc w:val="center"/>
              <w:rPr>
                <w:sz w:val="28"/>
                <w:szCs w:val="28"/>
              </w:rPr>
            </w:pPr>
          </w:p>
        </w:tc>
        <w:tc>
          <w:tcPr>
            <w:tcW w:w="772" w:type="dxa"/>
            <w:vAlign w:val="center"/>
          </w:tcPr>
          <w:p w14:paraId="48916B62" w14:textId="77777777" w:rsidR="00E91A42" w:rsidRPr="00E91A42" w:rsidRDefault="00E91A42" w:rsidP="00A701F9">
            <w:pPr>
              <w:spacing w:before="50" w:after="50"/>
              <w:jc w:val="center"/>
              <w:rPr>
                <w:i/>
                <w:sz w:val="28"/>
                <w:szCs w:val="28"/>
              </w:rPr>
            </w:pPr>
          </w:p>
        </w:tc>
        <w:tc>
          <w:tcPr>
            <w:tcW w:w="720" w:type="dxa"/>
          </w:tcPr>
          <w:p w14:paraId="0DD15CC1" w14:textId="77777777" w:rsidR="00E91A42" w:rsidRPr="00E91A42" w:rsidRDefault="00E91A42" w:rsidP="00A701F9">
            <w:pPr>
              <w:spacing w:before="60" w:after="60"/>
              <w:jc w:val="center"/>
              <w:rPr>
                <w:sz w:val="28"/>
                <w:szCs w:val="28"/>
              </w:rPr>
            </w:pPr>
          </w:p>
        </w:tc>
        <w:tc>
          <w:tcPr>
            <w:tcW w:w="720" w:type="dxa"/>
          </w:tcPr>
          <w:p w14:paraId="33E01CE6" w14:textId="77777777" w:rsidR="00E91A42" w:rsidRPr="00E91A42" w:rsidRDefault="00E91A42" w:rsidP="00A701F9">
            <w:pPr>
              <w:spacing w:before="60" w:after="60"/>
              <w:jc w:val="center"/>
              <w:rPr>
                <w:sz w:val="28"/>
                <w:szCs w:val="28"/>
              </w:rPr>
            </w:pPr>
          </w:p>
        </w:tc>
        <w:tc>
          <w:tcPr>
            <w:tcW w:w="720" w:type="dxa"/>
          </w:tcPr>
          <w:p w14:paraId="37C173A7" w14:textId="77777777" w:rsidR="00E91A42" w:rsidRPr="00E91A42" w:rsidRDefault="00E91A42" w:rsidP="00A701F9">
            <w:pPr>
              <w:spacing w:before="60" w:after="60"/>
              <w:jc w:val="center"/>
              <w:rPr>
                <w:sz w:val="28"/>
                <w:szCs w:val="28"/>
              </w:rPr>
            </w:pPr>
          </w:p>
        </w:tc>
        <w:tc>
          <w:tcPr>
            <w:tcW w:w="720" w:type="dxa"/>
          </w:tcPr>
          <w:p w14:paraId="137EAE2E" w14:textId="77777777" w:rsidR="00E91A42" w:rsidRPr="00E91A42" w:rsidRDefault="00E91A42" w:rsidP="00A701F9">
            <w:pPr>
              <w:spacing w:before="60" w:after="60"/>
              <w:jc w:val="center"/>
              <w:rPr>
                <w:sz w:val="28"/>
                <w:szCs w:val="28"/>
              </w:rPr>
            </w:pPr>
          </w:p>
        </w:tc>
      </w:tr>
      <w:tr w:rsidR="00E91A42" w:rsidRPr="00E91A42" w14:paraId="62FA974E" w14:textId="77777777" w:rsidTr="00A701F9">
        <w:tc>
          <w:tcPr>
            <w:tcW w:w="567" w:type="dxa"/>
          </w:tcPr>
          <w:p w14:paraId="0069DC38" w14:textId="77777777" w:rsidR="00E91A42" w:rsidRPr="00E91A42" w:rsidRDefault="00E91A42" w:rsidP="00A701F9">
            <w:pPr>
              <w:spacing w:before="60" w:after="60"/>
              <w:jc w:val="center"/>
              <w:rPr>
                <w:sz w:val="28"/>
                <w:szCs w:val="28"/>
              </w:rPr>
            </w:pPr>
            <w:r w:rsidRPr="00E91A42">
              <w:rPr>
                <w:sz w:val="28"/>
                <w:szCs w:val="28"/>
              </w:rPr>
              <w:t>1</w:t>
            </w:r>
          </w:p>
        </w:tc>
        <w:tc>
          <w:tcPr>
            <w:tcW w:w="1843" w:type="dxa"/>
          </w:tcPr>
          <w:p w14:paraId="7831F355" w14:textId="77777777" w:rsidR="00E91A42" w:rsidRPr="00E91A42" w:rsidRDefault="00E91A42" w:rsidP="00A701F9">
            <w:pPr>
              <w:jc w:val="both"/>
              <w:rPr>
                <w:sz w:val="28"/>
                <w:szCs w:val="28"/>
                <w:lang w:val="pt-BR"/>
              </w:rPr>
            </w:pPr>
            <w:r w:rsidRPr="00E91A42">
              <w:rPr>
                <w:sz w:val="28"/>
                <w:szCs w:val="28"/>
                <w:lang w:val="pt-BR"/>
              </w:rPr>
              <w:t>Nguyên vật liệu</w:t>
            </w:r>
          </w:p>
        </w:tc>
        <w:tc>
          <w:tcPr>
            <w:tcW w:w="851" w:type="dxa"/>
          </w:tcPr>
          <w:p w14:paraId="2F50FD6A" w14:textId="77777777" w:rsidR="00E91A42" w:rsidRPr="00E91A42" w:rsidRDefault="00E91A42" w:rsidP="00A701F9">
            <w:pPr>
              <w:spacing w:before="60" w:after="60"/>
              <w:jc w:val="center"/>
              <w:rPr>
                <w:sz w:val="28"/>
                <w:szCs w:val="28"/>
              </w:rPr>
            </w:pPr>
          </w:p>
        </w:tc>
        <w:tc>
          <w:tcPr>
            <w:tcW w:w="850" w:type="dxa"/>
          </w:tcPr>
          <w:p w14:paraId="5116A532" w14:textId="77777777" w:rsidR="00E91A42" w:rsidRPr="00E91A42" w:rsidRDefault="00E91A42" w:rsidP="00A701F9">
            <w:pPr>
              <w:spacing w:before="60" w:after="60"/>
              <w:jc w:val="center"/>
              <w:rPr>
                <w:sz w:val="28"/>
                <w:szCs w:val="28"/>
              </w:rPr>
            </w:pPr>
          </w:p>
        </w:tc>
        <w:tc>
          <w:tcPr>
            <w:tcW w:w="645" w:type="dxa"/>
          </w:tcPr>
          <w:p w14:paraId="6CCC5943" w14:textId="77777777" w:rsidR="00E91A42" w:rsidRPr="00E91A42" w:rsidRDefault="00E91A42" w:rsidP="00A701F9">
            <w:pPr>
              <w:spacing w:before="60" w:after="60"/>
              <w:jc w:val="center"/>
              <w:rPr>
                <w:sz w:val="28"/>
                <w:szCs w:val="28"/>
              </w:rPr>
            </w:pPr>
          </w:p>
        </w:tc>
        <w:tc>
          <w:tcPr>
            <w:tcW w:w="900" w:type="dxa"/>
          </w:tcPr>
          <w:p w14:paraId="768940F8" w14:textId="77777777" w:rsidR="00E91A42" w:rsidRPr="00E91A42" w:rsidRDefault="00E91A42" w:rsidP="00A701F9">
            <w:pPr>
              <w:spacing w:before="60" w:after="60"/>
              <w:jc w:val="center"/>
              <w:rPr>
                <w:sz w:val="28"/>
                <w:szCs w:val="28"/>
              </w:rPr>
            </w:pPr>
          </w:p>
        </w:tc>
        <w:tc>
          <w:tcPr>
            <w:tcW w:w="720" w:type="dxa"/>
            <w:vAlign w:val="center"/>
          </w:tcPr>
          <w:p w14:paraId="0A8E5E03" w14:textId="77777777" w:rsidR="00E91A42" w:rsidRPr="00E91A42" w:rsidRDefault="00E91A42" w:rsidP="00A701F9">
            <w:pPr>
              <w:spacing w:before="60" w:after="60"/>
              <w:jc w:val="center"/>
              <w:rPr>
                <w:sz w:val="28"/>
                <w:szCs w:val="28"/>
              </w:rPr>
            </w:pPr>
          </w:p>
        </w:tc>
        <w:tc>
          <w:tcPr>
            <w:tcW w:w="810" w:type="dxa"/>
            <w:vAlign w:val="center"/>
          </w:tcPr>
          <w:p w14:paraId="12B94C92" w14:textId="77777777" w:rsidR="00E91A42" w:rsidRPr="00E91A42" w:rsidRDefault="00E91A42" w:rsidP="00A701F9">
            <w:pPr>
              <w:spacing w:before="50" w:after="50"/>
              <w:jc w:val="center"/>
              <w:rPr>
                <w:i/>
                <w:sz w:val="28"/>
                <w:szCs w:val="28"/>
              </w:rPr>
            </w:pPr>
          </w:p>
        </w:tc>
        <w:tc>
          <w:tcPr>
            <w:tcW w:w="720" w:type="dxa"/>
            <w:vAlign w:val="center"/>
          </w:tcPr>
          <w:p w14:paraId="69BB2858" w14:textId="77777777" w:rsidR="00E91A42" w:rsidRPr="00E91A42" w:rsidRDefault="00E91A42" w:rsidP="00A701F9">
            <w:pPr>
              <w:spacing w:before="60" w:after="60"/>
              <w:jc w:val="center"/>
              <w:rPr>
                <w:sz w:val="28"/>
                <w:szCs w:val="28"/>
              </w:rPr>
            </w:pPr>
          </w:p>
        </w:tc>
        <w:tc>
          <w:tcPr>
            <w:tcW w:w="810" w:type="dxa"/>
            <w:vAlign w:val="center"/>
          </w:tcPr>
          <w:p w14:paraId="4C07B7B9" w14:textId="77777777" w:rsidR="00E91A42" w:rsidRPr="00E91A42" w:rsidRDefault="00E91A42" w:rsidP="00A701F9">
            <w:pPr>
              <w:spacing w:before="50" w:after="50"/>
              <w:jc w:val="center"/>
              <w:rPr>
                <w:i/>
                <w:sz w:val="28"/>
                <w:szCs w:val="28"/>
              </w:rPr>
            </w:pPr>
          </w:p>
        </w:tc>
        <w:tc>
          <w:tcPr>
            <w:tcW w:w="720" w:type="dxa"/>
            <w:vAlign w:val="center"/>
          </w:tcPr>
          <w:p w14:paraId="5F20026E" w14:textId="77777777" w:rsidR="00E91A42" w:rsidRPr="00E91A42" w:rsidRDefault="00E91A42" w:rsidP="00A701F9">
            <w:pPr>
              <w:spacing w:before="60" w:after="60"/>
              <w:jc w:val="center"/>
              <w:rPr>
                <w:sz w:val="28"/>
                <w:szCs w:val="28"/>
              </w:rPr>
            </w:pPr>
          </w:p>
        </w:tc>
        <w:tc>
          <w:tcPr>
            <w:tcW w:w="810" w:type="dxa"/>
            <w:vAlign w:val="center"/>
          </w:tcPr>
          <w:p w14:paraId="6A0A2813" w14:textId="77777777" w:rsidR="00E91A42" w:rsidRPr="00E91A42" w:rsidRDefault="00E91A42" w:rsidP="00A701F9">
            <w:pPr>
              <w:spacing w:before="50" w:after="50"/>
              <w:jc w:val="center"/>
              <w:rPr>
                <w:i/>
                <w:sz w:val="28"/>
                <w:szCs w:val="28"/>
              </w:rPr>
            </w:pPr>
          </w:p>
        </w:tc>
        <w:tc>
          <w:tcPr>
            <w:tcW w:w="668" w:type="dxa"/>
            <w:vAlign w:val="center"/>
          </w:tcPr>
          <w:p w14:paraId="22B0533F" w14:textId="77777777" w:rsidR="00E91A42" w:rsidRPr="00E91A42" w:rsidRDefault="00E91A42" w:rsidP="00A701F9">
            <w:pPr>
              <w:spacing w:before="60" w:after="60"/>
              <w:jc w:val="center"/>
              <w:rPr>
                <w:sz w:val="28"/>
                <w:szCs w:val="28"/>
              </w:rPr>
            </w:pPr>
          </w:p>
        </w:tc>
        <w:tc>
          <w:tcPr>
            <w:tcW w:w="772" w:type="dxa"/>
            <w:vAlign w:val="center"/>
          </w:tcPr>
          <w:p w14:paraId="61765267" w14:textId="77777777" w:rsidR="00E91A42" w:rsidRPr="00E91A42" w:rsidRDefault="00E91A42" w:rsidP="00A701F9">
            <w:pPr>
              <w:spacing w:before="50" w:after="50"/>
              <w:jc w:val="center"/>
              <w:rPr>
                <w:i/>
                <w:sz w:val="28"/>
                <w:szCs w:val="28"/>
              </w:rPr>
            </w:pPr>
          </w:p>
        </w:tc>
        <w:tc>
          <w:tcPr>
            <w:tcW w:w="720" w:type="dxa"/>
          </w:tcPr>
          <w:p w14:paraId="1344344E" w14:textId="77777777" w:rsidR="00E91A42" w:rsidRPr="00E91A42" w:rsidRDefault="00E91A42" w:rsidP="00A701F9">
            <w:pPr>
              <w:spacing w:before="60" w:after="60"/>
              <w:jc w:val="center"/>
              <w:rPr>
                <w:sz w:val="28"/>
                <w:szCs w:val="28"/>
              </w:rPr>
            </w:pPr>
          </w:p>
        </w:tc>
        <w:tc>
          <w:tcPr>
            <w:tcW w:w="720" w:type="dxa"/>
          </w:tcPr>
          <w:p w14:paraId="3A97439E" w14:textId="77777777" w:rsidR="00E91A42" w:rsidRPr="00E91A42" w:rsidRDefault="00E91A42" w:rsidP="00A701F9">
            <w:pPr>
              <w:spacing w:before="60" w:after="60"/>
              <w:jc w:val="center"/>
              <w:rPr>
                <w:sz w:val="28"/>
                <w:szCs w:val="28"/>
              </w:rPr>
            </w:pPr>
          </w:p>
        </w:tc>
        <w:tc>
          <w:tcPr>
            <w:tcW w:w="720" w:type="dxa"/>
          </w:tcPr>
          <w:p w14:paraId="5809CF7A" w14:textId="77777777" w:rsidR="00E91A42" w:rsidRPr="00E91A42" w:rsidRDefault="00E91A42" w:rsidP="00A701F9">
            <w:pPr>
              <w:spacing w:before="60" w:after="60"/>
              <w:jc w:val="center"/>
              <w:rPr>
                <w:sz w:val="28"/>
                <w:szCs w:val="28"/>
              </w:rPr>
            </w:pPr>
          </w:p>
        </w:tc>
        <w:tc>
          <w:tcPr>
            <w:tcW w:w="720" w:type="dxa"/>
          </w:tcPr>
          <w:p w14:paraId="0B695550" w14:textId="77777777" w:rsidR="00E91A42" w:rsidRPr="00E91A42" w:rsidRDefault="00E91A42" w:rsidP="00A701F9">
            <w:pPr>
              <w:spacing w:before="60" w:after="60"/>
              <w:jc w:val="center"/>
              <w:rPr>
                <w:sz w:val="28"/>
                <w:szCs w:val="28"/>
              </w:rPr>
            </w:pPr>
          </w:p>
        </w:tc>
      </w:tr>
      <w:tr w:rsidR="00E91A42" w:rsidRPr="00E91A42" w14:paraId="621505C1" w14:textId="77777777" w:rsidTr="00A701F9">
        <w:trPr>
          <w:trHeight w:val="80"/>
        </w:trPr>
        <w:tc>
          <w:tcPr>
            <w:tcW w:w="567" w:type="dxa"/>
          </w:tcPr>
          <w:p w14:paraId="428B82D9" w14:textId="77777777" w:rsidR="00E91A42" w:rsidRPr="00E91A42" w:rsidRDefault="00E91A42" w:rsidP="00A701F9">
            <w:pPr>
              <w:spacing w:before="60" w:after="60"/>
              <w:jc w:val="center"/>
              <w:rPr>
                <w:sz w:val="28"/>
                <w:szCs w:val="28"/>
              </w:rPr>
            </w:pPr>
          </w:p>
        </w:tc>
        <w:tc>
          <w:tcPr>
            <w:tcW w:w="1843" w:type="dxa"/>
          </w:tcPr>
          <w:p w14:paraId="7D278DCE" w14:textId="77777777" w:rsidR="00E91A42" w:rsidRPr="00E91A42" w:rsidRDefault="00E91A42" w:rsidP="00A701F9">
            <w:pPr>
              <w:rPr>
                <w:sz w:val="28"/>
                <w:szCs w:val="28"/>
                <w:lang w:val="es-MX"/>
              </w:rPr>
            </w:pPr>
          </w:p>
        </w:tc>
        <w:tc>
          <w:tcPr>
            <w:tcW w:w="851" w:type="dxa"/>
          </w:tcPr>
          <w:p w14:paraId="717802E8" w14:textId="77777777" w:rsidR="00E91A42" w:rsidRPr="00E91A42" w:rsidRDefault="00E91A42" w:rsidP="00A701F9">
            <w:pPr>
              <w:spacing w:before="60" w:after="60"/>
              <w:jc w:val="center"/>
              <w:rPr>
                <w:sz w:val="28"/>
                <w:szCs w:val="28"/>
              </w:rPr>
            </w:pPr>
          </w:p>
        </w:tc>
        <w:tc>
          <w:tcPr>
            <w:tcW w:w="850" w:type="dxa"/>
          </w:tcPr>
          <w:p w14:paraId="24146DDA" w14:textId="77777777" w:rsidR="00E91A42" w:rsidRPr="00E91A42" w:rsidRDefault="00E91A42" w:rsidP="00A701F9">
            <w:pPr>
              <w:spacing w:before="60" w:after="60"/>
              <w:jc w:val="center"/>
              <w:rPr>
                <w:sz w:val="28"/>
                <w:szCs w:val="28"/>
              </w:rPr>
            </w:pPr>
          </w:p>
        </w:tc>
        <w:tc>
          <w:tcPr>
            <w:tcW w:w="645" w:type="dxa"/>
          </w:tcPr>
          <w:p w14:paraId="3EC70981" w14:textId="77777777" w:rsidR="00E91A42" w:rsidRPr="00E91A42" w:rsidRDefault="00E91A42" w:rsidP="00A701F9">
            <w:pPr>
              <w:spacing w:before="60" w:after="60"/>
              <w:jc w:val="center"/>
              <w:rPr>
                <w:sz w:val="28"/>
                <w:szCs w:val="28"/>
              </w:rPr>
            </w:pPr>
          </w:p>
        </w:tc>
        <w:tc>
          <w:tcPr>
            <w:tcW w:w="900" w:type="dxa"/>
          </w:tcPr>
          <w:p w14:paraId="74C47460" w14:textId="77777777" w:rsidR="00E91A42" w:rsidRPr="00E91A42" w:rsidRDefault="00E91A42" w:rsidP="00A701F9">
            <w:pPr>
              <w:spacing w:before="60" w:after="60"/>
              <w:jc w:val="center"/>
              <w:rPr>
                <w:sz w:val="28"/>
                <w:szCs w:val="28"/>
              </w:rPr>
            </w:pPr>
          </w:p>
        </w:tc>
        <w:tc>
          <w:tcPr>
            <w:tcW w:w="720" w:type="dxa"/>
            <w:vAlign w:val="center"/>
          </w:tcPr>
          <w:p w14:paraId="2FB170E6" w14:textId="77777777" w:rsidR="00E91A42" w:rsidRPr="00E91A42" w:rsidRDefault="00E91A42" w:rsidP="00A701F9">
            <w:pPr>
              <w:spacing w:before="60" w:after="60"/>
              <w:jc w:val="center"/>
              <w:rPr>
                <w:sz w:val="28"/>
                <w:szCs w:val="28"/>
              </w:rPr>
            </w:pPr>
          </w:p>
        </w:tc>
        <w:tc>
          <w:tcPr>
            <w:tcW w:w="810" w:type="dxa"/>
            <w:vAlign w:val="center"/>
          </w:tcPr>
          <w:p w14:paraId="4545024B" w14:textId="77777777" w:rsidR="00E91A42" w:rsidRPr="00E91A42" w:rsidRDefault="00E91A42" w:rsidP="00A701F9">
            <w:pPr>
              <w:spacing w:before="50" w:after="50"/>
              <w:jc w:val="center"/>
              <w:rPr>
                <w:i/>
                <w:sz w:val="28"/>
                <w:szCs w:val="28"/>
              </w:rPr>
            </w:pPr>
          </w:p>
        </w:tc>
        <w:tc>
          <w:tcPr>
            <w:tcW w:w="720" w:type="dxa"/>
            <w:vAlign w:val="center"/>
          </w:tcPr>
          <w:p w14:paraId="0375CFD1" w14:textId="77777777" w:rsidR="00E91A42" w:rsidRPr="00E91A42" w:rsidRDefault="00E91A42" w:rsidP="00A701F9">
            <w:pPr>
              <w:spacing w:before="60" w:after="60"/>
              <w:jc w:val="center"/>
              <w:rPr>
                <w:sz w:val="28"/>
                <w:szCs w:val="28"/>
              </w:rPr>
            </w:pPr>
          </w:p>
        </w:tc>
        <w:tc>
          <w:tcPr>
            <w:tcW w:w="810" w:type="dxa"/>
            <w:vAlign w:val="center"/>
          </w:tcPr>
          <w:p w14:paraId="59B22CDC" w14:textId="77777777" w:rsidR="00E91A42" w:rsidRPr="00E91A42" w:rsidRDefault="00E91A42" w:rsidP="00A701F9">
            <w:pPr>
              <w:spacing w:before="50" w:after="50"/>
              <w:jc w:val="center"/>
              <w:rPr>
                <w:i/>
                <w:sz w:val="28"/>
                <w:szCs w:val="28"/>
              </w:rPr>
            </w:pPr>
          </w:p>
        </w:tc>
        <w:tc>
          <w:tcPr>
            <w:tcW w:w="720" w:type="dxa"/>
            <w:vAlign w:val="center"/>
          </w:tcPr>
          <w:p w14:paraId="236FED02" w14:textId="77777777" w:rsidR="00E91A42" w:rsidRPr="00E91A42" w:rsidRDefault="00E91A42" w:rsidP="00A701F9">
            <w:pPr>
              <w:spacing w:before="60" w:after="60"/>
              <w:jc w:val="center"/>
              <w:rPr>
                <w:sz w:val="28"/>
                <w:szCs w:val="28"/>
              </w:rPr>
            </w:pPr>
          </w:p>
        </w:tc>
        <w:tc>
          <w:tcPr>
            <w:tcW w:w="810" w:type="dxa"/>
            <w:vAlign w:val="center"/>
          </w:tcPr>
          <w:p w14:paraId="17E42D96" w14:textId="77777777" w:rsidR="00E91A42" w:rsidRPr="00E91A42" w:rsidRDefault="00E91A42" w:rsidP="00A701F9">
            <w:pPr>
              <w:spacing w:before="50" w:after="50"/>
              <w:jc w:val="center"/>
              <w:rPr>
                <w:i/>
                <w:sz w:val="28"/>
                <w:szCs w:val="28"/>
              </w:rPr>
            </w:pPr>
          </w:p>
        </w:tc>
        <w:tc>
          <w:tcPr>
            <w:tcW w:w="668" w:type="dxa"/>
            <w:vAlign w:val="center"/>
          </w:tcPr>
          <w:p w14:paraId="27B58E63" w14:textId="77777777" w:rsidR="00E91A42" w:rsidRPr="00E91A42" w:rsidRDefault="00E91A42" w:rsidP="00A701F9">
            <w:pPr>
              <w:spacing w:before="60" w:after="60"/>
              <w:jc w:val="center"/>
              <w:rPr>
                <w:sz w:val="28"/>
                <w:szCs w:val="28"/>
              </w:rPr>
            </w:pPr>
          </w:p>
        </w:tc>
        <w:tc>
          <w:tcPr>
            <w:tcW w:w="772" w:type="dxa"/>
            <w:vAlign w:val="center"/>
          </w:tcPr>
          <w:p w14:paraId="7B243CF6" w14:textId="77777777" w:rsidR="00E91A42" w:rsidRPr="00E91A42" w:rsidRDefault="00E91A42" w:rsidP="00A701F9">
            <w:pPr>
              <w:spacing w:before="50" w:after="50"/>
              <w:jc w:val="center"/>
              <w:rPr>
                <w:i/>
                <w:sz w:val="28"/>
                <w:szCs w:val="28"/>
              </w:rPr>
            </w:pPr>
          </w:p>
        </w:tc>
        <w:tc>
          <w:tcPr>
            <w:tcW w:w="720" w:type="dxa"/>
          </w:tcPr>
          <w:p w14:paraId="384390C5" w14:textId="77777777" w:rsidR="00E91A42" w:rsidRPr="00E91A42" w:rsidRDefault="00E91A42" w:rsidP="00A701F9">
            <w:pPr>
              <w:spacing w:before="60" w:after="60"/>
              <w:jc w:val="center"/>
              <w:rPr>
                <w:sz w:val="28"/>
                <w:szCs w:val="28"/>
              </w:rPr>
            </w:pPr>
          </w:p>
        </w:tc>
        <w:tc>
          <w:tcPr>
            <w:tcW w:w="720" w:type="dxa"/>
          </w:tcPr>
          <w:p w14:paraId="1315A285" w14:textId="77777777" w:rsidR="00E91A42" w:rsidRPr="00E91A42" w:rsidRDefault="00E91A42" w:rsidP="00A701F9">
            <w:pPr>
              <w:spacing w:before="60" w:after="60"/>
              <w:jc w:val="center"/>
              <w:rPr>
                <w:sz w:val="28"/>
                <w:szCs w:val="28"/>
              </w:rPr>
            </w:pPr>
          </w:p>
        </w:tc>
        <w:tc>
          <w:tcPr>
            <w:tcW w:w="720" w:type="dxa"/>
          </w:tcPr>
          <w:p w14:paraId="400890B3" w14:textId="77777777" w:rsidR="00E91A42" w:rsidRPr="00E91A42" w:rsidRDefault="00E91A42" w:rsidP="00A701F9">
            <w:pPr>
              <w:spacing w:before="60" w:after="60"/>
              <w:jc w:val="center"/>
              <w:rPr>
                <w:sz w:val="28"/>
                <w:szCs w:val="28"/>
              </w:rPr>
            </w:pPr>
          </w:p>
        </w:tc>
        <w:tc>
          <w:tcPr>
            <w:tcW w:w="720" w:type="dxa"/>
          </w:tcPr>
          <w:p w14:paraId="23A3E857" w14:textId="77777777" w:rsidR="00E91A42" w:rsidRPr="00E91A42" w:rsidRDefault="00E91A42" w:rsidP="00A701F9">
            <w:pPr>
              <w:spacing w:before="60" w:after="60"/>
              <w:jc w:val="center"/>
              <w:rPr>
                <w:sz w:val="28"/>
                <w:szCs w:val="28"/>
              </w:rPr>
            </w:pPr>
          </w:p>
        </w:tc>
      </w:tr>
      <w:tr w:rsidR="00E91A42" w:rsidRPr="00E91A42" w14:paraId="1E8CBED3" w14:textId="77777777" w:rsidTr="00A701F9">
        <w:tc>
          <w:tcPr>
            <w:tcW w:w="567" w:type="dxa"/>
          </w:tcPr>
          <w:p w14:paraId="5B8AA723" w14:textId="77777777" w:rsidR="00E91A42" w:rsidRPr="00E91A42" w:rsidRDefault="00E91A42" w:rsidP="00A701F9">
            <w:pPr>
              <w:spacing w:before="60" w:after="60"/>
              <w:jc w:val="center"/>
              <w:rPr>
                <w:sz w:val="28"/>
                <w:szCs w:val="28"/>
              </w:rPr>
            </w:pPr>
            <w:r w:rsidRPr="00E91A42">
              <w:rPr>
                <w:sz w:val="28"/>
                <w:szCs w:val="28"/>
              </w:rPr>
              <w:t>2</w:t>
            </w:r>
          </w:p>
        </w:tc>
        <w:tc>
          <w:tcPr>
            <w:tcW w:w="1843" w:type="dxa"/>
          </w:tcPr>
          <w:p w14:paraId="713AC460" w14:textId="77777777" w:rsidR="00E91A42" w:rsidRPr="00E91A42" w:rsidRDefault="00E91A42" w:rsidP="00A701F9">
            <w:pPr>
              <w:jc w:val="both"/>
              <w:rPr>
                <w:sz w:val="28"/>
                <w:szCs w:val="28"/>
              </w:rPr>
            </w:pPr>
            <w:r w:rsidRPr="00E91A42">
              <w:rPr>
                <w:sz w:val="28"/>
                <w:szCs w:val="28"/>
              </w:rPr>
              <w:t>Dụng cụ, phụ tùng thí nghiệm</w:t>
            </w:r>
          </w:p>
        </w:tc>
        <w:tc>
          <w:tcPr>
            <w:tcW w:w="851" w:type="dxa"/>
          </w:tcPr>
          <w:p w14:paraId="768C8ED5" w14:textId="77777777" w:rsidR="00E91A42" w:rsidRPr="00E91A42" w:rsidRDefault="00E91A42" w:rsidP="00A701F9">
            <w:pPr>
              <w:spacing w:before="60" w:after="60"/>
              <w:jc w:val="center"/>
              <w:rPr>
                <w:sz w:val="28"/>
                <w:szCs w:val="28"/>
              </w:rPr>
            </w:pPr>
          </w:p>
        </w:tc>
        <w:tc>
          <w:tcPr>
            <w:tcW w:w="850" w:type="dxa"/>
          </w:tcPr>
          <w:p w14:paraId="09507A3E" w14:textId="77777777" w:rsidR="00E91A42" w:rsidRPr="00E91A42" w:rsidRDefault="00E91A42" w:rsidP="00A701F9">
            <w:pPr>
              <w:spacing w:before="60" w:after="60"/>
              <w:jc w:val="center"/>
              <w:rPr>
                <w:sz w:val="28"/>
                <w:szCs w:val="28"/>
              </w:rPr>
            </w:pPr>
          </w:p>
        </w:tc>
        <w:tc>
          <w:tcPr>
            <w:tcW w:w="645" w:type="dxa"/>
          </w:tcPr>
          <w:p w14:paraId="6F6E4F8C" w14:textId="77777777" w:rsidR="00E91A42" w:rsidRPr="00E91A42" w:rsidRDefault="00E91A42" w:rsidP="00A701F9">
            <w:pPr>
              <w:spacing w:before="60" w:after="60"/>
              <w:jc w:val="center"/>
              <w:rPr>
                <w:sz w:val="28"/>
                <w:szCs w:val="28"/>
              </w:rPr>
            </w:pPr>
          </w:p>
        </w:tc>
        <w:tc>
          <w:tcPr>
            <w:tcW w:w="900" w:type="dxa"/>
          </w:tcPr>
          <w:p w14:paraId="75EEA272" w14:textId="77777777" w:rsidR="00E91A42" w:rsidRPr="00E91A42" w:rsidRDefault="00E91A42" w:rsidP="00A701F9">
            <w:pPr>
              <w:spacing w:before="60" w:after="60"/>
              <w:jc w:val="center"/>
              <w:rPr>
                <w:sz w:val="28"/>
                <w:szCs w:val="28"/>
              </w:rPr>
            </w:pPr>
          </w:p>
        </w:tc>
        <w:tc>
          <w:tcPr>
            <w:tcW w:w="720" w:type="dxa"/>
            <w:vAlign w:val="center"/>
          </w:tcPr>
          <w:p w14:paraId="5EDAE187" w14:textId="77777777" w:rsidR="00E91A42" w:rsidRPr="00E91A42" w:rsidRDefault="00E91A42" w:rsidP="00A701F9">
            <w:pPr>
              <w:spacing w:before="60" w:after="60"/>
              <w:jc w:val="center"/>
              <w:rPr>
                <w:sz w:val="28"/>
                <w:szCs w:val="28"/>
              </w:rPr>
            </w:pPr>
          </w:p>
        </w:tc>
        <w:tc>
          <w:tcPr>
            <w:tcW w:w="810" w:type="dxa"/>
            <w:vAlign w:val="center"/>
          </w:tcPr>
          <w:p w14:paraId="0E0AEA76" w14:textId="77777777" w:rsidR="00E91A42" w:rsidRPr="00E91A42" w:rsidRDefault="00E91A42" w:rsidP="00A701F9">
            <w:pPr>
              <w:spacing w:before="50" w:after="50"/>
              <w:jc w:val="center"/>
              <w:rPr>
                <w:i/>
                <w:sz w:val="28"/>
                <w:szCs w:val="28"/>
              </w:rPr>
            </w:pPr>
          </w:p>
        </w:tc>
        <w:tc>
          <w:tcPr>
            <w:tcW w:w="720" w:type="dxa"/>
            <w:vAlign w:val="center"/>
          </w:tcPr>
          <w:p w14:paraId="53D1725B" w14:textId="77777777" w:rsidR="00E91A42" w:rsidRPr="00E91A42" w:rsidRDefault="00E91A42" w:rsidP="00A701F9">
            <w:pPr>
              <w:spacing w:before="60" w:after="60"/>
              <w:jc w:val="center"/>
              <w:rPr>
                <w:sz w:val="28"/>
                <w:szCs w:val="28"/>
              </w:rPr>
            </w:pPr>
          </w:p>
        </w:tc>
        <w:tc>
          <w:tcPr>
            <w:tcW w:w="810" w:type="dxa"/>
            <w:vAlign w:val="center"/>
          </w:tcPr>
          <w:p w14:paraId="251CDD75" w14:textId="77777777" w:rsidR="00E91A42" w:rsidRPr="00E91A42" w:rsidRDefault="00E91A42" w:rsidP="00A701F9">
            <w:pPr>
              <w:spacing w:before="50" w:after="50"/>
              <w:jc w:val="center"/>
              <w:rPr>
                <w:i/>
                <w:sz w:val="28"/>
                <w:szCs w:val="28"/>
              </w:rPr>
            </w:pPr>
          </w:p>
        </w:tc>
        <w:tc>
          <w:tcPr>
            <w:tcW w:w="720" w:type="dxa"/>
            <w:vAlign w:val="center"/>
          </w:tcPr>
          <w:p w14:paraId="5F68A785" w14:textId="77777777" w:rsidR="00E91A42" w:rsidRPr="00E91A42" w:rsidRDefault="00E91A42" w:rsidP="00A701F9">
            <w:pPr>
              <w:spacing w:before="60" w:after="60"/>
              <w:jc w:val="center"/>
              <w:rPr>
                <w:sz w:val="28"/>
                <w:szCs w:val="28"/>
              </w:rPr>
            </w:pPr>
          </w:p>
        </w:tc>
        <w:tc>
          <w:tcPr>
            <w:tcW w:w="810" w:type="dxa"/>
            <w:vAlign w:val="center"/>
          </w:tcPr>
          <w:p w14:paraId="4CEF873C" w14:textId="77777777" w:rsidR="00E91A42" w:rsidRPr="00E91A42" w:rsidRDefault="00E91A42" w:rsidP="00A701F9">
            <w:pPr>
              <w:spacing w:before="50" w:after="50"/>
              <w:jc w:val="center"/>
              <w:rPr>
                <w:i/>
                <w:sz w:val="28"/>
                <w:szCs w:val="28"/>
              </w:rPr>
            </w:pPr>
          </w:p>
        </w:tc>
        <w:tc>
          <w:tcPr>
            <w:tcW w:w="668" w:type="dxa"/>
            <w:vAlign w:val="center"/>
          </w:tcPr>
          <w:p w14:paraId="1C23F48C" w14:textId="77777777" w:rsidR="00E91A42" w:rsidRPr="00E91A42" w:rsidRDefault="00E91A42" w:rsidP="00A701F9">
            <w:pPr>
              <w:spacing w:before="60" w:after="60"/>
              <w:jc w:val="center"/>
              <w:rPr>
                <w:sz w:val="28"/>
                <w:szCs w:val="28"/>
              </w:rPr>
            </w:pPr>
          </w:p>
        </w:tc>
        <w:tc>
          <w:tcPr>
            <w:tcW w:w="772" w:type="dxa"/>
            <w:vAlign w:val="center"/>
          </w:tcPr>
          <w:p w14:paraId="2A6959FB" w14:textId="77777777" w:rsidR="00E91A42" w:rsidRPr="00E91A42" w:rsidRDefault="00E91A42" w:rsidP="00A701F9">
            <w:pPr>
              <w:spacing w:before="50" w:after="50"/>
              <w:jc w:val="center"/>
              <w:rPr>
                <w:i/>
                <w:sz w:val="28"/>
                <w:szCs w:val="28"/>
              </w:rPr>
            </w:pPr>
          </w:p>
        </w:tc>
        <w:tc>
          <w:tcPr>
            <w:tcW w:w="720" w:type="dxa"/>
          </w:tcPr>
          <w:p w14:paraId="26ADB1BA" w14:textId="77777777" w:rsidR="00E91A42" w:rsidRPr="00E91A42" w:rsidRDefault="00E91A42" w:rsidP="00A701F9">
            <w:pPr>
              <w:spacing w:before="60" w:after="60"/>
              <w:jc w:val="center"/>
              <w:rPr>
                <w:sz w:val="28"/>
                <w:szCs w:val="28"/>
              </w:rPr>
            </w:pPr>
          </w:p>
        </w:tc>
        <w:tc>
          <w:tcPr>
            <w:tcW w:w="720" w:type="dxa"/>
          </w:tcPr>
          <w:p w14:paraId="7087E13E" w14:textId="77777777" w:rsidR="00E91A42" w:rsidRPr="00E91A42" w:rsidRDefault="00E91A42" w:rsidP="00A701F9">
            <w:pPr>
              <w:spacing w:before="60" w:after="60"/>
              <w:jc w:val="center"/>
              <w:rPr>
                <w:sz w:val="28"/>
                <w:szCs w:val="28"/>
              </w:rPr>
            </w:pPr>
          </w:p>
        </w:tc>
        <w:tc>
          <w:tcPr>
            <w:tcW w:w="720" w:type="dxa"/>
          </w:tcPr>
          <w:p w14:paraId="27D8FBF7" w14:textId="77777777" w:rsidR="00E91A42" w:rsidRPr="00E91A42" w:rsidRDefault="00E91A42" w:rsidP="00A701F9">
            <w:pPr>
              <w:spacing w:before="60" w:after="60"/>
              <w:jc w:val="center"/>
              <w:rPr>
                <w:sz w:val="28"/>
                <w:szCs w:val="28"/>
              </w:rPr>
            </w:pPr>
          </w:p>
        </w:tc>
        <w:tc>
          <w:tcPr>
            <w:tcW w:w="720" w:type="dxa"/>
          </w:tcPr>
          <w:p w14:paraId="4A46F0B2" w14:textId="77777777" w:rsidR="00E91A42" w:rsidRPr="00E91A42" w:rsidRDefault="00E91A42" w:rsidP="00A701F9">
            <w:pPr>
              <w:spacing w:before="60" w:after="60"/>
              <w:jc w:val="center"/>
              <w:rPr>
                <w:sz w:val="28"/>
                <w:szCs w:val="28"/>
              </w:rPr>
            </w:pPr>
          </w:p>
        </w:tc>
      </w:tr>
      <w:tr w:rsidR="00E91A42" w:rsidRPr="00E91A42" w14:paraId="409145CD" w14:textId="77777777" w:rsidTr="00A701F9">
        <w:tc>
          <w:tcPr>
            <w:tcW w:w="567" w:type="dxa"/>
          </w:tcPr>
          <w:p w14:paraId="1881562F" w14:textId="77777777" w:rsidR="00E91A42" w:rsidRPr="00E91A42" w:rsidRDefault="00E91A42" w:rsidP="00A701F9">
            <w:pPr>
              <w:spacing w:before="60" w:after="60"/>
              <w:jc w:val="center"/>
              <w:rPr>
                <w:sz w:val="28"/>
                <w:szCs w:val="28"/>
              </w:rPr>
            </w:pPr>
            <w:r w:rsidRPr="00E91A42">
              <w:rPr>
                <w:sz w:val="28"/>
                <w:szCs w:val="28"/>
              </w:rPr>
              <w:t>…</w:t>
            </w:r>
          </w:p>
        </w:tc>
        <w:tc>
          <w:tcPr>
            <w:tcW w:w="1843" w:type="dxa"/>
          </w:tcPr>
          <w:p w14:paraId="34D3FF06" w14:textId="77777777" w:rsidR="00E91A42" w:rsidRPr="00E91A42" w:rsidRDefault="00E91A42" w:rsidP="00A701F9">
            <w:pPr>
              <w:rPr>
                <w:sz w:val="28"/>
                <w:szCs w:val="28"/>
              </w:rPr>
            </w:pPr>
            <w:r w:rsidRPr="00E91A42">
              <w:rPr>
                <w:sz w:val="28"/>
                <w:szCs w:val="28"/>
              </w:rPr>
              <w:t>…</w:t>
            </w:r>
          </w:p>
        </w:tc>
        <w:tc>
          <w:tcPr>
            <w:tcW w:w="851" w:type="dxa"/>
          </w:tcPr>
          <w:p w14:paraId="43EB5AA0" w14:textId="77777777" w:rsidR="00E91A42" w:rsidRPr="00E91A42" w:rsidRDefault="00E91A42" w:rsidP="00A701F9">
            <w:pPr>
              <w:spacing w:before="60" w:after="60"/>
              <w:jc w:val="center"/>
              <w:rPr>
                <w:sz w:val="28"/>
                <w:szCs w:val="28"/>
              </w:rPr>
            </w:pPr>
          </w:p>
        </w:tc>
        <w:tc>
          <w:tcPr>
            <w:tcW w:w="850" w:type="dxa"/>
          </w:tcPr>
          <w:p w14:paraId="370096F9" w14:textId="77777777" w:rsidR="00E91A42" w:rsidRPr="00E91A42" w:rsidRDefault="00E91A42" w:rsidP="00A701F9">
            <w:pPr>
              <w:spacing w:before="60" w:after="60"/>
              <w:jc w:val="center"/>
              <w:rPr>
                <w:sz w:val="28"/>
                <w:szCs w:val="28"/>
              </w:rPr>
            </w:pPr>
          </w:p>
        </w:tc>
        <w:tc>
          <w:tcPr>
            <w:tcW w:w="645" w:type="dxa"/>
          </w:tcPr>
          <w:p w14:paraId="2CACA90C" w14:textId="77777777" w:rsidR="00E91A42" w:rsidRPr="00E91A42" w:rsidRDefault="00E91A42" w:rsidP="00A701F9">
            <w:pPr>
              <w:spacing w:before="60" w:after="60"/>
              <w:jc w:val="center"/>
              <w:rPr>
                <w:sz w:val="28"/>
                <w:szCs w:val="28"/>
              </w:rPr>
            </w:pPr>
          </w:p>
        </w:tc>
        <w:tc>
          <w:tcPr>
            <w:tcW w:w="900" w:type="dxa"/>
          </w:tcPr>
          <w:p w14:paraId="76DDFBFC" w14:textId="77777777" w:rsidR="00E91A42" w:rsidRPr="00E91A42" w:rsidRDefault="00E91A42" w:rsidP="00A701F9">
            <w:pPr>
              <w:spacing w:before="60" w:after="60"/>
              <w:jc w:val="center"/>
              <w:rPr>
                <w:sz w:val="28"/>
                <w:szCs w:val="28"/>
              </w:rPr>
            </w:pPr>
          </w:p>
        </w:tc>
        <w:tc>
          <w:tcPr>
            <w:tcW w:w="720" w:type="dxa"/>
            <w:vAlign w:val="center"/>
          </w:tcPr>
          <w:p w14:paraId="3D18EF74" w14:textId="77777777" w:rsidR="00E91A42" w:rsidRPr="00E91A42" w:rsidRDefault="00E91A42" w:rsidP="00A701F9">
            <w:pPr>
              <w:spacing w:before="60" w:after="60"/>
              <w:jc w:val="center"/>
              <w:rPr>
                <w:sz w:val="28"/>
                <w:szCs w:val="28"/>
              </w:rPr>
            </w:pPr>
          </w:p>
        </w:tc>
        <w:tc>
          <w:tcPr>
            <w:tcW w:w="810" w:type="dxa"/>
            <w:vAlign w:val="center"/>
          </w:tcPr>
          <w:p w14:paraId="00A70731" w14:textId="77777777" w:rsidR="00E91A42" w:rsidRPr="00E91A42" w:rsidRDefault="00E91A42" w:rsidP="00A701F9">
            <w:pPr>
              <w:spacing w:before="50" w:after="50"/>
              <w:jc w:val="center"/>
              <w:rPr>
                <w:i/>
                <w:sz w:val="28"/>
                <w:szCs w:val="28"/>
              </w:rPr>
            </w:pPr>
          </w:p>
        </w:tc>
        <w:tc>
          <w:tcPr>
            <w:tcW w:w="720" w:type="dxa"/>
            <w:vAlign w:val="center"/>
          </w:tcPr>
          <w:p w14:paraId="22CB924F" w14:textId="77777777" w:rsidR="00E91A42" w:rsidRPr="00E91A42" w:rsidRDefault="00E91A42" w:rsidP="00A701F9">
            <w:pPr>
              <w:spacing w:before="60" w:after="60"/>
              <w:jc w:val="center"/>
              <w:rPr>
                <w:sz w:val="28"/>
                <w:szCs w:val="28"/>
              </w:rPr>
            </w:pPr>
          </w:p>
        </w:tc>
        <w:tc>
          <w:tcPr>
            <w:tcW w:w="810" w:type="dxa"/>
            <w:vAlign w:val="center"/>
          </w:tcPr>
          <w:p w14:paraId="76B89A51" w14:textId="77777777" w:rsidR="00E91A42" w:rsidRPr="00E91A42" w:rsidRDefault="00E91A42" w:rsidP="00A701F9">
            <w:pPr>
              <w:spacing w:before="50" w:after="50"/>
              <w:jc w:val="center"/>
              <w:rPr>
                <w:i/>
                <w:sz w:val="28"/>
                <w:szCs w:val="28"/>
              </w:rPr>
            </w:pPr>
          </w:p>
        </w:tc>
        <w:tc>
          <w:tcPr>
            <w:tcW w:w="720" w:type="dxa"/>
            <w:vAlign w:val="center"/>
          </w:tcPr>
          <w:p w14:paraId="230514EB" w14:textId="77777777" w:rsidR="00E91A42" w:rsidRPr="00E91A42" w:rsidRDefault="00E91A42" w:rsidP="00A701F9">
            <w:pPr>
              <w:spacing w:before="60" w:after="60"/>
              <w:jc w:val="center"/>
              <w:rPr>
                <w:sz w:val="28"/>
                <w:szCs w:val="28"/>
              </w:rPr>
            </w:pPr>
          </w:p>
        </w:tc>
        <w:tc>
          <w:tcPr>
            <w:tcW w:w="810" w:type="dxa"/>
            <w:vAlign w:val="center"/>
          </w:tcPr>
          <w:p w14:paraId="1500446E" w14:textId="77777777" w:rsidR="00E91A42" w:rsidRPr="00E91A42" w:rsidRDefault="00E91A42" w:rsidP="00A701F9">
            <w:pPr>
              <w:spacing w:before="50" w:after="50"/>
              <w:jc w:val="center"/>
              <w:rPr>
                <w:i/>
                <w:sz w:val="28"/>
                <w:szCs w:val="28"/>
              </w:rPr>
            </w:pPr>
          </w:p>
        </w:tc>
        <w:tc>
          <w:tcPr>
            <w:tcW w:w="668" w:type="dxa"/>
            <w:vAlign w:val="center"/>
          </w:tcPr>
          <w:p w14:paraId="464DE742" w14:textId="77777777" w:rsidR="00E91A42" w:rsidRPr="00E91A42" w:rsidRDefault="00E91A42" w:rsidP="00A701F9">
            <w:pPr>
              <w:spacing w:before="60" w:after="60"/>
              <w:jc w:val="center"/>
              <w:rPr>
                <w:sz w:val="28"/>
                <w:szCs w:val="28"/>
              </w:rPr>
            </w:pPr>
          </w:p>
        </w:tc>
        <w:tc>
          <w:tcPr>
            <w:tcW w:w="772" w:type="dxa"/>
            <w:vAlign w:val="center"/>
          </w:tcPr>
          <w:p w14:paraId="35ADAAC4" w14:textId="77777777" w:rsidR="00E91A42" w:rsidRPr="00E91A42" w:rsidRDefault="00E91A42" w:rsidP="00A701F9">
            <w:pPr>
              <w:spacing w:before="50" w:after="50"/>
              <w:jc w:val="center"/>
              <w:rPr>
                <w:i/>
                <w:sz w:val="28"/>
                <w:szCs w:val="28"/>
              </w:rPr>
            </w:pPr>
          </w:p>
        </w:tc>
        <w:tc>
          <w:tcPr>
            <w:tcW w:w="720" w:type="dxa"/>
          </w:tcPr>
          <w:p w14:paraId="627CE83C" w14:textId="77777777" w:rsidR="00E91A42" w:rsidRPr="00E91A42" w:rsidRDefault="00E91A42" w:rsidP="00A701F9">
            <w:pPr>
              <w:spacing w:before="60" w:after="60"/>
              <w:jc w:val="center"/>
              <w:rPr>
                <w:sz w:val="28"/>
                <w:szCs w:val="28"/>
              </w:rPr>
            </w:pPr>
          </w:p>
        </w:tc>
        <w:tc>
          <w:tcPr>
            <w:tcW w:w="720" w:type="dxa"/>
          </w:tcPr>
          <w:p w14:paraId="6CE62720" w14:textId="77777777" w:rsidR="00E91A42" w:rsidRPr="00E91A42" w:rsidRDefault="00E91A42" w:rsidP="00A701F9">
            <w:pPr>
              <w:spacing w:before="60" w:after="60"/>
              <w:jc w:val="center"/>
              <w:rPr>
                <w:sz w:val="28"/>
                <w:szCs w:val="28"/>
              </w:rPr>
            </w:pPr>
          </w:p>
        </w:tc>
        <w:tc>
          <w:tcPr>
            <w:tcW w:w="720" w:type="dxa"/>
          </w:tcPr>
          <w:p w14:paraId="5477F4F4" w14:textId="77777777" w:rsidR="00E91A42" w:rsidRPr="00E91A42" w:rsidRDefault="00E91A42" w:rsidP="00A701F9">
            <w:pPr>
              <w:spacing w:before="60" w:after="60"/>
              <w:jc w:val="center"/>
              <w:rPr>
                <w:sz w:val="28"/>
                <w:szCs w:val="28"/>
              </w:rPr>
            </w:pPr>
          </w:p>
        </w:tc>
        <w:tc>
          <w:tcPr>
            <w:tcW w:w="720" w:type="dxa"/>
          </w:tcPr>
          <w:p w14:paraId="18FD1813" w14:textId="77777777" w:rsidR="00E91A42" w:rsidRPr="00E91A42" w:rsidRDefault="00E91A42" w:rsidP="00A701F9">
            <w:pPr>
              <w:spacing w:before="60" w:after="60"/>
              <w:jc w:val="center"/>
              <w:rPr>
                <w:sz w:val="28"/>
                <w:szCs w:val="28"/>
              </w:rPr>
            </w:pPr>
          </w:p>
        </w:tc>
      </w:tr>
      <w:tr w:rsidR="00E91A42" w:rsidRPr="00E91A42" w14:paraId="69BBF9BB" w14:textId="77777777" w:rsidTr="00A701F9">
        <w:tc>
          <w:tcPr>
            <w:tcW w:w="4756" w:type="dxa"/>
            <w:gridSpan w:val="5"/>
          </w:tcPr>
          <w:p w14:paraId="202FAC75" w14:textId="77777777" w:rsidR="00E91A42" w:rsidRPr="00E91A42" w:rsidRDefault="00E91A42" w:rsidP="00A701F9">
            <w:pPr>
              <w:spacing w:before="60" w:after="60"/>
              <w:jc w:val="center"/>
              <w:rPr>
                <w:sz w:val="28"/>
                <w:szCs w:val="28"/>
              </w:rPr>
            </w:pPr>
            <w:r w:rsidRPr="00E91A42">
              <w:rPr>
                <w:b/>
                <w:sz w:val="28"/>
                <w:szCs w:val="28"/>
              </w:rPr>
              <w:lastRenderedPageBreak/>
              <w:t>Tổng cộng</w:t>
            </w:r>
          </w:p>
        </w:tc>
        <w:tc>
          <w:tcPr>
            <w:tcW w:w="900" w:type="dxa"/>
          </w:tcPr>
          <w:p w14:paraId="5FF7B5F4" w14:textId="77777777" w:rsidR="00E91A42" w:rsidRPr="00E91A42" w:rsidRDefault="00E91A42" w:rsidP="00A701F9">
            <w:pPr>
              <w:spacing w:before="60" w:after="60"/>
              <w:jc w:val="center"/>
              <w:rPr>
                <w:sz w:val="28"/>
                <w:szCs w:val="28"/>
              </w:rPr>
            </w:pPr>
          </w:p>
        </w:tc>
        <w:tc>
          <w:tcPr>
            <w:tcW w:w="720" w:type="dxa"/>
            <w:vAlign w:val="center"/>
          </w:tcPr>
          <w:p w14:paraId="3D0C4D59" w14:textId="77777777" w:rsidR="00E91A42" w:rsidRPr="00E91A42" w:rsidRDefault="00E91A42" w:rsidP="00A701F9">
            <w:pPr>
              <w:spacing w:before="60" w:after="60"/>
              <w:jc w:val="center"/>
              <w:rPr>
                <w:sz w:val="28"/>
                <w:szCs w:val="28"/>
              </w:rPr>
            </w:pPr>
          </w:p>
        </w:tc>
        <w:tc>
          <w:tcPr>
            <w:tcW w:w="810" w:type="dxa"/>
            <w:vAlign w:val="center"/>
          </w:tcPr>
          <w:p w14:paraId="1C0024E7" w14:textId="77777777" w:rsidR="00E91A42" w:rsidRPr="00E91A42" w:rsidRDefault="00E91A42" w:rsidP="00A701F9">
            <w:pPr>
              <w:spacing w:before="50" w:after="50"/>
              <w:jc w:val="center"/>
              <w:rPr>
                <w:i/>
                <w:sz w:val="28"/>
                <w:szCs w:val="28"/>
              </w:rPr>
            </w:pPr>
          </w:p>
        </w:tc>
        <w:tc>
          <w:tcPr>
            <w:tcW w:w="720" w:type="dxa"/>
            <w:vAlign w:val="center"/>
          </w:tcPr>
          <w:p w14:paraId="4C947607" w14:textId="77777777" w:rsidR="00E91A42" w:rsidRPr="00E91A42" w:rsidRDefault="00E91A42" w:rsidP="00A701F9">
            <w:pPr>
              <w:spacing w:before="60" w:after="60"/>
              <w:jc w:val="center"/>
              <w:rPr>
                <w:sz w:val="28"/>
                <w:szCs w:val="28"/>
              </w:rPr>
            </w:pPr>
          </w:p>
        </w:tc>
        <w:tc>
          <w:tcPr>
            <w:tcW w:w="810" w:type="dxa"/>
            <w:vAlign w:val="center"/>
          </w:tcPr>
          <w:p w14:paraId="7680C8A6" w14:textId="77777777" w:rsidR="00E91A42" w:rsidRPr="00E91A42" w:rsidRDefault="00E91A42" w:rsidP="00A701F9">
            <w:pPr>
              <w:spacing w:before="50" w:after="50"/>
              <w:jc w:val="center"/>
              <w:rPr>
                <w:i/>
                <w:sz w:val="28"/>
                <w:szCs w:val="28"/>
              </w:rPr>
            </w:pPr>
          </w:p>
        </w:tc>
        <w:tc>
          <w:tcPr>
            <w:tcW w:w="720" w:type="dxa"/>
            <w:vAlign w:val="center"/>
          </w:tcPr>
          <w:p w14:paraId="459E8DE7" w14:textId="77777777" w:rsidR="00E91A42" w:rsidRPr="00E91A42" w:rsidRDefault="00E91A42" w:rsidP="00A701F9">
            <w:pPr>
              <w:spacing w:before="60" w:after="60"/>
              <w:jc w:val="center"/>
              <w:rPr>
                <w:sz w:val="28"/>
                <w:szCs w:val="28"/>
              </w:rPr>
            </w:pPr>
          </w:p>
        </w:tc>
        <w:tc>
          <w:tcPr>
            <w:tcW w:w="810" w:type="dxa"/>
            <w:vAlign w:val="center"/>
          </w:tcPr>
          <w:p w14:paraId="6EB6ABA9" w14:textId="77777777" w:rsidR="00E91A42" w:rsidRPr="00E91A42" w:rsidRDefault="00E91A42" w:rsidP="00A701F9">
            <w:pPr>
              <w:spacing w:before="50" w:after="50"/>
              <w:jc w:val="center"/>
              <w:rPr>
                <w:i/>
                <w:sz w:val="28"/>
                <w:szCs w:val="28"/>
              </w:rPr>
            </w:pPr>
          </w:p>
        </w:tc>
        <w:tc>
          <w:tcPr>
            <w:tcW w:w="668" w:type="dxa"/>
            <w:vAlign w:val="center"/>
          </w:tcPr>
          <w:p w14:paraId="70E45CF1" w14:textId="77777777" w:rsidR="00E91A42" w:rsidRPr="00E91A42" w:rsidRDefault="00E91A42" w:rsidP="00A701F9">
            <w:pPr>
              <w:spacing w:before="60" w:after="60"/>
              <w:jc w:val="center"/>
              <w:rPr>
                <w:sz w:val="28"/>
                <w:szCs w:val="28"/>
              </w:rPr>
            </w:pPr>
          </w:p>
        </w:tc>
        <w:tc>
          <w:tcPr>
            <w:tcW w:w="772" w:type="dxa"/>
            <w:vAlign w:val="center"/>
          </w:tcPr>
          <w:p w14:paraId="03CE6EC8" w14:textId="77777777" w:rsidR="00E91A42" w:rsidRPr="00E91A42" w:rsidRDefault="00E91A42" w:rsidP="00A701F9">
            <w:pPr>
              <w:spacing w:before="50" w:after="50"/>
              <w:jc w:val="center"/>
              <w:rPr>
                <w:i/>
                <w:sz w:val="28"/>
                <w:szCs w:val="28"/>
              </w:rPr>
            </w:pPr>
          </w:p>
        </w:tc>
        <w:tc>
          <w:tcPr>
            <w:tcW w:w="720" w:type="dxa"/>
          </w:tcPr>
          <w:p w14:paraId="217CB16B" w14:textId="77777777" w:rsidR="00E91A42" w:rsidRPr="00E91A42" w:rsidRDefault="00E91A42" w:rsidP="00A701F9">
            <w:pPr>
              <w:spacing w:before="60" w:after="60"/>
              <w:jc w:val="center"/>
              <w:rPr>
                <w:sz w:val="28"/>
                <w:szCs w:val="28"/>
              </w:rPr>
            </w:pPr>
          </w:p>
        </w:tc>
        <w:tc>
          <w:tcPr>
            <w:tcW w:w="720" w:type="dxa"/>
          </w:tcPr>
          <w:p w14:paraId="47AF29A4" w14:textId="77777777" w:rsidR="00E91A42" w:rsidRPr="00E91A42" w:rsidRDefault="00E91A42" w:rsidP="00A701F9">
            <w:pPr>
              <w:spacing w:before="60" w:after="60"/>
              <w:jc w:val="center"/>
              <w:rPr>
                <w:sz w:val="28"/>
                <w:szCs w:val="28"/>
              </w:rPr>
            </w:pPr>
          </w:p>
        </w:tc>
        <w:tc>
          <w:tcPr>
            <w:tcW w:w="720" w:type="dxa"/>
          </w:tcPr>
          <w:p w14:paraId="25DD5544" w14:textId="77777777" w:rsidR="00E91A42" w:rsidRPr="00E91A42" w:rsidRDefault="00E91A42" w:rsidP="00A701F9">
            <w:pPr>
              <w:spacing w:before="60" w:after="60"/>
              <w:jc w:val="center"/>
              <w:rPr>
                <w:sz w:val="28"/>
                <w:szCs w:val="28"/>
              </w:rPr>
            </w:pPr>
          </w:p>
        </w:tc>
        <w:tc>
          <w:tcPr>
            <w:tcW w:w="720" w:type="dxa"/>
          </w:tcPr>
          <w:p w14:paraId="371CDFA1" w14:textId="77777777" w:rsidR="00E91A42" w:rsidRPr="00E91A42" w:rsidRDefault="00E91A42" w:rsidP="00A701F9">
            <w:pPr>
              <w:spacing w:before="60" w:after="60"/>
              <w:jc w:val="center"/>
              <w:rPr>
                <w:sz w:val="28"/>
                <w:szCs w:val="28"/>
              </w:rPr>
            </w:pPr>
          </w:p>
        </w:tc>
      </w:tr>
    </w:tbl>
    <w:p w14:paraId="6B685765" w14:textId="77777777" w:rsidR="00E91A42" w:rsidRPr="00E91A42" w:rsidRDefault="00E91A42" w:rsidP="00E91A42">
      <w:pPr>
        <w:pStyle w:val="Heading3"/>
        <w:spacing w:before="120"/>
        <w:ind w:right="86" w:firstLine="720"/>
        <w:jc w:val="both"/>
        <w:rPr>
          <w:rFonts w:ascii="Times New Roman" w:hAnsi="Times New Roman" w:cs="Times New Roman"/>
          <w:b w:val="0"/>
          <w:i/>
          <w:sz w:val="28"/>
          <w:szCs w:val="28"/>
        </w:rPr>
      </w:pPr>
    </w:p>
    <w:tbl>
      <w:tblPr>
        <w:tblStyle w:val="TableGrid"/>
        <w:tblW w:w="1458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0"/>
      </w:tblGrid>
      <w:tr w:rsidR="00E91A42" w:rsidRPr="00E91A42" w14:paraId="1B394C5C" w14:textId="77777777" w:rsidTr="00A701F9">
        <w:tc>
          <w:tcPr>
            <w:tcW w:w="14580" w:type="dxa"/>
          </w:tcPr>
          <w:p w14:paraId="1CED9D14" w14:textId="77777777" w:rsidR="00E91A42" w:rsidRPr="00E91A42" w:rsidRDefault="00E91A42" w:rsidP="00A701F9">
            <w:pPr>
              <w:pStyle w:val="Heading3"/>
              <w:spacing w:before="120"/>
              <w:ind w:right="86" w:firstLine="720"/>
              <w:jc w:val="both"/>
              <w:rPr>
                <w:rFonts w:ascii="Times New Roman" w:hAnsi="Times New Roman" w:cs="Times New Roman"/>
                <w:b w:val="0"/>
                <w:sz w:val="28"/>
                <w:szCs w:val="28"/>
              </w:rPr>
            </w:pPr>
            <w:r w:rsidRPr="00E91A42">
              <w:rPr>
                <w:rFonts w:ascii="Times New Roman" w:hAnsi="Times New Roman" w:cs="Times New Roman"/>
                <w:sz w:val="28"/>
                <w:szCs w:val="28"/>
              </w:rPr>
              <w:t>1. Trường hợp đã có định mức kinh tế - kỹ thuật do cơ quan có thẩm quyền của Nhà nước ban hành:</w:t>
            </w:r>
          </w:p>
          <w:p w14:paraId="62AFC495" w14:textId="77777777" w:rsidR="00E91A42" w:rsidRPr="00E91A42" w:rsidRDefault="00E91A42" w:rsidP="00A701F9">
            <w:pPr>
              <w:pStyle w:val="Heading3"/>
              <w:spacing w:before="120"/>
              <w:ind w:right="86" w:firstLine="720"/>
              <w:jc w:val="both"/>
              <w:rPr>
                <w:rFonts w:ascii="Times New Roman" w:hAnsi="Times New Roman" w:cs="Times New Roman"/>
                <w:sz w:val="28"/>
                <w:szCs w:val="28"/>
              </w:rPr>
            </w:pPr>
            <w:r w:rsidRPr="00E91A42">
              <w:rPr>
                <w:rFonts w:ascii="Times New Roman" w:hAnsi="Times New Roman" w:cs="Times New Roman"/>
                <w:sz w:val="28"/>
                <w:szCs w:val="28"/>
              </w:rPr>
              <w:t>-  Dự toán nguyên vật liệu, năng lượng được xây dựng căn cứ vào định mức kinh tế-kỹ thuật (nêu tên văn bản dùng làm căn cứ) và báo giá kèm theo.</w:t>
            </w:r>
          </w:p>
          <w:p w14:paraId="0C156A70" w14:textId="77777777" w:rsidR="00E91A42" w:rsidRPr="00E91A42" w:rsidRDefault="00E91A42" w:rsidP="00A701F9">
            <w:pPr>
              <w:pStyle w:val="Heading3"/>
              <w:spacing w:before="120"/>
              <w:ind w:right="86" w:firstLine="720"/>
              <w:jc w:val="both"/>
              <w:rPr>
                <w:rFonts w:ascii="Times New Roman" w:hAnsi="Times New Roman" w:cs="Times New Roman"/>
                <w:sz w:val="28"/>
                <w:szCs w:val="28"/>
              </w:rPr>
            </w:pPr>
            <w:r w:rsidRPr="00E91A42">
              <w:rPr>
                <w:rFonts w:ascii="Times New Roman" w:hAnsi="Times New Roman" w:cs="Times New Roman"/>
                <w:sz w:val="28"/>
                <w:szCs w:val="28"/>
              </w:rPr>
              <w:t>- Số kinh phí đề nghị khoán chi được tính theo quy định hiện hành.</w:t>
            </w:r>
          </w:p>
          <w:p w14:paraId="2CA10A27" w14:textId="77777777" w:rsidR="00E91A42" w:rsidRPr="00E91A42" w:rsidRDefault="00E91A42" w:rsidP="00A701F9">
            <w:pPr>
              <w:ind w:firstLine="720"/>
              <w:jc w:val="both"/>
              <w:rPr>
                <w:sz w:val="28"/>
                <w:szCs w:val="28"/>
              </w:rPr>
            </w:pPr>
            <w:r w:rsidRPr="00E91A42">
              <w:rPr>
                <w:sz w:val="28"/>
                <w:szCs w:val="28"/>
              </w:rPr>
              <w:t xml:space="preserve">2. </w:t>
            </w:r>
            <w:r w:rsidRPr="00E91A42">
              <w:rPr>
                <w:spacing w:val="-4"/>
                <w:sz w:val="28"/>
                <w:szCs w:val="28"/>
              </w:rPr>
              <w:t xml:space="preserve">Trường hợp chưa có định mức kinh tế - kỹ thuật do cơ quan có thẩm quyền của Nhà nước ban hành thì dự toán được xây dựng trên cơ sở dự trù mức tiêu </w:t>
            </w:r>
            <w:r w:rsidRPr="00E91A42">
              <w:rPr>
                <w:sz w:val="28"/>
                <w:szCs w:val="28"/>
              </w:rPr>
              <w:t>hao thực tế cho các nội dung, báo giá và không được đề nghị mức khoán chi.</w:t>
            </w:r>
          </w:p>
          <w:p w14:paraId="390F4E3D" w14:textId="77777777" w:rsidR="00E91A42" w:rsidRPr="00E91A42" w:rsidRDefault="00E91A42" w:rsidP="00A701F9">
            <w:pPr>
              <w:rPr>
                <w:sz w:val="28"/>
                <w:szCs w:val="28"/>
              </w:rPr>
            </w:pPr>
          </w:p>
        </w:tc>
      </w:tr>
    </w:tbl>
    <w:p w14:paraId="003322DE" w14:textId="77777777" w:rsidR="00E91A42" w:rsidRPr="00E91A42" w:rsidRDefault="00E91A42" w:rsidP="00E91A42">
      <w:pPr>
        <w:rPr>
          <w:sz w:val="28"/>
          <w:szCs w:val="28"/>
        </w:rPr>
      </w:pPr>
    </w:p>
    <w:p w14:paraId="44CD5007" w14:textId="77777777" w:rsidR="00E91A42" w:rsidRPr="00E91A42" w:rsidRDefault="00E91A42" w:rsidP="00E91A42">
      <w:pPr>
        <w:rPr>
          <w:sz w:val="28"/>
          <w:szCs w:val="28"/>
        </w:rPr>
      </w:pPr>
      <w:r w:rsidRPr="00E91A42">
        <w:rPr>
          <w:sz w:val="28"/>
          <w:szCs w:val="28"/>
        </w:rPr>
        <w:br w:type="page"/>
      </w:r>
    </w:p>
    <w:p w14:paraId="1383EAEC" w14:textId="77777777" w:rsidR="00E91A42" w:rsidRPr="00E91A42" w:rsidRDefault="00E91A42" w:rsidP="00E91A42">
      <w:pPr>
        <w:rPr>
          <w:i/>
          <w:sz w:val="28"/>
          <w:szCs w:val="28"/>
          <w:lang w:val="de-DE"/>
        </w:rPr>
      </w:pPr>
      <w:r w:rsidRPr="00E91A42">
        <w:rPr>
          <w:b/>
          <w:sz w:val="28"/>
          <w:szCs w:val="28"/>
          <w:lang w:val="de-DE"/>
        </w:rPr>
        <w:lastRenderedPageBreak/>
        <w:t xml:space="preserve">      Khoản IV. THIẾT BỊ, MÁY MÓC</w:t>
      </w:r>
      <w:r w:rsidRPr="00E91A42">
        <w:rPr>
          <w:rStyle w:val="FootnoteReference"/>
          <w:sz w:val="28"/>
          <w:szCs w:val="28"/>
          <w:lang w:val="de-DE"/>
        </w:rPr>
        <w:footnoteReference w:id="4"/>
      </w:r>
      <w:r w:rsidRPr="00E91A42">
        <w:rPr>
          <w:b/>
          <w:sz w:val="28"/>
          <w:szCs w:val="28"/>
          <w:lang w:val="de-DE"/>
        </w:rPr>
        <w:t xml:space="preserve"> </w:t>
      </w:r>
      <w:r w:rsidRPr="00E91A42">
        <w:rPr>
          <w:b/>
          <w:i/>
          <w:sz w:val="28"/>
          <w:szCs w:val="28"/>
          <w:lang w:val="de-DE"/>
        </w:rPr>
        <w:t>(</w:t>
      </w:r>
      <w:r w:rsidRPr="00E91A42">
        <w:rPr>
          <w:b/>
          <w:bCs/>
          <w:i/>
          <w:iCs/>
          <w:sz w:val="28"/>
          <w:szCs w:val="28"/>
          <w:lang w:val="de-DE"/>
        </w:rPr>
        <w:t>Áp dụng đối với thuyết minh khi thẩm định kinh phí)</w:t>
      </w:r>
      <w:r w:rsidRPr="00E91A42">
        <w:rPr>
          <w:b/>
          <w:i/>
          <w:sz w:val="28"/>
          <w:szCs w:val="28"/>
          <w:lang w:val="de-DE"/>
        </w:rPr>
        <w:tab/>
      </w:r>
      <w:r w:rsidRPr="00E91A42">
        <w:rPr>
          <w:b/>
          <w:i/>
          <w:sz w:val="28"/>
          <w:szCs w:val="28"/>
          <w:lang w:val="de-DE"/>
        </w:rPr>
        <w:tab/>
      </w:r>
      <w:r w:rsidRPr="00E91A42">
        <w:rPr>
          <w:b/>
          <w:i/>
          <w:sz w:val="28"/>
          <w:szCs w:val="28"/>
          <w:lang w:val="de-DE"/>
        </w:rPr>
        <w:tab/>
      </w:r>
      <w:r w:rsidRPr="00E91A42">
        <w:rPr>
          <w:b/>
          <w:i/>
          <w:sz w:val="28"/>
          <w:szCs w:val="28"/>
          <w:lang w:val="de-DE"/>
        </w:rPr>
        <w:tab/>
      </w:r>
      <w:r w:rsidRPr="00E91A42">
        <w:rPr>
          <w:sz w:val="28"/>
          <w:szCs w:val="28"/>
          <w:lang w:val="de-DE"/>
        </w:rPr>
        <w:t>Đơn vị: triệu đồng</w:t>
      </w:r>
    </w:p>
    <w:p w14:paraId="46D82172" w14:textId="77777777" w:rsidR="00E91A42" w:rsidRPr="00E91A42" w:rsidRDefault="00E91A42" w:rsidP="00E91A42">
      <w:pPr>
        <w:rPr>
          <w:i/>
          <w:sz w:val="28"/>
          <w:szCs w:val="28"/>
          <w:lang w:val="de-DE"/>
        </w:rPr>
      </w:pPr>
    </w:p>
    <w:tbl>
      <w:tblPr>
        <w:tblW w:w="1456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79"/>
        <w:gridCol w:w="810"/>
        <w:gridCol w:w="810"/>
        <w:gridCol w:w="630"/>
        <w:gridCol w:w="900"/>
        <w:gridCol w:w="720"/>
        <w:gridCol w:w="900"/>
        <w:gridCol w:w="720"/>
        <w:gridCol w:w="810"/>
        <w:gridCol w:w="720"/>
        <w:gridCol w:w="810"/>
        <w:gridCol w:w="720"/>
        <w:gridCol w:w="810"/>
        <w:gridCol w:w="816"/>
        <w:gridCol w:w="709"/>
        <w:gridCol w:w="709"/>
        <w:gridCol w:w="826"/>
      </w:tblGrid>
      <w:tr w:rsidR="00E91A42" w:rsidRPr="00E91A42" w14:paraId="6B104886" w14:textId="77777777" w:rsidTr="00A701F9">
        <w:trPr>
          <w:cantSplit/>
        </w:trPr>
        <w:tc>
          <w:tcPr>
            <w:tcW w:w="567" w:type="dxa"/>
            <w:vMerge w:val="restart"/>
            <w:vAlign w:val="center"/>
          </w:tcPr>
          <w:p w14:paraId="6C87F7B7" w14:textId="77777777" w:rsidR="00E91A42" w:rsidRPr="00E91A42" w:rsidRDefault="00E91A42" w:rsidP="00A701F9">
            <w:pPr>
              <w:spacing w:before="60" w:after="60"/>
              <w:jc w:val="center"/>
              <w:rPr>
                <w:b/>
                <w:sz w:val="28"/>
                <w:szCs w:val="28"/>
                <w:lang w:val="de-DE"/>
              </w:rPr>
            </w:pPr>
            <w:r w:rsidRPr="00E91A42">
              <w:rPr>
                <w:b/>
                <w:sz w:val="28"/>
                <w:szCs w:val="28"/>
                <w:lang w:val="de-DE"/>
              </w:rPr>
              <w:t>Số</w:t>
            </w:r>
          </w:p>
          <w:p w14:paraId="37371780" w14:textId="77777777" w:rsidR="00E91A42" w:rsidRPr="00E91A42" w:rsidRDefault="00E91A42" w:rsidP="00A701F9">
            <w:pPr>
              <w:spacing w:before="60" w:after="60"/>
              <w:jc w:val="center"/>
              <w:rPr>
                <w:b/>
                <w:sz w:val="28"/>
                <w:szCs w:val="28"/>
                <w:lang w:val="de-DE"/>
              </w:rPr>
            </w:pPr>
            <w:r w:rsidRPr="00E91A42">
              <w:rPr>
                <w:b/>
                <w:sz w:val="28"/>
                <w:szCs w:val="28"/>
                <w:lang w:val="de-DE"/>
              </w:rPr>
              <w:t>TT</w:t>
            </w:r>
          </w:p>
        </w:tc>
        <w:tc>
          <w:tcPr>
            <w:tcW w:w="1579" w:type="dxa"/>
            <w:vMerge w:val="restart"/>
            <w:vAlign w:val="center"/>
          </w:tcPr>
          <w:p w14:paraId="578D5241" w14:textId="77777777" w:rsidR="00E91A42" w:rsidRPr="00E91A42" w:rsidRDefault="00E91A42" w:rsidP="00A701F9">
            <w:pPr>
              <w:spacing w:before="60" w:after="60"/>
              <w:jc w:val="center"/>
              <w:rPr>
                <w:b/>
                <w:sz w:val="28"/>
                <w:szCs w:val="28"/>
                <w:lang w:val="de-DE"/>
              </w:rPr>
            </w:pPr>
            <w:r w:rsidRPr="00E91A42">
              <w:rPr>
                <w:b/>
                <w:sz w:val="28"/>
                <w:szCs w:val="28"/>
                <w:lang w:val="de-DE"/>
              </w:rPr>
              <w:t>Nội dung</w:t>
            </w:r>
          </w:p>
        </w:tc>
        <w:tc>
          <w:tcPr>
            <w:tcW w:w="810" w:type="dxa"/>
            <w:vMerge w:val="restart"/>
            <w:vAlign w:val="center"/>
          </w:tcPr>
          <w:p w14:paraId="63996FC3" w14:textId="77777777" w:rsidR="00E91A42" w:rsidRPr="00E91A42" w:rsidRDefault="00E91A42" w:rsidP="00A701F9">
            <w:pPr>
              <w:spacing w:before="60" w:after="60"/>
              <w:jc w:val="center"/>
              <w:rPr>
                <w:b/>
                <w:sz w:val="28"/>
                <w:szCs w:val="28"/>
                <w:lang w:val="de-DE"/>
              </w:rPr>
            </w:pPr>
            <w:r w:rsidRPr="00E91A42">
              <w:rPr>
                <w:b/>
                <w:sz w:val="28"/>
                <w:szCs w:val="28"/>
                <w:lang w:val="de-DE"/>
              </w:rPr>
              <w:t>Đơn vị đo</w:t>
            </w:r>
          </w:p>
        </w:tc>
        <w:tc>
          <w:tcPr>
            <w:tcW w:w="810" w:type="dxa"/>
            <w:vMerge w:val="restart"/>
            <w:vAlign w:val="center"/>
          </w:tcPr>
          <w:p w14:paraId="1061781D" w14:textId="77777777" w:rsidR="00E91A42" w:rsidRPr="00E91A42" w:rsidRDefault="00E91A42" w:rsidP="00A701F9">
            <w:pPr>
              <w:spacing w:before="60" w:after="60"/>
              <w:jc w:val="center"/>
              <w:rPr>
                <w:b/>
                <w:sz w:val="28"/>
                <w:szCs w:val="28"/>
                <w:lang w:val="de-DE"/>
              </w:rPr>
            </w:pPr>
            <w:r w:rsidRPr="00E91A42">
              <w:rPr>
                <w:b/>
                <w:sz w:val="28"/>
                <w:szCs w:val="28"/>
                <w:lang w:val="de-DE"/>
              </w:rPr>
              <w:t>Số lượng</w:t>
            </w:r>
          </w:p>
        </w:tc>
        <w:tc>
          <w:tcPr>
            <w:tcW w:w="630" w:type="dxa"/>
            <w:vMerge w:val="restart"/>
            <w:vAlign w:val="center"/>
          </w:tcPr>
          <w:p w14:paraId="0649B613" w14:textId="77777777" w:rsidR="00E91A42" w:rsidRPr="00E91A42" w:rsidRDefault="00E91A42" w:rsidP="00A701F9">
            <w:pPr>
              <w:spacing w:before="60" w:after="60"/>
              <w:jc w:val="center"/>
              <w:rPr>
                <w:b/>
                <w:sz w:val="28"/>
                <w:szCs w:val="28"/>
                <w:lang w:val="de-DE"/>
              </w:rPr>
            </w:pPr>
            <w:r w:rsidRPr="00E91A42">
              <w:rPr>
                <w:b/>
                <w:sz w:val="28"/>
                <w:szCs w:val="28"/>
                <w:lang w:val="de-DE"/>
              </w:rPr>
              <w:t>Đơn giá</w:t>
            </w:r>
          </w:p>
        </w:tc>
        <w:tc>
          <w:tcPr>
            <w:tcW w:w="900" w:type="dxa"/>
            <w:vMerge w:val="restart"/>
            <w:vAlign w:val="center"/>
          </w:tcPr>
          <w:p w14:paraId="54DA9998" w14:textId="77777777" w:rsidR="00E91A42" w:rsidRPr="00E91A42" w:rsidRDefault="00E91A42" w:rsidP="00A701F9">
            <w:pPr>
              <w:spacing w:before="60" w:after="60"/>
              <w:jc w:val="center"/>
              <w:rPr>
                <w:b/>
                <w:sz w:val="28"/>
                <w:szCs w:val="28"/>
                <w:lang w:val="de-DE"/>
              </w:rPr>
            </w:pPr>
            <w:r w:rsidRPr="00E91A42">
              <w:rPr>
                <w:b/>
                <w:sz w:val="28"/>
                <w:szCs w:val="28"/>
                <w:lang w:val="de-DE"/>
              </w:rPr>
              <w:t>Thành tiền</w:t>
            </w:r>
          </w:p>
        </w:tc>
        <w:tc>
          <w:tcPr>
            <w:tcW w:w="9270" w:type="dxa"/>
            <w:gridSpan w:val="12"/>
            <w:vAlign w:val="center"/>
          </w:tcPr>
          <w:p w14:paraId="614339E1" w14:textId="77777777" w:rsidR="00E91A42" w:rsidRPr="00E91A42" w:rsidRDefault="00E91A42" w:rsidP="00A701F9">
            <w:pPr>
              <w:spacing w:before="60" w:after="60"/>
              <w:jc w:val="center"/>
              <w:rPr>
                <w:b/>
                <w:sz w:val="28"/>
                <w:szCs w:val="28"/>
                <w:lang w:val="de-DE"/>
              </w:rPr>
            </w:pPr>
            <w:r w:rsidRPr="00E91A42">
              <w:rPr>
                <w:b/>
                <w:sz w:val="28"/>
                <w:szCs w:val="28"/>
                <w:lang w:val="de-DE"/>
              </w:rPr>
              <w:t>Nguồn vốn</w:t>
            </w:r>
          </w:p>
        </w:tc>
      </w:tr>
      <w:tr w:rsidR="00E91A42" w:rsidRPr="0028776E" w14:paraId="2EAD2F0B" w14:textId="77777777" w:rsidTr="00A701F9">
        <w:trPr>
          <w:cantSplit/>
        </w:trPr>
        <w:tc>
          <w:tcPr>
            <w:tcW w:w="567" w:type="dxa"/>
            <w:vMerge/>
          </w:tcPr>
          <w:p w14:paraId="6ABB2A13" w14:textId="77777777" w:rsidR="00E91A42" w:rsidRPr="00E91A42" w:rsidRDefault="00E91A42" w:rsidP="00A701F9">
            <w:pPr>
              <w:spacing w:before="60" w:after="60"/>
              <w:jc w:val="center"/>
              <w:rPr>
                <w:sz w:val="28"/>
                <w:szCs w:val="28"/>
                <w:lang w:val="de-DE"/>
              </w:rPr>
            </w:pPr>
          </w:p>
        </w:tc>
        <w:tc>
          <w:tcPr>
            <w:tcW w:w="1579" w:type="dxa"/>
            <w:vMerge/>
          </w:tcPr>
          <w:p w14:paraId="2949FC3C" w14:textId="77777777" w:rsidR="00E91A42" w:rsidRPr="00E91A42" w:rsidRDefault="00E91A42" w:rsidP="00A701F9">
            <w:pPr>
              <w:spacing w:before="60" w:after="60"/>
              <w:rPr>
                <w:sz w:val="28"/>
                <w:szCs w:val="28"/>
                <w:lang w:val="de-DE"/>
              </w:rPr>
            </w:pPr>
          </w:p>
        </w:tc>
        <w:tc>
          <w:tcPr>
            <w:tcW w:w="810" w:type="dxa"/>
            <w:vMerge/>
          </w:tcPr>
          <w:p w14:paraId="165E61C4" w14:textId="77777777" w:rsidR="00E91A42" w:rsidRPr="00E91A42" w:rsidRDefault="00E91A42" w:rsidP="00A701F9">
            <w:pPr>
              <w:spacing w:before="60" w:after="60"/>
              <w:jc w:val="center"/>
              <w:rPr>
                <w:sz w:val="28"/>
                <w:szCs w:val="28"/>
                <w:lang w:val="de-DE"/>
              </w:rPr>
            </w:pPr>
          </w:p>
        </w:tc>
        <w:tc>
          <w:tcPr>
            <w:tcW w:w="810" w:type="dxa"/>
            <w:vMerge/>
          </w:tcPr>
          <w:p w14:paraId="3DD9591F" w14:textId="77777777" w:rsidR="00E91A42" w:rsidRPr="00E91A42" w:rsidRDefault="00E91A42" w:rsidP="00A701F9">
            <w:pPr>
              <w:spacing w:before="60" w:after="60"/>
              <w:jc w:val="center"/>
              <w:rPr>
                <w:sz w:val="28"/>
                <w:szCs w:val="28"/>
                <w:lang w:val="de-DE"/>
              </w:rPr>
            </w:pPr>
          </w:p>
        </w:tc>
        <w:tc>
          <w:tcPr>
            <w:tcW w:w="630" w:type="dxa"/>
            <w:vMerge/>
          </w:tcPr>
          <w:p w14:paraId="563CC796" w14:textId="77777777" w:rsidR="00E91A42" w:rsidRPr="00E91A42" w:rsidRDefault="00E91A42" w:rsidP="00A701F9">
            <w:pPr>
              <w:spacing w:before="60" w:after="60"/>
              <w:jc w:val="center"/>
              <w:rPr>
                <w:sz w:val="28"/>
                <w:szCs w:val="28"/>
                <w:lang w:val="de-DE"/>
              </w:rPr>
            </w:pPr>
          </w:p>
        </w:tc>
        <w:tc>
          <w:tcPr>
            <w:tcW w:w="900" w:type="dxa"/>
            <w:vMerge/>
          </w:tcPr>
          <w:p w14:paraId="74C1B0B6" w14:textId="77777777" w:rsidR="00E91A42" w:rsidRPr="00E91A42" w:rsidRDefault="00E91A42" w:rsidP="00A701F9">
            <w:pPr>
              <w:spacing w:before="60" w:after="60"/>
              <w:jc w:val="center"/>
              <w:rPr>
                <w:sz w:val="28"/>
                <w:szCs w:val="28"/>
                <w:lang w:val="de-DE"/>
              </w:rPr>
            </w:pPr>
          </w:p>
        </w:tc>
        <w:tc>
          <w:tcPr>
            <w:tcW w:w="6210" w:type="dxa"/>
            <w:gridSpan w:val="8"/>
          </w:tcPr>
          <w:p w14:paraId="45A5338C" w14:textId="77777777" w:rsidR="00E91A42" w:rsidRPr="00E91A42" w:rsidRDefault="00E91A42" w:rsidP="00A701F9">
            <w:pPr>
              <w:spacing w:before="60" w:after="60"/>
              <w:jc w:val="center"/>
              <w:rPr>
                <w:b/>
                <w:sz w:val="28"/>
                <w:szCs w:val="28"/>
                <w:lang w:val="de-DE"/>
              </w:rPr>
            </w:pPr>
            <w:r w:rsidRPr="00E91A42">
              <w:rPr>
                <w:b/>
                <w:sz w:val="28"/>
                <w:szCs w:val="28"/>
                <w:lang w:val="de-DE"/>
              </w:rPr>
              <w:t>Ngân sách nhà nước</w:t>
            </w:r>
          </w:p>
        </w:tc>
        <w:tc>
          <w:tcPr>
            <w:tcW w:w="3060" w:type="dxa"/>
            <w:gridSpan w:val="4"/>
          </w:tcPr>
          <w:p w14:paraId="6DB75E65" w14:textId="77777777" w:rsidR="00E91A42" w:rsidRPr="00E91A42" w:rsidRDefault="00E91A42" w:rsidP="00A701F9">
            <w:pPr>
              <w:spacing w:before="60" w:after="60"/>
              <w:jc w:val="center"/>
              <w:rPr>
                <w:b/>
                <w:sz w:val="28"/>
                <w:szCs w:val="28"/>
                <w:highlight w:val="yellow"/>
                <w:lang w:val="de-DE"/>
              </w:rPr>
            </w:pPr>
            <w:r w:rsidRPr="00E91A42">
              <w:rPr>
                <w:b/>
                <w:sz w:val="28"/>
                <w:szCs w:val="28"/>
                <w:lang w:val="de-DE"/>
              </w:rPr>
              <w:t>Ngoài ngân sách nhà nước</w:t>
            </w:r>
          </w:p>
        </w:tc>
      </w:tr>
      <w:tr w:rsidR="00E91A42" w:rsidRPr="00E91A42" w14:paraId="5AB33ED3" w14:textId="77777777" w:rsidTr="00A701F9">
        <w:trPr>
          <w:trHeight w:val="339"/>
        </w:trPr>
        <w:tc>
          <w:tcPr>
            <w:tcW w:w="567" w:type="dxa"/>
            <w:vMerge/>
          </w:tcPr>
          <w:p w14:paraId="44F297A1" w14:textId="77777777" w:rsidR="00E91A42" w:rsidRPr="00E91A42" w:rsidRDefault="00E91A42" w:rsidP="00A701F9">
            <w:pPr>
              <w:spacing w:before="60" w:after="60"/>
              <w:jc w:val="center"/>
              <w:rPr>
                <w:sz w:val="28"/>
                <w:szCs w:val="28"/>
                <w:lang w:val="de-DE"/>
              </w:rPr>
            </w:pPr>
          </w:p>
        </w:tc>
        <w:tc>
          <w:tcPr>
            <w:tcW w:w="1579" w:type="dxa"/>
            <w:vMerge/>
          </w:tcPr>
          <w:p w14:paraId="29AFE524" w14:textId="77777777" w:rsidR="00E91A42" w:rsidRPr="00E91A42" w:rsidRDefault="00E91A42" w:rsidP="00A701F9">
            <w:pPr>
              <w:spacing w:before="60" w:after="60"/>
              <w:rPr>
                <w:sz w:val="28"/>
                <w:szCs w:val="28"/>
                <w:lang w:val="de-DE"/>
              </w:rPr>
            </w:pPr>
          </w:p>
        </w:tc>
        <w:tc>
          <w:tcPr>
            <w:tcW w:w="810" w:type="dxa"/>
            <w:vMerge/>
          </w:tcPr>
          <w:p w14:paraId="5BF64DE6" w14:textId="77777777" w:rsidR="00E91A42" w:rsidRPr="00E91A42" w:rsidRDefault="00E91A42" w:rsidP="00A701F9">
            <w:pPr>
              <w:spacing w:before="60" w:after="60"/>
              <w:jc w:val="center"/>
              <w:rPr>
                <w:sz w:val="28"/>
                <w:szCs w:val="28"/>
                <w:lang w:val="de-DE"/>
              </w:rPr>
            </w:pPr>
          </w:p>
        </w:tc>
        <w:tc>
          <w:tcPr>
            <w:tcW w:w="810" w:type="dxa"/>
            <w:vMerge/>
          </w:tcPr>
          <w:p w14:paraId="131756C3" w14:textId="77777777" w:rsidR="00E91A42" w:rsidRPr="00E91A42" w:rsidRDefault="00E91A42" w:rsidP="00A701F9">
            <w:pPr>
              <w:spacing w:before="60" w:after="60"/>
              <w:jc w:val="center"/>
              <w:rPr>
                <w:sz w:val="28"/>
                <w:szCs w:val="28"/>
                <w:lang w:val="de-DE"/>
              </w:rPr>
            </w:pPr>
          </w:p>
        </w:tc>
        <w:tc>
          <w:tcPr>
            <w:tcW w:w="630" w:type="dxa"/>
            <w:vMerge/>
          </w:tcPr>
          <w:p w14:paraId="01682107" w14:textId="77777777" w:rsidR="00E91A42" w:rsidRPr="00E91A42" w:rsidRDefault="00E91A42" w:rsidP="00A701F9">
            <w:pPr>
              <w:spacing w:before="60" w:after="60"/>
              <w:jc w:val="center"/>
              <w:rPr>
                <w:sz w:val="28"/>
                <w:szCs w:val="28"/>
                <w:lang w:val="de-DE"/>
              </w:rPr>
            </w:pPr>
          </w:p>
        </w:tc>
        <w:tc>
          <w:tcPr>
            <w:tcW w:w="900" w:type="dxa"/>
            <w:vMerge/>
          </w:tcPr>
          <w:p w14:paraId="12C7C723" w14:textId="77777777" w:rsidR="00E91A42" w:rsidRPr="00E91A42" w:rsidRDefault="00E91A42" w:rsidP="00A701F9">
            <w:pPr>
              <w:spacing w:before="60" w:after="60"/>
              <w:jc w:val="center"/>
              <w:rPr>
                <w:sz w:val="28"/>
                <w:szCs w:val="28"/>
                <w:lang w:val="de-DE"/>
              </w:rPr>
            </w:pPr>
          </w:p>
        </w:tc>
        <w:tc>
          <w:tcPr>
            <w:tcW w:w="1620" w:type="dxa"/>
            <w:gridSpan w:val="2"/>
            <w:vAlign w:val="center"/>
          </w:tcPr>
          <w:p w14:paraId="152F4909" w14:textId="77777777" w:rsidR="00E91A42" w:rsidRPr="00E91A42" w:rsidRDefault="00E91A42" w:rsidP="00A701F9">
            <w:pPr>
              <w:spacing w:before="50" w:after="50"/>
              <w:jc w:val="center"/>
              <w:rPr>
                <w:sz w:val="28"/>
                <w:szCs w:val="28"/>
              </w:rPr>
            </w:pPr>
            <w:r w:rsidRPr="00E91A42">
              <w:rPr>
                <w:b/>
                <w:sz w:val="28"/>
                <w:szCs w:val="28"/>
                <w:lang w:val="de-DE"/>
              </w:rPr>
              <w:t xml:space="preserve">Tổng </w:t>
            </w:r>
            <w:r w:rsidRPr="00E91A42">
              <w:rPr>
                <w:b/>
                <w:sz w:val="28"/>
                <w:szCs w:val="28"/>
              </w:rPr>
              <w:t>số</w:t>
            </w:r>
          </w:p>
        </w:tc>
        <w:tc>
          <w:tcPr>
            <w:tcW w:w="1530" w:type="dxa"/>
            <w:gridSpan w:val="2"/>
            <w:vAlign w:val="center"/>
          </w:tcPr>
          <w:p w14:paraId="5211898A" w14:textId="77777777" w:rsidR="00E91A42" w:rsidRPr="00E91A42" w:rsidRDefault="00E91A42" w:rsidP="00A701F9">
            <w:pPr>
              <w:spacing w:before="50" w:after="50"/>
              <w:jc w:val="center"/>
              <w:rPr>
                <w:b/>
                <w:spacing w:val="-18"/>
                <w:sz w:val="28"/>
                <w:szCs w:val="28"/>
              </w:rPr>
            </w:pPr>
            <w:r w:rsidRPr="00E91A42">
              <w:rPr>
                <w:b/>
                <w:spacing w:val="-18"/>
                <w:sz w:val="28"/>
                <w:szCs w:val="28"/>
              </w:rPr>
              <w:t>Năm thứ nhất</w:t>
            </w:r>
          </w:p>
        </w:tc>
        <w:tc>
          <w:tcPr>
            <w:tcW w:w="1530" w:type="dxa"/>
            <w:gridSpan w:val="2"/>
            <w:vAlign w:val="center"/>
          </w:tcPr>
          <w:p w14:paraId="05D65C39" w14:textId="77777777" w:rsidR="00E91A42" w:rsidRPr="00E91A42" w:rsidRDefault="00E91A42" w:rsidP="00A701F9">
            <w:pPr>
              <w:spacing w:before="50" w:after="50"/>
              <w:jc w:val="center"/>
              <w:rPr>
                <w:b/>
                <w:sz w:val="28"/>
                <w:szCs w:val="28"/>
              </w:rPr>
            </w:pPr>
            <w:r w:rsidRPr="00E91A42">
              <w:rPr>
                <w:b/>
                <w:sz w:val="28"/>
                <w:szCs w:val="28"/>
              </w:rPr>
              <w:t>Năm thứ hai</w:t>
            </w:r>
          </w:p>
        </w:tc>
        <w:tc>
          <w:tcPr>
            <w:tcW w:w="1530" w:type="dxa"/>
            <w:gridSpan w:val="2"/>
            <w:vAlign w:val="center"/>
          </w:tcPr>
          <w:p w14:paraId="0B9CB3DA" w14:textId="77777777" w:rsidR="00E91A42" w:rsidRPr="00E91A42" w:rsidRDefault="00E91A42" w:rsidP="00A701F9">
            <w:pPr>
              <w:spacing w:before="50" w:after="50"/>
              <w:jc w:val="center"/>
              <w:rPr>
                <w:b/>
                <w:sz w:val="28"/>
                <w:szCs w:val="28"/>
              </w:rPr>
            </w:pPr>
            <w:r w:rsidRPr="00E91A42">
              <w:rPr>
                <w:b/>
                <w:sz w:val="28"/>
                <w:szCs w:val="28"/>
              </w:rPr>
              <w:t>Năm thứ ba</w:t>
            </w:r>
          </w:p>
        </w:tc>
        <w:tc>
          <w:tcPr>
            <w:tcW w:w="816" w:type="dxa"/>
            <w:vMerge w:val="restart"/>
            <w:vAlign w:val="center"/>
          </w:tcPr>
          <w:p w14:paraId="15AC6E11" w14:textId="77777777" w:rsidR="00E91A42" w:rsidRPr="00E91A42" w:rsidRDefault="00E91A42" w:rsidP="00A701F9">
            <w:pPr>
              <w:jc w:val="center"/>
              <w:rPr>
                <w:b/>
                <w:sz w:val="28"/>
                <w:szCs w:val="28"/>
              </w:rPr>
            </w:pPr>
            <w:r w:rsidRPr="00E91A42">
              <w:rPr>
                <w:b/>
                <w:sz w:val="28"/>
                <w:szCs w:val="28"/>
              </w:rPr>
              <w:t>Tổng</w:t>
            </w:r>
          </w:p>
          <w:p w14:paraId="13073AAD" w14:textId="77777777" w:rsidR="00E91A42" w:rsidRPr="00E91A42" w:rsidRDefault="00E91A42" w:rsidP="00A701F9">
            <w:pPr>
              <w:jc w:val="center"/>
              <w:rPr>
                <w:b/>
                <w:sz w:val="28"/>
                <w:szCs w:val="28"/>
              </w:rPr>
            </w:pPr>
            <w:r w:rsidRPr="00E91A42">
              <w:rPr>
                <w:b/>
                <w:sz w:val="28"/>
                <w:szCs w:val="28"/>
              </w:rPr>
              <w:t xml:space="preserve"> số</w:t>
            </w:r>
          </w:p>
        </w:tc>
        <w:tc>
          <w:tcPr>
            <w:tcW w:w="709" w:type="dxa"/>
            <w:vMerge w:val="restart"/>
            <w:vAlign w:val="center"/>
          </w:tcPr>
          <w:p w14:paraId="1762B0AE" w14:textId="77777777" w:rsidR="00E91A42" w:rsidRPr="00E91A42" w:rsidRDefault="00E91A42" w:rsidP="00A701F9">
            <w:pPr>
              <w:jc w:val="center"/>
              <w:rPr>
                <w:sz w:val="28"/>
                <w:szCs w:val="28"/>
              </w:rPr>
            </w:pPr>
            <w:r w:rsidRPr="00E91A42">
              <w:rPr>
                <w:sz w:val="28"/>
                <w:szCs w:val="28"/>
              </w:rPr>
              <w:t xml:space="preserve">Năm </w:t>
            </w:r>
          </w:p>
          <w:p w14:paraId="4020AEAB" w14:textId="77777777" w:rsidR="00E91A42" w:rsidRPr="00E91A42" w:rsidRDefault="00E91A42" w:rsidP="00A701F9">
            <w:pPr>
              <w:jc w:val="center"/>
              <w:rPr>
                <w:sz w:val="28"/>
                <w:szCs w:val="28"/>
              </w:rPr>
            </w:pPr>
            <w:r w:rsidRPr="00E91A42">
              <w:rPr>
                <w:sz w:val="28"/>
                <w:szCs w:val="28"/>
              </w:rPr>
              <w:t>thứ nhất</w:t>
            </w:r>
          </w:p>
        </w:tc>
        <w:tc>
          <w:tcPr>
            <w:tcW w:w="709" w:type="dxa"/>
            <w:vMerge w:val="restart"/>
            <w:vAlign w:val="center"/>
          </w:tcPr>
          <w:p w14:paraId="40D9BD73" w14:textId="77777777" w:rsidR="00E91A42" w:rsidRPr="00E91A42" w:rsidRDefault="00E91A42" w:rsidP="00A701F9">
            <w:pPr>
              <w:jc w:val="center"/>
              <w:rPr>
                <w:sz w:val="28"/>
                <w:szCs w:val="28"/>
              </w:rPr>
            </w:pPr>
            <w:r w:rsidRPr="00E91A42">
              <w:rPr>
                <w:sz w:val="28"/>
                <w:szCs w:val="28"/>
              </w:rPr>
              <w:t xml:space="preserve">Năm </w:t>
            </w:r>
          </w:p>
          <w:p w14:paraId="7C45AAC2" w14:textId="77777777" w:rsidR="00E91A42" w:rsidRPr="00E91A42" w:rsidRDefault="00E91A42" w:rsidP="00A701F9">
            <w:pPr>
              <w:jc w:val="center"/>
              <w:rPr>
                <w:sz w:val="28"/>
                <w:szCs w:val="28"/>
              </w:rPr>
            </w:pPr>
            <w:r w:rsidRPr="00E91A42">
              <w:rPr>
                <w:sz w:val="28"/>
                <w:szCs w:val="28"/>
              </w:rPr>
              <w:t>thứ hai</w:t>
            </w:r>
          </w:p>
        </w:tc>
        <w:tc>
          <w:tcPr>
            <w:tcW w:w="826" w:type="dxa"/>
            <w:vMerge w:val="restart"/>
            <w:vAlign w:val="center"/>
          </w:tcPr>
          <w:p w14:paraId="17B4C758" w14:textId="77777777" w:rsidR="00E91A42" w:rsidRPr="00E91A42" w:rsidRDefault="00E91A42" w:rsidP="00A701F9">
            <w:pPr>
              <w:jc w:val="center"/>
              <w:rPr>
                <w:sz w:val="28"/>
                <w:szCs w:val="28"/>
              </w:rPr>
            </w:pPr>
            <w:r w:rsidRPr="00E91A42">
              <w:rPr>
                <w:sz w:val="28"/>
                <w:szCs w:val="28"/>
              </w:rPr>
              <w:t xml:space="preserve">Năm </w:t>
            </w:r>
          </w:p>
          <w:p w14:paraId="0D503FFB" w14:textId="77777777" w:rsidR="00E91A42" w:rsidRPr="00E91A42" w:rsidRDefault="00E91A42" w:rsidP="00A701F9">
            <w:pPr>
              <w:jc w:val="center"/>
              <w:rPr>
                <w:sz w:val="28"/>
                <w:szCs w:val="28"/>
              </w:rPr>
            </w:pPr>
            <w:r w:rsidRPr="00E91A42">
              <w:rPr>
                <w:sz w:val="28"/>
                <w:szCs w:val="28"/>
              </w:rPr>
              <w:t>thứ ba</w:t>
            </w:r>
          </w:p>
        </w:tc>
      </w:tr>
      <w:tr w:rsidR="00E91A42" w:rsidRPr="00E91A42" w14:paraId="2C6BF69A" w14:textId="77777777" w:rsidTr="00A701F9">
        <w:trPr>
          <w:trHeight w:val="1739"/>
        </w:trPr>
        <w:tc>
          <w:tcPr>
            <w:tcW w:w="567" w:type="dxa"/>
            <w:vMerge/>
          </w:tcPr>
          <w:p w14:paraId="297DF8CC" w14:textId="77777777" w:rsidR="00E91A42" w:rsidRPr="00E91A42" w:rsidRDefault="00E91A42" w:rsidP="00A701F9">
            <w:pPr>
              <w:spacing w:before="60" w:after="60"/>
              <w:jc w:val="center"/>
              <w:rPr>
                <w:sz w:val="28"/>
                <w:szCs w:val="28"/>
              </w:rPr>
            </w:pPr>
          </w:p>
        </w:tc>
        <w:tc>
          <w:tcPr>
            <w:tcW w:w="1579" w:type="dxa"/>
            <w:vMerge/>
          </w:tcPr>
          <w:p w14:paraId="60BE8346" w14:textId="77777777" w:rsidR="00E91A42" w:rsidRPr="00E91A42" w:rsidRDefault="00E91A42" w:rsidP="00A701F9">
            <w:pPr>
              <w:spacing w:before="60" w:after="60"/>
              <w:rPr>
                <w:sz w:val="28"/>
                <w:szCs w:val="28"/>
              </w:rPr>
            </w:pPr>
          </w:p>
        </w:tc>
        <w:tc>
          <w:tcPr>
            <w:tcW w:w="810" w:type="dxa"/>
            <w:vMerge/>
          </w:tcPr>
          <w:p w14:paraId="07BEF41E" w14:textId="77777777" w:rsidR="00E91A42" w:rsidRPr="00E91A42" w:rsidRDefault="00E91A42" w:rsidP="00A701F9">
            <w:pPr>
              <w:spacing w:before="60" w:after="60"/>
              <w:jc w:val="center"/>
              <w:rPr>
                <w:sz w:val="28"/>
                <w:szCs w:val="28"/>
              </w:rPr>
            </w:pPr>
          </w:p>
        </w:tc>
        <w:tc>
          <w:tcPr>
            <w:tcW w:w="810" w:type="dxa"/>
            <w:vMerge/>
          </w:tcPr>
          <w:p w14:paraId="43A7D4A7" w14:textId="77777777" w:rsidR="00E91A42" w:rsidRPr="00E91A42" w:rsidRDefault="00E91A42" w:rsidP="00A701F9">
            <w:pPr>
              <w:spacing w:before="60" w:after="60"/>
              <w:jc w:val="center"/>
              <w:rPr>
                <w:sz w:val="28"/>
                <w:szCs w:val="28"/>
              </w:rPr>
            </w:pPr>
          </w:p>
        </w:tc>
        <w:tc>
          <w:tcPr>
            <w:tcW w:w="630" w:type="dxa"/>
            <w:vMerge/>
          </w:tcPr>
          <w:p w14:paraId="1895D586" w14:textId="77777777" w:rsidR="00E91A42" w:rsidRPr="00E91A42" w:rsidRDefault="00E91A42" w:rsidP="00A701F9">
            <w:pPr>
              <w:spacing w:before="60" w:after="60"/>
              <w:jc w:val="center"/>
              <w:rPr>
                <w:sz w:val="28"/>
                <w:szCs w:val="28"/>
              </w:rPr>
            </w:pPr>
          </w:p>
        </w:tc>
        <w:tc>
          <w:tcPr>
            <w:tcW w:w="900" w:type="dxa"/>
            <w:vMerge/>
          </w:tcPr>
          <w:p w14:paraId="472D3AC3" w14:textId="77777777" w:rsidR="00E91A42" w:rsidRPr="00E91A42" w:rsidRDefault="00E91A42" w:rsidP="00A701F9">
            <w:pPr>
              <w:spacing w:before="60" w:after="60"/>
              <w:jc w:val="center"/>
              <w:rPr>
                <w:sz w:val="28"/>
                <w:szCs w:val="28"/>
              </w:rPr>
            </w:pPr>
          </w:p>
        </w:tc>
        <w:tc>
          <w:tcPr>
            <w:tcW w:w="720" w:type="dxa"/>
            <w:vAlign w:val="center"/>
          </w:tcPr>
          <w:p w14:paraId="2D3436D0" w14:textId="77777777" w:rsidR="00E91A42" w:rsidRPr="00E91A42" w:rsidRDefault="00E91A42" w:rsidP="00A701F9">
            <w:pPr>
              <w:spacing w:before="60" w:after="60"/>
              <w:jc w:val="center"/>
              <w:rPr>
                <w:sz w:val="28"/>
                <w:szCs w:val="28"/>
              </w:rPr>
            </w:pPr>
            <w:r w:rsidRPr="00E91A42">
              <w:rPr>
                <w:sz w:val="28"/>
                <w:szCs w:val="28"/>
              </w:rPr>
              <w:t>Kinh phí</w:t>
            </w:r>
          </w:p>
        </w:tc>
        <w:tc>
          <w:tcPr>
            <w:tcW w:w="900" w:type="dxa"/>
            <w:vAlign w:val="center"/>
          </w:tcPr>
          <w:p w14:paraId="47279996"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20" w:type="dxa"/>
            <w:vAlign w:val="center"/>
          </w:tcPr>
          <w:p w14:paraId="553BE908"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7667B411"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20" w:type="dxa"/>
            <w:vAlign w:val="center"/>
          </w:tcPr>
          <w:p w14:paraId="0373DA0E"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0E80F187" w14:textId="77777777" w:rsidR="00E91A42" w:rsidRPr="00E91A42" w:rsidRDefault="00E91A42" w:rsidP="00A701F9">
            <w:pPr>
              <w:spacing w:before="50" w:after="50"/>
              <w:jc w:val="center"/>
              <w:rPr>
                <w:sz w:val="28"/>
                <w:szCs w:val="28"/>
              </w:rPr>
            </w:pPr>
            <w:r w:rsidRPr="00E91A42">
              <w:rPr>
                <w:sz w:val="28"/>
                <w:szCs w:val="28"/>
              </w:rPr>
              <w:t xml:space="preserve">Trong đó, khoán chi theo quy   định </w:t>
            </w:r>
          </w:p>
        </w:tc>
        <w:tc>
          <w:tcPr>
            <w:tcW w:w="720" w:type="dxa"/>
            <w:vAlign w:val="center"/>
          </w:tcPr>
          <w:p w14:paraId="03BE827E" w14:textId="77777777" w:rsidR="00E91A42" w:rsidRPr="00E91A42" w:rsidRDefault="00E91A42" w:rsidP="00A701F9">
            <w:pPr>
              <w:spacing w:before="60" w:after="60"/>
              <w:jc w:val="center"/>
              <w:rPr>
                <w:sz w:val="28"/>
                <w:szCs w:val="28"/>
              </w:rPr>
            </w:pPr>
            <w:r w:rsidRPr="00E91A42">
              <w:rPr>
                <w:sz w:val="28"/>
                <w:szCs w:val="28"/>
              </w:rPr>
              <w:t>Kinh phí</w:t>
            </w:r>
          </w:p>
        </w:tc>
        <w:tc>
          <w:tcPr>
            <w:tcW w:w="810" w:type="dxa"/>
            <w:vAlign w:val="center"/>
          </w:tcPr>
          <w:p w14:paraId="3EA0C2F6"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16" w:type="dxa"/>
            <w:vMerge/>
            <w:vAlign w:val="center"/>
          </w:tcPr>
          <w:p w14:paraId="38643122" w14:textId="77777777" w:rsidR="00E91A42" w:rsidRPr="00E91A42" w:rsidRDefault="00E91A42" w:rsidP="00A701F9">
            <w:pPr>
              <w:spacing w:before="60" w:after="60"/>
              <w:jc w:val="center"/>
              <w:rPr>
                <w:b/>
                <w:sz w:val="28"/>
                <w:szCs w:val="28"/>
              </w:rPr>
            </w:pPr>
          </w:p>
        </w:tc>
        <w:tc>
          <w:tcPr>
            <w:tcW w:w="709" w:type="dxa"/>
            <w:vMerge/>
            <w:vAlign w:val="center"/>
          </w:tcPr>
          <w:p w14:paraId="76BDB00D" w14:textId="77777777" w:rsidR="00E91A42" w:rsidRPr="00E91A42" w:rsidRDefault="00E91A42" w:rsidP="00A701F9">
            <w:pPr>
              <w:spacing w:before="60" w:after="60"/>
              <w:jc w:val="center"/>
              <w:rPr>
                <w:sz w:val="28"/>
                <w:szCs w:val="28"/>
              </w:rPr>
            </w:pPr>
          </w:p>
        </w:tc>
        <w:tc>
          <w:tcPr>
            <w:tcW w:w="709" w:type="dxa"/>
            <w:vMerge/>
            <w:vAlign w:val="center"/>
          </w:tcPr>
          <w:p w14:paraId="6617E698" w14:textId="77777777" w:rsidR="00E91A42" w:rsidRPr="00E91A42" w:rsidRDefault="00E91A42" w:rsidP="00A701F9">
            <w:pPr>
              <w:spacing w:before="60" w:after="60"/>
              <w:jc w:val="center"/>
              <w:rPr>
                <w:sz w:val="28"/>
                <w:szCs w:val="28"/>
              </w:rPr>
            </w:pPr>
          </w:p>
        </w:tc>
        <w:tc>
          <w:tcPr>
            <w:tcW w:w="826" w:type="dxa"/>
            <w:vMerge/>
            <w:vAlign w:val="center"/>
          </w:tcPr>
          <w:p w14:paraId="3DF6496F" w14:textId="77777777" w:rsidR="00E91A42" w:rsidRPr="00E91A42" w:rsidRDefault="00E91A42" w:rsidP="00A701F9">
            <w:pPr>
              <w:spacing w:before="60" w:after="60"/>
              <w:jc w:val="center"/>
              <w:rPr>
                <w:sz w:val="28"/>
                <w:szCs w:val="28"/>
              </w:rPr>
            </w:pPr>
          </w:p>
        </w:tc>
      </w:tr>
      <w:tr w:rsidR="00E91A42" w:rsidRPr="00E91A42" w14:paraId="7715476F" w14:textId="77777777" w:rsidTr="00A701F9">
        <w:tc>
          <w:tcPr>
            <w:tcW w:w="567" w:type="dxa"/>
          </w:tcPr>
          <w:p w14:paraId="44E02C2A" w14:textId="77777777" w:rsidR="00E91A42" w:rsidRPr="00E91A42" w:rsidRDefault="00E91A42" w:rsidP="00A701F9">
            <w:pPr>
              <w:spacing w:before="40" w:after="40"/>
              <w:jc w:val="center"/>
              <w:rPr>
                <w:i/>
                <w:sz w:val="28"/>
                <w:szCs w:val="28"/>
              </w:rPr>
            </w:pPr>
            <w:r w:rsidRPr="00E91A42">
              <w:rPr>
                <w:i/>
                <w:sz w:val="28"/>
                <w:szCs w:val="28"/>
              </w:rPr>
              <w:t>1</w:t>
            </w:r>
          </w:p>
        </w:tc>
        <w:tc>
          <w:tcPr>
            <w:tcW w:w="1579" w:type="dxa"/>
          </w:tcPr>
          <w:p w14:paraId="670B2644" w14:textId="77777777" w:rsidR="00E91A42" w:rsidRPr="00E91A42" w:rsidRDefault="00E91A42" w:rsidP="00A701F9">
            <w:pPr>
              <w:spacing w:before="40" w:after="40"/>
              <w:jc w:val="center"/>
              <w:rPr>
                <w:i/>
                <w:sz w:val="28"/>
                <w:szCs w:val="28"/>
              </w:rPr>
            </w:pPr>
            <w:r w:rsidRPr="00E91A42">
              <w:rPr>
                <w:i/>
                <w:sz w:val="28"/>
                <w:szCs w:val="28"/>
              </w:rPr>
              <w:t>2</w:t>
            </w:r>
          </w:p>
        </w:tc>
        <w:tc>
          <w:tcPr>
            <w:tcW w:w="810" w:type="dxa"/>
          </w:tcPr>
          <w:p w14:paraId="31C7E4D5" w14:textId="77777777" w:rsidR="00E91A42" w:rsidRPr="00E91A42" w:rsidRDefault="00E91A42" w:rsidP="00A701F9">
            <w:pPr>
              <w:spacing w:before="40" w:after="40"/>
              <w:jc w:val="center"/>
              <w:rPr>
                <w:i/>
                <w:sz w:val="28"/>
                <w:szCs w:val="28"/>
              </w:rPr>
            </w:pPr>
            <w:r w:rsidRPr="00E91A42">
              <w:rPr>
                <w:i/>
                <w:sz w:val="28"/>
                <w:szCs w:val="28"/>
              </w:rPr>
              <w:t>3</w:t>
            </w:r>
          </w:p>
        </w:tc>
        <w:tc>
          <w:tcPr>
            <w:tcW w:w="810" w:type="dxa"/>
          </w:tcPr>
          <w:p w14:paraId="5CA288F5" w14:textId="77777777" w:rsidR="00E91A42" w:rsidRPr="00E91A42" w:rsidRDefault="00E91A42" w:rsidP="00A701F9">
            <w:pPr>
              <w:spacing w:before="40" w:after="40"/>
              <w:jc w:val="center"/>
              <w:rPr>
                <w:i/>
                <w:sz w:val="28"/>
                <w:szCs w:val="28"/>
              </w:rPr>
            </w:pPr>
            <w:r w:rsidRPr="00E91A42">
              <w:rPr>
                <w:i/>
                <w:sz w:val="28"/>
                <w:szCs w:val="28"/>
              </w:rPr>
              <w:t>4</w:t>
            </w:r>
          </w:p>
        </w:tc>
        <w:tc>
          <w:tcPr>
            <w:tcW w:w="630" w:type="dxa"/>
          </w:tcPr>
          <w:p w14:paraId="626D0714" w14:textId="77777777" w:rsidR="00E91A42" w:rsidRPr="00E91A42" w:rsidRDefault="00E91A42" w:rsidP="00A701F9">
            <w:pPr>
              <w:spacing w:before="40" w:after="40"/>
              <w:jc w:val="center"/>
              <w:rPr>
                <w:i/>
                <w:sz w:val="28"/>
                <w:szCs w:val="28"/>
              </w:rPr>
            </w:pPr>
            <w:r w:rsidRPr="00E91A42">
              <w:rPr>
                <w:i/>
                <w:sz w:val="28"/>
                <w:szCs w:val="28"/>
              </w:rPr>
              <w:t>5</w:t>
            </w:r>
          </w:p>
        </w:tc>
        <w:tc>
          <w:tcPr>
            <w:tcW w:w="900" w:type="dxa"/>
          </w:tcPr>
          <w:p w14:paraId="0BB56F92" w14:textId="77777777" w:rsidR="00E91A42" w:rsidRPr="00E91A42" w:rsidRDefault="00E91A42" w:rsidP="00A701F9">
            <w:pPr>
              <w:spacing w:before="40" w:after="40"/>
              <w:jc w:val="center"/>
              <w:rPr>
                <w:i/>
                <w:sz w:val="28"/>
                <w:szCs w:val="28"/>
              </w:rPr>
            </w:pPr>
            <w:r w:rsidRPr="00E91A42">
              <w:rPr>
                <w:i/>
                <w:sz w:val="28"/>
                <w:szCs w:val="28"/>
              </w:rPr>
              <w:t>6</w:t>
            </w:r>
          </w:p>
        </w:tc>
        <w:tc>
          <w:tcPr>
            <w:tcW w:w="720" w:type="dxa"/>
            <w:vAlign w:val="center"/>
          </w:tcPr>
          <w:p w14:paraId="4A85FDB1" w14:textId="77777777" w:rsidR="00E91A42" w:rsidRPr="00E91A42" w:rsidRDefault="00E91A42" w:rsidP="00A701F9">
            <w:pPr>
              <w:spacing w:before="40" w:after="40"/>
              <w:jc w:val="center"/>
              <w:rPr>
                <w:i/>
                <w:sz w:val="28"/>
                <w:szCs w:val="28"/>
              </w:rPr>
            </w:pPr>
            <w:r w:rsidRPr="00E91A42">
              <w:rPr>
                <w:i/>
                <w:sz w:val="28"/>
                <w:szCs w:val="28"/>
              </w:rPr>
              <w:t>7</w:t>
            </w:r>
          </w:p>
        </w:tc>
        <w:tc>
          <w:tcPr>
            <w:tcW w:w="900" w:type="dxa"/>
            <w:vAlign w:val="center"/>
          </w:tcPr>
          <w:p w14:paraId="11625E59" w14:textId="77777777" w:rsidR="00E91A42" w:rsidRPr="00E91A42" w:rsidRDefault="00E91A42" w:rsidP="00A701F9">
            <w:pPr>
              <w:spacing w:before="40" w:after="40"/>
              <w:jc w:val="center"/>
              <w:rPr>
                <w:i/>
                <w:sz w:val="28"/>
                <w:szCs w:val="28"/>
              </w:rPr>
            </w:pPr>
            <w:r w:rsidRPr="00E91A42">
              <w:rPr>
                <w:i/>
                <w:sz w:val="28"/>
                <w:szCs w:val="28"/>
              </w:rPr>
              <w:t>8</w:t>
            </w:r>
          </w:p>
        </w:tc>
        <w:tc>
          <w:tcPr>
            <w:tcW w:w="720" w:type="dxa"/>
            <w:vAlign w:val="center"/>
          </w:tcPr>
          <w:p w14:paraId="05CA3728" w14:textId="77777777" w:rsidR="00E91A42" w:rsidRPr="00E91A42" w:rsidRDefault="00E91A42" w:rsidP="00A701F9">
            <w:pPr>
              <w:spacing w:before="40" w:after="40"/>
              <w:jc w:val="center"/>
              <w:rPr>
                <w:i/>
                <w:sz w:val="28"/>
                <w:szCs w:val="28"/>
              </w:rPr>
            </w:pPr>
            <w:r w:rsidRPr="00E91A42">
              <w:rPr>
                <w:i/>
                <w:sz w:val="28"/>
                <w:szCs w:val="28"/>
              </w:rPr>
              <w:t>9</w:t>
            </w:r>
          </w:p>
        </w:tc>
        <w:tc>
          <w:tcPr>
            <w:tcW w:w="810" w:type="dxa"/>
            <w:vAlign w:val="center"/>
          </w:tcPr>
          <w:p w14:paraId="39B29D33" w14:textId="77777777" w:rsidR="00E91A42" w:rsidRPr="00E91A42" w:rsidRDefault="00E91A42" w:rsidP="00A701F9">
            <w:pPr>
              <w:spacing w:before="40" w:after="40"/>
              <w:jc w:val="center"/>
              <w:rPr>
                <w:i/>
                <w:sz w:val="28"/>
                <w:szCs w:val="28"/>
              </w:rPr>
            </w:pPr>
            <w:r w:rsidRPr="00E91A42">
              <w:rPr>
                <w:i/>
                <w:sz w:val="28"/>
                <w:szCs w:val="28"/>
              </w:rPr>
              <w:t>10</w:t>
            </w:r>
          </w:p>
        </w:tc>
        <w:tc>
          <w:tcPr>
            <w:tcW w:w="720" w:type="dxa"/>
            <w:vAlign w:val="center"/>
          </w:tcPr>
          <w:p w14:paraId="144572B0" w14:textId="77777777" w:rsidR="00E91A42" w:rsidRPr="00E91A42" w:rsidRDefault="00E91A42" w:rsidP="00A701F9">
            <w:pPr>
              <w:spacing w:before="40" w:after="40"/>
              <w:jc w:val="center"/>
              <w:rPr>
                <w:i/>
                <w:sz w:val="28"/>
                <w:szCs w:val="28"/>
              </w:rPr>
            </w:pPr>
            <w:r w:rsidRPr="00E91A42">
              <w:rPr>
                <w:i/>
                <w:sz w:val="28"/>
                <w:szCs w:val="28"/>
              </w:rPr>
              <w:t>11</w:t>
            </w:r>
          </w:p>
        </w:tc>
        <w:tc>
          <w:tcPr>
            <w:tcW w:w="810" w:type="dxa"/>
            <w:vAlign w:val="center"/>
          </w:tcPr>
          <w:p w14:paraId="474D9684" w14:textId="77777777" w:rsidR="00E91A42" w:rsidRPr="00E91A42" w:rsidRDefault="00E91A42" w:rsidP="00A701F9">
            <w:pPr>
              <w:spacing w:before="40" w:after="40"/>
              <w:jc w:val="center"/>
              <w:rPr>
                <w:i/>
                <w:sz w:val="28"/>
                <w:szCs w:val="28"/>
              </w:rPr>
            </w:pPr>
            <w:r w:rsidRPr="00E91A42">
              <w:rPr>
                <w:i/>
                <w:sz w:val="28"/>
                <w:szCs w:val="28"/>
              </w:rPr>
              <w:t>12</w:t>
            </w:r>
          </w:p>
        </w:tc>
        <w:tc>
          <w:tcPr>
            <w:tcW w:w="720" w:type="dxa"/>
            <w:vAlign w:val="center"/>
          </w:tcPr>
          <w:p w14:paraId="069411DC" w14:textId="77777777" w:rsidR="00E91A42" w:rsidRPr="00E91A42" w:rsidRDefault="00E91A42" w:rsidP="00A701F9">
            <w:pPr>
              <w:spacing w:before="40" w:after="40"/>
              <w:jc w:val="center"/>
              <w:rPr>
                <w:i/>
                <w:sz w:val="28"/>
                <w:szCs w:val="28"/>
              </w:rPr>
            </w:pPr>
            <w:r w:rsidRPr="00E91A42">
              <w:rPr>
                <w:i/>
                <w:sz w:val="28"/>
                <w:szCs w:val="28"/>
              </w:rPr>
              <w:t>13</w:t>
            </w:r>
          </w:p>
        </w:tc>
        <w:tc>
          <w:tcPr>
            <w:tcW w:w="810" w:type="dxa"/>
            <w:vAlign w:val="center"/>
          </w:tcPr>
          <w:p w14:paraId="797DD878" w14:textId="77777777" w:rsidR="00E91A42" w:rsidRPr="00E91A42" w:rsidRDefault="00E91A42" w:rsidP="00A701F9">
            <w:pPr>
              <w:spacing w:before="40" w:after="40"/>
              <w:jc w:val="center"/>
              <w:rPr>
                <w:i/>
                <w:sz w:val="28"/>
                <w:szCs w:val="28"/>
              </w:rPr>
            </w:pPr>
            <w:r w:rsidRPr="00E91A42">
              <w:rPr>
                <w:i/>
                <w:sz w:val="28"/>
                <w:szCs w:val="28"/>
              </w:rPr>
              <w:t>14</w:t>
            </w:r>
          </w:p>
        </w:tc>
        <w:tc>
          <w:tcPr>
            <w:tcW w:w="816" w:type="dxa"/>
          </w:tcPr>
          <w:p w14:paraId="6BE67298" w14:textId="77777777" w:rsidR="00E91A42" w:rsidRPr="00E91A42" w:rsidRDefault="00E91A42" w:rsidP="00A701F9">
            <w:pPr>
              <w:spacing w:before="40" w:after="40"/>
              <w:jc w:val="center"/>
              <w:rPr>
                <w:i/>
                <w:sz w:val="28"/>
                <w:szCs w:val="28"/>
              </w:rPr>
            </w:pPr>
            <w:r w:rsidRPr="00E91A42">
              <w:rPr>
                <w:i/>
                <w:sz w:val="28"/>
                <w:szCs w:val="28"/>
              </w:rPr>
              <w:t>15</w:t>
            </w:r>
          </w:p>
        </w:tc>
        <w:tc>
          <w:tcPr>
            <w:tcW w:w="709" w:type="dxa"/>
          </w:tcPr>
          <w:p w14:paraId="02C72CEE" w14:textId="77777777" w:rsidR="00E91A42" w:rsidRPr="00E91A42" w:rsidRDefault="00E91A42" w:rsidP="00A701F9">
            <w:pPr>
              <w:spacing w:before="40" w:after="40"/>
              <w:jc w:val="center"/>
              <w:rPr>
                <w:i/>
                <w:sz w:val="28"/>
                <w:szCs w:val="28"/>
              </w:rPr>
            </w:pPr>
            <w:r w:rsidRPr="00E91A42">
              <w:rPr>
                <w:i/>
                <w:sz w:val="28"/>
                <w:szCs w:val="28"/>
              </w:rPr>
              <w:t>16</w:t>
            </w:r>
          </w:p>
        </w:tc>
        <w:tc>
          <w:tcPr>
            <w:tcW w:w="709" w:type="dxa"/>
          </w:tcPr>
          <w:p w14:paraId="2E1355BE" w14:textId="77777777" w:rsidR="00E91A42" w:rsidRPr="00E91A42" w:rsidRDefault="00E91A42" w:rsidP="00A701F9">
            <w:pPr>
              <w:spacing w:before="40" w:after="40"/>
              <w:jc w:val="center"/>
              <w:rPr>
                <w:i/>
                <w:sz w:val="28"/>
                <w:szCs w:val="28"/>
              </w:rPr>
            </w:pPr>
            <w:r w:rsidRPr="00E91A42">
              <w:rPr>
                <w:i/>
                <w:sz w:val="28"/>
                <w:szCs w:val="28"/>
              </w:rPr>
              <w:t>17</w:t>
            </w:r>
          </w:p>
        </w:tc>
        <w:tc>
          <w:tcPr>
            <w:tcW w:w="826" w:type="dxa"/>
          </w:tcPr>
          <w:p w14:paraId="36CD251B" w14:textId="77777777" w:rsidR="00E91A42" w:rsidRPr="00E91A42" w:rsidRDefault="00E91A42" w:rsidP="00A701F9">
            <w:pPr>
              <w:spacing w:before="40" w:after="40"/>
              <w:jc w:val="center"/>
              <w:rPr>
                <w:i/>
                <w:sz w:val="28"/>
                <w:szCs w:val="28"/>
              </w:rPr>
            </w:pPr>
            <w:r w:rsidRPr="00E91A42">
              <w:rPr>
                <w:i/>
                <w:sz w:val="28"/>
                <w:szCs w:val="28"/>
              </w:rPr>
              <w:t>18</w:t>
            </w:r>
          </w:p>
        </w:tc>
      </w:tr>
      <w:tr w:rsidR="00E91A42" w:rsidRPr="00E91A42" w14:paraId="7C302E15" w14:textId="77777777" w:rsidTr="00A701F9">
        <w:tc>
          <w:tcPr>
            <w:tcW w:w="567" w:type="dxa"/>
          </w:tcPr>
          <w:p w14:paraId="06626A3C" w14:textId="77777777" w:rsidR="00E91A42" w:rsidRPr="00E91A42" w:rsidRDefault="00E91A42" w:rsidP="00A701F9">
            <w:pPr>
              <w:spacing w:before="60" w:after="60"/>
              <w:jc w:val="center"/>
              <w:rPr>
                <w:b/>
                <w:sz w:val="28"/>
                <w:szCs w:val="28"/>
              </w:rPr>
            </w:pPr>
            <w:r w:rsidRPr="00E91A42">
              <w:rPr>
                <w:b/>
                <w:sz w:val="28"/>
                <w:szCs w:val="28"/>
              </w:rPr>
              <w:t>I</w:t>
            </w:r>
          </w:p>
        </w:tc>
        <w:tc>
          <w:tcPr>
            <w:tcW w:w="1579" w:type="dxa"/>
          </w:tcPr>
          <w:p w14:paraId="08922B7C" w14:textId="77777777" w:rsidR="00E91A42" w:rsidRPr="00E91A42" w:rsidRDefault="00E91A42" w:rsidP="00A701F9">
            <w:pPr>
              <w:spacing w:before="60" w:after="60"/>
              <w:jc w:val="both"/>
              <w:rPr>
                <w:b/>
                <w:sz w:val="28"/>
                <w:szCs w:val="28"/>
              </w:rPr>
            </w:pPr>
            <w:r w:rsidRPr="00E91A42">
              <w:rPr>
                <w:b/>
                <w:sz w:val="28"/>
                <w:szCs w:val="28"/>
              </w:rPr>
              <w:t>Nội dung 1</w:t>
            </w:r>
          </w:p>
        </w:tc>
        <w:tc>
          <w:tcPr>
            <w:tcW w:w="810" w:type="dxa"/>
          </w:tcPr>
          <w:p w14:paraId="6A9AE38D" w14:textId="77777777" w:rsidR="00E91A42" w:rsidRPr="00E91A42" w:rsidRDefault="00E91A42" w:rsidP="00A701F9">
            <w:pPr>
              <w:spacing w:before="60" w:after="60"/>
              <w:jc w:val="center"/>
              <w:rPr>
                <w:sz w:val="28"/>
                <w:szCs w:val="28"/>
              </w:rPr>
            </w:pPr>
          </w:p>
        </w:tc>
        <w:tc>
          <w:tcPr>
            <w:tcW w:w="810" w:type="dxa"/>
          </w:tcPr>
          <w:p w14:paraId="53187834" w14:textId="77777777" w:rsidR="00E91A42" w:rsidRPr="00E91A42" w:rsidRDefault="00E91A42" w:rsidP="00A701F9">
            <w:pPr>
              <w:spacing w:before="60" w:after="60"/>
              <w:jc w:val="center"/>
              <w:rPr>
                <w:sz w:val="28"/>
                <w:szCs w:val="28"/>
              </w:rPr>
            </w:pPr>
          </w:p>
        </w:tc>
        <w:tc>
          <w:tcPr>
            <w:tcW w:w="630" w:type="dxa"/>
          </w:tcPr>
          <w:p w14:paraId="6CC856E1" w14:textId="77777777" w:rsidR="00E91A42" w:rsidRPr="00E91A42" w:rsidRDefault="00E91A42" w:rsidP="00A701F9">
            <w:pPr>
              <w:spacing w:before="60" w:after="60"/>
              <w:jc w:val="center"/>
              <w:rPr>
                <w:sz w:val="28"/>
                <w:szCs w:val="28"/>
              </w:rPr>
            </w:pPr>
          </w:p>
        </w:tc>
        <w:tc>
          <w:tcPr>
            <w:tcW w:w="900" w:type="dxa"/>
          </w:tcPr>
          <w:p w14:paraId="5CB9D678" w14:textId="77777777" w:rsidR="00E91A42" w:rsidRPr="00E91A42" w:rsidRDefault="00E91A42" w:rsidP="00A701F9">
            <w:pPr>
              <w:spacing w:before="60" w:after="60"/>
              <w:jc w:val="center"/>
              <w:rPr>
                <w:sz w:val="28"/>
                <w:szCs w:val="28"/>
              </w:rPr>
            </w:pPr>
          </w:p>
        </w:tc>
        <w:tc>
          <w:tcPr>
            <w:tcW w:w="720" w:type="dxa"/>
            <w:vAlign w:val="center"/>
          </w:tcPr>
          <w:p w14:paraId="6065A69D" w14:textId="77777777" w:rsidR="00E91A42" w:rsidRPr="00E91A42" w:rsidRDefault="00E91A42" w:rsidP="00A701F9">
            <w:pPr>
              <w:spacing w:before="60" w:after="60"/>
              <w:jc w:val="center"/>
              <w:rPr>
                <w:sz w:val="28"/>
                <w:szCs w:val="28"/>
              </w:rPr>
            </w:pPr>
          </w:p>
        </w:tc>
        <w:tc>
          <w:tcPr>
            <w:tcW w:w="900" w:type="dxa"/>
            <w:vAlign w:val="center"/>
          </w:tcPr>
          <w:p w14:paraId="36B5B9E4" w14:textId="77777777" w:rsidR="00E91A42" w:rsidRPr="00E91A42" w:rsidRDefault="00E91A42" w:rsidP="00A701F9">
            <w:pPr>
              <w:spacing w:before="50" w:after="50"/>
              <w:jc w:val="center"/>
              <w:rPr>
                <w:i/>
                <w:sz w:val="28"/>
                <w:szCs w:val="28"/>
              </w:rPr>
            </w:pPr>
          </w:p>
        </w:tc>
        <w:tc>
          <w:tcPr>
            <w:tcW w:w="720" w:type="dxa"/>
            <w:vAlign w:val="center"/>
          </w:tcPr>
          <w:p w14:paraId="74A92608" w14:textId="77777777" w:rsidR="00E91A42" w:rsidRPr="00E91A42" w:rsidRDefault="00E91A42" w:rsidP="00A701F9">
            <w:pPr>
              <w:spacing w:before="60" w:after="60"/>
              <w:jc w:val="center"/>
              <w:rPr>
                <w:sz w:val="28"/>
                <w:szCs w:val="28"/>
              </w:rPr>
            </w:pPr>
          </w:p>
        </w:tc>
        <w:tc>
          <w:tcPr>
            <w:tcW w:w="810" w:type="dxa"/>
            <w:vAlign w:val="center"/>
          </w:tcPr>
          <w:p w14:paraId="182508AE" w14:textId="77777777" w:rsidR="00E91A42" w:rsidRPr="00E91A42" w:rsidRDefault="00E91A42" w:rsidP="00A701F9">
            <w:pPr>
              <w:spacing w:before="50" w:after="50"/>
              <w:jc w:val="center"/>
              <w:rPr>
                <w:i/>
                <w:sz w:val="28"/>
                <w:szCs w:val="28"/>
              </w:rPr>
            </w:pPr>
          </w:p>
        </w:tc>
        <w:tc>
          <w:tcPr>
            <w:tcW w:w="720" w:type="dxa"/>
            <w:vAlign w:val="center"/>
          </w:tcPr>
          <w:p w14:paraId="5FCAB3C8" w14:textId="77777777" w:rsidR="00E91A42" w:rsidRPr="00E91A42" w:rsidRDefault="00E91A42" w:rsidP="00A701F9">
            <w:pPr>
              <w:spacing w:before="60" w:after="60"/>
              <w:jc w:val="center"/>
              <w:rPr>
                <w:sz w:val="28"/>
                <w:szCs w:val="28"/>
              </w:rPr>
            </w:pPr>
          </w:p>
        </w:tc>
        <w:tc>
          <w:tcPr>
            <w:tcW w:w="810" w:type="dxa"/>
            <w:vAlign w:val="center"/>
          </w:tcPr>
          <w:p w14:paraId="7E5FDED0" w14:textId="77777777" w:rsidR="00E91A42" w:rsidRPr="00E91A42" w:rsidRDefault="00E91A42" w:rsidP="00A701F9">
            <w:pPr>
              <w:spacing w:before="50" w:after="50"/>
              <w:jc w:val="center"/>
              <w:rPr>
                <w:i/>
                <w:sz w:val="28"/>
                <w:szCs w:val="28"/>
              </w:rPr>
            </w:pPr>
          </w:p>
        </w:tc>
        <w:tc>
          <w:tcPr>
            <w:tcW w:w="720" w:type="dxa"/>
            <w:vAlign w:val="center"/>
          </w:tcPr>
          <w:p w14:paraId="3EF3C5A0" w14:textId="77777777" w:rsidR="00E91A42" w:rsidRPr="00E91A42" w:rsidRDefault="00E91A42" w:rsidP="00A701F9">
            <w:pPr>
              <w:spacing w:before="60" w:after="60"/>
              <w:jc w:val="center"/>
              <w:rPr>
                <w:sz w:val="28"/>
                <w:szCs w:val="28"/>
              </w:rPr>
            </w:pPr>
          </w:p>
        </w:tc>
        <w:tc>
          <w:tcPr>
            <w:tcW w:w="810" w:type="dxa"/>
            <w:vAlign w:val="center"/>
          </w:tcPr>
          <w:p w14:paraId="28F172E7" w14:textId="77777777" w:rsidR="00E91A42" w:rsidRPr="00E91A42" w:rsidRDefault="00E91A42" w:rsidP="00A701F9">
            <w:pPr>
              <w:spacing w:before="50" w:after="50"/>
              <w:jc w:val="center"/>
              <w:rPr>
                <w:i/>
                <w:sz w:val="28"/>
                <w:szCs w:val="28"/>
              </w:rPr>
            </w:pPr>
          </w:p>
        </w:tc>
        <w:tc>
          <w:tcPr>
            <w:tcW w:w="816" w:type="dxa"/>
          </w:tcPr>
          <w:p w14:paraId="51D1D159" w14:textId="77777777" w:rsidR="00E91A42" w:rsidRPr="00E91A42" w:rsidRDefault="00E91A42" w:rsidP="00A701F9">
            <w:pPr>
              <w:spacing w:before="60" w:after="60"/>
              <w:jc w:val="center"/>
              <w:rPr>
                <w:sz w:val="28"/>
                <w:szCs w:val="28"/>
              </w:rPr>
            </w:pPr>
          </w:p>
        </w:tc>
        <w:tc>
          <w:tcPr>
            <w:tcW w:w="709" w:type="dxa"/>
          </w:tcPr>
          <w:p w14:paraId="79591D78" w14:textId="77777777" w:rsidR="00E91A42" w:rsidRPr="00E91A42" w:rsidRDefault="00E91A42" w:rsidP="00A701F9">
            <w:pPr>
              <w:spacing w:before="60" w:after="60"/>
              <w:jc w:val="center"/>
              <w:rPr>
                <w:sz w:val="28"/>
                <w:szCs w:val="28"/>
              </w:rPr>
            </w:pPr>
          </w:p>
        </w:tc>
        <w:tc>
          <w:tcPr>
            <w:tcW w:w="709" w:type="dxa"/>
          </w:tcPr>
          <w:p w14:paraId="6ACC7223" w14:textId="77777777" w:rsidR="00E91A42" w:rsidRPr="00E91A42" w:rsidRDefault="00E91A42" w:rsidP="00A701F9">
            <w:pPr>
              <w:spacing w:before="60" w:after="60"/>
              <w:jc w:val="center"/>
              <w:rPr>
                <w:sz w:val="28"/>
                <w:szCs w:val="28"/>
              </w:rPr>
            </w:pPr>
          </w:p>
        </w:tc>
        <w:tc>
          <w:tcPr>
            <w:tcW w:w="826" w:type="dxa"/>
          </w:tcPr>
          <w:p w14:paraId="40439822" w14:textId="77777777" w:rsidR="00E91A42" w:rsidRPr="00E91A42" w:rsidRDefault="00E91A42" w:rsidP="00A701F9">
            <w:pPr>
              <w:spacing w:before="60" w:after="60"/>
              <w:jc w:val="center"/>
              <w:rPr>
                <w:sz w:val="28"/>
                <w:szCs w:val="28"/>
              </w:rPr>
            </w:pPr>
          </w:p>
        </w:tc>
      </w:tr>
      <w:tr w:rsidR="00E91A42" w:rsidRPr="00E91A42" w14:paraId="4E185930" w14:textId="77777777" w:rsidTr="00A701F9">
        <w:tc>
          <w:tcPr>
            <w:tcW w:w="567" w:type="dxa"/>
          </w:tcPr>
          <w:p w14:paraId="5F64E4BF" w14:textId="77777777" w:rsidR="00E91A42" w:rsidRPr="00E91A42" w:rsidRDefault="00E91A42" w:rsidP="00A701F9">
            <w:pPr>
              <w:spacing w:before="60" w:after="60"/>
              <w:jc w:val="center"/>
              <w:rPr>
                <w:b/>
                <w:i/>
                <w:sz w:val="28"/>
                <w:szCs w:val="28"/>
              </w:rPr>
            </w:pPr>
            <w:r w:rsidRPr="00E91A42">
              <w:rPr>
                <w:b/>
                <w:i/>
                <w:sz w:val="28"/>
                <w:szCs w:val="28"/>
              </w:rPr>
              <w:t>I.1</w:t>
            </w:r>
          </w:p>
        </w:tc>
        <w:tc>
          <w:tcPr>
            <w:tcW w:w="1579" w:type="dxa"/>
          </w:tcPr>
          <w:p w14:paraId="3CA85CD0" w14:textId="77777777" w:rsidR="00E91A42" w:rsidRPr="00E91A42" w:rsidRDefault="00E91A42" w:rsidP="00A701F9">
            <w:pPr>
              <w:spacing w:before="60" w:after="60"/>
              <w:jc w:val="both"/>
              <w:rPr>
                <w:b/>
                <w:i/>
                <w:sz w:val="28"/>
                <w:szCs w:val="28"/>
              </w:rPr>
            </w:pPr>
            <w:r w:rsidRPr="00E91A42">
              <w:rPr>
                <w:b/>
                <w:i/>
                <w:sz w:val="28"/>
                <w:szCs w:val="28"/>
              </w:rPr>
              <w:t>Công việc 1</w:t>
            </w:r>
          </w:p>
        </w:tc>
        <w:tc>
          <w:tcPr>
            <w:tcW w:w="810" w:type="dxa"/>
          </w:tcPr>
          <w:p w14:paraId="21FD60D8" w14:textId="77777777" w:rsidR="00E91A42" w:rsidRPr="00E91A42" w:rsidRDefault="00E91A42" w:rsidP="00A701F9">
            <w:pPr>
              <w:spacing w:before="60" w:after="60"/>
              <w:jc w:val="center"/>
              <w:rPr>
                <w:sz w:val="28"/>
                <w:szCs w:val="28"/>
              </w:rPr>
            </w:pPr>
          </w:p>
        </w:tc>
        <w:tc>
          <w:tcPr>
            <w:tcW w:w="810" w:type="dxa"/>
          </w:tcPr>
          <w:p w14:paraId="10790AAD" w14:textId="77777777" w:rsidR="00E91A42" w:rsidRPr="00E91A42" w:rsidRDefault="00E91A42" w:rsidP="00A701F9">
            <w:pPr>
              <w:spacing w:before="60" w:after="60"/>
              <w:jc w:val="center"/>
              <w:rPr>
                <w:sz w:val="28"/>
                <w:szCs w:val="28"/>
              </w:rPr>
            </w:pPr>
          </w:p>
        </w:tc>
        <w:tc>
          <w:tcPr>
            <w:tcW w:w="630" w:type="dxa"/>
          </w:tcPr>
          <w:p w14:paraId="0E9B37E9" w14:textId="77777777" w:rsidR="00E91A42" w:rsidRPr="00E91A42" w:rsidRDefault="00E91A42" w:rsidP="00A701F9">
            <w:pPr>
              <w:spacing w:before="60" w:after="60"/>
              <w:jc w:val="center"/>
              <w:rPr>
                <w:sz w:val="28"/>
                <w:szCs w:val="28"/>
              </w:rPr>
            </w:pPr>
          </w:p>
        </w:tc>
        <w:tc>
          <w:tcPr>
            <w:tcW w:w="900" w:type="dxa"/>
          </w:tcPr>
          <w:p w14:paraId="73BCADCC" w14:textId="77777777" w:rsidR="00E91A42" w:rsidRPr="00E91A42" w:rsidRDefault="00E91A42" w:rsidP="00A701F9">
            <w:pPr>
              <w:spacing w:before="60" w:after="60"/>
              <w:jc w:val="center"/>
              <w:rPr>
                <w:sz w:val="28"/>
                <w:szCs w:val="28"/>
              </w:rPr>
            </w:pPr>
          </w:p>
        </w:tc>
        <w:tc>
          <w:tcPr>
            <w:tcW w:w="720" w:type="dxa"/>
            <w:vAlign w:val="center"/>
          </w:tcPr>
          <w:p w14:paraId="2864683E" w14:textId="77777777" w:rsidR="00E91A42" w:rsidRPr="00E91A42" w:rsidRDefault="00E91A42" w:rsidP="00A701F9">
            <w:pPr>
              <w:spacing w:before="60" w:after="60"/>
              <w:jc w:val="center"/>
              <w:rPr>
                <w:sz w:val="28"/>
                <w:szCs w:val="28"/>
              </w:rPr>
            </w:pPr>
          </w:p>
        </w:tc>
        <w:tc>
          <w:tcPr>
            <w:tcW w:w="900" w:type="dxa"/>
            <w:vAlign w:val="center"/>
          </w:tcPr>
          <w:p w14:paraId="2EFFD330" w14:textId="77777777" w:rsidR="00E91A42" w:rsidRPr="00E91A42" w:rsidRDefault="00E91A42" w:rsidP="00A701F9">
            <w:pPr>
              <w:spacing w:before="50" w:after="50"/>
              <w:jc w:val="center"/>
              <w:rPr>
                <w:i/>
                <w:sz w:val="28"/>
                <w:szCs w:val="28"/>
              </w:rPr>
            </w:pPr>
          </w:p>
        </w:tc>
        <w:tc>
          <w:tcPr>
            <w:tcW w:w="720" w:type="dxa"/>
            <w:vAlign w:val="center"/>
          </w:tcPr>
          <w:p w14:paraId="2755A8EA" w14:textId="77777777" w:rsidR="00E91A42" w:rsidRPr="00E91A42" w:rsidRDefault="00E91A42" w:rsidP="00A701F9">
            <w:pPr>
              <w:spacing w:before="60" w:after="60"/>
              <w:jc w:val="center"/>
              <w:rPr>
                <w:sz w:val="28"/>
                <w:szCs w:val="28"/>
              </w:rPr>
            </w:pPr>
          </w:p>
        </w:tc>
        <w:tc>
          <w:tcPr>
            <w:tcW w:w="810" w:type="dxa"/>
            <w:vAlign w:val="center"/>
          </w:tcPr>
          <w:p w14:paraId="1C3DCFA2" w14:textId="77777777" w:rsidR="00E91A42" w:rsidRPr="00E91A42" w:rsidRDefault="00E91A42" w:rsidP="00A701F9">
            <w:pPr>
              <w:spacing w:before="50" w:after="50"/>
              <w:jc w:val="center"/>
              <w:rPr>
                <w:i/>
                <w:sz w:val="28"/>
                <w:szCs w:val="28"/>
              </w:rPr>
            </w:pPr>
          </w:p>
        </w:tc>
        <w:tc>
          <w:tcPr>
            <w:tcW w:w="720" w:type="dxa"/>
            <w:vAlign w:val="center"/>
          </w:tcPr>
          <w:p w14:paraId="0A533D4A" w14:textId="77777777" w:rsidR="00E91A42" w:rsidRPr="00E91A42" w:rsidRDefault="00E91A42" w:rsidP="00A701F9">
            <w:pPr>
              <w:spacing w:before="60" w:after="60"/>
              <w:jc w:val="center"/>
              <w:rPr>
                <w:sz w:val="28"/>
                <w:szCs w:val="28"/>
              </w:rPr>
            </w:pPr>
          </w:p>
        </w:tc>
        <w:tc>
          <w:tcPr>
            <w:tcW w:w="810" w:type="dxa"/>
            <w:vAlign w:val="center"/>
          </w:tcPr>
          <w:p w14:paraId="366305A4" w14:textId="77777777" w:rsidR="00E91A42" w:rsidRPr="00E91A42" w:rsidRDefault="00E91A42" w:rsidP="00A701F9">
            <w:pPr>
              <w:spacing w:before="50" w:after="50"/>
              <w:jc w:val="center"/>
              <w:rPr>
                <w:i/>
                <w:sz w:val="28"/>
                <w:szCs w:val="28"/>
              </w:rPr>
            </w:pPr>
          </w:p>
        </w:tc>
        <w:tc>
          <w:tcPr>
            <w:tcW w:w="720" w:type="dxa"/>
            <w:vAlign w:val="center"/>
          </w:tcPr>
          <w:p w14:paraId="0FDC428B" w14:textId="77777777" w:rsidR="00E91A42" w:rsidRPr="00E91A42" w:rsidRDefault="00E91A42" w:rsidP="00A701F9">
            <w:pPr>
              <w:spacing w:before="60" w:after="60"/>
              <w:jc w:val="center"/>
              <w:rPr>
                <w:sz w:val="28"/>
                <w:szCs w:val="28"/>
              </w:rPr>
            </w:pPr>
          </w:p>
        </w:tc>
        <w:tc>
          <w:tcPr>
            <w:tcW w:w="810" w:type="dxa"/>
            <w:vAlign w:val="center"/>
          </w:tcPr>
          <w:p w14:paraId="0FF1796F" w14:textId="77777777" w:rsidR="00E91A42" w:rsidRPr="00E91A42" w:rsidRDefault="00E91A42" w:rsidP="00A701F9">
            <w:pPr>
              <w:spacing w:before="50" w:after="50"/>
              <w:jc w:val="center"/>
              <w:rPr>
                <w:i/>
                <w:sz w:val="28"/>
                <w:szCs w:val="28"/>
              </w:rPr>
            </w:pPr>
          </w:p>
        </w:tc>
        <w:tc>
          <w:tcPr>
            <w:tcW w:w="816" w:type="dxa"/>
          </w:tcPr>
          <w:p w14:paraId="3DCC4DDF" w14:textId="77777777" w:rsidR="00E91A42" w:rsidRPr="00E91A42" w:rsidRDefault="00E91A42" w:rsidP="00A701F9">
            <w:pPr>
              <w:spacing w:before="60" w:after="60"/>
              <w:jc w:val="center"/>
              <w:rPr>
                <w:sz w:val="28"/>
                <w:szCs w:val="28"/>
              </w:rPr>
            </w:pPr>
          </w:p>
        </w:tc>
        <w:tc>
          <w:tcPr>
            <w:tcW w:w="709" w:type="dxa"/>
          </w:tcPr>
          <w:p w14:paraId="61D446D7" w14:textId="77777777" w:rsidR="00E91A42" w:rsidRPr="00E91A42" w:rsidRDefault="00E91A42" w:rsidP="00A701F9">
            <w:pPr>
              <w:spacing w:before="60" w:after="60"/>
              <w:jc w:val="center"/>
              <w:rPr>
                <w:sz w:val="28"/>
                <w:szCs w:val="28"/>
              </w:rPr>
            </w:pPr>
          </w:p>
        </w:tc>
        <w:tc>
          <w:tcPr>
            <w:tcW w:w="709" w:type="dxa"/>
          </w:tcPr>
          <w:p w14:paraId="27AE965A" w14:textId="77777777" w:rsidR="00E91A42" w:rsidRPr="00E91A42" w:rsidRDefault="00E91A42" w:rsidP="00A701F9">
            <w:pPr>
              <w:spacing w:before="60" w:after="60"/>
              <w:jc w:val="center"/>
              <w:rPr>
                <w:sz w:val="28"/>
                <w:szCs w:val="28"/>
              </w:rPr>
            </w:pPr>
          </w:p>
        </w:tc>
        <w:tc>
          <w:tcPr>
            <w:tcW w:w="826" w:type="dxa"/>
          </w:tcPr>
          <w:p w14:paraId="6FCAB1EA" w14:textId="77777777" w:rsidR="00E91A42" w:rsidRPr="00E91A42" w:rsidRDefault="00E91A42" w:rsidP="00A701F9">
            <w:pPr>
              <w:spacing w:before="60" w:after="60"/>
              <w:jc w:val="center"/>
              <w:rPr>
                <w:sz w:val="28"/>
                <w:szCs w:val="28"/>
              </w:rPr>
            </w:pPr>
          </w:p>
        </w:tc>
      </w:tr>
      <w:tr w:rsidR="00E91A42" w:rsidRPr="00E91A42" w14:paraId="4762953B" w14:textId="77777777" w:rsidTr="00A701F9">
        <w:tc>
          <w:tcPr>
            <w:tcW w:w="567" w:type="dxa"/>
          </w:tcPr>
          <w:p w14:paraId="172277F5" w14:textId="77777777" w:rsidR="00E91A42" w:rsidRPr="00E91A42" w:rsidRDefault="00E91A42" w:rsidP="00A701F9">
            <w:pPr>
              <w:spacing w:before="60" w:after="60"/>
              <w:jc w:val="center"/>
              <w:rPr>
                <w:sz w:val="28"/>
                <w:szCs w:val="28"/>
              </w:rPr>
            </w:pPr>
            <w:r w:rsidRPr="00E91A42">
              <w:rPr>
                <w:sz w:val="28"/>
                <w:szCs w:val="28"/>
              </w:rPr>
              <w:t>1</w:t>
            </w:r>
          </w:p>
        </w:tc>
        <w:tc>
          <w:tcPr>
            <w:tcW w:w="1579" w:type="dxa"/>
          </w:tcPr>
          <w:p w14:paraId="2060AC9A" w14:textId="77777777" w:rsidR="00E91A42" w:rsidRPr="00E91A42" w:rsidRDefault="00E91A42" w:rsidP="00A701F9">
            <w:pPr>
              <w:jc w:val="both"/>
              <w:rPr>
                <w:sz w:val="28"/>
                <w:szCs w:val="28"/>
                <w:lang w:val="pt-BR"/>
              </w:rPr>
            </w:pPr>
            <w:r w:rsidRPr="00E91A42">
              <w:rPr>
                <w:sz w:val="28"/>
                <w:szCs w:val="28"/>
                <w:lang w:val="pt-BR"/>
              </w:rPr>
              <w:t>Mua thiết bị, công nghệ</w:t>
            </w:r>
          </w:p>
        </w:tc>
        <w:tc>
          <w:tcPr>
            <w:tcW w:w="810" w:type="dxa"/>
          </w:tcPr>
          <w:p w14:paraId="37CA4512" w14:textId="77777777" w:rsidR="00E91A42" w:rsidRPr="00E91A42" w:rsidRDefault="00E91A42" w:rsidP="00A701F9">
            <w:pPr>
              <w:spacing w:before="60" w:after="60"/>
              <w:jc w:val="center"/>
              <w:rPr>
                <w:sz w:val="28"/>
                <w:szCs w:val="28"/>
              </w:rPr>
            </w:pPr>
          </w:p>
        </w:tc>
        <w:tc>
          <w:tcPr>
            <w:tcW w:w="810" w:type="dxa"/>
          </w:tcPr>
          <w:p w14:paraId="65C8950F" w14:textId="77777777" w:rsidR="00E91A42" w:rsidRPr="00E91A42" w:rsidRDefault="00E91A42" w:rsidP="00A701F9">
            <w:pPr>
              <w:spacing w:before="60" w:after="60"/>
              <w:jc w:val="center"/>
              <w:rPr>
                <w:sz w:val="28"/>
                <w:szCs w:val="28"/>
              </w:rPr>
            </w:pPr>
          </w:p>
        </w:tc>
        <w:tc>
          <w:tcPr>
            <w:tcW w:w="630" w:type="dxa"/>
          </w:tcPr>
          <w:p w14:paraId="5B0B5244" w14:textId="77777777" w:rsidR="00E91A42" w:rsidRPr="00E91A42" w:rsidRDefault="00E91A42" w:rsidP="00A701F9">
            <w:pPr>
              <w:spacing w:before="60" w:after="60"/>
              <w:jc w:val="center"/>
              <w:rPr>
                <w:sz w:val="28"/>
                <w:szCs w:val="28"/>
              </w:rPr>
            </w:pPr>
          </w:p>
        </w:tc>
        <w:tc>
          <w:tcPr>
            <w:tcW w:w="900" w:type="dxa"/>
          </w:tcPr>
          <w:p w14:paraId="5C5FD12B" w14:textId="77777777" w:rsidR="00E91A42" w:rsidRPr="00E91A42" w:rsidRDefault="00E91A42" w:rsidP="00A701F9">
            <w:pPr>
              <w:spacing w:before="60" w:after="60"/>
              <w:jc w:val="center"/>
              <w:rPr>
                <w:sz w:val="28"/>
                <w:szCs w:val="28"/>
              </w:rPr>
            </w:pPr>
          </w:p>
        </w:tc>
        <w:tc>
          <w:tcPr>
            <w:tcW w:w="720" w:type="dxa"/>
            <w:vAlign w:val="center"/>
          </w:tcPr>
          <w:p w14:paraId="62E84FFC" w14:textId="77777777" w:rsidR="00E91A42" w:rsidRPr="00E91A42" w:rsidRDefault="00E91A42" w:rsidP="00A701F9">
            <w:pPr>
              <w:spacing w:before="60" w:after="60"/>
              <w:jc w:val="center"/>
              <w:rPr>
                <w:sz w:val="28"/>
                <w:szCs w:val="28"/>
              </w:rPr>
            </w:pPr>
          </w:p>
        </w:tc>
        <w:tc>
          <w:tcPr>
            <w:tcW w:w="900" w:type="dxa"/>
            <w:vAlign w:val="center"/>
          </w:tcPr>
          <w:p w14:paraId="05516FEF" w14:textId="77777777" w:rsidR="00E91A42" w:rsidRPr="00E91A42" w:rsidRDefault="00E91A42" w:rsidP="00A701F9">
            <w:pPr>
              <w:spacing w:before="50" w:after="50"/>
              <w:jc w:val="center"/>
              <w:rPr>
                <w:i/>
                <w:sz w:val="28"/>
                <w:szCs w:val="28"/>
              </w:rPr>
            </w:pPr>
          </w:p>
        </w:tc>
        <w:tc>
          <w:tcPr>
            <w:tcW w:w="720" w:type="dxa"/>
            <w:vAlign w:val="center"/>
          </w:tcPr>
          <w:p w14:paraId="203FE131" w14:textId="77777777" w:rsidR="00E91A42" w:rsidRPr="00E91A42" w:rsidRDefault="00E91A42" w:rsidP="00A701F9">
            <w:pPr>
              <w:spacing w:before="60" w:after="60"/>
              <w:jc w:val="center"/>
              <w:rPr>
                <w:sz w:val="28"/>
                <w:szCs w:val="28"/>
              </w:rPr>
            </w:pPr>
          </w:p>
        </w:tc>
        <w:tc>
          <w:tcPr>
            <w:tcW w:w="810" w:type="dxa"/>
            <w:vAlign w:val="center"/>
          </w:tcPr>
          <w:p w14:paraId="4DAEE593" w14:textId="77777777" w:rsidR="00E91A42" w:rsidRPr="00E91A42" w:rsidRDefault="00E91A42" w:rsidP="00A701F9">
            <w:pPr>
              <w:spacing w:before="50" w:after="50"/>
              <w:jc w:val="center"/>
              <w:rPr>
                <w:i/>
                <w:sz w:val="28"/>
                <w:szCs w:val="28"/>
              </w:rPr>
            </w:pPr>
          </w:p>
        </w:tc>
        <w:tc>
          <w:tcPr>
            <w:tcW w:w="720" w:type="dxa"/>
            <w:vAlign w:val="center"/>
          </w:tcPr>
          <w:p w14:paraId="49AA0AE6" w14:textId="77777777" w:rsidR="00E91A42" w:rsidRPr="00E91A42" w:rsidRDefault="00E91A42" w:rsidP="00A701F9">
            <w:pPr>
              <w:spacing w:before="60" w:after="60"/>
              <w:jc w:val="center"/>
              <w:rPr>
                <w:sz w:val="28"/>
                <w:szCs w:val="28"/>
              </w:rPr>
            </w:pPr>
          </w:p>
        </w:tc>
        <w:tc>
          <w:tcPr>
            <w:tcW w:w="810" w:type="dxa"/>
            <w:vAlign w:val="center"/>
          </w:tcPr>
          <w:p w14:paraId="1B70F2DF" w14:textId="77777777" w:rsidR="00E91A42" w:rsidRPr="00E91A42" w:rsidRDefault="00E91A42" w:rsidP="00A701F9">
            <w:pPr>
              <w:spacing w:before="50" w:after="50"/>
              <w:jc w:val="center"/>
              <w:rPr>
                <w:i/>
                <w:sz w:val="28"/>
                <w:szCs w:val="28"/>
              </w:rPr>
            </w:pPr>
          </w:p>
        </w:tc>
        <w:tc>
          <w:tcPr>
            <w:tcW w:w="720" w:type="dxa"/>
            <w:vAlign w:val="center"/>
          </w:tcPr>
          <w:p w14:paraId="57221C44" w14:textId="77777777" w:rsidR="00E91A42" w:rsidRPr="00E91A42" w:rsidRDefault="00E91A42" w:rsidP="00A701F9">
            <w:pPr>
              <w:spacing w:before="60" w:after="60"/>
              <w:jc w:val="center"/>
              <w:rPr>
                <w:sz w:val="28"/>
                <w:szCs w:val="28"/>
              </w:rPr>
            </w:pPr>
          </w:p>
        </w:tc>
        <w:tc>
          <w:tcPr>
            <w:tcW w:w="810" w:type="dxa"/>
            <w:vAlign w:val="center"/>
          </w:tcPr>
          <w:p w14:paraId="52A352F0" w14:textId="77777777" w:rsidR="00E91A42" w:rsidRPr="00E91A42" w:rsidRDefault="00E91A42" w:rsidP="00A701F9">
            <w:pPr>
              <w:spacing w:before="50" w:after="50"/>
              <w:jc w:val="center"/>
              <w:rPr>
                <w:i/>
                <w:sz w:val="28"/>
                <w:szCs w:val="28"/>
              </w:rPr>
            </w:pPr>
          </w:p>
        </w:tc>
        <w:tc>
          <w:tcPr>
            <w:tcW w:w="816" w:type="dxa"/>
          </w:tcPr>
          <w:p w14:paraId="5EB1B327" w14:textId="77777777" w:rsidR="00E91A42" w:rsidRPr="00E91A42" w:rsidRDefault="00E91A42" w:rsidP="00A701F9">
            <w:pPr>
              <w:spacing w:before="60" w:after="60"/>
              <w:jc w:val="center"/>
              <w:rPr>
                <w:sz w:val="28"/>
                <w:szCs w:val="28"/>
              </w:rPr>
            </w:pPr>
          </w:p>
        </w:tc>
        <w:tc>
          <w:tcPr>
            <w:tcW w:w="709" w:type="dxa"/>
          </w:tcPr>
          <w:p w14:paraId="6232C392" w14:textId="77777777" w:rsidR="00E91A42" w:rsidRPr="00E91A42" w:rsidRDefault="00E91A42" w:rsidP="00A701F9">
            <w:pPr>
              <w:spacing w:before="60" w:after="60"/>
              <w:jc w:val="center"/>
              <w:rPr>
                <w:sz w:val="28"/>
                <w:szCs w:val="28"/>
              </w:rPr>
            </w:pPr>
          </w:p>
        </w:tc>
        <w:tc>
          <w:tcPr>
            <w:tcW w:w="709" w:type="dxa"/>
          </w:tcPr>
          <w:p w14:paraId="5085A12A" w14:textId="77777777" w:rsidR="00E91A42" w:rsidRPr="00E91A42" w:rsidRDefault="00E91A42" w:rsidP="00A701F9">
            <w:pPr>
              <w:spacing w:before="60" w:after="60"/>
              <w:jc w:val="center"/>
              <w:rPr>
                <w:sz w:val="28"/>
                <w:szCs w:val="28"/>
              </w:rPr>
            </w:pPr>
          </w:p>
        </w:tc>
        <w:tc>
          <w:tcPr>
            <w:tcW w:w="826" w:type="dxa"/>
          </w:tcPr>
          <w:p w14:paraId="31849C07" w14:textId="77777777" w:rsidR="00E91A42" w:rsidRPr="00E91A42" w:rsidRDefault="00E91A42" w:rsidP="00A701F9">
            <w:pPr>
              <w:spacing w:before="60" w:after="60"/>
              <w:jc w:val="center"/>
              <w:rPr>
                <w:sz w:val="28"/>
                <w:szCs w:val="28"/>
              </w:rPr>
            </w:pPr>
          </w:p>
        </w:tc>
      </w:tr>
      <w:tr w:rsidR="00E91A42" w:rsidRPr="00E91A42" w14:paraId="0B9DC3CA" w14:textId="77777777" w:rsidTr="00A701F9">
        <w:tc>
          <w:tcPr>
            <w:tcW w:w="567" w:type="dxa"/>
          </w:tcPr>
          <w:p w14:paraId="2C03C65C" w14:textId="77777777" w:rsidR="00E91A42" w:rsidRPr="00E91A42" w:rsidRDefault="00E91A42" w:rsidP="00A701F9">
            <w:pPr>
              <w:spacing w:before="60" w:after="60"/>
              <w:jc w:val="center"/>
              <w:rPr>
                <w:sz w:val="28"/>
                <w:szCs w:val="28"/>
              </w:rPr>
            </w:pPr>
          </w:p>
        </w:tc>
        <w:tc>
          <w:tcPr>
            <w:tcW w:w="1579" w:type="dxa"/>
          </w:tcPr>
          <w:p w14:paraId="27DD8DAB" w14:textId="77777777" w:rsidR="00E91A42" w:rsidRPr="00E91A42" w:rsidRDefault="00E91A42" w:rsidP="00A701F9">
            <w:pPr>
              <w:jc w:val="both"/>
              <w:rPr>
                <w:sz w:val="28"/>
                <w:szCs w:val="28"/>
              </w:rPr>
            </w:pPr>
          </w:p>
        </w:tc>
        <w:tc>
          <w:tcPr>
            <w:tcW w:w="810" w:type="dxa"/>
          </w:tcPr>
          <w:p w14:paraId="79908F37" w14:textId="77777777" w:rsidR="00E91A42" w:rsidRPr="00E91A42" w:rsidRDefault="00E91A42" w:rsidP="00A701F9">
            <w:pPr>
              <w:spacing w:before="60" w:after="60"/>
              <w:jc w:val="center"/>
              <w:rPr>
                <w:sz w:val="28"/>
                <w:szCs w:val="28"/>
              </w:rPr>
            </w:pPr>
          </w:p>
        </w:tc>
        <w:tc>
          <w:tcPr>
            <w:tcW w:w="810" w:type="dxa"/>
          </w:tcPr>
          <w:p w14:paraId="39D336BA" w14:textId="77777777" w:rsidR="00E91A42" w:rsidRPr="00E91A42" w:rsidRDefault="00E91A42" w:rsidP="00A701F9">
            <w:pPr>
              <w:spacing w:before="60" w:after="60"/>
              <w:jc w:val="center"/>
              <w:rPr>
                <w:sz w:val="28"/>
                <w:szCs w:val="28"/>
              </w:rPr>
            </w:pPr>
          </w:p>
        </w:tc>
        <w:tc>
          <w:tcPr>
            <w:tcW w:w="630" w:type="dxa"/>
          </w:tcPr>
          <w:p w14:paraId="76E7603F" w14:textId="77777777" w:rsidR="00E91A42" w:rsidRPr="00E91A42" w:rsidRDefault="00E91A42" w:rsidP="00A701F9">
            <w:pPr>
              <w:spacing w:before="60" w:after="60"/>
              <w:jc w:val="center"/>
              <w:rPr>
                <w:sz w:val="28"/>
                <w:szCs w:val="28"/>
              </w:rPr>
            </w:pPr>
          </w:p>
        </w:tc>
        <w:tc>
          <w:tcPr>
            <w:tcW w:w="900" w:type="dxa"/>
          </w:tcPr>
          <w:p w14:paraId="2564598F" w14:textId="77777777" w:rsidR="00E91A42" w:rsidRPr="00E91A42" w:rsidRDefault="00E91A42" w:rsidP="00A701F9">
            <w:pPr>
              <w:spacing w:before="60" w:after="60"/>
              <w:jc w:val="center"/>
              <w:rPr>
                <w:sz w:val="28"/>
                <w:szCs w:val="28"/>
              </w:rPr>
            </w:pPr>
          </w:p>
        </w:tc>
        <w:tc>
          <w:tcPr>
            <w:tcW w:w="720" w:type="dxa"/>
            <w:vAlign w:val="center"/>
          </w:tcPr>
          <w:p w14:paraId="15CC826B" w14:textId="77777777" w:rsidR="00E91A42" w:rsidRPr="00E91A42" w:rsidRDefault="00E91A42" w:rsidP="00A701F9">
            <w:pPr>
              <w:spacing w:before="60" w:after="60"/>
              <w:jc w:val="center"/>
              <w:rPr>
                <w:sz w:val="28"/>
                <w:szCs w:val="28"/>
              </w:rPr>
            </w:pPr>
          </w:p>
        </w:tc>
        <w:tc>
          <w:tcPr>
            <w:tcW w:w="900" w:type="dxa"/>
            <w:vAlign w:val="center"/>
          </w:tcPr>
          <w:p w14:paraId="61B3F093" w14:textId="77777777" w:rsidR="00E91A42" w:rsidRPr="00E91A42" w:rsidRDefault="00E91A42" w:rsidP="00A701F9">
            <w:pPr>
              <w:spacing w:before="50" w:after="50"/>
              <w:jc w:val="center"/>
              <w:rPr>
                <w:i/>
                <w:sz w:val="28"/>
                <w:szCs w:val="28"/>
              </w:rPr>
            </w:pPr>
          </w:p>
        </w:tc>
        <w:tc>
          <w:tcPr>
            <w:tcW w:w="720" w:type="dxa"/>
            <w:vAlign w:val="center"/>
          </w:tcPr>
          <w:p w14:paraId="4F212FF6" w14:textId="77777777" w:rsidR="00E91A42" w:rsidRPr="00E91A42" w:rsidRDefault="00E91A42" w:rsidP="00A701F9">
            <w:pPr>
              <w:spacing w:before="60" w:after="60"/>
              <w:jc w:val="center"/>
              <w:rPr>
                <w:sz w:val="28"/>
                <w:szCs w:val="28"/>
              </w:rPr>
            </w:pPr>
          </w:p>
        </w:tc>
        <w:tc>
          <w:tcPr>
            <w:tcW w:w="810" w:type="dxa"/>
            <w:vAlign w:val="center"/>
          </w:tcPr>
          <w:p w14:paraId="4739D42C" w14:textId="77777777" w:rsidR="00E91A42" w:rsidRPr="00E91A42" w:rsidRDefault="00E91A42" w:rsidP="00A701F9">
            <w:pPr>
              <w:spacing w:before="50" w:after="50"/>
              <w:jc w:val="center"/>
              <w:rPr>
                <w:i/>
                <w:sz w:val="28"/>
                <w:szCs w:val="28"/>
              </w:rPr>
            </w:pPr>
          </w:p>
        </w:tc>
        <w:tc>
          <w:tcPr>
            <w:tcW w:w="720" w:type="dxa"/>
            <w:vAlign w:val="center"/>
          </w:tcPr>
          <w:p w14:paraId="108D73BB" w14:textId="77777777" w:rsidR="00E91A42" w:rsidRPr="00E91A42" w:rsidRDefault="00E91A42" w:rsidP="00A701F9">
            <w:pPr>
              <w:spacing w:before="60" w:after="60"/>
              <w:jc w:val="center"/>
              <w:rPr>
                <w:sz w:val="28"/>
                <w:szCs w:val="28"/>
              </w:rPr>
            </w:pPr>
          </w:p>
        </w:tc>
        <w:tc>
          <w:tcPr>
            <w:tcW w:w="810" w:type="dxa"/>
            <w:vAlign w:val="center"/>
          </w:tcPr>
          <w:p w14:paraId="1D9D74F3" w14:textId="77777777" w:rsidR="00E91A42" w:rsidRPr="00E91A42" w:rsidRDefault="00E91A42" w:rsidP="00A701F9">
            <w:pPr>
              <w:spacing w:before="50" w:after="50"/>
              <w:jc w:val="center"/>
              <w:rPr>
                <w:i/>
                <w:sz w:val="28"/>
                <w:szCs w:val="28"/>
              </w:rPr>
            </w:pPr>
          </w:p>
        </w:tc>
        <w:tc>
          <w:tcPr>
            <w:tcW w:w="720" w:type="dxa"/>
            <w:vAlign w:val="center"/>
          </w:tcPr>
          <w:p w14:paraId="3C9C419B" w14:textId="77777777" w:rsidR="00E91A42" w:rsidRPr="00E91A42" w:rsidRDefault="00E91A42" w:rsidP="00A701F9">
            <w:pPr>
              <w:spacing w:before="60" w:after="60"/>
              <w:jc w:val="center"/>
              <w:rPr>
                <w:sz w:val="28"/>
                <w:szCs w:val="28"/>
              </w:rPr>
            </w:pPr>
          </w:p>
        </w:tc>
        <w:tc>
          <w:tcPr>
            <w:tcW w:w="810" w:type="dxa"/>
            <w:vAlign w:val="center"/>
          </w:tcPr>
          <w:p w14:paraId="518D9B0B" w14:textId="77777777" w:rsidR="00E91A42" w:rsidRPr="00E91A42" w:rsidRDefault="00E91A42" w:rsidP="00A701F9">
            <w:pPr>
              <w:spacing w:before="50" w:after="50"/>
              <w:jc w:val="center"/>
              <w:rPr>
                <w:i/>
                <w:sz w:val="28"/>
                <w:szCs w:val="28"/>
              </w:rPr>
            </w:pPr>
          </w:p>
        </w:tc>
        <w:tc>
          <w:tcPr>
            <w:tcW w:w="816" w:type="dxa"/>
          </w:tcPr>
          <w:p w14:paraId="4081D6A1" w14:textId="77777777" w:rsidR="00E91A42" w:rsidRPr="00E91A42" w:rsidRDefault="00E91A42" w:rsidP="00A701F9">
            <w:pPr>
              <w:spacing w:before="60" w:after="60"/>
              <w:jc w:val="center"/>
              <w:rPr>
                <w:sz w:val="28"/>
                <w:szCs w:val="28"/>
              </w:rPr>
            </w:pPr>
          </w:p>
        </w:tc>
        <w:tc>
          <w:tcPr>
            <w:tcW w:w="709" w:type="dxa"/>
          </w:tcPr>
          <w:p w14:paraId="5013ABF7" w14:textId="77777777" w:rsidR="00E91A42" w:rsidRPr="00E91A42" w:rsidRDefault="00E91A42" w:rsidP="00A701F9">
            <w:pPr>
              <w:spacing w:before="60" w:after="60"/>
              <w:jc w:val="center"/>
              <w:rPr>
                <w:sz w:val="28"/>
                <w:szCs w:val="28"/>
              </w:rPr>
            </w:pPr>
          </w:p>
        </w:tc>
        <w:tc>
          <w:tcPr>
            <w:tcW w:w="709" w:type="dxa"/>
          </w:tcPr>
          <w:p w14:paraId="1DB8F587" w14:textId="77777777" w:rsidR="00E91A42" w:rsidRPr="00E91A42" w:rsidRDefault="00E91A42" w:rsidP="00A701F9">
            <w:pPr>
              <w:spacing w:before="60" w:after="60"/>
              <w:jc w:val="center"/>
              <w:rPr>
                <w:sz w:val="28"/>
                <w:szCs w:val="28"/>
              </w:rPr>
            </w:pPr>
          </w:p>
        </w:tc>
        <w:tc>
          <w:tcPr>
            <w:tcW w:w="826" w:type="dxa"/>
          </w:tcPr>
          <w:p w14:paraId="5BB00ADE" w14:textId="77777777" w:rsidR="00E91A42" w:rsidRPr="00E91A42" w:rsidRDefault="00E91A42" w:rsidP="00A701F9">
            <w:pPr>
              <w:spacing w:before="60" w:after="60"/>
              <w:jc w:val="center"/>
              <w:rPr>
                <w:sz w:val="28"/>
                <w:szCs w:val="28"/>
              </w:rPr>
            </w:pPr>
          </w:p>
        </w:tc>
      </w:tr>
      <w:tr w:rsidR="00E91A42" w:rsidRPr="00E91A42" w14:paraId="0BCDD53E" w14:textId="77777777" w:rsidTr="00A701F9">
        <w:tc>
          <w:tcPr>
            <w:tcW w:w="567" w:type="dxa"/>
          </w:tcPr>
          <w:p w14:paraId="3E6CC764" w14:textId="77777777" w:rsidR="00E91A42" w:rsidRPr="00E91A42" w:rsidRDefault="00E91A42" w:rsidP="00A701F9">
            <w:pPr>
              <w:spacing w:before="60" w:after="60"/>
              <w:jc w:val="center"/>
              <w:rPr>
                <w:sz w:val="28"/>
                <w:szCs w:val="28"/>
              </w:rPr>
            </w:pPr>
            <w:r w:rsidRPr="00E91A42">
              <w:rPr>
                <w:sz w:val="28"/>
                <w:szCs w:val="28"/>
              </w:rPr>
              <w:t>2</w:t>
            </w:r>
          </w:p>
        </w:tc>
        <w:tc>
          <w:tcPr>
            <w:tcW w:w="1579" w:type="dxa"/>
          </w:tcPr>
          <w:p w14:paraId="6E2A2B34" w14:textId="77777777" w:rsidR="00E91A42" w:rsidRPr="00E91A42" w:rsidRDefault="00E91A42" w:rsidP="00A701F9">
            <w:pPr>
              <w:jc w:val="both"/>
              <w:rPr>
                <w:sz w:val="28"/>
                <w:szCs w:val="28"/>
              </w:rPr>
            </w:pPr>
            <w:r w:rsidRPr="00E91A42">
              <w:rPr>
                <w:sz w:val="28"/>
                <w:szCs w:val="28"/>
              </w:rPr>
              <w:t>Mua thiết bị thử nghiệm, đo lường</w:t>
            </w:r>
          </w:p>
        </w:tc>
        <w:tc>
          <w:tcPr>
            <w:tcW w:w="810" w:type="dxa"/>
          </w:tcPr>
          <w:p w14:paraId="62C86EF6" w14:textId="77777777" w:rsidR="00E91A42" w:rsidRPr="00E91A42" w:rsidRDefault="00E91A42" w:rsidP="00A701F9">
            <w:pPr>
              <w:spacing w:before="60" w:after="60"/>
              <w:jc w:val="center"/>
              <w:rPr>
                <w:sz w:val="28"/>
                <w:szCs w:val="28"/>
              </w:rPr>
            </w:pPr>
          </w:p>
        </w:tc>
        <w:tc>
          <w:tcPr>
            <w:tcW w:w="810" w:type="dxa"/>
          </w:tcPr>
          <w:p w14:paraId="3E55C3FC" w14:textId="77777777" w:rsidR="00E91A42" w:rsidRPr="00E91A42" w:rsidRDefault="00E91A42" w:rsidP="00A701F9">
            <w:pPr>
              <w:spacing w:before="60" w:after="60"/>
              <w:jc w:val="center"/>
              <w:rPr>
                <w:sz w:val="28"/>
                <w:szCs w:val="28"/>
              </w:rPr>
            </w:pPr>
          </w:p>
        </w:tc>
        <w:tc>
          <w:tcPr>
            <w:tcW w:w="630" w:type="dxa"/>
          </w:tcPr>
          <w:p w14:paraId="7B4C749B" w14:textId="77777777" w:rsidR="00E91A42" w:rsidRPr="00E91A42" w:rsidRDefault="00E91A42" w:rsidP="00A701F9">
            <w:pPr>
              <w:spacing w:before="60" w:after="60"/>
              <w:jc w:val="center"/>
              <w:rPr>
                <w:sz w:val="28"/>
                <w:szCs w:val="28"/>
              </w:rPr>
            </w:pPr>
          </w:p>
        </w:tc>
        <w:tc>
          <w:tcPr>
            <w:tcW w:w="900" w:type="dxa"/>
          </w:tcPr>
          <w:p w14:paraId="3F226B40" w14:textId="77777777" w:rsidR="00E91A42" w:rsidRPr="00E91A42" w:rsidRDefault="00E91A42" w:rsidP="00A701F9">
            <w:pPr>
              <w:spacing w:before="60" w:after="60"/>
              <w:jc w:val="center"/>
              <w:rPr>
                <w:sz w:val="28"/>
                <w:szCs w:val="28"/>
              </w:rPr>
            </w:pPr>
          </w:p>
        </w:tc>
        <w:tc>
          <w:tcPr>
            <w:tcW w:w="720" w:type="dxa"/>
            <w:vAlign w:val="center"/>
          </w:tcPr>
          <w:p w14:paraId="2679435A" w14:textId="77777777" w:rsidR="00E91A42" w:rsidRPr="00E91A42" w:rsidRDefault="00E91A42" w:rsidP="00A701F9">
            <w:pPr>
              <w:spacing w:before="60" w:after="60"/>
              <w:jc w:val="center"/>
              <w:rPr>
                <w:sz w:val="28"/>
                <w:szCs w:val="28"/>
              </w:rPr>
            </w:pPr>
          </w:p>
        </w:tc>
        <w:tc>
          <w:tcPr>
            <w:tcW w:w="900" w:type="dxa"/>
            <w:vAlign w:val="center"/>
          </w:tcPr>
          <w:p w14:paraId="1519AA04" w14:textId="77777777" w:rsidR="00E91A42" w:rsidRPr="00E91A42" w:rsidRDefault="00E91A42" w:rsidP="00A701F9">
            <w:pPr>
              <w:spacing w:before="50" w:after="50"/>
              <w:jc w:val="center"/>
              <w:rPr>
                <w:i/>
                <w:sz w:val="28"/>
                <w:szCs w:val="28"/>
              </w:rPr>
            </w:pPr>
          </w:p>
        </w:tc>
        <w:tc>
          <w:tcPr>
            <w:tcW w:w="720" w:type="dxa"/>
            <w:vAlign w:val="center"/>
          </w:tcPr>
          <w:p w14:paraId="149C1886" w14:textId="77777777" w:rsidR="00E91A42" w:rsidRPr="00E91A42" w:rsidRDefault="00E91A42" w:rsidP="00A701F9">
            <w:pPr>
              <w:spacing w:before="60" w:after="60"/>
              <w:jc w:val="center"/>
              <w:rPr>
                <w:sz w:val="28"/>
                <w:szCs w:val="28"/>
              </w:rPr>
            </w:pPr>
          </w:p>
        </w:tc>
        <w:tc>
          <w:tcPr>
            <w:tcW w:w="810" w:type="dxa"/>
            <w:vAlign w:val="center"/>
          </w:tcPr>
          <w:p w14:paraId="43658194" w14:textId="77777777" w:rsidR="00E91A42" w:rsidRPr="00E91A42" w:rsidRDefault="00E91A42" w:rsidP="00A701F9">
            <w:pPr>
              <w:spacing w:before="50" w:after="50"/>
              <w:jc w:val="center"/>
              <w:rPr>
                <w:i/>
                <w:sz w:val="28"/>
                <w:szCs w:val="28"/>
              </w:rPr>
            </w:pPr>
          </w:p>
        </w:tc>
        <w:tc>
          <w:tcPr>
            <w:tcW w:w="720" w:type="dxa"/>
            <w:vAlign w:val="center"/>
          </w:tcPr>
          <w:p w14:paraId="2828EDBF" w14:textId="77777777" w:rsidR="00E91A42" w:rsidRPr="00E91A42" w:rsidRDefault="00E91A42" w:rsidP="00A701F9">
            <w:pPr>
              <w:spacing w:before="60" w:after="60"/>
              <w:jc w:val="center"/>
              <w:rPr>
                <w:sz w:val="28"/>
                <w:szCs w:val="28"/>
              </w:rPr>
            </w:pPr>
          </w:p>
        </w:tc>
        <w:tc>
          <w:tcPr>
            <w:tcW w:w="810" w:type="dxa"/>
            <w:vAlign w:val="center"/>
          </w:tcPr>
          <w:p w14:paraId="45359034" w14:textId="77777777" w:rsidR="00E91A42" w:rsidRPr="00E91A42" w:rsidRDefault="00E91A42" w:rsidP="00A701F9">
            <w:pPr>
              <w:spacing w:before="50" w:after="50"/>
              <w:jc w:val="center"/>
              <w:rPr>
                <w:i/>
                <w:sz w:val="28"/>
                <w:szCs w:val="28"/>
              </w:rPr>
            </w:pPr>
          </w:p>
        </w:tc>
        <w:tc>
          <w:tcPr>
            <w:tcW w:w="720" w:type="dxa"/>
            <w:vAlign w:val="center"/>
          </w:tcPr>
          <w:p w14:paraId="32E9F03C" w14:textId="77777777" w:rsidR="00E91A42" w:rsidRPr="00E91A42" w:rsidRDefault="00E91A42" w:rsidP="00A701F9">
            <w:pPr>
              <w:spacing w:before="60" w:after="60"/>
              <w:jc w:val="center"/>
              <w:rPr>
                <w:sz w:val="28"/>
                <w:szCs w:val="28"/>
              </w:rPr>
            </w:pPr>
          </w:p>
        </w:tc>
        <w:tc>
          <w:tcPr>
            <w:tcW w:w="810" w:type="dxa"/>
            <w:vAlign w:val="center"/>
          </w:tcPr>
          <w:p w14:paraId="53B2035D" w14:textId="77777777" w:rsidR="00E91A42" w:rsidRPr="00E91A42" w:rsidRDefault="00E91A42" w:rsidP="00A701F9">
            <w:pPr>
              <w:spacing w:before="50" w:after="50"/>
              <w:jc w:val="center"/>
              <w:rPr>
                <w:i/>
                <w:sz w:val="28"/>
                <w:szCs w:val="28"/>
              </w:rPr>
            </w:pPr>
          </w:p>
        </w:tc>
        <w:tc>
          <w:tcPr>
            <w:tcW w:w="816" w:type="dxa"/>
          </w:tcPr>
          <w:p w14:paraId="6F37F141" w14:textId="77777777" w:rsidR="00E91A42" w:rsidRPr="00E91A42" w:rsidRDefault="00E91A42" w:rsidP="00A701F9">
            <w:pPr>
              <w:spacing w:before="60" w:after="60"/>
              <w:jc w:val="center"/>
              <w:rPr>
                <w:sz w:val="28"/>
                <w:szCs w:val="28"/>
              </w:rPr>
            </w:pPr>
          </w:p>
        </w:tc>
        <w:tc>
          <w:tcPr>
            <w:tcW w:w="709" w:type="dxa"/>
          </w:tcPr>
          <w:p w14:paraId="502F4F16" w14:textId="77777777" w:rsidR="00E91A42" w:rsidRPr="00E91A42" w:rsidRDefault="00E91A42" w:rsidP="00A701F9">
            <w:pPr>
              <w:spacing w:before="60" w:after="60"/>
              <w:jc w:val="center"/>
              <w:rPr>
                <w:sz w:val="28"/>
                <w:szCs w:val="28"/>
              </w:rPr>
            </w:pPr>
          </w:p>
        </w:tc>
        <w:tc>
          <w:tcPr>
            <w:tcW w:w="709" w:type="dxa"/>
          </w:tcPr>
          <w:p w14:paraId="41F9DE3A" w14:textId="77777777" w:rsidR="00E91A42" w:rsidRPr="00E91A42" w:rsidRDefault="00E91A42" w:rsidP="00A701F9">
            <w:pPr>
              <w:spacing w:before="60" w:after="60"/>
              <w:jc w:val="center"/>
              <w:rPr>
                <w:sz w:val="28"/>
                <w:szCs w:val="28"/>
              </w:rPr>
            </w:pPr>
          </w:p>
        </w:tc>
        <w:tc>
          <w:tcPr>
            <w:tcW w:w="826" w:type="dxa"/>
          </w:tcPr>
          <w:p w14:paraId="29CF2BBE" w14:textId="77777777" w:rsidR="00E91A42" w:rsidRPr="00E91A42" w:rsidRDefault="00E91A42" w:rsidP="00A701F9">
            <w:pPr>
              <w:spacing w:before="60" w:after="60"/>
              <w:jc w:val="center"/>
              <w:rPr>
                <w:sz w:val="28"/>
                <w:szCs w:val="28"/>
              </w:rPr>
            </w:pPr>
          </w:p>
        </w:tc>
      </w:tr>
      <w:tr w:rsidR="00E91A42" w:rsidRPr="00E91A42" w14:paraId="6E7B64B8" w14:textId="77777777" w:rsidTr="00A701F9">
        <w:tc>
          <w:tcPr>
            <w:tcW w:w="567" w:type="dxa"/>
          </w:tcPr>
          <w:p w14:paraId="727A6E5B" w14:textId="77777777" w:rsidR="00E91A42" w:rsidRPr="00E91A42" w:rsidRDefault="00E91A42" w:rsidP="00A701F9">
            <w:pPr>
              <w:spacing w:before="60" w:after="60"/>
              <w:jc w:val="center"/>
              <w:rPr>
                <w:sz w:val="28"/>
                <w:szCs w:val="28"/>
              </w:rPr>
            </w:pPr>
          </w:p>
        </w:tc>
        <w:tc>
          <w:tcPr>
            <w:tcW w:w="1579" w:type="dxa"/>
          </w:tcPr>
          <w:p w14:paraId="5DE89A29" w14:textId="77777777" w:rsidR="00E91A42" w:rsidRPr="00E91A42" w:rsidRDefault="00E91A42" w:rsidP="00A701F9">
            <w:pPr>
              <w:jc w:val="both"/>
              <w:rPr>
                <w:sz w:val="28"/>
                <w:szCs w:val="28"/>
              </w:rPr>
            </w:pPr>
          </w:p>
        </w:tc>
        <w:tc>
          <w:tcPr>
            <w:tcW w:w="810" w:type="dxa"/>
          </w:tcPr>
          <w:p w14:paraId="3F6EEF89" w14:textId="77777777" w:rsidR="00E91A42" w:rsidRPr="00E91A42" w:rsidRDefault="00E91A42" w:rsidP="00A701F9">
            <w:pPr>
              <w:spacing w:before="60" w:after="60"/>
              <w:jc w:val="center"/>
              <w:rPr>
                <w:sz w:val="28"/>
                <w:szCs w:val="28"/>
              </w:rPr>
            </w:pPr>
          </w:p>
        </w:tc>
        <w:tc>
          <w:tcPr>
            <w:tcW w:w="810" w:type="dxa"/>
          </w:tcPr>
          <w:p w14:paraId="1DE8300A" w14:textId="77777777" w:rsidR="00E91A42" w:rsidRPr="00E91A42" w:rsidRDefault="00E91A42" w:rsidP="00A701F9">
            <w:pPr>
              <w:spacing w:before="60" w:after="60"/>
              <w:jc w:val="center"/>
              <w:rPr>
                <w:sz w:val="28"/>
                <w:szCs w:val="28"/>
              </w:rPr>
            </w:pPr>
          </w:p>
        </w:tc>
        <w:tc>
          <w:tcPr>
            <w:tcW w:w="630" w:type="dxa"/>
          </w:tcPr>
          <w:p w14:paraId="6F87BE3B" w14:textId="77777777" w:rsidR="00E91A42" w:rsidRPr="00E91A42" w:rsidRDefault="00E91A42" w:rsidP="00A701F9">
            <w:pPr>
              <w:spacing w:before="60" w:after="60"/>
              <w:jc w:val="center"/>
              <w:rPr>
                <w:sz w:val="28"/>
                <w:szCs w:val="28"/>
              </w:rPr>
            </w:pPr>
          </w:p>
        </w:tc>
        <w:tc>
          <w:tcPr>
            <w:tcW w:w="900" w:type="dxa"/>
          </w:tcPr>
          <w:p w14:paraId="4599CC07" w14:textId="77777777" w:rsidR="00E91A42" w:rsidRPr="00E91A42" w:rsidRDefault="00E91A42" w:rsidP="00A701F9">
            <w:pPr>
              <w:spacing w:before="60" w:after="60"/>
              <w:jc w:val="center"/>
              <w:rPr>
                <w:sz w:val="28"/>
                <w:szCs w:val="28"/>
              </w:rPr>
            </w:pPr>
          </w:p>
        </w:tc>
        <w:tc>
          <w:tcPr>
            <w:tcW w:w="720" w:type="dxa"/>
            <w:vAlign w:val="center"/>
          </w:tcPr>
          <w:p w14:paraId="38350647" w14:textId="77777777" w:rsidR="00E91A42" w:rsidRPr="00E91A42" w:rsidRDefault="00E91A42" w:rsidP="00A701F9">
            <w:pPr>
              <w:spacing w:before="60" w:after="60"/>
              <w:jc w:val="center"/>
              <w:rPr>
                <w:sz w:val="28"/>
                <w:szCs w:val="28"/>
              </w:rPr>
            </w:pPr>
          </w:p>
        </w:tc>
        <w:tc>
          <w:tcPr>
            <w:tcW w:w="900" w:type="dxa"/>
            <w:vAlign w:val="center"/>
          </w:tcPr>
          <w:p w14:paraId="653EB48C" w14:textId="77777777" w:rsidR="00E91A42" w:rsidRPr="00E91A42" w:rsidRDefault="00E91A42" w:rsidP="00A701F9">
            <w:pPr>
              <w:spacing w:before="50" w:after="50"/>
              <w:jc w:val="center"/>
              <w:rPr>
                <w:i/>
                <w:sz w:val="28"/>
                <w:szCs w:val="28"/>
              </w:rPr>
            </w:pPr>
          </w:p>
        </w:tc>
        <w:tc>
          <w:tcPr>
            <w:tcW w:w="720" w:type="dxa"/>
            <w:vAlign w:val="center"/>
          </w:tcPr>
          <w:p w14:paraId="31A14823" w14:textId="77777777" w:rsidR="00E91A42" w:rsidRPr="00E91A42" w:rsidRDefault="00E91A42" w:rsidP="00A701F9">
            <w:pPr>
              <w:spacing w:before="60" w:after="60"/>
              <w:jc w:val="center"/>
              <w:rPr>
                <w:sz w:val="28"/>
                <w:szCs w:val="28"/>
              </w:rPr>
            </w:pPr>
          </w:p>
        </w:tc>
        <w:tc>
          <w:tcPr>
            <w:tcW w:w="810" w:type="dxa"/>
            <w:vAlign w:val="center"/>
          </w:tcPr>
          <w:p w14:paraId="13592210" w14:textId="77777777" w:rsidR="00E91A42" w:rsidRPr="00E91A42" w:rsidRDefault="00E91A42" w:rsidP="00A701F9">
            <w:pPr>
              <w:spacing w:before="50" w:after="50"/>
              <w:jc w:val="center"/>
              <w:rPr>
                <w:i/>
                <w:sz w:val="28"/>
                <w:szCs w:val="28"/>
              </w:rPr>
            </w:pPr>
          </w:p>
        </w:tc>
        <w:tc>
          <w:tcPr>
            <w:tcW w:w="720" w:type="dxa"/>
            <w:vAlign w:val="center"/>
          </w:tcPr>
          <w:p w14:paraId="5D7C6DE4" w14:textId="77777777" w:rsidR="00E91A42" w:rsidRPr="00E91A42" w:rsidRDefault="00E91A42" w:rsidP="00A701F9">
            <w:pPr>
              <w:spacing w:before="60" w:after="60"/>
              <w:jc w:val="center"/>
              <w:rPr>
                <w:sz w:val="28"/>
                <w:szCs w:val="28"/>
              </w:rPr>
            </w:pPr>
          </w:p>
        </w:tc>
        <w:tc>
          <w:tcPr>
            <w:tcW w:w="810" w:type="dxa"/>
            <w:vAlign w:val="center"/>
          </w:tcPr>
          <w:p w14:paraId="0990B8DF" w14:textId="77777777" w:rsidR="00E91A42" w:rsidRPr="00E91A42" w:rsidRDefault="00E91A42" w:rsidP="00A701F9">
            <w:pPr>
              <w:spacing w:before="50" w:after="50"/>
              <w:jc w:val="center"/>
              <w:rPr>
                <w:i/>
                <w:sz w:val="28"/>
                <w:szCs w:val="28"/>
              </w:rPr>
            </w:pPr>
          </w:p>
        </w:tc>
        <w:tc>
          <w:tcPr>
            <w:tcW w:w="720" w:type="dxa"/>
            <w:vAlign w:val="center"/>
          </w:tcPr>
          <w:p w14:paraId="1010EBDA" w14:textId="77777777" w:rsidR="00E91A42" w:rsidRPr="00E91A42" w:rsidRDefault="00E91A42" w:rsidP="00A701F9">
            <w:pPr>
              <w:spacing w:before="60" w:after="60"/>
              <w:jc w:val="center"/>
              <w:rPr>
                <w:sz w:val="28"/>
                <w:szCs w:val="28"/>
              </w:rPr>
            </w:pPr>
          </w:p>
        </w:tc>
        <w:tc>
          <w:tcPr>
            <w:tcW w:w="810" w:type="dxa"/>
            <w:vAlign w:val="center"/>
          </w:tcPr>
          <w:p w14:paraId="7434BD72" w14:textId="77777777" w:rsidR="00E91A42" w:rsidRPr="00E91A42" w:rsidRDefault="00E91A42" w:rsidP="00A701F9">
            <w:pPr>
              <w:spacing w:before="50" w:after="50"/>
              <w:jc w:val="center"/>
              <w:rPr>
                <w:i/>
                <w:sz w:val="28"/>
                <w:szCs w:val="28"/>
              </w:rPr>
            </w:pPr>
          </w:p>
        </w:tc>
        <w:tc>
          <w:tcPr>
            <w:tcW w:w="816" w:type="dxa"/>
          </w:tcPr>
          <w:p w14:paraId="2654A18C" w14:textId="77777777" w:rsidR="00E91A42" w:rsidRPr="00E91A42" w:rsidRDefault="00E91A42" w:rsidP="00A701F9">
            <w:pPr>
              <w:spacing w:before="60" w:after="60"/>
              <w:jc w:val="center"/>
              <w:rPr>
                <w:sz w:val="28"/>
                <w:szCs w:val="28"/>
              </w:rPr>
            </w:pPr>
          </w:p>
        </w:tc>
        <w:tc>
          <w:tcPr>
            <w:tcW w:w="709" w:type="dxa"/>
          </w:tcPr>
          <w:p w14:paraId="17C63754" w14:textId="77777777" w:rsidR="00E91A42" w:rsidRPr="00E91A42" w:rsidRDefault="00E91A42" w:rsidP="00A701F9">
            <w:pPr>
              <w:spacing w:before="60" w:after="60"/>
              <w:jc w:val="center"/>
              <w:rPr>
                <w:sz w:val="28"/>
                <w:szCs w:val="28"/>
              </w:rPr>
            </w:pPr>
          </w:p>
        </w:tc>
        <w:tc>
          <w:tcPr>
            <w:tcW w:w="709" w:type="dxa"/>
          </w:tcPr>
          <w:p w14:paraId="2A453F39" w14:textId="77777777" w:rsidR="00E91A42" w:rsidRPr="00E91A42" w:rsidRDefault="00E91A42" w:rsidP="00A701F9">
            <w:pPr>
              <w:spacing w:before="60" w:after="60"/>
              <w:jc w:val="center"/>
              <w:rPr>
                <w:sz w:val="28"/>
                <w:szCs w:val="28"/>
              </w:rPr>
            </w:pPr>
          </w:p>
        </w:tc>
        <w:tc>
          <w:tcPr>
            <w:tcW w:w="826" w:type="dxa"/>
          </w:tcPr>
          <w:p w14:paraId="3D973FE7" w14:textId="77777777" w:rsidR="00E91A42" w:rsidRPr="00E91A42" w:rsidRDefault="00E91A42" w:rsidP="00A701F9">
            <w:pPr>
              <w:spacing w:before="60" w:after="60"/>
              <w:jc w:val="center"/>
              <w:rPr>
                <w:sz w:val="28"/>
                <w:szCs w:val="28"/>
              </w:rPr>
            </w:pPr>
          </w:p>
        </w:tc>
      </w:tr>
      <w:tr w:rsidR="00E91A42" w:rsidRPr="00E91A42" w14:paraId="6EE2C1DB" w14:textId="77777777" w:rsidTr="00A701F9">
        <w:tc>
          <w:tcPr>
            <w:tcW w:w="567" w:type="dxa"/>
          </w:tcPr>
          <w:p w14:paraId="0ED3E4F4" w14:textId="77777777" w:rsidR="00E91A42" w:rsidRPr="00E91A42" w:rsidRDefault="00E91A42" w:rsidP="00A701F9">
            <w:pPr>
              <w:spacing w:before="60" w:after="60"/>
              <w:jc w:val="center"/>
              <w:rPr>
                <w:sz w:val="28"/>
                <w:szCs w:val="28"/>
              </w:rPr>
            </w:pPr>
            <w:r w:rsidRPr="00E91A42">
              <w:rPr>
                <w:sz w:val="28"/>
                <w:szCs w:val="28"/>
              </w:rPr>
              <w:t>3</w:t>
            </w:r>
          </w:p>
        </w:tc>
        <w:tc>
          <w:tcPr>
            <w:tcW w:w="1579" w:type="dxa"/>
          </w:tcPr>
          <w:p w14:paraId="72030CB9" w14:textId="77777777" w:rsidR="00E91A42" w:rsidRPr="00E91A42" w:rsidRDefault="00E91A42" w:rsidP="00A701F9">
            <w:pPr>
              <w:jc w:val="both"/>
              <w:rPr>
                <w:sz w:val="28"/>
                <w:szCs w:val="28"/>
              </w:rPr>
            </w:pPr>
            <w:r w:rsidRPr="00E91A42">
              <w:rPr>
                <w:sz w:val="28"/>
                <w:szCs w:val="28"/>
              </w:rPr>
              <w:t>Thuê thiết bị (ghi rõ tên thiết bị và thời gian thuê)</w:t>
            </w:r>
          </w:p>
        </w:tc>
        <w:tc>
          <w:tcPr>
            <w:tcW w:w="810" w:type="dxa"/>
          </w:tcPr>
          <w:p w14:paraId="7A0C1C39" w14:textId="77777777" w:rsidR="00E91A42" w:rsidRPr="00E91A42" w:rsidRDefault="00E91A42" w:rsidP="00A701F9">
            <w:pPr>
              <w:spacing w:before="60" w:after="60"/>
              <w:jc w:val="center"/>
              <w:rPr>
                <w:sz w:val="28"/>
                <w:szCs w:val="28"/>
              </w:rPr>
            </w:pPr>
          </w:p>
        </w:tc>
        <w:tc>
          <w:tcPr>
            <w:tcW w:w="810" w:type="dxa"/>
          </w:tcPr>
          <w:p w14:paraId="3DA3C333" w14:textId="77777777" w:rsidR="00E91A42" w:rsidRPr="00E91A42" w:rsidRDefault="00E91A42" w:rsidP="00A701F9">
            <w:pPr>
              <w:spacing w:before="60" w:after="60"/>
              <w:jc w:val="center"/>
              <w:rPr>
                <w:sz w:val="28"/>
                <w:szCs w:val="28"/>
              </w:rPr>
            </w:pPr>
          </w:p>
        </w:tc>
        <w:tc>
          <w:tcPr>
            <w:tcW w:w="630" w:type="dxa"/>
          </w:tcPr>
          <w:p w14:paraId="4E84452E" w14:textId="77777777" w:rsidR="00E91A42" w:rsidRPr="00E91A42" w:rsidRDefault="00E91A42" w:rsidP="00A701F9">
            <w:pPr>
              <w:spacing w:before="60" w:after="60"/>
              <w:jc w:val="center"/>
              <w:rPr>
                <w:sz w:val="28"/>
                <w:szCs w:val="28"/>
              </w:rPr>
            </w:pPr>
          </w:p>
        </w:tc>
        <w:tc>
          <w:tcPr>
            <w:tcW w:w="900" w:type="dxa"/>
          </w:tcPr>
          <w:p w14:paraId="435EE4C1" w14:textId="77777777" w:rsidR="00E91A42" w:rsidRPr="00E91A42" w:rsidRDefault="00E91A42" w:rsidP="00A701F9">
            <w:pPr>
              <w:spacing w:before="60" w:after="60"/>
              <w:jc w:val="center"/>
              <w:rPr>
                <w:sz w:val="28"/>
                <w:szCs w:val="28"/>
              </w:rPr>
            </w:pPr>
          </w:p>
        </w:tc>
        <w:tc>
          <w:tcPr>
            <w:tcW w:w="720" w:type="dxa"/>
            <w:vAlign w:val="center"/>
          </w:tcPr>
          <w:p w14:paraId="2A7AA14C" w14:textId="77777777" w:rsidR="00E91A42" w:rsidRPr="00E91A42" w:rsidRDefault="00E91A42" w:rsidP="00A701F9">
            <w:pPr>
              <w:spacing w:before="60" w:after="60"/>
              <w:jc w:val="center"/>
              <w:rPr>
                <w:sz w:val="28"/>
                <w:szCs w:val="28"/>
              </w:rPr>
            </w:pPr>
          </w:p>
        </w:tc>
        <w:tc>
          <w:tcPr>
            <w:tcW w:w="900" w:type="dxa"/>
            <w:vAlign w:val="center"/>
          </w:tcPr>
          <w:p w14:paraId="3D8AAAA4" w14:textId="77777777" w:rsidR="00E91A42" w:rsidRPr="00E91A42" w:rsidRDefault="00E91A42" w:rsidP="00A701F9">
            <w:pPr>
              <w:spacing w:before="50" w:after="50"/>
              <w:jc w:val="center"/>
              <w:rPr>
                <w:i/>
                <w:sz w:val="28"/>
                <w:szCs w:val="28"/>
              </w:rPr>
            </w:pPr>
          </w:p>
        </w:tc>
        <w:tc>
          <w:tcPr>
            <w:tcW w:w="720" w:type="dxa"/>
            <w:vAlign w:val="center"/>
          </w:tcPr>
          <w:p w14:paraId="0BC11ABE" w14:textId="77777777" w:rsidR="00E91A42" w:rsidRPr="00E91A42" w:rsidRDefault="00E91A42" w:rsidP="00A701F9">
            <w:pPr>
              <w:spacing w:before="60" w:after="60"/>
              <w:jc w:val="center"/>
              <w:rPr>
                <w:sz w:val="28"/>
                <w:szCs w:val="28"/>
              </w:rPr>
            </w:pPr>
          </w:p>
        </w:tc>
        <w:tc>
          <w:tcPr>
            <w:tcW w:w="810" w:type="dxa"/>
            <w:vAlign w:val="center"/>
          </w:tcPr>
          <w:p w14:paraId="0A2B913E" w14:textId="77777777" w:rsidR="00E91A42" w:rsidRPr="00E91A42" w:rsidRDefault="00E91A42" w:rsidP="00A701F9">
            <w:pPr>
              <w:spacing w:before="50" w:after="50"/>
              <w:jc w:val="center"/>
              <w:rPr>
                <w:i/>
                <w:sz w:val="28"/>
                <w:szCs w:val="28"/>
              </w:rPr>
            </w:pPr>
          </w:p>
        </w:tc>
        <w:tc>
          <w:tcPr>
            <w:tcW w:w="720" w:type="dxa"/>
            <w:vAlign w:val="center"/>
          </w:tcPr>
          <w:p w14:paraId="446F9D10" w14:textId="77777777" w:rsidR="00E91A42" w:rsidRPr="00E91A42" w:rsidRDefault="00E91A42" w:rsidP="00A701F9">
            <w:pPr>
              <w:spacing w:before="60" w:after="60"/>
              <w:jc w:val="center"/>
              <w:rPr>
                <w:sz w:val="28"/>
                <w:szCs w:val="28"/>
              </w:rPr>
            </w:pPr>
          </w:p>
        </w:tc>
        <w:tc>
          <w:tcPr>
            <w:tcW w:w="810" w:type="dxa"/>
            <w:vAlign w:val="center"/>
          </w:tcPr>
          <w:p w14:paraId="08E948BB" w14:textId="77777777" w:rsidR="00E91A42" w:rsidRPr="00E91A42" w:rsidRDefault="00E91A42" w:rsidP="00A701F9">
            <w:pPr>
              <w:spacing w:before="50" w:after="50"/>
              <w:jc w:val="center"/>
              <w:rPr>
                <w:i/>
                <w:sz w:val="28"/>
                <w:szCs w:val="28"/>
              </w:rPr>
            </w:pPr>
          </w:p>
        </w:tc>
        <w:tc>
          <w:tcPr>
            <w:tcW w:w="720" w:type="dxa"/>
            <w:vAlign w:val="center"/>
          </w:tcPr>
          <w:p w14:paraId="7897E035" w14:textId="77777777" w:rsidR="00E91A42" w:rsidRPr="00E91A42" w:rsidRDefault="00E91A42" w:rsidP="00A701F9">
            <w:pPr>
              <w:spacing w:before="60" w:after="60"/>
              <w:jc w:val="center"/>
              <w:rPr>
                <w:sz w:val="28"/>
                <w:szCs w:val="28"/>
              </w:rPr>
            </w:pPr>
          </w:p>
        </w:tc>
        <w:tc>
          <w:tcPr>
            <w:tcW w:w="810" w:type="dxa"/>
            <w:vAlign w:val="center"/>
          </w:tcPr>
          <w:p w14:paraId="75814CE2" w14:textId="77777777" w:rsidR="00E91A42" w:rsidRPr="00E91A42" w:rsidRDefault="00E91A42" w:rsidP="00A701F9">
            <w:pPr>
              <w:spacing w:before="50" w:after="50"/>
              <w:jc w:val="center"/>
              <w:rPr>
                <w:i/>
                <w:sz w:val="28"/>
                <w:szCs w:val="28"/>
              </w:rPr>
            </w:pPr>
          </w:p>
        </w:tc>
        <w:tc>
          <w:tcPr>
            <w:tcW w:w="816" w:type="dxa"/>
          </w:tcPr>
          <w:p w14:paraId="7C6F6F36" w14:textId="77777777" w:rsidR="00E91A42" w:rsidRPr="00E91A42" w:rsidRDefault="00E91A42" w:rsidP="00A701F9">
            <w:pPr>
              <w:spacing w:before="60" w:after="60"/>
              <w:jc w:val="center"/>
              <w:rPr>
                <w:sz w:val="28"/>
                <w:szCs w:val="28"/>
              </w:rPr>
            </w:pPr>
          </w:p>
        </w:tc>
        <w:tc>
          <w:tcPr>
            <w:tcW w:w="709" w:type="dxa"/>
          </w:tcPr>
          <w:p w14:paraId="5A0A6739" w14:textId="77777777" w:rsidR="00E91A42" w:rsidRPr="00E91A42" w:rsidRDefault="00E91A42" w:rsidP="00A701F9">
            <w:pPr>
              <w:spacing w:before="60" w:after="60"/>
              <w:jc w:val="center"/>
              <w:rPr>
                <w:sz w:val="28"/>
                <w:szCs w:val="28"/>
              </w:rPr>
            </w:pPr>
          </w:p>
        </w:tc>
        <w:tc>
          <w:tcPr>
            <w:tcW w:w="709" w:type="dxa"/>
          </w:tcPr>
          <w:p w14:paraId="5C26D23E" w14:textId="77777777" w:rsidR="00E91A42" w:rsidRPr="00E91A42" w:rsidRDefault="00E91A42" w:rsidP="00A701F9">
            <w:pPr>
              <w:spacing w:before="60" w:after="60"/>
              <w:jc w:val="center"/>
              <w:rPr>
                <w:sz w:val="28"/>
                <w:szCs w:val="28"/>
              </w:rPr>
            </w:pPr>
          </w:p>
        </w:tc>
        <w:tc>
          <w:tcPr>
            <w:tcW w:w="826" w:type="dxa"/>
          </w:tcPr>
          <w:p w14:paraId="585C7AE0" w14:textId="77777777" w:rsidR="00E91A42" w:rsidRPr="00E91A42" w:rsidRDefault="00E91A42" w:rsidP="00A701F9">
            <w:pPr>
              <w:spacing w:before="60" w:after="60"/>
              <w:jc w:val="center"/>
              <w:rPr>
                <w:sz w:val="28"/>
                <w:szCs w:val="28"/>
              </w:rPr>
            </w:pPr>
          </w:p>
        </w:tc>
      </w:tr>
      <w:tr w:rsidR="00E91A42" w:rsidRPr="00E91A42" w14:paraId="61BC1F12" w14:textId="77777777" w:rsidTr="00A701F9">
        <w:tc>
          <w:tcPr>
            <w:tcW w:w="567" w:type="dxa"/>
          </w:tcPr>
          <w:p w14:paraId="0C33F0A3" w14:textId="77777777" w:rsidR="00E91A42" w:rsidRPr="00E91A42" w:rsidRDefault="00E91A42" w:rsidP="00A701F9">
            <w:pPr>
              <w:spacing w:before="60" w:after="60"/>
              <w:jc w:val="center"/>
              <w:rPr>
                <w:sz w:val="28"/>
                <w:szCs w:val="28"/>
              </w:rPr>
            </w:pPr>
          </w:p>
        </w:tc>
        <w:tc>
          <w:tcPr>
            <w:tcW w:w="1579" w:type="dxa"/>
          </w:tcPr>
          <w:p w14:paraId="3FA35D47" w14:textId="77777777" w:rsidR="00E91A42" w:rsidRPr="00E91A42" w:rsidRDefault="00E91A42" w:rsidP="00A701F9">
            <w:pPr>
              <w:jc w:val="both"/>
              <w:rPr>
                <w:sz w:val="28"/>
                <w:szCs w:val="28"/>
              </w:rPr>
            </w:pPr>
          </w:p>
        </w:tc>
        <w:tc>
          <w:tcPr>
            <w:tcW w:w="810" w:type="dxa"/>
          </w:tcPr>
          <w:p w14:paraId="793E523E" w14:textId="77777777" w:rsidR="00E91A42" w:rsidRPr="00E91A42" w:rsidRDefault="00E91A42" w:rsidP="00A701F9">
            <w:pPr>
              <w:spacing w:before="60" w:after="60"/>
              <w:jc w:val="center"/>
              <w:rPr>
                <w:sz w:val="28"/>
                <w:szCs w:val="28"/>
              </w:rPr>
            </w:pPr>
          </w:p>
        </w:tc>
        <w:tc>
          <w:tcPr>
            <w:tcW w:w="810" w:type="dxa"/>
          </w:tcPr>
          <w:p w14:paraId="66E6127A" w14:textId="77777777" w:rsidR="00E91A42" w:rsidRPr="00E91A42" w:rsidRDefault="00E91A42" w:rsidP="00A701F9">
            <w:pPr>
              <w:spacing w:before="60" w:after="60"/>
              <w:jc w:val="center"/>
              <w:rPr>
                <w:sz w:val="28"/>
                <w:szCs w:val="28"/>
              </w:rPr>
            </w:pPr>
          </w:p>
        </w:tc>
        <w:tc>
          <w:tcPr>
            <w:tcW w:w="630" w:type="dxa"/>
          </w:tcPr>
          <w:p w14:paraId="235FB933" w14:textId="77777777" w:rsidR="00E91A42" w:rsidRPr="00E91A42" w:rsidRDefault="00E91A42" w:rsidP="00A701F9">
            <w:pPr>
              <w:spacing w:before="60" w:after="60"/>
              <w:jc w:val="center"/>
              <w:rPr>
                <w:sz w:val="28"/>
                <w:szCs w:val="28"/>
              </w:rPr>
            </w:pPr>
          </w:p>
        </w:tc>
        <w:tc>
          <w:tcPr>
            <w:tcW w:w="900" w:type="dxa"/>
          </w:tcPr>
          <w:p w14:paraId="2A509C11" w14:textId="77777777" w:rsidR="00E91A42" w:rsidRPr="00E91A42" w:rsidRDefault="00E91A42" w:rsidP="00A701F9">
            <w:pPr>
              <w:spacing w:before="60" w:after="60"/>
              <w:jc w:val="center"/>
              <w:rPr>
                <w:sz w:val="28"/>
                <w:szCs w:val="28"/>
              </w:rPr>
            </w:pPr>
          </w:p>
        </w:tc>
        <w:tc>
          <w:tcPr>
            <w:tcW w:w="720" w:type="dxa"/>
            <w:vAlign w:val="center"/>
          </w:tcPr>
          <w:p w14:paraId="717FF70A" w14:textId="77777777" w:rsidR="00E91A42" w:rsidRPr="00E91A42" w:rsidRDefault="00E91A42" w:rsidP="00A701F9">
            <w:pPr>
              <w:spacing w:before="60" w:after="60"/>
              <w:jc w:val="center"/>
              <w:rPr>
                <w:sz w:val="28"/>
                <w:szCs w:val="28"/>
              </w:rPr>
            </w:pPr>
          </w:p>
        </w:tc>
        <w:tc>
          <w:tcPr>
            <w:tcW w:w="900" w:type="dxa"/>
            <w:vAlign w:val="center"/>
          </w:tcPr>
          <w:p w14:paraId="553523AE" w14:textId="77777777" w:rsidR="00E91A42" w:rsidRPr="00E91A42" w:rsidRDefault="00E91A42" w:rsidP="00A701F9">
            <w:pPr>
              <w:spacing w:before="50" w:after="50"/>
              <w:jc w:val="center"/>
              <w:rPr>
                <w:i/>
                <w:sz w:val="28"/>
                <w:szCs w:val="28"/>
              </w:rPr>
            </w:pPr>
          </w:p>
        </w:tc>
        <w:tc>
          <w:tcPr>
            <w:tcW w:w="720" w:type="dxa"/>
            <w:vAlign w:val="center"/>
          </w:tcPr>
          <w:p w14:paraId="72A6BD86" w14:textId="77777777" w:rsidR="00E91A42" w:rsidRPr="00E91A42" w:rsidRDefault="00E91A42" w:rsidP="00A701F9">
            <w:pPr>
              <w:spacing w:before="60" w:after="60"/>
              <w:jc w:val="center"/>
              <w:rPr>
                <w:sz w:val="28"/>
                <w:szCs w:val="28"/>
              </w:rPr>
            </w:pPr>
          </w:p>
        </w:tc>
        <w:tc>
          <w:tcPr>
            <w:tcW w:w="810" w:type="dxa"/>
            <w:vAlign w:val="center"/>
          </w:tcPr>
          <w:p w14:paraId="01C1AC6E" w14:textId="77777777" w:rsidR="00E91A42" w:rsidRPr="00E91A42" w:rsidRDefault="00E91A42" w:rsidP="00A701F9">
            <w:pPr>
              <w:spacing w:before="50" w:after="50"/>
              <w:jc w:val="center"/>
              <w:rPr>
                <w:i/>
                <w:sz w:val="28"/>
                <w:szCs w:val="28"/>
              </w:rPr>
            </w:pPr>
          </w:p>
        </w:tc>
        <w:tc>
          <w:tcPr>
            <w:tcW w:w="720" w:type="dxa"/>
            <w:vAlign w:val="center"/>
          </w:tcPr>
          <w:p w14:paraId="7E00970D" w14:textId="77777777" w:rsidR="00E91A42" w:rsidRPr="00E91A42" w:rsidRDefault="00E91A42" w:rsidP="00A701F9">
            <w:pPr>
              <w:spacing w:before="60" w:after="60"/>
              <w:jc w:val="center"/>
              <w:rPr>
                <w:sz w:val="28"/>
                <w:szCs w:val="28"/>
              </w:rPr>
            </w:pPr>
          </w:p>
        </w:tc>
        <w:tc>
          <w:tcPr>
            <w:tcW w:w="810" w:type="dxa"/>
            <w:vAlign w:val="center"/>
          </w:tcPr>
          <w:p w14:paraId="77AFDC89" w14:textId="77777777" w:rsidR="00E91A42" w:rsidRPr="00E91A42" w:rsidRDefault="00E91A42" w:rsidP="00A701F9">
            <w:pPr>
              <w:spacing w:before="50" w:after="50"/>
              <w:jc w:val="center"/>
              <w:rPr>
                <w:i/>
                <w:sz w:val="28"/>
                <w:szCs w:val="28"/>
              </w:rPr>
            </w:pPr>
          </w:p>
        </w:tc>
        <w:tc>
          <w:tcPr>
            <w:tcW w:w="720" w:type="dxa"/>
            <w:vAlign w:val="center"/>
          </w:tcPr>
          <w:p w14:paraId="30AC6CA1" w14:textId="77777777" w:rsidR="00E91A42" w:rsidRPr="00E91A42" w:rsidRDefault="00E91A42" w:rsidP="00A701F9">
            <w:pPr>
              <w:spacing w:before="60" w:after="60"/>
              <w:jc w:val="center"/>
              <w:rPr>
                <w:sz w:val="28"/>
                <w:szCs w:val="28"/>
              </w:rPr>
            </w:pPr>
          </w:p>
        </w:tc>
        <w:tc>
          <w:tcPr>
            <w:tcW w:w="810" w:type="dxa"/>
            <w:vAlign w:val="center"/>
          </w:tcPr>
          <w:p w14:paraId="61D035E0" w14:textId="77777777" w:rsidR="00E91A42" w:rsidRPr="00E91A42" w:rsidRDefault="00E91A42" w:rsidP="00A701F9">
            <w:pPr>
              <w:spacing w:before="50" w:after="50"/>
              <w:jc w:val="center"/>
              <w:rPr>
                <w:i/>
                <w:sz w:val="28"/>
                <w:szCs w:val="28"/>
              </w:rPr>
            </w:pPr>
          </w:p>
        </w:tc>
        <w:tc>
          <w:tcPr>
            <w:tcW w:w="816" w:type="dxa"/>
          </w:tcPr>
          <w:p w14:paraId="0BAFC6F8" w14:textId="77777777" w:rsidR="00E91A42" w:rsidRPr="00E91A42" w:rsidRDefault="00E91A42" w:rsidP="00A701F9">
            <w:pPr>
              <w:spacing w:before="60" w:after="60"/>
              <w:jc w:val="center"/>
              <w:rPr>
                <w:sz w:val="28"/>
                <w:szCs w:val="28"/>
              </w:rPr>
            </w:pPr>
          </w:p>
        </w:tc>
        <w:tc>
          <w:tcPr>
            <w:tcW w:w="709" w:type="dxa"/>
          </w:tcPr>
          <w:p w14:paraId="7170BD7B" w14:textId="77777777" w:rsidR="00E91A42" w:rsidRPr="00E91A42" w:rsidRDefault="00E91A42" w:rsidP="00A701F9">
            <w:pPr>
              <w:spacing w:before="60" w:after="60"/>
              <w:jc w:val="center"/>
              <w:rPr>
                <w:sz w:val="28"/>
                <w:szCs w:val="28"/>
              </w:rPr>
            </w:pPr>
          </w:p>
        </w:tc>
        <w:tc>
          <w:tcPr>
            <w:tcW w:w="709" w:type="dxa"/>
          </w:tcPr>
          <w:p w14:paraId="0D220A07" w14:textId="77777777" w:rsidR="00E91A42" w:rsidRPr="00E91A42" w:rsidRDefault="00E91A42" w:rsidP="00A701F9">
            <w:pPr>
              <w:spacing w:before="60" w:after="60"/>
              <w:jc w:val="center"/>
              <w:rPr>
                <w:sz w:val="28"/>
                <w:szCs w:val="28"/>
              </w:rPr>
            </w:pPr>
          </w:p>
        </w:tc>
        <w:tc>
          <w:tcPr>
            <w:tcW w:w="826" w:type="dxa"/>
          </w:tcPr>
          <w:p w14:paraId="6DE76936" w14:textId="77777777" w:rsidR="00E91A42" w:rsidRPr="00E91A42" w:rsidRDefault="00E91A42" w:rsidP="00A701F9">
            <w:pPr>
              <w:spacing w:before="60" w:after="60"/>
              <w:jc w:val="center"/>
              <w:rPr>
                <w:sz w:val="28"/>
                <w:szCs w:val="28"/>
              </w:rPr>
            </w:pPr>
          </w:p>
        </w:tc>
      </w:tr>
      <w:tr w:rsidR="00E91A42" w:rsidRPr="00E91A42" w14:paraId="14A98FF8" w14:textId="77777777" w:rsidTr="00A701F9">
        <w:tc>
          <w:tcPr>
            <w:tcW w:w="567" w:type="dxa"/>
          </w:tcPr>
          <w:p w14:paraId="0900E975" w14:textId="77777777" w:rsidR="00E91A42" w:rsidRPr="00E91A42" w:rsidRDefault="00E91A42" w:rsidP="00A701F9">
            <w:pPr>
              <w:spacing w:before="60" w:after="60"/>
              <w:jc w:val="center"/>
              <w:rPr>
                <w:sz w:val="28"/>
                <w:szCs w:val="28"/>
              </w:rPr>
            </w:pPr>
            <w:r w:rsidRPr="00E91A42">
              <w:rPr>
                <w:sz w:val="28"/>
                <w:szCs w:val="28"/>
              </w:rPr>
              <w:t>4</w:t>
            </w:r>
          </w:p>
        </w:tc>
        <w:tc>
          <w:tcPr>
            <w:tcW w:w="1579" w:type="dxa"/>
          </w:tcPr>
          <w:p w14:paraId="0308E0E9" w14:textId="77777777" w:rsidR="00E91A42" w:rsidRPr="00E91A42" w:rsidRDefault="00E91A42" w:rsidP="00A701F9">
            <w:pPr>
              <w:jc w:val="both"/>
              <w:rPr>
                <w:sz w:val="28"/>
                <w:szCs w:val="28"/>
              </w:rPr>
            </w:pPr>
            <w:r w:rsidRPr="00E91A42">
              <w:rPr>
                <w:sz w:val="28"/>
                <w:szCs w:val="28"/>
              </w:rPr>
              <w:t>Vận chuyển lắp đặt</w:t>
            </w:r>
          </w:p>
        </w:tc>
        <w:tc>
          <w:tcPr>
            <w:tcW w:w="810" w:type="dxa"/>
          </w:tcPr>
          <w:p w14:paraId="06A8EEFD" w14:textId="77777777" w:rsidR="00E91A42" w:rsidRPr="00E91A42" w:rsidRDefault="00E91A42" w:rsidP="00A701F9">
            <w:pPr>
              <w:spacing w:before="60" w:after="60"/>
              <w:jc w:val="center"/>
              <w:rPr>
                <w:sz w:val="28"/>
                <w:szCs w:val="28"/>
              </w:rPr>
            </w:pPr>
          </w:p>
        </w:tc>
        <w:tc>
          <w:tcPr>
            <w:tcW w:w="810" w:type="dxa"/>
          </w:tcPr>
          <w:p w14:paraId="19E51710" w14:textId="77777777" w:rsidR="00E91A42" w:rsidRPr="00E91A42" w:rsidRDefault="00E91A42" w:rsidP="00A701F9">
            <w:pPr>
              <w:spacing w:before="60" w:after="60"/>
              <w:jc w:val="center"/>
              <w:rPr>
                <w:sz w:val="28"/>
                <w:szCs w:val="28"/>
              </w:rPr>
            </w:pPr>
          </w:p>
        </w:tc>
        <w:tc>
          <w:tcPr>
            <w:tcW w:w="630" w:type="dxa"/>
          </w:tcPr>
          <w:p w14:paraId="04B27F4C" w14:textId="77777777" w:rsidR="00E91A42" w:rsidRPr="00E91A42" w:rsidRDefault="00E91A42" w:rsidP="00A701F9">
            <w:pPr>
              <w:spacing w:before="60" w:after="60"/>
              <w:jc w:val="center"/>
              <w:rPr>
                <w:sz w:val="28"/>
                <w:szCs w:val="28"/>
              </w:rPr>
            </w:pPr>
          </w:p>
        </w:tc>
        <w:tc>
          <w:tcPr>
            <w:tcW w:w="900" w:type="dxa"/>
          </w:tcPr>
          <w:p w14:paraId="4ECA3D92" w14:textId="77777777" w:rsidR="00E91A42" w:rsidRPr="00E91A42" w:rsidRDefault="00E91A42" w:rsidP="00A701F9">
            <w:pPr>
              <w:spacing w:before="60" w:after="60"/>
              <w:jc w:val="center"/>
              <w:rPr>
                <w:sz w:val="28"/>
                <w:szCs w:val="28"/>
              </w:rPr>
            </w:pPr>
          </w:p>
        </w:tc>
        <w:tc>
          <w:tcPr>
            <w:tcW w:w="720" w:type="dxa"/>
            <w:vAlign w:val="center"/>
          </w:tcPr>
          <w:p w14:paraId="3FA8D9A7" w14:textId="77777777" w:rsidR="00E91A42" w:rsidRPr="00E91A42" w:rsidRDefault="00E91A42" w:rsidP="00A701F9">
            <w:pPr>
              <w:spacing w:before="60" w:after="60"/>
              <w:jc w:val="center"/>
              <w:rPr>
                <w:sz w:val="28"/>
                <w:szCs w:val="28"/>
              </w:rPr>
            </w:pPr>
          </w:p>
        </w:tc>
        <w:tc>
          <w:tcPr>
            <w:tcW w:w="900" w:type="dxa"/>
            <w:vAlign w:val="center"/>
          </w:tcPr>
          <w:p w14:paraId="4BB2A21A" w14:textId="77777777" w:rsidR="00E91A42" w:rsidRPr="00E91A42" w:rsidRDefault="00E91A42" w:rsidP="00A701F9">
            <w:pPr>
              <w:spacing w:before="50" w:after="50"/>
              <w:jc w:val="center"/>
              <w:rPr>
                <w:i/>
                <w:sz w:val="28"/>
                <w:szCs w:val="28"/>
              </w:rPr>
            </w:pPr>
          </w:p>
        </w:tc>
        <w:tc>
          <w:tcPr>
            <w:tcW w:w="720" w:type="dxa"/>
            <w:vAlign w:val="center"/>
          </w:tcPr>
          <w:p w14:paraId="1F018F65" w14:textId="77777777" w:rsidR="00E91A42" w:rsidRPr="00E91A42" w:rsidRDefault="00E91A42" w:rsidP="00A701F9">
            <w:pPr>
              <w:spacing w:before="60" w:after="60"/>
              <w:jc w:val="center"/>
              <w:rPr>
                <w:sz w:val="28"/>
                <w:szCs w:val="28"/>
              </w:rPr>
            </w:pPr>
          </w:p>
        </w:tc>
        <w:tc>
          <w:tcPr>
            <w:tcW w:w="810" w:type="dxa"/>
            <w:vAlign w:val="center"/>
          </w:tcPr>
          <w:p w14:paraId="19E6E844" w14:textId="77777777" w:rsidR="00E91A42" w:rsidRPr="00E91A42" w:rsidRDefault="00E91A42" w:rsidP="00A701F9">
            <w:pPr>
              <w:spacing w:before="50" w:after="50"/>
              <w:jc w:val="center"/>
              <w:rPr>
                <w:i/>
                <w:sz w:val="28"/>
                <w:szCs w:val="28"/>
              </w:rPr>
            </w:pPr>
          </w:p>
        </w:tc>
        <w:tc>
          <w:tcPr>
            <w:tcW w:w="720" w:type="dxa"/>
            <w:vAlign w:val="center"/>
          </w:tcPr>
          <w:p w14:paraId="4A69329F" w14:textId="77777777" w:rsidR="00E91A42" w:rsidRPr="00E91A42" w:rsidRDefault="00E91A42" w:rsidP="00A701F9">
            <w:pPr>
              <w:spacing w:before="60" w:after="60"/>
              <w:jc w:val="center"/>
              <w:rPr>
                <w:sz w:val="28"/>
                <w:szCs w:val="28"/>
              </w:rPr>
            </w:pPr>
          </w:p>
        </w:tc>
        <w:tc>
          <w:tcPr>
            <w:tcW w:w="810" w:type="dxa"/>
            <w:vAlign w:val="center"/>
          </w:tcPr>
          <w:p w14:paraId="40C7E743" w14:textId="77777777" w:rsidR="00E91A42" w:rsidRPr="00E91A42" w:rsidRDefault="00E91A42" w:rsidP="00A701F9">
            <w:pPr>
              <w:spacing w:before="50" w:after="50"/>
              <w:jc w:val="center"/>
              <w:rPr>
                <w:i/>
                <w:sz w:val="28"/>
                <w:szCs w:val="28"/>
              </w:rPr>
            </w:pPr>
          </w:p>
        </w:tc>
        <w:tc>
          <w:tcPr>
            <w:tcW w:w="720" w:type="dxa"/>
            <w:vAlign w:val="center"/>
          </w:tcPr>
          <w:p w14:paraId="4FFFC596" w14:textId="77777777" w:rsidR="00E91A42" w:rsidRPr="00E91A42" w:rsidRDefault="00E91A42" w:rsidP="00A701F9">
            <w:pPr>
              <w:spacing w:before="60" w:after="60"/>
              <w:jc w:val="center"/>
              <w:rPr>
                <w:sz w:val="28"/>
                <w:szCs w:val="28"/>
              </w:rPr>
            </w:pPr>
          </w:p>
        </w:tc>
        <w:tc>
          <w:tcPr>
            <w:tcW w:w="810" w:type="dxa"/>
            <w:vAlign w:val="center"/>
          </w:tcPr>
          <w:p w14:paraId="224BF9F0" w14:textId="77777777" w:rsidR="00E91A42" w:rsidRPr="00E91A42" w:rsidRDefault="00E91A42" w:rsidP="00A701F9">
            <w:pPr>
              <w:spacing w:before="50" w:after="50"/>
              <w:jc w:val="center"/>
              <w:rPr>
                <w:i/>
                <w:sz w:val="28"/>
                <w:szCs w:val="28"/>
              </w:rPr>
            </w:pPr>
          </w:p>
        </w:tc>
        <w:tc>
          <w:tcPr>
            <w:tcW w:w="816" w:type="dxa"/>
          </w:tcPr>
          <w:p w14:paraId="57C03BFC" w14:textId="77777777" w:rsidR="00E91A42" w:rsidRPr="00E91A42" w:rsidRDefault="00E91A42" w:rsidP="00A701F9">
            <w:pPr>
              <w:spacing w:before="60" w:after="60"/>
              <w:jc w:val="center"/>
              <w:rPr>
                <w:sz w:val="28"/>
                <w:szCs w:val="28"/>
              </w:rPr>
            </w:pPr>
          </w:p>
        </w:tc>
        <w:tc>
          <w:tcPr>
            <w:tcW w:w="709" w:type="dxa"/>
          </w:tcPr>
          <w:p w14:paraId="04CA1D8C" w14:textId="77777777" w:rsidR="00E91A42" w:rsidRPr="00E91A42" w:rsidRDefault="00E91A42" w:rsidP="00A701F9">
            <w:pPr>
              <w:spacing w:before="60" w:after="60"/>
              <w:jc w:val="center"/>
              <w:rPr>
                <w:sz w:val="28"/>
                <w:szCs w:val="28"/>
              </w:rPr>
            </w:pPr>
          </w:p>
        </w:tc>
        <w:tc>
          <w:tcPr>
            <w:tcW w:w="709" w:type="dxa"/>
          </w:tcPr>
          <w:p w14:paraId="58DC4605" w14:textId="77777777" w:rsidR="00E91A42" w:rsidRPr="00E91A42" w:rsidRDefault="00E91A42" w:rsidP="00A701F9">
            <w:pPr>
              <w:spacing w:before="60" w:after="60"/>
              <w:jc w:val="center"/>
              <w:rPr>
                <w:sz w:val="28"/>
                <w:szCs w:val="28"/>
              </w:rPr>
            </w:pPr>
          </w:p>
        </w:tc>
        <w:tc>
          <w:tcPr>
            <w:tcW w:w="826" w:type="dxa"/>
          </w:tcPr>
          <w:p w14:paraId="15771692" w14:textId="77777777" w:rsidR="00E91A42" w:rsidRPr="00E91A42" w:rsidRDefault="00E91A42" w:rsidP="00A701F9">
            <w:pPr>
              <w:spacing w:before="60" w:after="60"/>
              <w:jc w:val="center"/>
              <w:rPr>
                <w:sz w:val="28"/>
                <w:szCs w:val="28"/>
              </w:rPr>
            </w:pPr>
          </w:p>
        </w:tc>
      </w:tr>
      <w:tr w:rsidR="00E91A42" w:rsidRPr="00E91A42" w14:paraId="1E0F5CD7" w14:textId="77777777" w:rsidTr="00A701F9">
        <w:tc>
          <w:tcPr>
            <w:tcW w:w="567" w:type="dxa"/>
          </w:tcPr>
          <w:p w14:paraId="4804E806" w14:textId="77777777" w:rsidR="00E91A42" w:rsidRPr="00E91A42" w:rsidRDefault="00E91A42" w:rsidP="00A701F9">
            <w:pPr>
              <w:spacing w:before="60" w:after="60"/>
              <w:jc w:val="center"/>
              <w:rPr>
                <w:b/>
                <w:i/>
                <w:sz w:val="28"/>
                <w:szCs w:val="28"/>
              </w:rPr>
            </w:pPr>
            <w:r w:rsidRPr="00E91A42">
              <w:rPr>
                <w:b/>
                <w:i/>
                <w:sz w:val="28"/>
                <w:szCs w:val="28"/>
              </w:rPr>
              <w:t>I.2</w:t>
            </w:r>
          </w:p>
        </w:tc>
        <w:tc>
          <w:tcPr>
            <w:tcW w:w="1579" w:type="dxa"/>
          </w:tcPr>
          <w:p w14:paraId="7F45FA3A" w14:textId="77777777" w:rsidR="00E91A42" w:rsidRPr="00E91A42" w:rsidRDefault="00E91A42" w:rsidP="00A701F9">
            <w:pPr>
              <w:spacing w:before="60" w:after="60"/>
              <w:jc w:val="both"/>
              <w:rPr>
                <w:b/>
                <w:i/>
                <w:sz w:val="28"/>
                <w:szCs w:val="28"/>
              </w:rPr>
            </w:pPr>
            <w:r w:rsidRPr="00E91A42">
              <w:rPr>
                <w:b/>
                <w:i/>
                <w:sz w:val="28"/>
                <w:szCs w:val="28"/>
                <w:lang w:val="pt-BR"/>
              </w:rPr>
              <w:t>Công việc 2</w:t>
            </w:r>
          </w:p>
        </w:tc>
        <w:tc>
          <w:tcPr>
            <w:tcW w:w="810" w:type="dxa"/>
          </w:tcPr>
          <w:p w14:paraId="3A9D9149" w14:textId="77777777" w:rsidR="00E91A42" w:rsidRPr="00E91A42" w:rsidRDefault="00E91A42" w:rsidP="00A701F9">
            <w:pPr>
              <w:spacing w:before="60" w:after="60"/>
              <w:jc w:val="center"/>
              <w:rPr>
                <w:sz w:val="28"/>
                <w:szCs w:val="28"/>
              </w:rPr>
            </w:pPr>
          </w:p>
        </w:tc>
        <w:tc>
          <w:tcPr>
            <w:tcW w:w="810" w:type="dxa"/>
          </w:tcPr>
          <w:p w14:paraId="49DB6E11" w14:textId="77777777" w:rsidR="00E91A42" w:rsidRPr="00E91A42" w:rsidRDefault="00E91A42" w:rsidP="00A701F9">
            <w:pPr>
              <w:spacing w:before="60" w:after="60"/>
              <w:jc w:val="center"/>
              <w:rPr>
                <w:sz w:val="28"/>
                <w:szCs w:val="28"/>
              </w:rPr>
            </w:pPr>
          </w:p>
        </w:tc>
        <w:tc>
          <w:tcPr>
            <w:tcW w:w="630" w:type="dxa"/>
          </w:tcPr>
          <w:p w14:paraId="021A6622" w14:textId="77777777" w:rsidR="00E91A42" w:rsidRPr="00E91A42" w:rsidRDefault="00E91A42" w:rsidP="00A701F9">
            <w:pPr>
              <w:spacing w:before="60" w:after="60"/>
              <w:jc w:val="center"/>
              <w:rPr>
                <w:sz w:val="28"/>
                <w:szCs w:val="28"/>
              </w:rPr>
            </w:pPr>
          </w:p>
        </w:tc>
        <w:tc>
          <w:tcPr>
            <w:tcW w:w="900" w:type="dxa"/>
          </w:tcPr>
          <w:p w14:paraId="49CCE5AA" w14:textId="77777777" w:rsidR="00E91A42" w:rsidRPr="00E91A42" w:rsidRDefault="00E91A42" w:rsidP="00A701F9">
            <w:pPr>
              <w:spacing w:before="60" w:after="60"/>
              <w:jc w:val="center"/>
              <w:rPr>
                <w:sz w:val="28"/>
                <w:szCs w:val="28"/>
              </w:rPr>
            </w:pPr>
          </w:p>
        </w:tc>
        <w:tc>
          <w:tcPr>
            <w:tcW w:w="720" w:type="dxa"/>
            <w:vAlign w:val="center"/>
          </w:tcPr>
          <w:p w14:paraId="54939741" w14:textId="77777777" w:rsidR="00E91A42" w:rsidRPr="00E91A42" w:rsidRDefault="00E91A42" w:rsidP="00A701F9">
            <w:pPr>
              <w:spacing w:before="60" w:after="60"/>
              <w:jc w:val="center"/>
              <w:rPr>
                <w:sz w:val="28"/>
                <w:szCs w:val="28"/>
              </w:rPr>
            </w:pPr>
          </w:p>
        </w:tc>
        <w:tc>
          <w:tcPr>
            <w:tcW w:w="900" w:type="dxa"/>
            <w:vAlign w:val="center"/>
          </w:tcPr>
          <w:p w14:paraId="3D1E8A0E" w14:textId="77777777" w:rsidR="00E91A42" w:rsidRPr="00E91A42" w:rsidRDefault="00E91A42" w:rsidP="00A701F9">
            <w:pPr>
              <w:spacing w:before="50" w:after="50"/>
              <w:jc w:val="center"/>
              <w:rPr>
                <w:i/>
                <w:sz w:val="28"/>
                <w:szCs w:val="28"/>
              </w:rPr>
            </w:pPr>
          </w:p>
        </w:tc>
        <w:tc>
          <w:tcPr>
            <w:tcW w:w="720" w:type="dxa"/>
            <w:vAlign w:val="center"/>
          </w:tcPr>
          <w:p w14:paraId="57A31513" w14:textId="77777777" w:rsidR="00E91A42" w:rsidRPr="00E91A42" w:rsidRDefault="00E91A42" w:rsidP="00A701F9">
            <w:pPr>
              <w:spacing w:before="60" w:after="60"/>
              <w:jc w:val="center"/>
              <w:rPr>
                <w:sz w:val="28"/>
                <w:szCs w:val="28"/>
              </w:rPr>
            </w:pPr>
          </w:p>
        </w:tc>
        <w:tc>
          <w:tcPr>
            <w:tcW w:w="810" w:type="dxa"/>
            <w:vAlign w:val="center"/>
          </w:tcPr>
          <w:p w14:paraId="266C5983" w14:textId="77777777" w:rsidR="00E91A42" w:rsidRPr="00E91A42" w:rsidRDefault="00E91A42" w:rsidP="00A701F9">
            <w:pPr>
              <w:spacing w:before="50" w:after="50"/>
              <w:jc w:val="center"/>
              <w:rPr>
                <w:i/>
                <w:sz w:val="28"/>
                <w:szCs w:val="28"/>
              </w:rPr>
            </w:pPr>
          </w:p>
        </w:tc>
        <w:tc>
          <w:tcPr>
            <w:tcW w:w="720" w:type="dxa"/>
            <w:vAlign w:val="center"/>
          </w:tcPr>
          <w:p w14:paraId="25B2C7BD" w14:textId="77777777" w:rsidR="00E91A42" w:rsidRPr="00E91A42" w:rsidRDefault="00E91A42" w:rsidP="00A701F9">
            <w:pPr>
              <w:spacing w:before="60" w:after="60"/>
              <w:jc w:val="center"/>
              <w:rPr>
                <w:sz w:val="28"/>
                <w:szCs w:val="28"/>
              </w:rPr>
            </w:pPr>
          </w:p>
        </w:tc>
        <w:tc>
          <w:tcPr>
            <w:tcW w:w="810" w:type="dxa"/>
            <w:vAlign w:val="center"/>
          </w:tcPr>
          <w:p w14:paraId="56A56CA2" w14:textId="77777777" w:rsidR="00E91A42" w:rsidRPr="00E91A42" w:rsidRDefault="00E91A42" w:rsidP="00A701F9">
            <w:pPr>
              <w:spacing w:before="50" w:after="50"/>
              <w:jc w:val="center"/>
              <w:rPr>
                <w:i/>
                <w:sz w:val="28"/>
                <w:szCs w:val="28"/>
              </w:rPr>
            </w:pPr>
          </w:p>
        </w:tc>
        <w:tc>
          <w:tcPr>
            <w:tcW w:w="720" w:type="dxa"/>
            <w:vAlign w:val="center"/>
          </w:tcPr>
          <w:p w14:paraId="23456DED" w14:textId="77777777" w:rsidR="00E91A42" w:rsidRPr="00E91A42" w:rsidRDefault="00E91A42" w:rsidP="00A701F9">
            <w:pPr>
              <w:spacing w:before="60" w:after="60"/>
              <w:jc w:val="center"/>
              <w:rPr>
                <w:sz w:val="28"/>
                <w:szCs w:val="28"/>
              </w:rPr>
            </w:pPr>
          </w:p>
        </w:tc>
        <w:tc>
          <w:tcPr>
            <w:tcW w:w="810" w:type="dxa"/>
            <w:vAlign w:val="center"/>
          </w:tcPr>
          <w:p w14:paraId="3996E63A" w14:textId="77777777" w:rsidR="00E91A42" w:rsidRPr="00E91A42" w:rsidRDefault="00E91A42" w:rsidP="00A701F9">
            <w:pPr>
              <w:spacing w:before="50" w:after="50"/>
              <w:jc w:val="center"/>
              <w:rPr>
                <w:i/>
                <w:sz w:val="28"/>
                <w:szCs w:val="28"/>
              </w:rPr>
            </w:pPr>
          </w:p>
        </w:tc>
        <w:tc>
          <w:tcPr>
            <w:tcW w:w="816" w:type="dxa"/>
          </w:tcPr>
          <w:p w14:paraId="6D0B23B2" w14:textId="77777777" w:rsidR="00E91A42" w:rsidRPr="00E91A42" w:rsidRDefault="00E91A42" w:rsidP="00A701F9">
            <w:pPr>
              <w:spacing w:before="60" w:after="60"/>
              <w:jc w:val="center"/>
              <w:rPr>
                <w:sz w:val="28"/>
                <w:szCs w:val="28"/>
              </w:rPr>
            </w:pPr>
          </w:p>
        </w:tc>
        <w:tc>
          <w:tcPr>
            <w:tcW w:w="709" w:type="dxa"/>
          </w:tcPr>
          <w:p w14:paraId="5F6561B1" w14:textId="77777777" w:rsidR="00E91A42" w:rsidRPr="00E91A42" w:rsidRDefault="00E91A42" w:rsidP="00A701F9">
            <w:pPr>
              <w:spacing w:before="60" w:after="60"/>
              <w:jc w:val="center"/>
              <w:rPr>
                <w:sz w:val="28"/>
                <w:szCs w:val="28"/>
              </w:rPr>
            </w:pPr>
          </w:p>
        </w:tc>
        <w:tc>
          <w:tcPr>
            <w:tcW w:w="709" w:type="dxa"/>
          </w:tcPr>
          <w:p w14:paraId="4F61B138" w14:textId="77777777" w:rsidR="00E91A42" w:rsidRPr="00E91A42" w:rsidRDefault="00E91A42" w:rsidP="00A701F9">
            <w:pPr>
              <w:spacing w:before="60" w:after="60"/>
              <w:jc w:val="center"/>
              <w:rPr>
                <w:sz w:val="28"/>
                <w:szCs w:val="28"/>
              </w:rPr>
            </w:pPr>
          </w:p>
        </w:tc>
        <w:tc>
          <w:tcPr>
            <w:tcW w:w="826" w:type="dxa"/>
          </w:tcPr>
          <w:p w14:paraId="71D89D17" w14:textId="77777777" w:rsidR="00E91A42" w:rsidRPr="00E91A42" w:rsidRDefault="00E91A42" w:rsidP="00A701F9">
            <w:pPr>
              <w:spacing w:before="60" w:after="60"/>
              <w:jc w:val="center"/>
              <w:rPr>
                <w:sz w:val="28"/>
                <w:szCs w:val="28"/>
              </w:rPr>
            </w:pPr>
          </w:p>
        </w:tc>
      </w:tr>
      <w:tr w:rsidR="00E91A42" w:rsidRPr="00E91A42" w14:paraId="4A37DCD8" w14:textId="77777777" w:rsidTr="00A701F9">
        <w:tc>
          <w:tcPr>
            <w:tcW w:w="567" w:type="dxa"/>
          </w:tcPr>
          <w:p w14:paraId="4E6963B8" w14:textId="77777777" w:rsidR="00E91A42" w:rsidRPr="00E91A42" w:rsidRDefault="00E91A42" w:rsidP="00A701F9">
            <w:pPr>
              <w:spacing w:before="60" w:after="60"/>
              <w:jc w:val="center"/>
              <w:rPr>
                <w:sz w:val="28"/>
                <w:szCs w:val="28"/>
              </w:rPr>
            </w:pPr>
          </w:p>
        </w:tc>
        <w:tc>
          <w:tcPr>
            <w:tcW w:w="1579" w:type="dxa"/>
          </w:tcPr>
          <w:p w14:paraId="3C236BDA" w14:textId="77777777" w:rsidR="00E91A42" w:rsidRPr="00E91A42" w:rsidRDefault="00E91A42" w:rsidP="00A701F9">
            <w:pPr>
              <w:rPr>
                <w:sz w:val="28"/>
                <w:szCs w:val="28"/>
                <w:lang w:val="pt-BR"/>
              </w:rPr>
            </w:pPr>
          </w:p>
        </w:tc>
        <w:tc>
          <w:tcPr>
            <w:tcW w:w="810" w:type="dxa"/>
          </w:tcPr>
          <w:p w14:paraId="35ED5427" w14:textId="77777777" w:rsidR="00E91A42" w:rsidRPr="00E91A42" w:rsidRDefault="00E91A42" w:rsidP="00A701F9">
            <w:pPr>
              <w:spacing w:before="60" w:after="60"/>
              <w:jc w:val="center"/>
              <w:rPr>
                <w:sz w:val="28"/>
                <w:szCs w:val="28"/>
              </w:rPr>
            </w:pPr>
          </w:p>
        </w:tc>
        <w:tc>
          <w:tcPr>
            <w:tcW w:w="810" w:type="dxa"/>
          </w:tcPr>
          <w:p w14:paraId="6CC21A5B" w14:textId="77777777" w:rsidR="00E91A42" w:rsidRPr="00E91A42" w:rsidRDefault="00E91A42" w:rsidP="00A701F9">
            <w:pPr>
              <w:spacing w:before="60" w:after="60"/>
              <w:jc w:val="center"/>
              <w:rPr>
                <w:sz w:val="28"/>
                <w:szCs w:val="28"/>
              </w:rPr>
            </w:pPr>
          </w:p>
        </w:tc>
        <w:tc>
          <w:tcPr>
            <w:tcW w:w="630" w:type="dxa"/>
          </w:tcPr>
          <w:p w14:paraId="6D7A0C1E" w14:textId="77777777" w:rsidR="00E91A42" w:rsidRPr="00E91A42" w:rsidRDefault="00E91A42" w:rsidP="00A701F9">
            <w:pPr>
              <w:spacing w:before="60" w:after="60"/>
              <w:jc w:val="center"/>
              <w:rPr>
                <w:sz w:val="28"/>
                <w:szCs w:val="28"/>
              </w:rPr>
            </w:pPr>
          </w:p>
        </w:tc>
        <w:tc>
          <w:tcPr>
            <w:tcW w:w="900" w:type="dxa"/>
          </w:tcPr>
          <w:p w14:paraId="7E2FCCDC" w14:textId="77777777" w:rsidR="00E91A42" w:rsidRPr="00E91A42" w:rsidRDefault="00E91A42" w:rsidP="00A701F9">
            <w:pPr>
              <w:spacing w:before="60" w:after="60"/>
              <w:jc w:val="center"/>
              <w:rPr>
                <w:sz w:val="28"/>
                <w:szCs w:val="28"/>
              </w:rPr>
            </w:pPr>
          </w:p>
        </w:tc>
        <w:tc>
          <w:tcPr>
            <w:tcW w:w="720" w:type="dxa"/>
            <w:vAlign w:val="center"/>
          </w:tcPr>
          <w:p w14:paraId="0AD31EC4" w14:textId="77777777" w:rsidR="00E91A42" w:rsidRPr="00E91A42" w:rsidRDefault="00E91A42" w:rsidP="00A701F9">
            <w:pPr>
              <w:spacing w:before="60" w:after="60"/>
              <w:jc w:val="center"/>
              <w:rPr>
                <w:sz w:val="28"/>
                <w:szCs w:val="28"/>
              </w:rPr>
            </w:pPr>
          </w:p>
        </w:tc>
        <w:tc>
          <w:tcPr>
            <w:tcW w:w="900" w:type="dxa"/>
            <w:vAlign w:val="center"/>
          </w:tcPr>
          <w:p w14:paraId="60500F01" w14:textId="77777777" w:rsidR="00E91A42" w:rsidRPr="00E91A42" w:rsidRDefault="00E91A42" w:rsidP="00A701F9">
            <w:pPr>
              <w:spacing w:before="50" w:after="50"/>
              <w:jc w:val="center"/>
              <w:rPr>
                <w:i/>
                <w:sz w:val="28"/>
                <w:szCs w:val="28"/>
              </w:rPr>
            </w:pPr>
          </w:p>
        </w:tc>
        <w:tc>
          <w:tcPr>
            <w:tcW w:w="720" w:type="dxa"/>
            <w:vAlign w:val="center"/>
          </w:tcPr>
          <w:p w14:paraId="7A5C9657" w14:textId="77777777" w:rsidR="00E91A42" w:rsidRPr="00E91A42" w:rsidRDefault="00E91A42" w:rsidP="00A701F9">
            <w:pPr>
              <w:spacing w:before="60" w:after="60"/>
              <w:jc w:val="center"/>
              <w:rPr>
                <w:sz w:val="28"/>
                <w:szCs w:val="28"/>
              </w:rPr>
            </w:pPr>
          </w:p>
        </w:tc>
        <w:tc>
          <w:tcPr>
            <w:tcW w:w="810" w:type="dxa"/>
            <w:vAlign w:val="center"/>
          </w:tcPr>
          <w:p w14:paraId="4D0086E8" w14:textId="77777777" w:rsidR="00E91A42" w:rsidRPr="00E91A42" w:rsidRDefault="00E91A42" w:rsidP="00A701F9">
            <w:pPr>
              <w:spacing w:before="50" w:after="50"/>
              <w:jc w:val="center"/>
              <w:rPr>
                <w:i/>
                <w:sz w:val="28"/>
                <w:szCs w:val="28"/>
              </w:rPr>
            </w:pPr>
          </w:p>
        </w:tc>
        <w:tc>
          <w:tcPr>
            <w:tcW w:w="720" w:type="dxa"/>
            <w:vAlign w:val="center"/>
          </w:tcPr>
          <w:p w14:paraId="28446380" w14:textId="77777777" w:rsidR="00E91A42" w:rsidRPr="00E91A42" w:rsidRDefault="00E91A42" w:rsidP="00A701F9">
            <w:pPr>
              <w:spacing w:before="60" w:after="60"/>
              <w:jc w:val="center"/>
              <w:rPr>
                <w:sz w:val="28"/>
                <w:szCs w:val="28"/>
              </w:rPr>
            </w:pPr>
          </w:p>
        </w:tc>
        <w:tc>
          <w:tcPr>
            <w:tcW w:w="810" w:type="dxa"/>
            <w:vAlign w:val="center"/>
          </w:tcPr>
          <w:p w14:paraId="62A9EA95" w14:textId="77777777" w:rsidR="00E91A42" w:rsidRPr="00E91A42" w:rsidRDefault="00E91A42" w:rsidP="00A701F9">
            <w:pPr>
              <w:spacing w:before="50" w:after="50"/>
              <w:jc w:val="center"/>
              <w:rPr>
                <w:i/>
                <w:sz w:val="28"/>
                <w:szCs w:val="28"/>
              </w:rPr>
            </w:pPr>
          </w:p>
        </w:tc>
        <w:tc>
          <w:tcPr>
            <w:tcW w:w="720" w:type="dxa"/>
            <w:vAlign w:val="center"/>
          </w:tcPr>
          <w:p w14:paraId="2B99421A" w14:textId="77777777" w:rsidR="00E91A42" w:rsidRPr="00E91A42" w:rsidRDefault="00E91A42" w:rsidP="00A701F9">
            <w:pPr>
              <w:spacing w:before="60" w:after="60"/>
              <w:jc w:val="center"/>
              <w:rPr>
                <w:sz w:val="28"/>
                <w:szCs w:val="28"/>
              </w:rPr>
            </w:pPr>
          </w:p>
        </w:tc>
        <w:tc>
          <w:tcPr>
            <w:tcW w:w="810" w:type="dxa"/>
            <w:vAlign w:val="center"/>
          </w:tcPr>
          <w:p w14:paraId="3189AF78" w14:textId="77777777" w:rsidR="00E91A42" w:rsidRPr="00E91A42" w:rsidRDefault="00E91A42" w:rsidP="00A701F9">
            <w:pPr>
              <w:spacing w:before="50" w:after="50"/>
              <w:jc w:val="center"/>
              <w:rPr>
                <w:i/>
                <w:sz w:val="28"/>
                <w:szCs w:val="28"/>
              </w:rPr>
            </w:pPr>
          </w:p>
        </w:tc>
        <w:tc>
          <w:tcPr>
            <w:tcW w:w="816" w:type="dxa"/>
          </w:tcPr>
          <w:p w14:paraId="0A1D6823" w14:textId="77777777" w:rsidR="00E91A42" w:rsidRPr="00E91A42" w:rsidRDefault="00E91A42" w:rsidP="00A701F9">
            <w:pPr>
              <w:spacing w:before="60" w:after="60"/>
              <w:jc w:val="center"/>
              <w:rPr>
                <w:sz w:val="28"/>
                <w:szCs w:val="28"/>
              </w:rPr>
            </w:pPr>
          </w:p>
        </w:tc>
        <w:tc>
          <w:tcPr>
            <w:tcW w:w="709" w:type="dxa"/>
          </w:tcPr>
          <w:p w14:paraId="2530BC84" w14:textId="77777777" w:rsidR="00E91A42" w:rsidRPr="00E91A42" w:rsidRDefault="00E91A42" w:rsidP="00A701F9">
            <w:pPr>
              <w:spacing w:before="60" w:after="60"/>
              <w:jc w:val="center"/>
              <w:rPr>
                <w:sz w:val="28"/>
                <w:szCs w:val="28"/>
              </w:rPr>
            </w:pPr>
          </w:p>
        </w:tc>
        <w:tc>
          <w:tcPr>
            <w:tcW w:w="709" w:type="dxa"/>
          </w:tcPr>
          <w:p w14:paraId="59BCD776" w14:textId="77777777" w:rsidR="00E91A42" w:rsidRPr="00E91A42" w:rsidRDefault="00E91A42" w:rsidP="00A701F9">
            <w:pPr>
              <w:spacing w:before="60" w:after="60"/>
              <w:jc w:val="center"/>
              <w:rPr>
                <w:sz w:val="28"/>
                <w:szCs w:val="28"/>
              </w:rPr>
            </w:pPr>
          </w:p>
        </w:tc>
        <w:tc>
          <w:tcPr>
            <w:tcW w:w="826" w:type="dxa"/>
          </w:tcPr>
          <w:p w14:paraId="3CA2BCF5" w14:textId="77777777" w:rsidR="00E91A42" w:rsidRPr="00E91A42" w:rsidRDefault="00E91A42" w:rsidP="00A701F9">
            <w:pPr>
              <w:spacing w:before="60" w:after="60"/>
              <w:jc w:val="center"/>
              <w:rPr>
                <w:sz w:val="28"/>
                <w:szCs w:val="28"/>
              </w:rPr>
            </w:pPr>
          </w:p>
        </w:tc>
      </w:tr>
      <w:tr w:rsidR="00E91A42" w:rsidRPr="00E91A42" w14:paraId="351873A4" w14:textId="77777777" w:rsidTr="00A701F9">
        <w:tc>
          <w:tcPr>
            <w:tcW w:w="567" w:type="dxa"/>
          </w:tcPr>
          <w:p w14:paraId="5C201C24" w14:textId="77777777" w:rsidR="00E91A42" w:rsidRPr="00E91A42" w:rsidRDefault="00E91A42" w:rsidP="00A701F9">
            <w:pPr>
              <w:spacing w:before="60" w:after="60"/>
              <w:jc w:val="center"/>
              <w:rPr>
                <w:sz w:val="28"/>
                <w:szCs w:val="28"/>
              </w:rPr>
            </w:pPr>
          </w:p>
        </w:tc>
        <w:tc>
          <w:tcPr>
            <w:tcW w:w="1579" w:type="dxa"/>
          </w:tcPr>
          <w:p w14:paraId="56E46A77" w14:textId="77777777" w:rsidR="00E91A42" w:rsidRPr="00E91A42" w:rsidRDefault="00E91A42" w:rsidP="00A701F9">
            <w:pPr>
              <w:rPr>
                <w:sz w:val="28"/>
                <w:szCs w:val="28"/>
                <w:lang w:val="es-MX"/>
              </w:rPr>
            </w:pPr>
          </w:p>
        </w:tc>
        <w:tc>
          <w:tcPr>
            <w:tcW w:w="810" w:type="dxa"/>
          </w:tcPr>
          <w:p w14:paraId="13D54BD2" w14:textId="77777777" w:rsidR="00E91A42" w:rsidRPr="00E91A42" w:rsidRDefault="00E91A42" w:rsidP="00A701F9">
            <w:pPr>
              <w:spacing w:before="60" w:after="60"/>
              <w:jc w:val="center"/>
              <w:rPr>
                <w:sz w:val="28"/>
                <w:szCs w:val="28"/>
              </w:rPr>
            </w:pPr>
          </w:p>
        </w:tc>
        <w:tc>
          <w:tcPr>
            <w:tcW w:w="810" w:type="dxa"/>
          </w:tcPr>
          <w:p w14:paraId="78CA830A" w14:textId="77777777" w:rsidR="00E91A42" w:rsidRPr="00E91A42" w:rsidRDefault="00E91A42" w:rsidP="00A701F9">
            <w:pPr>
              <w:spacing w:before="60" w:after="60"/>
              <w:jc w:val="center"/>
              <w:rPr>
                <w:sz w:val="28"/>
                <w:szCs w:val="28"/>
              </w:rPr>
            </w:pPr>
          </w:p>
        </w:tc>
        <w:tc>
          <w:tcPr>
            <w:tcW w:w="630" w:type="dxa"/>
          </w:tcPr>
          <w:p w14:paraId="0C1208FA" w14:textId="77777777" w:rsidR="00E91A42" w:rsidRPr="00E91A42" w:rsidRDefault="00E91A42" w:rsidP="00A701F9">
            <w:pPr>
              <w:spacing w:before="60" w:after="60"/>
              <w:jc w:val="center"/>
              <w:rPr>
                <w:sz w:val="28"/>
                <w:szCs w:val="28"/>
              </w:rPr>
            </w:pPr>
          </w:p>
        </w:tc>
        <w:tc>
          <w:tcPr>
            <w:tcW w:w="900" w:type="dxa"/>
          </w:tcPr>
          <w:p w14:paraId="2AEF197E" w14:textId="77777777" w:rsidR="00E91A42" w:rsidRPr="00E91A42" w:rsidRDefault="00E91A42" w:rsidP="00A701F9">
            <w:pPr>
              <w:spacing w:before="60" w:after="60"/>
              <w:jc w:val="center"/>
              <w:rPr>
                <w:sz w:val="28"/>
                <w:szCs w:val="28"/>
              </w:rPr>
            </w:pPr>
          </w:p>
        </w:tc>
        <w:tc>
          <w:tcPr>
            <w:tcW w:w="720" w:type="dxa"/>
            <w:vAlign w:val="center"/>
          </w:tcPr>
          <w:p w14:paraId="31B1B2DE" w14:textId="77777777" w:rsidR="00E91A42" w:rsidRPr="00E91A42" w:rsidRDefault="00E91A42" w:rsidP="00A701F9">
            <w:pPr>
              <w:spacing w:before="60" w:after="60"/>
              <w:jc w:val="center"/>
              <w:rPr>
                <w:sz w:val="28"/>
                <w:szCs w:val="28"/>
              </w:rPr>
            </w:pPr>
          </w:p>
        </w:tc>
        <w:tc>
          <w:tcPr>
            <w:tcW w:w="900" w:type="dxa"/>
            <w:vAlign w:val="center"/>
          </w:tcPr>
          <w:p w14:paraId="0927BC0E" w14:textId="77777777" w:rsidR="00E91A42" w:rsidRPr="00E91A42" w:rsidRDefault="00E91A42" w:rsidP="00A701F9">
            <w:pPr>
              <w:spacing w:before="50" w:after="50"/>
              <w:jc w:val="center"/>
              <w:rPr>
                <w:i/>
                <w:sz w:val="28"/>
                <w:szCs w:val="28"/>
              </w:rPr>
            </w:pPr>
          </w:p>
        </w:tc>
        <w:tc>
          <w:tcPr>
            <w:tcW w:w="720" w:type="dxa"/>
            <w:vAlign w:val="center"/>
          </w:tcPr>
          <w:p w14:paraId="54660A8D" w14:textId="77777777" w:rsidR="00E91A42" w:rsidRPr="00E91A42" w:rsidRDefault="00E91A42" w:rsidP="00A701F9">
            <w:pPr>
              <w:spacing w:before="60" w:after="60"/>
              <w:jc w:val="center"/>
              <w:rPr>
                <w:sz w:val="28"/>
                <w:szCs w:val="28"/>
              </w:rPr>
            </w:pPr>
          </w:p>
        </w:tc>
        <w:tc>
          <w:tcPr>
            <w:tcW w:w="810" w:type="dxa"/>
            <w:vAlign w:val="center"/>
          </w:tcPr>
          <w:p w14:paraId="69AF962B" w14:textId="77777777" w:rsidR="00E91A42" w:rsidRPr="00E91A42" w:rsidRDefault="00E91A42" w:rsidP="00A701F9">
            <w:pPr>
              <w:spacing w:before="50" w:after="50"/>
              <w:jc w:val="center"/>
              <w:rPr>
                <w:i/>
                <w:sz w:val="28"/>
                <w:szCs w:val="28"/>
              </w:rPr>
            </w:pPr>
          </w:p>
        </w:tc>
        <w:tc>
          <w:tcPr>
            <w:tcW w:w="720" w:type="dxa"/>
            <w:vAlign w:val="center"/>
          </w:tcPr>
          <w:p w14:paraId="1020CC63" w14:textId="77777777" w:rsidR="00E91A42" w:rsidRPr="00E91A42" w:rsidRDefault="00E91A42" w:rsidP="00A701F9">
            <w:pPr>
              <w:spacing w:before="60" w:after="60"/>
              <w:jc w:val="center"/>
              <w:rPr>
                <w:sz w:val="28"/>
                <w:szCs w:val="28"/>
              </w:rPr>
            </w:pPr>
          </w:p>
        </w:tc>
        <w:tc>
          <w:tcPr>
            <w:tcW w:w="810" w:type="dxa"/>
            <w:vAlign w:val="center"/>
          </w:tcPr>
          <w:p w14:paraId="554DA07F" w14:textId="77777777" w:rsidR="00E91A42" w:rsidRPr="00E91A42" w:rsidRDefault="00E91A42" w:rsidP="00A701F9">
            <w:pPr>
              <w:spacing w:before="50" w:after="50"/>
              <w:jc w:val="center"/>
              <w:rPr>
                <w:i/>
                <w:sz w:val="28"/>
                <w:szCs w:val="28"/>
              </w:rPr>
            </w:pPr>
          </w:p>
        </w:tc>
        <w:tc>
          <w:tcPr>
            <w:tcW w:w="720" w:type="dxa"/>
            <w:vAlign w:val="center"/>
          </w:tcPr>
          <w:p w14:paraId="1E12FA43" w14:textId="77777777" w:rsidR="00E91A42" w:rsidRPr="00E91A42" w:rsidRDefault="00E91A42" w:rsidP="00A701F9">
            <w:pPr>
              <w:spacing w:before="60" w:after="60"/>
              <w:jc w:val="center"/>
              <w:rPr>
                <w:sz w:val="28"/>
                <w:szCs w:val="28"/>
              </w:rPr>
            </w:pPr>
          </w:p>
        </w:tc>
        <w:tc>
          <w:tcPr>
            <w:tcW w:w="810" w:type="dxa"/>
            <w:vAlign w:val="center"/>
          </w:tcPr>
          <w:p w14:paraId="591792D0" w14:textId="77777777" w:rsidR="00E91A42" w:rsidRPr="00E91A42" w:rsidRDefault="00E91A42" w:rsidP="00A701F9">
            <w:pPr>
              <w:spacing w:before="50" w:after="50"/>
              <w:jc w:val="center"/>
              <w:rPr>
                <w:i/>
                <w:sz w:val="28"/>
                <w:szCs w:val="28"/>
              </w:rPr>
            </w:pPr>
          </w:p>
        </w:tc>
        <w:tc>
          <w:tcPr>
            <w:tcW w:w="816" w:type="dxa"/>
          </w:tcPr>
          <w:p w14:paraId="7868116C" w14:textId="77777777" w:rsidR="00E91A42" w:rsidRPr="00E91A42" w:rsidRDefault="00E91A42" w:rsidP="00A701F9">
            <w:pPr>
              <w:spacing w:before="60" w:after="60"/>
              <w:jc w:val="center"/>
              <w:rPr>
                <w:sz w:val="28"/>
                <w:szCs w:val="28"/>
              </w:rPr>
            </w:pPr>
          </w:p>
        </w:tc>
        <w:tc>
          <w:tcPr>
            <w:tcW w:w="709" w:type="dxa"/>
          </w:tcPr>
          <w:p w14:paraId="4B715099" w14:textId="77777777" w:rsidR="00E91A42" w:rsidRPr="00E91A42" w:rsidRDefault="00E91A42" w:rsidP="00A701F9">
            <w:pPr>
              <w:spacing w:before="60" w:after="60"/>
              <w:jc w:val="center"/>
              <w:rPr>
                <w:sz w:val="28"/>
                <w:szCs w:val="28"/>
              </w:rPr>
            </w:pPr>
          </w:p>
        </w:tc>
        <w:tc>
          <w:tcPr>
            <w:tcW w:w="709" w:type="dxa"/>
          </w:tcPr>
          <w:p w14:paraId="552DDADE" w14:textId="77777777" w:rsidR="00E91A42" w:rsidRPr="00E91A42" w:rsidRDefault="00E91A42" w:rsidP="00A701F9">
            <w:pPr>
              <w:spacing w:before="60" w:after="60"/>
              <w:jc w:val="center"/>
              <w:rPr>
                <w:sz w:val="28"/>
                <w:szCs w:val="28"/>
              </w:rPr>
            </w:pPr>
          </w:p>
        </w:tc>
        <w:tc>
          <w:tcPr>
            <w:tcW w:w="826" w:type="dxa"/>
          </w:tcPr>
          <w:p w14:paraId="5B3255F5" w14:textId="77777777" w:rsidR="00E91A42" w:rsidRPr="00E91A42" w:rsidRDefault="00E91A42" w:rsidP="00A701F9">
            <w:pPr>
              <w:spacing w:before="60" w:after="60"/>
              <w:jc w:val="center"/>
              <w:rPr>
                <w:sz w:val="28"/>
                <w:szCs w:val="28"/>
              </w:rPr>
            </w:pPr>
          </w:p>
        </w:tc>
      </w:tr>
      <w:tr w:rsidR="00E91A42" w:rsidRPr="00E91A42" w14:paraId="0F51F034" w14:textId="77777777" w:rsidTr="00A701F9">
        <w:tc>
          <w:tcPr>
            <w:tcW w:w="567" w:type="dxa"/>
          </w:tcPr>
          <w:p w14:paraId="06193A0A" w14:textId="77777777" w:rsidR="00E91A42" w:rsidRPr="00E91A42" w:rsidRDefault="00E91A42" w:rsidP="00A701F9">
            <w:pPr>
              <w:spacing w:before="60" w:after="60"/>
              <w:jc w:val="center"/>
              <w:rPr>
                <w:sz w:val="28"/>
                <w:szCs w:val="28"/>
              </w:rPr>
            </w:pPr>
          </w:p>
        </w:tc>
        <w:tc>
          <w:tcPr>
            <w:tcW w:w="1579" w:type="dxa"/>
          </w:tcPr>
          <w:p w14:paraId="10D454D9" w14:textId="77777777" w:rsidR="00E91A42" w:rsidRPr="00E91A42" w:rsidRDefault="00E91A42" w:rsidP="00A701F9">
            <w:pPr>
              <w:rPr>
                <w:sz w:val="28"/>
                <w:szCs w:val="28"/>
              </w:rPr>
            </w:pPr>
          </w:p>
        </w:tc>
        <w:tc>
          <w:tcPr>
            <w:tcW w:w="810" w:type="dxa"/>
          </w:tcPr>
          <w:p w14:paraId="3CC7B9B0" w14:textId="77777777" w:rsidR="00E91A42" w:rsidRPr="00E91A42" w:rsidRDefault="00E91A42" w:rsidP="00A701F9">
            <w:pPr>
              <w:spacing w:before="60" w:after="60"/>
              <w:jc w:val="center"/>
              <w:rPr>
                <w:sz w:val="28"/>
                <w:szCs w:val="28"/>
              </w:rPr>
            </w:pPr>
          </w:p>
        </w:tc>
        <w:tc>
          <w:tcPr>
            <w:tcW w:w="810" w:type="dxa"/>
          </w:tcPr>
          <w:p w14:paraId="552B58E6" w14:textId="77777777" w:rsidR="00E91A42" w:rsidRPr="00E91A42" w:rsidRDefault="00E91A42" w:rsidP="00A701F9">
            <w:pPr>
              <w:spacing w:before="60" w:after="60"/>
              <w:jc w:val="center"/>
              <w:rPr>
                <w:sz w:val="28"/>
                <w:szCs w:val="28"/>
              </w:rPr>
            </w:pPr>
          </w:p>
        </w:tc>
        <w:tc>
          <w:tcPr>
            <w:tcW w:w="630" w:type="dxa"/>
          </w:tcPr>
          <w:p w14:paraId="7AFE3FBA" w14:textId="77777777" w:rsidR="00E91A42" w:rsidRPr="00E91A42" w:rsidRDefault="00E91A42" w:rsidP="00A701F9">
            <w:pPr>
              <w:spacing w:before="60" w:after="60"/>
              <w:jc w:val="center"/>
              <w:rPr>
                <w:sz w:val="28"/>
                <w:szCs w:val="28"/>
              </w:rPr>
            </w:pPr>
          </w:p>
        </w:tc>
        <w:tc>
          <w:tcPr>
            <w:tcW w:w="900" w:type="dxa"/>
          </w:tcPr>
          <w:p w14:paraId="06DFAA0D" w14:textId="77777777" w:rsidR="00E91A42" w:rsidRPr="00E91A42" w:rsidRDefault="00E91A42" w:rsidP="00A701F9">
            <w:pPr>
              <w:spacing w:before="60" w:after="60"/>
              <w:jc w:val="center"/>
              <w:rPr>
                <w:sz w:val="28"/>
                <w:szCs w:val="28"/>
              </w:rPr>
            </w:pPr>
          </w:p>
        </w:tc>
        <w:tc>
          <w:tcPr>
            <w:tcW w:w="720" w:type="dxa"/>
            <w:vAlign w:val="center"/>
          </w:tcPr>
          <w:p w14:paraId="4D8B625A" w14:textId="77777777" w:rsidR="00E91A42" w:rsidRPr="00E91A42" w:rsidRDefault="00E91A42" w:rsidP="00A701F9">
            <w:pPr>
              <w:spacing w:before="60" w:after="60"/>
              <w:jc w:val="center"/>
              <w:rPr>
                <w:sz w:val="28"/>
                <w:szCs w:val="28"/>
              </w:rPr>
            </w:pPr>
          </w:p>
        </w:tc>
        <w:tc>
          <w:tcPr>
            <w:tcW w:w="900" w:type="dxa"/>
            <w:vAlign w:val="center"/>
          </w:tcPr>
          <w:p w14:paraId="77490849" w14:textId="77777777" w:rsidR="00E91A42" w:rsidRPr="00E91A42" w:rsidRDefault="00E91A42" w:rsidP="00A701F9">
            <w:pPr>
              <w:spacing w:before="50" w:after="50"/>
              <w:jc w:val="center"/>
              <w:rPr>
                <w:i/>
                <w:sz w:val="28"/>
                <w:szCs w:val="28"/>
              </w:rPr>
            </w:pPr>
          </w:p>
        </w:tc>
        <w:tc>
          <w:tcPr>
            <w:tcW w:w="720" w:type="dxa"/>
            <w:vAlign w:val="center"/>
          </w:tcPr>
          <w:p w14:paraId="47CFC072" w14:textId="77777777" w:rsidR="00E91A42" w:rsidRPr="00E91A42" w:rsidRDefault="00E91A42" w:rsidP="00A701F9">
            <w:pPr>
              <w:spacing w:before="60" w:after="60"/>
              <w:jc w:val="center"/>
              <w:rPr>
                <w:sz w:val="28"/>
                <w:szCs w:val="28"/>
              </w:rPr>
            </w:pPr>
          </w:p>
        </w:tc>
        <w:tc>
          <w:tcPr>
            <w:tcW w:w="810" w:type="dxa"/>
            <w:vAlign w:val="center"/>
          </w:tcPr>
          <w:p w14:paraId="0816ACDC" w14:textId="77777777" w:rsidR="00E91A42" w:rsidRPr="00E91A42" w:rsidRDefault="00E91A42" w:rsidP="00A701F9">
            <w:pPr>
              <w:spacing w:before="50" w:after="50"/>
              <w:jc w:val="center"/>
              <w:rPr>
                <w:i/>
                <w:sz w:val="28"/>
                <w:szCs w:val="28"/>
              </w:rPr>
            </w:pPr>
          </w:p>
        </w:tc>
        <w:tc>
          <w:tcPr>
            <w:tcW w:w="720" w:type="dxa"/>
            <w:vAlign w:val="center"/>
          </w:tcPr>
          <w:p w14:paraId="68F2266C" w14:textId="77777777" w:rsidR="00E91A42" w:rsidRPr="00E91A42" w:rsidRDefault="00E91A42" w:rsidP="00A701F9">
            <w:pPr>
              <w:spacing w:before="60" w:after="60"/>
              <w:jc w:val="center"/>
              <w:rPr>
                <w:sz w:val="28"/>
                <w:szCs w:val="28"/>
              </w:rPr>
            </w:pPr>
          </w:p>
        </w:tc>
        <w:tc>
          <w:tcPr>
            <w:tcW w:w="810" w:type="dxa"/>
            <w:vAlign w:val="center"/>
          </w:tcPr>
          <w:p w14:paraId="2CB8E769" w14:textId="77777777" w:rsidR="00E91A42" w:rsidRPr="00E91A42" w:rsidRDefault="00E91A42" w:rsidP="00A701F9">
            <w:pPr>
              <w:spacing w:before="50" w:after="50"/>
              <w:jc w:val="center"/>
              <w:rPr>
                <w:i/>
                <w:sz w:val="28"/>
                <w:szCs w:val="28"/>
              </w:rPr>
            </w:pPr>
          </w:p>
        </w:tc>
        <w:tc>
          <w:tcPr>
            <w:tcW w:w="720" w:type="dxa"/>
            <w:vAlign w:val="center"/>
          </w:tcPr>
          <w:p w14:paraId="4C926961" w14:textId="77777777" w:rsidR="00E91A42" w:rsidRPr="00E91A42" w:rsidRDefault="00E91A42" w:rsidP="00A701F9">
            <w:pPr>
              <w:spacing w:before="60" w:after="60"/>
              <w:jc w:val="center"/>
              <w:rPr>
                <w:sz w:val="28"/>
                <w:szCs w:val="28"/>
              </w:rPr>
            </w:pPr>
          </w:p>
        </w:tc>
        <w:tc>
          <w:tcPr>
            <w:tcW w:w="810" w:type="dxa"/>
            <w:vAlign w:val="center"/>
          </w:tcPr>
          <w:p w14:paraId="27E19DF5" w14:textId="77777777" w:rsidR="00E91A42" w:rsidRPr="00E91A42" w:rsidRDefault="00E91A42" w:rsidP="00A701F9">
            <w:pPr>
              <w:spacing w:before="50" w:after="50"/>
              <w:jc w:val="center"/>
              <w:rPr>
                <w:i/>
                <w:sz w:val="28"/>
                <w:szCs w:val="28"/>
              </w:rPr>
            </w:pPr>
          </w:p>
        </w:tc>
        <w:tc>
          <w:tcPr>
            <w:tcW w:w="816" w:type="dxa"/>
          </w:tcPr>
          <w:p w14:paraId="1575932D" w14:textId="77777777" w:rsidR="00E91A42" w:rsidRPr="00E91A42" w:rsidRDefault="00E91A42" w:rsidP="00A701F9">
            <w:pPr>
              <w:spacing w:before="60" w:after="60"/>
              <w:jc w:val="center"/>
              <w:rPr>
                <w:sz w:val="28"/>
                <w:szCs w:val="28"/>
              </w:rPr>
            </w:pPr>
          </w:p>
        </w:tc>
        <w:tc>
          <w:tcPr>
            <w:tcW w:w="709" w:type="dxa"/>
          </w:tcPr>
          <w:p w14:paraId="5A9BF0A6" w14:textId="77777777" w:rsidR="00E91A42" w:rsidRPr="00E91A42" w:rsidRDefault="00E91A42" w:rsidP="00A701F9">
            <w:pPr>
              <w:spacing w:before="60" w:after="60"/>
              <w:jc w:val="center"/>
              <w:rPr>
                <w:sz w:val="28"/>
                <w:szCs w:val="28"/>
              </w:rPr>
            </w:pPr>
          </w:p>
        </w:tc>
        <w:tc>
          <w:tcPr>
            <w:tcW w:w="709" w:type="dxa"/>
          </w:tcPr>
          <w:p w14:paraId="2B6BFF33" w14:textId="77777777" w:rsidR="00E91A42" w:rsidRPr="00E91A42" w:rsidRDefault="00E91A42" w:rsidP="00A701F9">
            <w:pPr>
              <w:spacing w:before="60" w:after="60"/>
              <w:jc w:val="center"/>
              <w:rPr>
                <w:sz w:val="28"/>
                <w:szCs w:val="28"/>
              </w:rPr>
            </w:pPr>
          </w:p>
        </w:tc>
        <w:tc>
          <w:tcPr>
            <w:tcW w:w="826" w:type="dxa"/>
          </w:tcPr>
          <w:p w14:paraId="692A1AC5" w14:textId="77777777" w:rsidR="00E91A42" w:rsidRPr="00E91A42" w:rsidRDefault="00E91A42" w:rsidP="00A701F9">
            <w:pPr>
              <w:spacing w:before="60" w:after="60"/>
              <w:jc w:val="center"/>
              <w:rPr>
                <w:sz w:val="28"/>
                <w:szCs w:val="28"/>
              </w:rPr>
            </w:pPr>
          </w:p>
        </w:tc>
      </w:tr>
      <w:tr w:rsidR="00E91A42" w:rsidRPr="00E91A42" w14:paraId="2D2F9158" w14:textId="77777777" w:rsidTr="00A701F9">
        <w:tc>
          <w:tcPr>
            <w:tcW w:w="567" w:type="dxa"/>
          </w:tcPr>
          <w:p w14:paraId="5578BF4D" w14:textId="77777777" w:rsidR="00E91A42" w:rsidRPr="00E91A42" w:rsidRDefault="00E91A42" w:rsidP="00A701F9">
            <w:pPr>
              <w:spacing w:before="60" w:after="60"/>
              <w:jc w:val="center"/>
              <w:rPr>
                <w:sz w:val="28"/>
                <w:szCs w:val="28"/>
              </w:rPr>
            </w:pPr>
            <w:r w:rsidRPr="00E91A42">
              <w:rPr>
                <w:sz w:val="28"/>
                <w:szCs w:val="28"/>
              </w:rPr>
              <w:t>…</w:t>
            </w:r>
          </w:p>
        </w:tc>
        <w:tc>
          <w:tcPr>
            <w:tcW w:w="1579" w:type="dxa"/>
          </w:tcPr>
          <w:p w14:paraId="144FC098" w14:textId="77777777" w:rsidR="00E91A42" w:rsidRPr="00E91A42" w:rsidRDefault="00E91A42" w:rsidP="00A701F9">
            <w:pPr>
              <w:rPr>
                <w:sz w:val="28"/>
                <w:szCs w:val="28"/>
              </w:rPr>
            </w:pPr>
            <w:r w:rsidRPr="00E91A42">
              <w:rPr>
                <w:sz w:val="28"/>
                <w:szCs w:val="28"/>
              </w:rPr>
              <w:t>…</w:t>
            </w:r>
          </w:p>
        </w:tc>
        <w:tc>
          <w:tcPr>
            <w:tcW w:w="810" w:type="dxa"/>
          </w:tcPr>
          <w:p w14:paraId="529C55F8" w14:textId="77777777" w:rsidR="00E91A42" w:rsidRPr="00E91A42" w:rsidRDefault="00E91A42" w:rsidP="00A701F9">
            <w:pPr>
              <w:spacing w:before="60" w:after="60"/>
              <w:jc w:val="center"/>
              <w:rPr>
                <w:sz w:val="28"/>
                <w:szCs w:val="28"/>
              </w:rPr>
            </w:pPr>
          </w:p>
        </w:tc>
        <w:tc>
          <w:tcPr>
            <w:tcW w:w="810" w:type="dxa"/>
          </w:tcPr>
          <w:p w14:paraId="529AE143" w14:textId="77777777" w:rsidR="00E91A42" w:rsidRPr="00E91A42" w:rsidRDefault="00E91A42" w:rsidP="00A701F9">
            <w:pPr>
              <w:spacing w:before="60" w:after="60"/>
              <w:jc w:val="center"/>
              <w:rPr>
                <w:sz w:val="28"/>
                <w:szCs w:val="28"/>
              </w:rPr>
            </w:pPr>
          </w:p>
        </w:tc>
        <w:tc>
          <w:tcPr>
            <w:tcW w:w="630" w:type="dxa"/>
          </w:tcPr>
          <w:p w14:paraId="1AC09CD6" w14:textId="77777777" w:rsidR="00E91A42" w:rsidRPr="00E91A42" w:rsidRDefault="00E91A42" w:rsidP="00A701F9">
            <w:pPr>
              <w:spacing w:before="60" w:after="60"/>
              <w:jc w:val="center"/>
              <w:rPr>
                <w:sz w:val="28"/>
                <w:szCs w:val="28"/>
              </w:rPr>
            </w:pPr>
          </w:p>
        </w:tc>
        <w:tc>
          <w:tcPr>
            <w:tcW w:w="900" w:type="dxa"/>
          </w:tcPr>
          <w:p w14:paraId="6A4D7AE2" w14:textId="77777777" w:rsidR="00E91A42" w:rsidRPr="00E91A42" w:rsidRDefault="00E91A42" w:rsidP="00A701F9">
            <w:pPr>
              <w:spacing w:before="60" w:after="60"/>
              <w:jc w:val="center"/>
              <w:rPr>
                <w:sz w:val="28"/>
                <w:szCs w:val="28"/>
              </w:rPr>
            </w:pPr>
          </w:p>
        </w:tc>
        <w:tc>
          <w:tcPr>
            <w:tcW w:w="720" w:type="dxa"/>
            <w:vAlign w:val="center"/>
          </w:tcPr>
          <w:p w14:paraId="39701255" w14:textId="77777777" w:rsidR="00E91A42" w:rsidRPr="00E91A42" w:rsidRDefault="00E91A42" w:rsidP="00A701F9">
            <w:pPr>
              <w:spacing w:before="60" w:after="60"/>
              <w:jc w:val="center"/>
              <w:rPr>
                <w:sz w:val="28"/>
                <w:szCs w:val="28"/>
              </w:rPr>
            </w:pPr>
          </w:p>
        </w:tc>
        <w:tc>
          <w:tcPr>
            <w:tcW w:w="900" w:type="dxa"/>
            <w:vAlign w:val="center"/>
          </w:tcPr>
          <w:p w14:paraId="1B7C25BE" w14:textId="77777777" w:rsidR="00E91A42" w:rsidRPr="00E91A42" w:rsidRDefault="00E91A42" w:rsidP="00A701F9">
            <w:pPr>
              <w:spacing w:before="50" w:after="50"/>
              <w:jc w:val="center"/>
              <w:rPr>
                <w:i/>
                <w:sz w:val="28"/>
                <w:szCs w:val="28"/>
              </w:rPr>
            </w:pPr>
          </w:p>
        </w:tc>
        <w:tc>
          <w:tcPr>
            <w:tcW w:w="720" w:type="dxa"/>
            <w:vAlign w:val="center"/>
          </w:tcPr>
          <w:p w14:paraId="04C09BDB" w14:textId="77777777" w:rsidR="00E91A42" w:rsidRPr="00E91A42" w:rsidRDefault="00E91A42" w:rsidP="00A701F9">
            <w:pPr>
              <w:spacing w:before="60" w:after="60"/>
              <w:jc w:val="center"/>
              <w:rPr>
                <w:sz w:val="28"/>
                <w:szCs w:val="28"/>
              </w:rPr>
            </w:pPr>
          </w:p>
        </w:tc>
        <w:tc>
          <w:tcPr>
            <w:tcW w:w="810" w:type="dxa"/>
            <w:vAlign w:val="center"/>
          </w:tcPr>
          <w:p w14:paraId="6C27CC04" w14:textId="77777777" w:rsidR="00E91A42" w:rsidRPr="00E91A42" w:rsidRDefault="00E91A42" w:rsidP="00A701F9">
            <w:pPr>
              <w:spacing w:before="50" w:after="50"/>
              <w:jc w:val="center"/>
              <w:rPr>
                <w:i/>
                <w:sz w:val="28"/>
                <w:szCs w:val="28"/>
              </w:rPr>
            </w:pPr>
          </w:p>
        </w:tc>
        <w:tc>
          <w:tcPr>
            <w:tcW w:w="720" w:type="dxa"/>
            <w:vAlign w:val="center"/>
          </w:tcPr>
          <w:p w14:paraId="4DCA9CC7" w14:textId="77777777" w:rsidR="00E91A42" w:rsidRPr="00E91A42" w:rsidRDefault="00E91A42" w:rsidP="00A701F9">
            <w:pPr>
              <w:spacing w:before="60" w:after="60"/>
              <w:jc w:val="center"/>
              <w:rPr>
                <w:sz w:val="28"/>
                <w:szCs w:val="28"/>
              </w:rPr>
            </w:pPr>
          </w:p>
        </w:tc>
        <w:tc>
          <w:tcPr>
            <w:tcW w:w="810" w:type="dxa"/>
            <w:vAlign w:val="center"/>
          </w:tcPr>
          <w:p w14:paraId="70ED6AB6" w14:textId="77777777" w:rsidR="00E91A42" w:rsidRPr="00E91A42" w:rsidRDefault="00E91A42" w:rsidP="00A701F9">
            <w:pPr>
              <w:spacing w:before="50" w:after="50"/>
              <w:jc w:val="center"/>
              <w:rPr>
                <w:i/>
                <w:sz w:val="28"/>
                <w:szCs w:val="28"/>
              </w:rPr>
            </w:pPr>
          </w:p>
        </w:tc>
        <w:tc>
          <w:tcPr>
            <w:tcW w:w="720" w:type="dxa"/>
            <w:vAlign w:val="center"/>
          </w:tcPr>
          <w:p w14:paraId="5F23C1F3" w14:textId="77777777" w:rsidR="00E91A42" w:rsidRPr="00E91A42" w:rsidRDefault="00E91A42" w:rsidP="00A701F9">
            <w:pPr>
              <w:spacing w:before="60" w:after="60"/>
              <w:jc w:val="center"/>
              <w:rPr>
                <w:sz w:val="28"/>
                <w:szCs w:val="28"/>
              </w:rPr>
            </w:pPr>
          </w:p>
        </w:tc>
        <w:tc>
          <w:tcPr>
            <w:tcW w:w="810" w:type="dxa"/>
            <w:vAlign w:val="center"/>
          </w:tcPr>
          <w:p w14:paraId="79D46E9A" w14:textId="77777777" w:rsidR="00E91A42" w:rsidRPr="00E91A42" w:rsidRDefault="00E91A42" w:rsidP="00A701F9">
            <w:pPr>
              <w:spacing w:before="50" w:after="50"/>
              <w:jc w:val="center"/>
              <w:rPr>
                <w:i/>
                <w:sz w:val="28"/>
                <w:szCs w:val="28"/>
              </w:rPr>
            </w:pPr>
          </w:p>
        </w:tc>
        <w:tc>
          <w:tcPr>
            <w:tcW w:w="816" w:type="dxa"/>
          </w:tcPr>
          <w:p w14:paraId="65A3F64A" w14:textId="77777777" w:rsidR="00E91A42" w:rsidRPr="00E91A42" w:rsidRDefault="00E91A42" w:rsidP="00A701F9">
            <w:pPr>
              <w:spacing w:before="60" w:after="60"/>
              <w:jc w:val="center"/>
              <w:rPr>
                <w:sz w:val="28"/>
                <w:szCs w:val="28"/>
              </w:rPr>
            </w:pPr>
          </w:p>
        </w:tc>
        <w:tc>
          <w:tcPr>
            <w:tcW w:w="709" w:type="dxa"/>
          </w:tcPr>
          <w:p w14:paraId="5E2C67E5" w14:textId="77777777" w:rsidR="00E91A42" w:rsidRPr="00E91A42" w:rsidRDefault="00E91A42" w:rsidP="00A701F9">
            <w:pPr>
              <w:spacing w:before="60" w:after="60"/>
              <w:jc w:val="center"/>
              <w:rPr>
                <w:sz w:val="28"/>
                <w:szCs w:val="28"/>
              </w:rPr>
            </w:pPr>
          </w:p>
        </w:tc>
        <w:tc>
          <w:tcPr>
            <w:tcW w:w="709" w:type="dxa"/>
          </w:tcPr>
          <w:p w14:paraId="689AB56C" w14:textId="77777777" w:rsidR="00E91A42" w:rsidRPr="00E91A42" w:rsidRDefault="00E91A42" w:rsidP="00A701F9">
            <w:pPr>
              <w:spacing w:before="60" w:after="60"/>
              <w:jc w:val="center"/>
              <w:rPr>
                <w:sz w:val="28"/>
                <w:szCs w:val="28"/>
              </w:rPr>
            </w:pPr>
          </w:p>
        </w:tc>
        <w:tc>
          <w:tcPr>
            <w:tcW w:w="826" w:type="dxa"/>
          </w:tcPr>
          <w:p w14:paraId="122EEC65" w14:textId="77777777" w:rsidR="00E91A42" w:rsidRPr="00E91A42" w:rsidRDefault="00E91A42" w:rsidP="00A701F9">
            <w:pPr>
              <w:spacing w:before="60" w:after="60"/>
              <w:jc w:val="center"/>
              <w:rPr>
                <w:sz w:val="28"/>
                <w:szCs w:val="28"/>
              </w:rPr>
            </w:pPr>
          </w:p>
        </w:tc>
      </w:tr>
      <w:tr w:rsidR="00E91A42" w:rsidRPr="00E91A42" w14:paraId="1F7CCD7A" w14:textId="77777777" w:rsidTr="00A701F9">
        <w:tc>
          <w:tcPr>
            <w:tcW w:w="4396" w:type="dxa"/>
            <w:gridSpan w:val="5"/>
          </w:tcPr>
          <w:p w14:paraId="14E7AEB8" w14:textId="77777777" w:rsidR="00E91A42" w:rsidRPr="00E91A42" w:rsidRDefault="00E91A42" w:rsidP="00A701F9">
            <w:pPr>
              <w:spacing w:before="60" w:after="60"/>
              <w:jc w:val="center"/>
              <w:rPr>
                <w:sz w:val="28"/>
                <w:szCs w:val="28"/>
              </w:rPr>
            </w:pPr>
            <w:r w:rsidRPr="00E91A42">
              <w:rPr>
                <w:b/>
                <w:sz w:val="28"/>
                <w:szCs w:val="28"/>
              </w:rPr>
              <w:t>Tổng cộng</w:t>
            </w:r>
          </w:p>
        </w:tc>
        <w:tc>
          <w:tcPr>
            <w:tcW w:w="900" w:type="dxa"/>
          </w:tcPr>
          <w:p w14:paraId="172682D7" w14:textId="77777777" w:rsidR="00E91A42" w:rsidRPr="00E91A42" w:rsidRDefault="00E91A42" w:rsidP="00A701F9">
            <w:pPr>
              <w:spacing w:before="60" w:after="60"/>
              <w:jc w:val="center"/>
              <w:rPr>
                <w:sz w:val="28"/>
                <w:szCs w:val="28"/>
              </w:rPr>
            </w:pPr>
          </w:p>
        </w:tc>
        <w:tc>
          <w:tcPr>
            <w:tcW w:w="720" w:type="dxa"/>
            <w:vAlign w:val="center"/>
          </w:tcPr>
          <w:p w14:paraId="3B763C36" w14:textId="77777777" w:rsidR="00E91A42" w:rsidRPr="00E91A42" w:rsidRDefault="00E91A42" w:rsidP="00A701F9">
            <w:pPr>
              <w:spacing w:before="60" w:after="60"/>
              <w:jc w:val="center"/>
              <w:rPr>
                <w:sz w:val="28"/>
                <w:szCs w:val="28"/>
              </w:rPr>
            </w:pPr>
          </w:p>
        </w:tc>
        <w:tc>
          <w:tcPr>
            <w:tcW w:w="900" w:type="dxa"/>
            <w:vAlign w:val="center"/>
          </w:tcPr>
          <w:p w14:paraId="41F0AFBF" w14:textId="77777777" w:rsidR="00E91A42" w:rsidRPr="00E91A42" w:rsidRDefault="00E91A42" w:rsidP="00A701F9">
            <w:pPr>
              <w:spacing w:before="50" w:after="50"/>
              <w:jc w:val="center"/>
              <w:rPr>
                <w:i/>
                <w:sz w:val="28"/>
                <w:szCs w:val="28"/>
              </w:rPr>
            </w:pPr>
          </w:p>
        </w:tc>
        <w:tc>
          <w:tcPr>
            <w:tcW w:w="720" w:type="dxa"/>
            <w:vAlign w:val="center"/>
          </w:tcPr>
          <w:p w14:paraId="4992FAD8" w14:textId="77777777" w:rsidR="00E91A42" w:rsidRPr="00E91A42" w:rsidRDefault="00E91A42" w:rsidP="00A701F9">
            <w:pPr>
              <w:spacing w:before="60" w:after="60"/>
              <w:jc w:val="center"/>
              <w:rPr>
                <w:sz w:val="28"/>
                <w:szCs w:val="28"/>
              </w:rPr>
            </w:pPr>
          </w:p>
        </w:tc>
        <w:tc>
          <w:tcPr>
            <w:tcW w:w="810" w:type="dxa"/>
            <w:vAlign w:val="center"/>
          </w:tcPr>
          <w:p w14:paraId="26ADFCBF" w14:textId="77777777" w:rsidR="00E91A42" w:rsidRPr="00E91A42" w:rsidRDefault="00E91A42" w:rsidP="00A701F9">
            <w:pPr>
              <w:spacing w:before="50" w:after="50"/>
              <w:jc w:val="center"/>
              <w:rPr>
                <w:i/>
                <w:sz w:val="28"/>
                <w:szCs w:val="28"/>
              </w:rPr>
            </w:pPr>
          </w:p>
        </w:tc>
        <w:tc>
          <w:tcPr>
            <w:tcW w:w="720" w:type="dxa"/>
            <w:vAlign w:val="center"/>
          </w:tcPr>
          <w:p w14:paraId="7BC601C7" w14:textId="77777777" w:rsidR="00E91A42" w:rsidRPr="00E91A42" w:rsidRDefault="00E91A42" w:rsidP="00A701F9">
            <w:pPr>
              <w:spacing w:before="60" w:after="60"/>
              <w:jc w:val="center"/>
              <w:rPr>
                <w:sz w:val="28"/>
                <w:szCs w:val="28"/>
              </w:rPr>
            </w:pPr>
          </w:p>
        </w:tc>
        <w:tc>
          <w:tcPr>
            <w:tcW w:w="810" w:type="dxa"/>
            <w:vAlign w:val="center"/>
          </w:tcPr>
          <w:p w14:paraId="763F19B0" w14:textId="77777777" w:rsidR="00E91A42" w:rsidRPr="00E91A42" w:rsidRDefault="00E91A42" w:rsidP="00A701F9">
            <w:pPr>
              <w:spacing w:before="50" w:after="50"/>
              <w:jc w:val="center"/>
              <w:rPr>
                <w:i/>
                <w:sz w:val="28"/>
                <w:szCs w:val="28"/>
              </w:rPr>
            </w:pPr>
          </w:p>
        </w:tc>
        <w:tc>
          <w:tcPr>
            <w:tcW w:w="720" w:type="dxa"/>
            <w:vAlign w:val="center"/>
          </w:tcPr>
          <w:p w14:paraId="6DC97271" w14:textId="77777777" w:rsidR="00E91A42" w:rsidRPr="00E91A42" w:rsidRDefault="00E91A42" w:rsidP="00A701F9">
            <w:pPr>
              <w:spacing w:before="60" w:after="60"/>
              <w:jc w:val="center"/>
              <w:rPr>
                <w:sz w:val="28"/>
                <w:szCs w:val="28"/>
              </w:rPr>
            </w:pPr>
          </w:p>
        </w:tc>
        <w:tc>
          <w:tcPr>
            <w:tcW w:w="810" w:type="dxa"/>
            <w:vAlign w:val="center"/>
          </w:tcPr>
          <w:p w14:paraId="64383C7B" w14:textId="77777777" w:rsidR="00E91A42" w:rsidRPr="00E91A42" w:rsidRDefault="00E91A42" w:rsidP="00A701F9">
            <w:pPr>
              <w:spacing w:before="50" w:after="50"/>
              <w:jc w:val="center"/>
              <w:rPr>
                <w:i/>
                <w:sz w:val="28"/>
                <w:szCs w:val="28"/>
              </w:rPr>
            </w:pPr>
          </w:p>
        </w:tc>
        <w:tc>
          <w:tcPr>
            <w:tcW w:w="816" w:type="dxa"/>
          </w:tcPr>
          <w:p w14:paraId="5C751605" w14:textId="77777777" w:rsidR="00E91A42" w:rsidRPr="00E91A42" w:rsidRDefault="00E91A42" w:rsidP="00A701F9">
            <w:pPr>
              <w:spacing w:before="60" w:after="60"/>
              <w:jc w:val="center"/>
              <w:rPr>
                <w:sz w:val="28"/>
                <w:szCs w:val="28"/>
              </w:rPr>
            </w:pPr>
          </w:p>
        </w:tc>
        <w:tc>
          <w:tcPr>
            <w:tcW w:w="709" w:type="dxa"/>
          </w:tcPr>
          <w:p w14:paraId="12DAA7C5" w14:textId="77777777" w:rsidR="00E91A42" w:rsidRPr="00E91A42" w:rsidRDefault="00E91A42" w:rsidP="00A701F9">
            <w:pPr>
              <w:spacing w:before="60" w:after="60"/>
              <w:jc w:val="center"/>
              <w:rPr>
                <w:sz w:val="28"/>
                <w:szCs w:val="28"/>
              </w:rPr>
            </w:pPr>
          </w:p>
        </w:tc>
        <w:tc>
          <w:tcPr>
            <w:tcW w:w="709" w:type="dxa"/>
          </w:tcPr>
          <w:p w14:paraId="6962DDE5" w14:textId="77777777" w:rsidR="00E91A42" w:rsidRPr="00E91A42" w:rsidRDefault="00E91A42" w:rsidP="00A701F9">
            <w:pPr>
              <w:spacing w:before="60" w:after="60"/>
              <w:jc w:val="center"/>
              <w:rPr>
                <w:sz w:val="28"/>
                <w:szCs w:val="28"/>
              </w:rPr>
            </w:pPr>
          </w:p>
        </w:tc>
        <w:tc>
          <w:tcPr>
            <w:tcW w:w="826" w:type="dxa"/>
          </w:tcPr>
          <w:p w14:paraId="10E79647" w14:textId="77777777" w:rsidR="00E91A42" w:rsidRPr="00E91A42" w:rsidRDefault="00E91A42" w:rsidP="00A701F9">
            <w:pPr>
              <w:spacing w:before="60" w:after="60"/>
              <w:jc w:val="center"/>
              <w:rPr>
                <w:sz w:val="28"/>
                <w:szCs w:val="28"/>
              </w:rPr>
            </w:pPr>
          </w:p>
        </w:tc>
      </w:tr>
    </w:tbl>
    <w:p w14:paraId="11E39731" w14:textId="77777777" w:rsidR="00E91A42" w:rsidRPr="00E91A42" w:rsidRDefault="00E91A42" w:rsidP="00E91A42">
      <w:pPr>
        <w:rPr>
          <w:i/>
          <w:sz w:val="28"/>
          <w:szCs w:val="28"/>
          <w:lang w:val="de-DE"/>
        </w:rPr>
      </w:pPr>
    </w:p>
    <w:p w14:paraId="632BEC6B" w14:textId="77777777" w:rsidR="00E91A42" w:rsidRPr="00E91A42" w:rsidRDefault="00E91A42" w:rsidP="00E91A42">
      <w:pPr>
        <w:rPr>
          <w:i/>
          <w:sz w:val="28"/>
          <w:szCs w:val="28"/>
          <w:lang w:val="de-DE"/>
        </w:rPr>
      </w:pPr>
    </w:p>
    <w:p w14:paraId="2719B8DD" w14:textId="77777777" w:rsidR="00E91A42" w:rsidRPr="00E91A42" w:rsidRDefault="00E91A42" w:rsidP="00E91A42">
      <w:pPr>
        <w:rPr>
          <w:i/>
          <w:sz w:val="28"/>
          <w:szCs w:val="28"/>
          <w:lang w:val="de-DE"/>
        </w:rPr>
      </w:pPr>
    </w:p>
    <w:p w14:paraId="20D5B0A8" w14:textId="77777777" w:rsidR="00E91A42" w:rsidRPr="00E91A42" w:rsidRDefault="00E91A42" w:rsidP="00E91A42">
      <w:pPr>
        <w:rPr>
          <w:i/>
          <w:sz w:val="28"/>
          <w:szCs w:val="28"/>
          <w:lang w:val="de-DE"/>
        </w:rPr>
      </w:pPr>
    </w:p>
    <w:p w14:paraId="40E6E39D" w14:textId="77777777" w:rsidR="00E91A42" w:rsidRPr="00E91A42" w:rsidRDefault="00E91A42" w:rsidP="00E91A42">
      <w:pPr>
        <w:pStyle w:val="Heading3"/>
        <w:ind w:right="-7"/>
        <w:rPr>
          <w:rFonts w:ascii="Times New Roman" w:hAnsi="Times New Roman" w:cs="Times New Roman"/>
          <w:sz w:val="28"/>
          <w:szCs w:val="28"/>
        </w:rPr>
      </w:pPr>
    </w:p>
    <w:p w14:paraId="74B6DBEB" w14:textId="77777777" w:rsidR="00E91A42" w:rsidRPr="00E91A42" w:rsidRDefault="00E91A42" w:rsidP="00E91A42">
      <w:pPr>
        <w:rPr>
          <w:sz w:val="28"/>
          <w:szCs w:val="28"/>
        </w:rPr>
      </w:pPr>
    </w:p>
    <w:p w14:paraId="261FB711" w14:textId="77777777" w:rsidR="00E91A42" w:rsidRPr="00E91A42" w:rsidRDefault="00E91A42" w:rsidP="00E91A42">
      <w:pPr>
        <w:rPr>
          <w:sz w:val="28"/>
          <w:szCs w:val="28"/>
        </w:rPr>
      </w:pPr>
    </w:p>
    <w:p w14:paraId="29BEC1D9" w14:textId="77777777" w:rsidR="00E91A42" w:rsidRPr="00E91A42" w:rsidRDefault="00E91A42" w:rsidP="00E91A42">
      <w:pPr>
        <w:rPr>
          <w:b/>
          <w:i/>
          <w:sz w:val="28"/>
          <w:szCs w:val="28"/>
        </w:rPr>
      </w:pPr>
      <w:r w:rsidRPr="00E91A42">
        <w:rPr>
          <w:sz w:val="28"/>
          <w:szCs w:val="28"/>
        </w:rPr>
        <w:br w:type="page"/>
      </w:r>
      <w:r w:rsidRPr="00E91A42">
        <w:rPr>
          <w:sz w:val="28"/>
          <w:szCs w:val="28"/>
        </w:rPr>
        <w:lastRenderedPageBreak/>
        <w:t xml:space="preserve">        </w:t>
      </w:r>
      <w:r w:rsidRPr="00E91A42">
        <w:rPr>
          <w:b/>
          <w:sz w:val="28"/>
          <w:szCs w:val="28"/>
        </w:rPr>
        <w:t>Khoản V.  HỢP TÁC QUỐC TẾ</w:t>
      </w:r>
      <w:r w:rsidRPr="00E91A42">
        <w:rPr>
          <w:b/>
          <w:i/>
          <w:sz w:val="28"/>
          <w:szCs w:val="28"/>
        </w:rPr>
        <w:t xml:space="preserve"> </w:t>
      </w:r>
      <w:r w:rsidRPr="00E91A42">
        <w:rPr>
          <w:b/>
          <w:bCs/>
          <w:i/>
          <w:iCs/>
          <w:sz w:val="28"/>
          <w:szCs w:val="28"/>
        </w:rPr>
        <w:t>(Áp dụng đối với thuyết minh khi thẩm định kinh phí)</w:t>
      </w:r>
    </w:p>
    <w:p w14:paraId="161F5DED" w14:textId="77777777" w:rsidR="00E91A42" w:rsidRPr="00E91A42" w:rsidRDefault="00E91A42" w:rsidP="00E91A42">
      <w:pPr>
        <w:jc w:val="right"/>
        <w:rPr>
          <w:sz w:val="28"/>
          <w:szCs w:val="28"/>
          <w:lang w:val="de-DE"/>
        </w:rPr>
      </w:pPr>
      <w:r w:rsidRPr="00E91A42">
        <w:rPr>
          <w:sz w:val="28"/>
          <w:szCs w:val="28"/>
          <w:lang w:val="de-DE"/>
        </w:rPr>
        <w:t>Đơn vị: triệu đồng</w:t>
      </w:r>
    </w:p>
    <w:tbl>
      <w:tblPr>
        <w:tblW w:w="146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3681"/>
        <w:gridCol w:w="944"/>
        <w:gridCol w:w="945"/>
        <w:gridCol w:w="900"/>
        <w:gridCol w:w="900"/>
        <w:gridCol w:w="810"/>
        <w:gridCol w:w="990"/>
        <w:gridCol w:w="810"/>
        <w:gridCol w:w="900"/>
        <w:gridCol w:w="816"/>
        <w:gridCol w:w="780"/>
        <w:gridCol w:w="708"/>
        <w:gridCol w:w="709"/>
      </w:tblGrid>
      <w:tr w:rsidR="00E91A42" w:rsidRPr="00E91A42" w14:paraId="7EDC7CA0" w14:textId="77777777" w:rsidTr="00A701F9">
        <w:trPr>
          <w:cantSplit/>
        </w:trPr>
        <w:tc>
          <w:tcPr>
            <w:tcW w:w="721" w:type="dxa"/>
            <w:vMerge w:val="restart"/>
            <w:vAlign w:val="center"/>
          </w:tcPr>
          <w:p w14:paraId="4C631A80" w14:textId="77777777" w:rsidR="00E91A42" w:rsidRPr="00E91A42" w:rsidRDefault="00E91A42" w:rsidP="00A701F9">
            <w:pPr>
              <w:spacing w:before="60" w:after="60"/>
              <w:jc w:val="center"/>
              <w:rPr>
                <w:b/>
                <w:sz w:val="28"/>
                <w:szCs w:val="28"/>
              </w:rPr>
            </w:pPr>
            <w:r w:rsidRPr="00E91A42">
              <w:rPr>
                <w:b/>
                <w:sz w:val="28"/>
                <w:szCs w:val="28"/>
              </w:rPr>
              <w:t>SốTT</w:t>
            </w:r>
          </w:p>
        </w:tc>
        <w:tc>
          <w:tcPr>
            <w:tcW w:w="3681" w:type="dxa"/>
            <w:vMerge w:val="restart"/>
            <w:vAlign w:val="center"/>
          </w:tcPr>
          <w:p w14:paraId="10FC6C55" w14:textId="77777777" w:rsidR="00E91A42" w:rsidRPr="00E91A42" w:rsidRDefault="00E91A42" w:rsidP="00A701F9">
            <w:pPr>
              <w:spacing w:before="60" w:after="60"/>
              <w:jc w:val="center"/>
              <w:rPr>
                <w:i/>
                <w:sz w:val="28"/>
                <w:szCs w:val="28"/>
              </w:rPr>
            </w:pPr>
            <w:r w:rsidRPr="00E91A42">
              <w:rPr>
                <w:b/>
                <w:sz w:val="28"/>
                <w:szCs w:val="28"/>
              </w:rPr>
              <w:t xml:space="preserve">Nội dung </w:t>
            </w:r>
          </w:p>
        </w:tc>
        <w:tc>
          <w:tcPr>
            <w:tcW w:w="10212" w:type="dxa"/>
            <w:gridSpan w:val="12"/>
          </w:tcPr>
          <w:p w14:paraId="3ED4A576" w14:textId="77777777" w:rsidR="00E91A42" w:rsidRPr="00E91A42" w:rsidRDefault="00E91A42" w:rsidP="00A701F9">
            <w:pPr>
              <w:spacing w:before="60" w:after="60"/>
              <w:jc w:val="center"/>
              <w:rPr>
                <w:b/>
                <w:sz w:val="28"/>
                <w:szCs w:val="28"/>
              </w:rPr>
            </w:pPr>
            <w:r w:rsidRPr="00E91A42">
              <w:rPr>
                <w:b/>
                <w:sz w:val="28"/>
                <w:szCs w:val="28"/>
              </w:rPr>
              <w:t>Nguồn vốn</w:t>
            </w:r>
          </w:p>
        </w:tc>
      </w:tr>
      <w:tr w:rsidR="00E91A42" w:rsidRPr="00E91A42" w14:paraId="60067904" w14:textId="77777777" w:rsidTr="00A701F9">
        <w:trPr>
          <w:cantSplit/>
        </w:trPr>
        <w:tc>
          <w:tcPr>
            <w:tcW w:w="721" w:type="dxa"/>
            <w:vMerge/>
            <w:vAlign w:val="center"/>
          </w:tcPr>
          <w:p w14:paraId="6BA60161" w14:textId="77777777" w:rsidR="00E91A42" w:rsidRPr="00E91A42" w:rsidRDefault="00E91A42" w:rsidP="00A701F9">
            <w:pPr>
              <w:spacing w:before="60" w:after="60"/>
              <w:jc w:val="center"/>
              <w:rPr>
                <w:sz w:val="28"/>
                <w:szCs w:val="28"/>
              </w:rPr>
            </w:pPr>
          </w:p>
        </w:tc>
        <w:tc>
          <w:tcPr>
            <w:tcW w:w="3681" w:type="dxa"/>
            <w:vMerge/>
            <w:vAlign w:val="center"/>
          </w:tcPr>
          <w:p w14:paraId="5A8FDECC" w14:textId="77777777" w:rsidR="00E91A42" w:rsidRPr="00E91A42" w:rsidRDefault="00E91A42" w:rsidP="00A701F9">
            <w:pPr>
              <w:spacing w:before="60" w:after="60"/>
              <w:jc w:val="center"/>
              <w:rPr>
                <w:sz w:val="28"/>
                <w:szCs w:val="28"/>
              </w:rPr>
            </w:pPr>
          </w:p>
        </w:tc>
        <w:tc>
          <w:tcPr>
            <w:tcW w:w="7199" w:type="dxa"/>
            <w:gridSpan w:val="8"/>
          </w:tcPr>
          <w:p w14:paraId="5C631BFD" w14:textId="77777777" w:rsidR="00E91A42" w:rsidRPr="00E91A42" w:rsidRDefault="00E91A42" w:rsidP="00A701F9">
            <w:pPr>
              <w:spacing w:before="60" w:after="60"/>
              <w:jc w:val="center"/>
              <w:rPr>
                <w:b/>
                <w:sz w:val="28"/>
                <w:szCs w:val="28"/>
              </w:rPr>
            </w:pPr>
            <w:r w:rsidRPr="00E91A42">
              <w:rPr>
                <w:b/>
                <w:sz w:val="28"/>
                <w:szCs w:val="28"/>
              </w:rPr>
              <w:t>Ngân sách nhà nước</w:t>
            </w:r>
          </w:p>
        </w:tc>
        <w:tc>
          <w:tcPr>
            <w:tcW w:w="3013" w:type="dxa"/>
            <w:gridSpan w:val="4"/>
            <w:vAlign w:val="center"/>
          </w:tcPr>
          <w:p w14:paraId="6135979E" w14:textId="77777777" w:rsidR="00E91A42" w:rsidRPr="00E91A42" w:rsidRDefault="00E91A42" w:rsidP="00A701F9">
            <w:pPr>
              <w:spacing w:before="60" w:after="60"/>
              <w:jc w:val="center"/>
              <w:rPr>
                <w:b/>
                <w:sz w:val="28"/>
                <w:szCs w:val="28"/>
              </w:rPr>
            </w:pPr>
            <w:r w:rsidRPr="00E91A42">
              <w:rPr>
                <w:b/>
                <w:sz w:val="28"/>
                <w:szCs w:val="28"/>
              </w:rPr>
              <w:t>Ngoài ngân sách nhà nước</w:t>
            </w:r>
          </w:p>
        </w:tc>
      </w:tr>
      <w:tr w:rsidR="00E91A42" w:rsidRPr="00E91A42" w14:paraId="54386DC2" w14:textId="77777777" w:rsidTr="00A701F9">
        <w:trPr>
          <w:cantSplit/>
          <w:trHeight w:val="394"/>
        </w:trPr>
        <w:tc>
          <w:tcPr>
            <w:tcW w:w="721" w:type="dxa"/>
            <w:vMerge/>
            <w:vAlign w:val="center"/>
          </w:tcPr>
          <w:p w14:paraId="735D6884" w14:textId="77777777" w:rsidR="00E91A42" w:rsidRPr="00E91A42" w:rsidRDefault="00E91A42" w:rsidP="00A701F9">
            <w:pPr>
              <w:spacing w:before="60" w:after="60"/>
              <w:jc w:val="center"/>
              <w:rPr>
                <w:sz w:val="28"/>
                <w:szCs w:val="28"/>
              </w:rPr>
            </w:pPr>
          </w:p>
        </w:tc>
        <w:tc>
          <w:tcPr>
            <w:tcW w:w="3681" w:type="dxa"/>
            <w:vMerge/>
            <w:vAlign w:val="center"/>
          </w:tcPr>
          <w:p w14:paraId="617F7687" w14:textId="77777777" w:rsidR="00E91A42" w:rsidRPr="00E91A42" w:rsidRDefault="00E91A42" w:rsidP="00A701F9">
            <w:pPr>
              <w:spacing w:before="60" w:after="60"/>
              <w:jc w:val="center"/>
              <w:rPr>
                <w:sz w:val="28"/>
                <w:szCs w:val="28"/>
              </w:rPr>
            </w:pPr>
          </w:p>
        </w:tc>
        <w:tc>
          <w:tcPr>
            <w:tcW w:w="1889" w:type="dxa"/>
            <w:gridSpan w:val="2"/>
            <w:vAlign w:val="center"/>
          </w:tcPr>
          <w:p w14:paraId="71F30C81" w14:textId="77777777" w:rsidR="00E91A42" w:rsidRPr="00E91A42" w:rsidRDefault="00E91A42" w:rsidP="00A701F9">
            <w:pPr>
              <w:spacing w:before="50" w:after="50"/>
              <w:jc w:val="center"/>
              <w:rPr>
                <w:b/>
                <w:sz w:val="28"/>
                <w:szCs w:val="28"/>
              </w:rPr>
            </w:pPr>
            <w:r w:rsidRPr="00E91A42">
              <w:rPr>
                <w:b/>
                <w:sz w:val="28"/>
                <w:szCs w:val="28"/>
              </w:rPr>
              <w:t>Tổng</w:t>
            </w:r>
          </w:p>
        </w:tc>
        <w:tc>
          <w:tcPr>
            <w:tcW w:w="1800" w:type="dxa"/>
            <w:gridSpan w:val="2"/>
            <w:vAlign w:val="center"/>
          </w:tcPr>
          <w:p w14:paraId="1433AD8C" w14:textId="77777777" w:rsidR="00E91A42" w:rsidRPr="00E91A42" w:rsidRDefault="00E91A42" w:rsidP="00A701F9">
            <w:pPr>
              <w:spacing w:before="50" w:after="50"/>
              <w:jc w:val="center"/>
              <w:rPr>
                <w:b/>
                <w:sz w:val="28"/>
                <w:szCs w:val="28"/>
              </w:rPr>
            </w:pPr>
            <w:r w:rsidRPr="00E91A42">
              <w:rPr>
                <w:b/>
                <w:sz w:val="28"/>
                <w:szCs w:val="28"/>
              </w:rPr>
              <w:t>Năm thứ nhất</w:t>
            </w:r>
          </w:p>
        </w:tc>
        <w:tc>
          <w:tcPr>
            <w:tcW w:w="1800" w:type="dxa"/>
            <w:gridSpan w:val="2"/>
            <w:vAlign w:val="center"/>
          </w:tcPr>
          <w:p w14:paraId="1D9590EE" w14:textId="77777777" w:rsidR="00E91A42" w:rsidRPr="00E91A42" w:rsidRDefault="00E91A42" w:rsidP="00A701F9">
            <w:pPr>
              <w:spacing w:before="50" w:after="50"/>
              <w:jc w:val="center"/>
              <w:rPr>
                <w:b/>
                <w:sz w:val="28"/>
                <w:szCs w:val="28"/>
              </w:rPr>
            </w:pPr>
            <w:r w:rsidRPr="00E91A42">
              <w:rPr>
                <w:b/>
                <w:sz w:val="28"/>
                <w:szCs w:val="28"/>
              </w:rPr>
              <w:t>Năm thứ hai</w:t>
            </w:r>
          </w:p>
        </w:tc>
        <w:tc>
          <w:tcPr>
            <w:tcW w:w="1710" w:type="dxa"/>
            <w:gridSpan w:val="2"/>
            <w:vAlign w:val="center"/>
          </w:tcPr>
          <w:p w14:paraId="0DE5AF5D" w14:textId="77777777" w:rsidR="00E91A42" w:rsidRPr="00E91A42" w:rsidRDefault="00E91A42" w:rsidP="00A701F9">
            <w:pPr>
              <w:spacing w:before="50" w:after="50"/>
              <w:jc w:val="center"/>
              <w:rPr>
                <w:b/>
                <w:sz w:val="28"/>
                <w:szCs w:val="28"/>
              </w:rPr>
            </w:pPr>
            <w:r w:rsidRPr="00E91A42">
              <w:rPr>
                <w:b/>
                <w:sz w:val="28"/>
                <w:szCs w:val="28"/>
              </w:rPr>
              <w:t>Năm thứ ba</w:t>
            </w:r>
          </w:p>
        </w:tc>
        <w:tc>
          <w:tcPr>
            <w:tcW w:w="816" w:type="dxa"/>
            <w:vMerge w:val="restart"/>
            <w:vAlign w:val="center"/>
          </w:tcPr>
          <w:p w14:paraId="3F853F67" w14:textId="77777777" w:rsidR="00E91A42" w:rsidRPr="00E91A42" w:rsidRDefault="00E91A42" w:rsidP="00A701F9">
            <w:pPr>
              <w:spacing w:before="60" w:after="60"/>
              <w:jc w:val="center"/>
              <w:rPr>
                <w:b/>
                <w:sz w:val="28"/>
                <w:szCs w:val="28"/>
              </w:rPr>
            </w:pPr>
            <w:r w:rsidRPr="00E91A42">
              <w:rPr>
                <w:b/>
                <w:sz w:val="28"/>
                <w:szCs w:val="28"/>
              </w:rPr>
              <w:t>Tổng</w:t>
            </w:r>
          </w:p>
        </w:tc>
        <w:tc>
          <w:tcPr>
            <w:tcW w:w="780" w:type="dxa"/>
            <w:vMerge w:val="restart"/>
            <w:vAlign w:val="center"/>
          </w:tcPr>
          <w:p w14:paraId="75DE2A3B" w14:textId="77777777" w:rsidR="00E91A42" w:rsidRPr="00E91A42" w:rsidRDefault="00E91A42" w:rsidP="00A701F9">
            <w:pPr>
              <w:jc w:val="center"/>
              <w:rPr>
                <w:sz w:val="28"/>
                <w:szCs w:val="28"/>
              </w:rPr>
            </w:pPr>
            <w:r w:rsidRPr="00E91A42">
              <w:rPr>
                <w:sz w:val="28"/>
                <w:szCs w:val="28"/>
              </w:rPr>
              <w:t xml:space="preserve">Năm thứ </w:t>
            </w:r>
          </w:p>
          <w:p w14:paraId="67071523" w14:textId="77777777" w:rsidR="00E91A42" w:rsidRPr="00E91A42" w:rsidRDefault="00E91A42" w:rsidP="00A701F9">
            <w:pPr>
              <w:jc w:val="center"/>
              <w:rPr>
                <w:sz w:val="28"/>
                <w:szCs w:val="28"/>
              </w:rPr>
            </w:pPr>
            <w:r w:rsidRPr="00E91A42">
              <w:rPr>
                <w:sz w:val="28"/>
                <w:szCs w:val="28"/>
              </w:rPr>
              <w:t>nhất</w:t>
            </w:r>
          </w:p>
        </w:tc>
        <w:tc>
          <w:tcPr>
            <w:tcW w:w="708" w:type="dxa"/>
            <w:vMerge w:val="restart"/>
            <w:vAlign w:val="center"/>
          </w:tcPr>
          <w:p w14:paraId="15C2DBB9" w14:textId="77777777" w:rsidR="00E91A42" w:rsidRPr="00E91A42" w:rsidRDefault="00E91A42" w:rsidP="00A701F9">
            <w:pPr>
              <w:jc w:val="center"/>
              <w:rPr>
                <w:sz w:val="28"/>
                <w:szCs w:val="28"/>
              </w:rPr>
            </w:pPr>
            <w:r w:rsidRPr="00E91A42">
              <w:rPr>
                <w:sz w:val="28"/>
                <w:szCs w:val="28"/>
              </w:rPr>
              <w:t xml:space="preserve">Năm thứ </w:t>
            </w:r>
          </w:p>
          <w:p w14:paraId="6F741348" w14:textId="77777777" w:rsidR="00E91A42" w:rsidRPr="00E91A42" w:rsidRDefault="00E91A42" w:rsidP="00A701F9">
            <w:pPr>
              <w:jc w:val="center"/>
              <w:rPr>
                <w:sz w:val="28"/>
                <w:szCs w:val="28"/>
              </w:rPr>
            </w:pPr>
            <w:r w:rsidRPr="00E91A42">
              <w:rPr>
                <w:sz w:val="28"/>
                <w:szCs w:val="28"/>
              </w:rPr>
              <w:t>hai</w:t>
            </w:r>
          </w:p>
        </w:tc>
        <w:tc>
          <w:tcPr>
            <w:tcW w:w="709" w:type="dxa"/>
            <w:vMerge w:val="restart"/>
            <w:vAlign w:val="center"/>
          </w:tcPr>
          <w:p w14:paraId="5314B182" w14:textId="77777777" w:rsidR="00E91A42" w:rsidRPr="00E91A42" w:rsidRDefault="00E91A42" w:rsidP="00A701F9">
            <w:pPr>
              <w:jc w:val="center"/>
              <w:rPr>
                <w:sz w:val="28"/>
                <w:szCs w:val="28"/>
              </w:rPr>
            </w:pPr>
            <w:r w:rsidRPr="00E91A42">
              <w:rPr>
                <w:sz w:val="28"/>
                <w:szCs w:val="28"/>
              </w:rPr>
              <w:t xml:space="preserve">Năm thứ </w:t>
            </w:r>
          </w:p>
          <w:p w14:paraId="5BEAA7E9" w14:textId="77777777" w:rsidR="00E91A42" w:rsidRPr="00E91A42" w:rsidRDefault="00E91A42" w:rsidP="00A701F9">
            <w:pPr>
              <w:jc w:val="center"/>
              <w:rPr>
                <w:sz w:val="28"/>
                <w:szCs w:val="28"/>
              </w:rPr>
            </w:pPr>
            <w:r w:rsidRPr="00E91A42">
              <w:rPr>
                <w:sz w:val="28"/>
                <w:szCs w:val="28"/>
              </w:rPr>
              <w:t>ba</w:t>
            </w:r>
          </w:p>
        </w:tc>
      </w:tr>
      <w:tr w:rsidR="00E91A42" w:rsidRPr="00E91A42" w14:paraId="2622C34A" w14:textId="77777777" w:rsidTr="00A701F9">
        <w:trPr>
          <w:cantSplit/>
          <w:trHeight w:val="1454"/>
        </w:trPr>
        <w:tc>
          <w:tcPr>
            <w:tcW w:w="721" w:type="dxa"/>
            <w:vMerge/>
            <w:vAlign w:val="center"/>
          </w:tcPr>
          <w:p w14:paraId="13D79CB2" w14:textId="77777777" w:rsidR="00E91A42" w:rsidRPr="00E91A42" w:rsidRDefault="00E91A42" w:rsidP="00A701F9">
            <w:pPr>
              <w:spacing w:before="60" w:after="60"/>
              <w:jc w:val="center"/>
              <w:rPr>
                <w:sz w:val="28"/>
                <w:szCs w:val="28"/>
              </w:rPr>
            </w:pPr>
          </w:p>
        </w:tc>
        <w:tc>
          <w:tcPr>
            <w:tcW w:w="3681" w:type="dxa"/>
            <w:vMerge/>
            <w:vAlign w:val="center"/>
          </w:tcPr>
          <w:p w14:paraId="51A31DBF" w14:textId="77777777" w:rsidR="00E91A42" w:rsidRPr="00E91A42" w:rsidRDefault="00E91A42" w:rsidP="00A701F9">
            <w:pPr>
              <w:spacing w:before="60" w:after="60"/>
              <w:jc w:val="center"/>
              <w:rPr>
                <w:sz w:val="28"/>
                <w:szCs w:val="28"/>
              </w:rPr>
            </w:pPr>
          </w:p>
        </w:tc>
        <w:tc>
          <w:tcPr>
            <w:tcW w:w="944" w:type="dxa"/>
            <w:vAlign w:val="center"/>
          </w:tcPr>
          <w:p w14:paraId="79B9145B" w14:textId="77777777" w:rsidR="00E91A42" w:rsidRPr="00E91A42" w:rsidRDefault="00E91A42" w:rsidP="00A701F9">
            <w:pPr>
              <w:spacing w:before="60" w:after="60"/>
              <w:jc w:val="center"/>
              <w:rPr>
                <w:sz w:val="28"/>
                <w:szCs w:val="28"/>
              </w:rPr>
            </w:pPr>
            <w:r w:rsidRPr="00E91A42">
              <w:rPr>
                <w:sz w:val="28"/>
                <w:szCs w:val="28"/>
              </w:rPr>
              <w:t>Kinh phí</w:t>
            </w:r>
          </w:p>
        </w:tc>
        <w:tc>
          <w:tcPr>
            <w:tcW w:w="945" w:type="dxa"/>
            <w:vAlign w:val="center"/>
          </w:tcPr>
          <w:p w14:paraId="4C4EDD72"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900" w:type="dxa"/>
            <w:vAlign w:val="center"/>
          </w:tcPr>
          <w:p w14:paraId="089237F5" w14:textId="77777777" w:rsidR="00E91A42" w:rsidRPr="00E91A42" w:rsidRDefault="00E91A42" w:rsidP="00A701F9">
            <w:pPr>
              <w:spacing w:before="60" w:after="60"/>
              <w:jc w:val="center"/>
              <w:rPr>
                <w:sz w:val="28"/>
                <w:szCs w:val="28"/>
              </w:rPr>
            </w:pPr>
            <w:r w:rsidRPr="00E91A42">
              <w:rPr>
                <w:sz w:val="28"/>
                <w:szCs w:val="28"/>
              </w:rPr>
              <w:t>Kinh phí</w:t>
            </w:r>
          </w:p>
        </w:tc>
        <w:tc>
          <w:tcPr>
            <w:tcW w:w="900" w:type="dxa"/>
            <w:vAlign w:val="center"/>
          </w:tcPr>
          <w:p w14:paraId="6C7967CD"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10" w:type="dxa"/>
            <w:vAlign w:val="center"/>
          </w:tcPr>
          <w:p w14:paraId="08900D5A" w14:textId="77777777" w:rsidR="00E91A42" w:rsidRPr="00E91A42" w:rsidRDefault="00E91A42" w:rsidP="00A701F9">
            <w:pPr>
              <w:spacing w:before="60" w:after="60"/>
              <w:jc w:val="center"/>
              <w:rPr>
                <w:sz w:val="28"/>
                <w:szCs w:val="28"/>
              </w:rPr>
            </w:pPr>
            <w:r w:rsidRPr="00E91A42">
              <w:rPr>
                <w:sz w:val="28"/>
                <w:szCs w:val="28"/>
              </w:rPr>
              <w:t>Kinh phí</w:t>
            </w:r>
          </w:p>
        </w:tc>
        <w:tc>
          <w:tcPr>
            <w:tcW w:w="990" w:type="dxa"/>
            <w:vAlign w:val="center"/>
          </w:tcPr>
          <w:p w14:paraId="195CDC23" w14:textId="77777777" w:rsidR="00E91A42" w:rsidRPr="00E91A42" w:rsidRDefault="00E91A42" w:rsidP="00A701F9">
            <w:pPr>
              <w:spacing w:before="50" w:after="50"/>
              <w:jc w:val="center"/>
              <w:rPr>
                <w:sz w:val="28"/>
                <w:szCs w:val="28"/>
              </w:rPr>
            </w:pPr>
            <w:r w:rsidRPr="00E91A42">
              <w:rPr>
                <w:sz w:val="28"/>
                <w:szCs w:val="28"/>
              </w:rPr>
              <w:t xml:space="preserve">Trong đó, khoán chi theo quy   định </w:t>
            </w:r>
          </w:p>
        </w:tc>
        <w:tc>
          <w:tcPr>
            <w:tcW w:w="810" w:type="dxa"/>
            <w:vAlign w:val="center"/>
          </w:tcPr>
          <w:p w14:paraId="1A75E529" w14:textId="77777777" w:rsidR="00E91A42" w:rsidRPr="00E91A42" w:rsidRDefault="00E91A42" w:rsidP="00A701F9">
            <w:pPr>
              <w:spacing w:before="60" w:after="60"/>
              <w:jc w:val="center"/>
              <w:rPr>
                <w:sz w:val="28"/>
                <w:szCs w:val="28"/>
              </w:rPr>
            </w:pPr>
            <w:r w:rsidRPr="00E91A42">
              <w:rPr>
                <w:sz w:val="28"/>
                <w:szCs w:val="28"/>
              </w:rPr>
              <w:t>Kinh phí</w:t>
            </w:r>
          </w:p>
        </w:tc>
        <w:tc>
          <w:tcPr>
            <w:tcW w:w="900" w:type="dxa"/>
            <w:vAlign w:val="center"/>
          </w:tcPr>
          <w:p w14:paraId="37E52372"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16" w:type="dxa"/>
            <w:vMerge/>
            <w:vAlign w:val="center"/>
          </w:tcPr>
          <w:p w14:paraId="6C8DA62D" w14:textId="77777777" w:rsidR="00E91A42" w:rsidRPr="00E91A42" w:rsidRDefault="00E91A42" w:rsidP="00A701F9">
            <w:pPr>
              <w:spacing w:before="60" w:after="60"/>
              <w:jc w:val="center"/>
              <w:rPr>
                <w:b/>
                <w:sz w:val="28"/>
                <w:szCs w:val="28"/>
              </w:rPr>
            </w:pPr>
          </w:p>
        </w:tc>
        <w:tc>
          <w:tcPr>
            <w:tcW w:w="780" w:type="dxa"/>
            <w:vMerge/>
            <w:vAlign w:val="center"/>
          </w:tcPr>
          <w:p w14:paraId="112CFD6B" w14:textId="77777777" w:rsidR="00E91A42" w:rsidRPr="00E91A42" w:rsidRDefault="00E91A42" w:rsidP="00A701F9">
            <w:pPr>
              <w:spacing w:before="60" w:after="60"/>
              <w:jc w:val="center"/>
              <w:rPr>
                <w:sz w:val="28"/>
                <w:szCs w:val="28"/>
              </w:rPr>
            </w:pPr>
          </w:p>
        </w:tc>
        <w:tc>
          <w:tcPr>
            <w:tcW w:w="708" w:type="dxa"/>
            <w:vMerge/>
            <w:vAlign w:val="center"/>
          </w:tcPr>
          <w:p w14:paraId="0602A919" w14:textId="77777777" w:rsidR="00E91A42" w:rsidRPr="00E91A42" w:rsidRDefault="00E91A42" w:rsidP="00A701F9">
            <w:pPr>
              <w:spacing w:before="60" w:after="60"/>
              <w:jc w:val="center"/>
              <w:rPr>
                <w:sz w:val="28"/>
                <w:szCs w:val="28"/>
              </w:rPr>
            </w:pPr>
          </w:p>
        </w:tc>
        <w:tc>
          <w:tcPr>
            <w:tcW w:w="709" w:type="dxa"/>
            <w:vMerge/>
            <w:vAlign w:val="center"/>
          </w:tcPr>
          <w:p w14:paraId="2F1DD28A" w14:textId="77777777" w:rsidR="00E91A42" w:rsidRPr="00E91A42" w:rsidRDefault="00E91A42" w:rsidP="00A701F9">
            <w:pPr>
              <w:spacing w:before="60" w:after="60"/>
              <w:jc w:val="center"/>
              <w:rPr>
                <w:sz w:val="28"/>
                <w:szCs w:val="28"/>
              </w:rPr>
            </w:pPr>
          </w:p>
        </w:tc>
      </w:tr>
      <w:tr w:rsidR="00E91A42" w:rsidRPr="00E91A42" w14:paraId="49AD0DAC" w14:textId="77777777" w:rsidTr="00A701F9">
        <w:tc>
          <w:tcPr>
            <w:tcW w:w="721" w:type="dxa"/>
            <w:vAlign w:val="center"/>
          </w:tcPr>
          <w:p w14:paraId="1EAAA87B" w14:textId="77777777" w:rsidR="00E91A42" w:rsidRPr="00E91A42" w:rsidRDefault="00E91A42" w:rsidP="00A701F9">
            <w:pPr>
              <w:spacing w:before="60" w:after="60"/>
              <w:jc w:val="center"/>
              <w:rPr>
                <w:i/>
                <w:sz w:val="28"/>
                <w:szCs w:val="28"/>
              </w:rPr>
            </w:pPr>
            <w:r w:rsidRPr="00E91A42">
              <w:rPr>
                <w:i/>
                <w:sz w:val="28"/>
                <w:szCs w:val="28"/>
              </w:rPr>
              <w:t>1</w:t>
            </w:r>
          </w:p>
        </w:tc>
        <w:tc>
          <w:tcPr>
            <w:tcW w:w="3681" w:type="dxa"/>
            <w:vAlign w:val="center"/>
          </w:tcPr>
          <w:p w14:paraId="140E2BD0" w14:textId="77777777" w:rsidR="00E91A42" w:rsidRPr="00E91A42" w:rsidRDefault="00E91A42" w:rsidP="00A701F9">
            <w:pPr>
              <w:spacing w:before="60" w:after="60"/>
              <w:jc w:val="center"/>
              <w:rPr>
                <w:i/>
                <w:sz w:val="28"/>
                <w:szCs w:val="28"/>
              </w:rPr>
            </w:pPr>
            <w:r w:rsidRPr="00E91A42">
              <w:rPr>
                <w:i/>
                <w:sz w:val="28"/>
                <w:szCs w:val="28"/>
              </w:rPr>
              <w:t>2</w:t>
            </w:r>
          </w:p>
        </w:tc>
        <w:tc>
          <w:tcPr>
            <w:tcW w:w="944" w:type="dxa"/>
            <w:vAlign w:val="center"/>
          </w:tcPr>
          <w:p w14:paraId="7EB375B8" w14:textId="77777777" w:rsidR="00E91A42" w:rsidRPr="00E91A42" w:rsidRDefault="00E91A42" w:rsidP="00A701F9">
            <w:pPr>
              <w:spacing w:before="60" w:after="60"/>
              <w:jc w:val="center"/>
              <w:rPr>
                <w:i/>
                <w:sz w:val="28"/>
                <w:szCs w:val="28"/>
              </w:rPr>
            </w:pPr>
            <w:r w:rsidRPr="00E91A42">
              <w:rPr>
                <w:i/>
                <w:sz w:val="28"/>
                <w:szCs w:val="28"/>
              </w:rPr>
              <w:t>3</w:t>
            </w:r>
          </w:p>
        </w:tc>
        <w:tc>
          <w:tcPr>
            <w:tcW w:w="945" w:type="dxa"/>
            <w:vAlign w:val="center"/>
          </w:tcPr>
          <w:p w14:paraId="45B805A9" w14:textId="77777777" w:rsidR="00E91A42" w:rsidRPr="00E91A42" w:rsidRDefault="00E91A42" w:rsidP="00A701F9">
            <w:pPr>
              <w:spacing w:before="60" w:after="60"/>
              <w:jc w:val="center"/>
              <w:rPr>
                <w:i/>
                <w:sz w:val="28"/>
                <w:szCs w:val="28"/>
              </w:rPr>
            </w:pPr>
            <w:r w:rsidRPr="00E91A42">
              <w:rPr>
                <w:i/>
                <w:sz w:val="28"/>
                <w:szCs w:val="28"/>
              </w:rPr>
              <w:t>4</w:t>
            </w:r>
          </w:p>
        </w:tc>
        <w:tc>
          <w:tcPr>
            <w:tcW w:w="900" w:type="dxa"/>
            <w:vAlign w:val="center"/>
          </w:tcPr>
          <w:p w14:paraId="3FBDFAF0" w14:textId="77777777" w:rsidR="00E91A42" w:rsidRPr="00E91A42" w:rsidRDefault="00E91A42" w:rsidP="00A701F9">
            <w:pPr>
              <w:spacing w:before="60" w:after="60"/>
              <w:jc w:val="center"/>
              <w:rPr>
                <w:i/>
                <w:sz w:val="28"/>
                <w:szCs w:val="28"/>
              </w:rPr>
            </w:pPr>
            <w:r w:rsidRPr="00E91A42">
              <w:rPr>
                <w:i/>
                <w:sz w:val="28"/>
                <w:szCs w:val="28"/>
              </w:rPr>
              <w:t>5</w:t>
            </w:r>
          </w:p>
        </w:tc>
        <w:tc>
          <w:tcPr>
            <w:tcW w:w="900" w:type="dxa"/>
            <w:vAlign w:val="center"/>
          </w:tcPr>
          <w:p w14:paraId="76509B28" w14:textId="77777777" w:rsidR="00E91A42" w:rsidRPr="00E91A42" w:rsidRDefault="00E91A42" w:rsidP="00A701F9">
            <w:pPr>
              <w:spacing w:before="60" w:after="60"/>
              <w:jc w:val="center"/>
              <w:rPr>
                <w:i/>
                <w:sz w:val="28"/>
                <w:szCs w:val="28"/>
              </w:rPr>
            </w:pPr>
            <w:r w:rsidRPr="00E91A42">
              <w:rPr>
                <w:i/>
                <w:sz w:val="28"/>
                <w:szCs w:val="28"/>
              </w:rPr>
              <w:t>6</w:t>
            </w:r>
          </w:p>
        </w:tc>
        <w:tc>
          <w:tcPr>
            <w:tcW w:w="810" w:type="dxa"/>
            <w:vAlign w:val="center"/>
          </w:tcPr>
          <w:p w14:paraId="0D5D42CC" w14:textId="77777777" w:rsidR="00E91A42" w:rsidRPr="00E91A42" w:rsidRDefault="00E91A42" w:rsidP="00A701F9">
            <w:pPr>
              <w:spacing w:before="60" w:after="60"/>
              <w:jc w:val="center"/>
              <w:rPr>
                <w:i/>
                <w:sz w:val="28"/>
                <w:szCs w:val="28"/>
              </w:rPr>
            </w:pPr>
            <w:r w:rsidRPr="00E91A42">
              <w:rPr>
                <w:i/>
                <w:sz w:val="28"/>
                <w:szCs w:val="28"/>
              </w:rPr>
              <w:t>7</w:t>
            </w:r>
          </w:p>
        </w:tc>
        <w:tc>
          <w:tcPr>
            <w:tcW w:w="990" w:type="dxa"/>
            <w:vAlign w:val="center"/>
          </w:tcPr>
          <w:p w14:paraId="4DD849ED" w14:textId="77777777" w:rsidR="00E91A42" w:rsidRPr="00E91A42" w:rsidRDefault="00E91A42" w:rsidP="00A701F9">
            <w:pPr>
              <w:spacing w:before="60" w:after="60"/>
              <w:jc w:val="center"/>
              <w:rPr>
                <w:i/>
                <w:sz w:val="28"/>
                <w:szCs w:val="28"/>
              </w:rPr>
            </w:pPr>
            <w:r w:rsidRPr="00E91A42">
              <w:rPr>
                <w:i/>
                <w:sz w:val="28"/>
                <w:szCs w:val="28"/>
              </w:rPr>
              <w:t>8</w:t>
            </w:r>
          </w:p>
        </w:tc>
        <w:tc>
          <w:tcPr>
            <w:tcW w:w="810" w:type="dxa"/>
            <w:vAlign w:val="center"/>
          </w:tcPr>
          <w:p w14:paraId="7D98DD50" w14:textId="77777777" w:rsidR="00E91A42" w:rsidRPr="00E91A42" w:rsidRDefault="00E91A42" w:rsidP="00A701F9">
            <w:pPr>
              <w:spacing w:before="60" w:after="60"/>
              <w:jc w:val="center"/>
              <w:rPr>
                <w:i/>
                <w:sz w:val="28"/>
                <w:szCs w:val="28"/>
              </w:rPr>
            </w:pPr>
            <w:r w:rsidRPr="00E91A42">
              <w:rPr>
                <w:i/>
                <w:sz w:val="28"/>
                <w:szCs w:val="28"/>
              </w:rPr>
              <w:t>9</w:t>
            </w:r>
          </w:p>
        </w:tc>
        <w:tc>
          <w:tcPr>
            <w:tcW w:w="900" w:type="dxa"/>
            <w:vAlign w:val="center"/>
          </w:tcPr>
          <w:p w14:paraId="6C6F4C8E" w14:textId="77777777" w:rsidR="00E91A42" w:rsidRPr="00E91A42" w:rsidRDefault="00E91A42" w:rsidP="00A701F9">
            <w:pPr>
              <w:spacing w:before="50" w:after="50"/>
              <w:jc w:val="center"/>
              <w:rPr>
                <w:i/>
                <w:sz w:val="28"/>
                <w:szCs w:val="28"/>
              </w:rPr>
            </w:pPr>
            <w:r w:rsidRPr="00E91A42">
              <w:rPr>
                <w:i/>
                <w:sz w:val="28"/>
                <w:szCs w:val="28"/>
              </w:rPr>
              <w:t>10</w:t>
            </w:r>
          </w:p>
        </w:tc>
        <w:tc>
          <w:tcPr>
            <w:tcW w:w="816" w:type="dxa"/>
            <w:vAlign w:val="center"/>
          </w:tcPr>
          <w:p w14:paraId="04D8E597" w14:textId="77777777" w:rsidR="00E91A42" w:rsidRPr="00E91A42" w:rsidRDefault="00E91A42" w:rsidP="00A701F9">
            <w:pPr>
              <w:spacing w:before="50" w:after="50"/>
              <w:jc w:val="center"/>
              <w:rPr>
                <w:i/>
                <w:sz w:val="28"/>
                <w:szCs w:val="28"/>
              </w:rPr>
            </w:pPr>
          </w:p>
        </w:tc>
        <w:tc>
          <w:tcPr>
            <w:tcW w:w="780" w:type="dxa"/>
            <w:vAlign w:val="center"/>
          </w:tcPr>
          <w:p w14:paraId="0FEC8B07" w14:textId="77777777" w:rsidR="00E91A42" w:rsidRPr="00E91A42" w:rsidRDefault="00E91A42" w:rsidP="00A701F9">
            <w:pPr>
              <w:spacing w:before="50" w:after="50"/>
              <w:jc w:val="center"/>
              <w:rPr>
                <w:i/>
                <w:sz w:val="28"/>
                <w:szCs w:val="28"/>
              </w:rPr>
            </w:pPr>
          </w:p>
        </w:tc>
        <w:tc>
          <w:tcPr>
            <w:tcW w:w="708" w:type="dxa"/>
            <w:vAlign w:val="center"/>
          </w:tcPr>
          <w:p w14:paraId="009E55BA" w14:textId="77777777" w:rsidR="00E91A42" w:rsidRPr="00E91A42" w:rsidRDefault="00E91A42" w:rsidP="00A701F9">
            <w:pPr>
              <w:spacing w:before="50" w:after="50"/>
              <w:jc w:val="center"/>
              <w:rPr>
                <w:i/>
                <w:sz w:val="28"/>
                <w:szCs w:val="28"/>
              </w:rPr>
            </w:pPr>
          </w:p>
        </w:tc>
        <w:tc>
          <w:tcPr>
            <w:tcW w:w="709" w:type="dxa"/>
            <w:vAlign w:val="center"/>
          </w:tcPr>
          <w:p w14:paraId="554B6D4D" w14:textId="77777777" w:rsidR="00E91A42" w:rsidRPr="00E91A42" w:rsidRDefault="00E91A42" w:rsidP="00A701F9">
            <w:pPr>
              <w:spacing w:before="50" w:after="50"/>
              <w:jc w:val="center"/>
              <w:rPr>
                <w:i/>
                <w:sz w:val="28"/>
                <w:szCs w:val="28"/>
              </w:rPr>
            </w:pPr>
          </w:p>
        </w:tc>
      </w:tr>
      <w:tr w:rsidR="00E91A42" w:rsidRPr="00E91A42" w14:paraId="52737395" w14:textId="77777777" w:rsidTr="00A701F9">
        <w:trPr>
          <w:trHeight w:val="1015"/>
        </w:trPr>
        <w:tc>
          <w:tcPr>
            <w:tcW w:w="721" w:type="dxa"/>
          </w:tcPr>
          <w:p w14:paraId="0EF2579A" w14:textId="77777777" w:rsidR="00E91A42" w:rsidRPr="00E91A42" w:rsidRDefault="00E91A42" w:rsidP="00A701F9">
            <w:pPr>
              <w:jc w:val="center"/>
              <w:rPr>
                <w:b/>
                <w:sz w:val="28"/>
                <w:szCs w:val="28"/>
              </w:rPr>
            </w:pPr>
            <w:r w:rsidRPr="00E91A42">
              <w:rPr>
                <w:b/>
                <w:sz w:val="28"/>
                <w:szCs w:val="28"/>
              </w:rPr>
              <w:t>4.1</w:t>
            </w:r>
          </w:p>
        </w:tc>
        <w:tc>
          <w:tcPr>
            <w:tcW w:w="3681" w:type="dxa"/>
          </w:tcPr>
          <w:p w14:paraId="021779CE" w14:textId="77777777" w:rsidR="00E91A42" w:rsidRPr="00E91A42" w:rsidRDefault="00E91A42" w:rsidP="00A701F9">
            <w:pPr>
              <w:rPr>
                <w:b/>
                <w:sz w:val="28"/>
                <w:szCs w:val="28"/>
                <w:lang w:val="pt-BR"/>
              </w:rPr>
            </w:pPr>
            <w:r w:rsidRPr="00E91A42">
              <w:rPr>
                <w:b/>
                <w:sz w:val="28"/>
                <w:szCs w:val="28"/>
                <w:lang w:val="pt-BR"/>
              </w:rPr>
              <w:t xml:space="preserve">Đoàn ra (đi trao đổi, phân tích mẫu, học tập, nghiên cứu, thực tập, ...) </w:t>
            </w:r>
          </w:p>
        </w:tc>
        <w:tc>
          <w:tcPr>
            <w:tcW w:w="944" w:type="dxa"/>
          </w:tcPr>
          <w:p w14:paraId="59A8728E" w14:textId="77777777" w:rsidR="00E91A42" w:rsidRPr="00E91A42" w:rsidRDefault="00E91A42" w:rsidP="00A701F9">
            <w:pPr>
              <w:spacing w:before="60" w:after="60"/>
              <w:jc w:val="center"/>
              <w:rPr>
                <w:sz w:val="28"/>
                <w:szCs w:val="28"/>
              </w:rPr>
            </w:pPr>
          </w:p>
        </w:tc>
        <w:tc>
          <w:tcPr>
            <w:tcW w:w="945" w:type="dxa"/>
            <w:tcBorders>
              <w:bottom w:val="single" w:sz="4" w:space="0" w:color="auto"/>
            </w:tcBorders>
          </w:tcPr>
          <w:p w14:paraId="2E3F9D90" w14:textId="77777777" w:rsidR="00E91A42" w:rsidRPr="00E91A42" w:rsidRDefault="00E91A42" w:rsidP="00A701F9">
            <w:pPr>
              <w:spacing w:before="60" w:after="60"/>
              <w:jc w:val="center"/>
              <w:rPr>
                <w:sz w:val="28"/>
                <w:szCs w:val="28"/>
              </w:rPr>
            </w:pPr>
          </w:p>
        </w:tc>
        <w:tc>
          <w:tcPr>
            <w:tcW w:w="900" w:type="dxa"/>
          </w:tcPr>
          <w:p w14:paraId="598C5DF9" w14:textId="77777777" w:rsidR="00E91A42" w:rsidRPr="00E91A42" w:rsidRDefault="00E91A42" w:rsidP="00A701F9">
            <w:pPr>
              <w:spacing w:before="60" w:after="60"/>
              <w:jc w:val="center"/>
              <w:rPr>
                <w:sz w:val="28"/>
                <w:szCs w:val="28"/>
              </w:rPr>
            </w:pPr>
          </w:p>
        </w:tc>
        <w:tc>
          <w:tcPr>
            <w:tcW w:w="900" w:type="dxa"/>
            <w:tcBorders>
              <w:bottom w:val="single" w:sz="4" w:space="0" w:color="auto"/>
            </w:tcBorders>
          </w:tcPr>
          <w:p w14:paraId="78FE104A" w14:textId="77777777" w:rsidR="00E91A42" w:rsidRPr="00E91A42" w:rsidRDefault="00E91A42" w:rsidP="00A701F9">
            <w:pPr>
              <w:spacing w:before="60" w:after="60"/>
              <w:jc w:val="center"/>
              <w:rPr>
                <w:sz w:val="28"/>
                <w:szCs w:val="28"/>
              </w:rPr>
            </w:pPr>
          </w:p>
        </w:tc>
        <w:tc>
          <w:tcPr>
            <w:tcW w:w="810" w:type="dxa"/>
          </w:tcPr>
          <w:p w14:paraId="45C3EA3B" w14:textId="77777777" w:rsidR="00E91A42" w:rsidRPr="00E91A42" w:rsidRDefault="00E91A42" w:rsidP="00A701F9">
            <w:pPr>
              <w:spacing w:before="60" w:after="60"/>
              <w:jc w:val="center"/>
              <w:rPr>
                <w:sz w:val="28"/>
                <w:szCs w:val="28"/>
              </w:rPr>
            </w:pPr>
          </w:p>
        </w:tc>
        <w:tc>
          <w:tcPr>
            <w:tcW w:w="990" w:type="dxa"/>
            <w:tcBorders>
              <w:bottom w:val="single" w:sz="4" w:space="0" w:color="auto"/>
            </w:tcBorders>
          </w:tcPr>
          <w:p w14:paraId="07FDC350" w14:textId="77777777" w:rsidR="00E91A42" w:rsidRPr="00E91A42" w:rsidRDefault="00E91A42" w:rsidP="00A701F9">
            <w:pPr>
              <w:spacing w:before="60" w:after="60"/>
              <w:jc w:val="center"/>
              <w:rPr>
                <w:sz w:val="28"/>
                <w:szCs w:val="28"/>
              </w:rPr>
            </w:pPr>
          </w:p>
        </w:tc>
        <w:tc>
          <w:tcPr>
            <w:tcW w:w="810" w:type="dxa"/>
          </w:tcPr>
          <w:p w14:paraId="2D3A7A6D" w14:textId="77777777" w:rsidR="00E91A42" w:rsidRPr="00E91A42" w:rsidRDefault="00E91A42" w:rsidP="00A701F9">
            <w:pPr>
              <w:spacing w:before="60" w:after="60"/>
              <w:jc w:val="center"/>
              <w:rPr>
                <w:sz w:val="28"/>
                <w:szCs w:val="28"/>
              </w:rPr>
            </w:pPr>
          </w:p>
        </w:tc>
        <w:tc>
          <w:tcPr>
            <w:tcW w:w="900" w:type="dxa"/>
            <w:tcBorders>
              <w:bottom w:val="single" w:sz="4" w:space="0" w:color="auto"/>
            </w:tcBorders>
          </w:tcPr>
          <w:p w14:paraId="37778170" w14:textId="77777777" w:rsidR="00E91A42" w:rsidRPr="00E91A42" w:rsidRDefault="00E91A42" w:rsidP="00A701F9">
            <w:pPr>
              <w:spacing w:before="60" w:after="60"/>
              <w:jc w:val="center"/>
              <w:rPr>
                <w:sz w:val="28"/>
                <w:szCs w:val="28"/>
              </w:rPr>
            </w:pPr>
          </w:p>
        </w:tc>
        <w:tc>
          <w:tcPr>
            <w:tcW w:w="816" w:type="dxa"/>
          </w:tcPr>
          <w:p w14:paraId="7EAD775B" w14:textId="77777777" w:rsidR="00E91A42" w:rsidRPr="00E91A42" w:rsidRDefault="00E91A42" w:rsidP="00A701F9">
            <w:pPr>
              <w:spacing w:before="60" w:after="60"/>
              <w:jc w:val="center"/>
              <w:rPr>
                <w:sz w:val="28"/>
                <w:szCs w:val="28"/>
              </w:rPr>
            </w:pPr>
          </w:p>
        </w:tc>
        <w:tc>
          <w:tcPr>
            <w:tcW w:w="780" w:type="dxa"/>
          </w:tcPr>
          <w:p w14:paraId="5FC8DDCF" w14:textId="77777777" w:rsidR="00E91A42" w:rsidRPr="00E91A42" w:rsidRDefault="00E91A42" w:rsidP="00A701F9">
            <w:pPr>
              <w:spacing w:before="60" w:after="60"/>
              <w:jc w:val="center"/>
              <w:rPr>
                <w:sz w:val="28"/>
                <w:szCs w:val="28"/>
              </w:rPr>
            </w:pPr>
          </w:p>
        </w:tc>
        <w:tc>
          <w:tcPr>
            <w:tcW w:w="708" w:type="dxa"/>
          </w:tcPr>
          <w:p w14:paraId="37F242DD" w14:textId="77777777" w:rsidR="00E91A42" w:rsidRPr="00E91A42" w:rsidRDefault="00E91A42" w:rsidP="00A701F9">
            <w:pPr>
              <w:spacing w:before="60" w:after="60"/>
              <w:jc w:val="center"/>
              <w:rPr>
                <w:sz w:val="28"/>
                <w:szCs w:val="28"/>
              </w:rPr>
            </w:pPr>
          </w:p>
        </w:tc>
        <w:tc>
          <w:tcPr>
            <w:tcW w:w="709" w:type="dxa"/>
          </w:tcPr>
          <w:p w14:paraId="63FBEB01" w14:textId="77777777" w:rsidR="00E91A42" w:rsidRPr="00E91A42" w:rsidRDefault="00E91A42" w:rsidP="00A701F9">
            <w:pPr>
              <w:spacing w:before="60" w:after="60"/>
              <w:jc w:val="center"/>
              <w:rPr>
                <w:sz w:val="28"/>
                <w:szCs w:val="28"/>
              </w:rPr>
            </w:pPr>
          </w:p>
        </w:tc>
      </w:tr>
      <w:tr w:rsidR="00E91A42" w:rsidRPr="00E91A42" w14:paraId="4F18DCBA" w14:textId="77777777" w:rsidTr="00A701F9">
        <w:trPr>
          <w:trHeight w:val="709"/>
        </w:trPr>
        <w:tc>
          <w:tcPr>
            <w:tcW w:w="721" w:type="dxa"/>
          </w:tcPr>
          <w:p w14:paraId="3225FC63" w14:textId="77777777" w:rsidR="00E91A42" w:rsidRPr="00E91A42" w:rsidRDefault="00E91A42" w:rsidP="00A701F9">
            <w:pPr>
              <w:jc w:val="center"/>
              <w:rPr>
                <w:sz w:val="28"/>
                <w:szCs w:val="28"/>
              </w:rPr>
            </w:pPr>
            <w:r w:rsidRPr="00E91A42">
              <w:rPr>
                <w:sz w:val="28"/>
                <w:szCs w:val="28"/>
              </w:rPr>
              <w:t>-</w:t>
            </w:r>
          </w:p>
        </w:tc>
        <w:tc>
          <w:tcPr>
            <w:tcW w:w="3681" w:type="dxa"/>
          </w:tcPr>
          <w:p w14:paraId="765032F6" w14:textId="77777777" w:rsidR="00E91A42" w:rsidRPr="00E91A42" w:rsidRDefault="00E91A42" w:rsidP="00A701F9">
            <w:pPr>
              <w:rPr>
                <w:sz w:val="28"/>
                <w:szCs w:val="28"/>
              </w:rPr>
            </w:pPr>
            <w:r w:rsidRPr="00E91A42">
              <w:rPr>
                <w:sz w:val="28"/>
                <w:szCs w:val="28"/>
              </w:rPr>
              <w:t>Đoàn 1: (Nội dung) + (địa điểm) + (thời gian) + (số người)</w:t>
            </w:r>
          </w:p>
        </w:tc>
        <w:tc>
          <w:tcPr>
            <w:tcW w:w="944" w:type="dxa"/>
          </w:tcPr>
          <w:p w14:paraId="7DBFEEC4" w14:textId="77777777" w:rsidR="00E91A42" w:rsidRPr="00E91A42" w:rsidRDefault="00E91A42" w:rsidP="00A701F9">
            <w:pPr>
              <w:spacing w:before="60" w:after="60"/>
              <w:jc w:val="center"/>
              <w:rPr>
                <w:sz w:val="28"/>
                <w:szCs w:val="28"/>
              </w:rPr>
            </w:pPr>
          </w:p>
        </w:tc>
        <w:tc>
          <w:tcPr>
            <w:tcW w:w="945" w:type="dxa"/>
            <w:tcBorders>
              <w:tr2bl w:val="single" w:sz="4" w:space="0" w:color="auto"/>
            </w:tcBorders>
          </w:tcPr>
          <w:p w14:paraId="4737C885" w14:textId="77777777" w:rsidR="00E91A42" w:rsidRPr="00E91A42" w:rsidRDefault="00E91A42" w:rsidP="00A701F9">
            <w:pPr>
              <w:spacing w:before="60" w:after="60"/>
              <w:jc w:val="center"/>
              <w:rPr>
                <w:sz w:val="28"/>
                <w:szCs w:val="28"/>
              </w:rPr>
            </w:pPr>
          </w:p>
        </w:tc>
        <w:tc>
          <w:tcPr>
            <w:tcW w:w="900" w:type="dxa"/>
          </w:tcPr>
          <w:p w14:paraId="42145EC6"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22849E35" w14:textId="77777777" w:rsidR="00E91A42" w:rsidRPr="00E91A42" w:rsidRDefault="00E91A42" w:rsidP="00A701F9">
            <w:pPr>
              <w:spacing w:before="60" w:after="60"/>
              <w:jc w:val="center"/>
              <w:rPr>
                <w:sz w:val="28"/>
                <w:szCs w:val="28"/>
              </w:rPr>
            </w:pPr>
          </w:p>
        </w:tc>
        <w:tc>
          <w:tcPr>
            <w:tcW w:w="810" w:type="dxa"/>
          </w:tcPr>
          <w:p w14:paraId="54B62DA5" w14:textId="77777777" w:rsidR="00E91A42" w:rsidRPr="00E91A42" w:rsidRDefault="00E91A42" w:rsidP="00A701F9">
            <w:pPr>
              <w:spacing w:before="60" w:after="60"/>
              <w:jc w:val="center"/>
              <w:rPr>
                <w:sz w:val="28"/>
                <w:szCs w:val="28"/>
              </w:rPr>
            </w:pPr>
          </w:p>
        </w:tc>
        <w:tc>
          <w:tcPr>
            <w:tcW w:w="990" w:type="dxa"/>
            <w:tcBorders>
              <w:tr2bl w:val="single" w:sz="4" w:space="0" w:color="auto"/>
            </w:tcBorders>
          </w:tcPr>
          <w:p w14:paraId="6C01FD56" w14:textId="77777777" w:rsidR="00E91A42" w:rsidRPr="00E91A42" w:rsidRDefault="00E91A42" w:rsidP="00A701F9">
            <w:pPr>
              <w:spacing w:before="60" w:after="60"/>
              <w:jc w:val="center"/>
              <w:rPr>
                <w:sz w:val="28"/>
                <w:szCs w:val="28"/>
              </w:rPr>
            </w:pPr>
          </w:p>
        </w:tc>
        <w:tc>
          <w:tcPr>
            <w:tcW w:w="810" w:type="dxa"/>
          </w:tcPr>
          <w:p w14:paraId="2360C9C0"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532887D1" w14:textId="77777777" w:rsidR="00E91A42" w:rsidRPr="00E91A42" w:rsidRDefault="00E91A42" w:rsidP="00A701F9">
            <w:pPr>
              <w:spacing w:before="60" w:after="60"/>
              <w:jc w:val="center"/>
              <w:rPr>
                <w:sz w:val="28"/>
                <w:szCs w:val="28"/>
              </w:rPr>
            </w:pPr>
          </w:p>
        </w:tc>
        <w:tc>
          <w:tcPr>
            <w:tcW w:w="816" w:type="dxa"/>
          </w:tcPr>
          <w:p w14:paraId="54EF3830" w14:textId="77777777" w:rsidR="00E91A42" w:rsidRPr="00E91A42" w:rsidRDefault="00E91A42" w:rsidP="00A701F9">
            <w:pPr>
              <w:spacing w:before="60" w:after="60"/>
              <w:jc w:val="center"/>
              <w:rPr>
                <w:sz w:val="28"/>
                <w:szCs w:val="28"/>
              </w:rPr>
            </w:pPr>
          </w:p>
        </w:tc>
        <w:tc>
          <w:tcPr>
            <w:tcW w:w="780" w:type="dxa"/>
          </w:tcPr>
          <w:p w14:paraId="784B6C6A" w14:textId="77777777" w:rsidR="00E91A42" w:rsidRPr="00E91A42" w:rsidRDefault="00E91A42" w:rsidP="00A701F9">
            <w:pPr>
              <w:spacing w:before="60" w:after="60"/>
              <w:jc w:val="center"/>
              <w:rPr>
                <w:sz w:val="28"/>
                <w:szCs w:val="28"/>
              </w:rPr>
            </w:pPr>
          </w:p>
        </w:tc>
        <w:tc>
          <w:tcPr>
            <w:tcW w:w="708" w:type="dxa"/>
          </w:tcPr>
          <w:p w14:paraId="008B1CB1" w14:textId="77777777" w:rsidR="00E91A42" w:rsidRPr="00E91A42" w:rsidRDefault="00E91A42" w:rsidP="00A701F9">
            <w:pPr>
              <w:spacing w:before="60" w:after="60"/>
              <w:jc w:val="center"/>
              <w:rPr>
                <w:sz w:val="28"/>
                <w:szCs w:val="28"/>
              </w:rPr>
            </w:pPr>
          </w:p>
        </w:tc>
        <w:tc>
          <w:tcPr>
            <w:tcW w:w="709" w:type="dxa"/>
          </w:tcPr>
          <w:p w14:paraId="73D86147" w14:textId="77777777" w:rsidR="00E91A42" w:rsidRPr="00E91A42" w:rsidRDefault="00E91A42" w:rsidP="00A701F9">
            <w:pPr>
              <w:spacing w:before="60" w:after="60"/>
              <w:jc w:val="center"/>
              <w:rPr>
                <w:sz w:val="28"/>
                <w:szCs w:val="28"/>
              </w:rPr>
            </w:pPr>
          </w:p>
        </w:tc>
      </w:tr>
      <w:tr w:rsidR="00E91A42" w:rsidRPr="00E91A42" w14:paraId="3FD1BA69" w14:textId="77777777" w:rsidTr="00A701F9">
        <w:tc>
          <w:tcPr>
            <w:tcW w:w="721" w:type="dxa"/>
          </w:tcPr>
          <w:p w14:paraId="07D89B39" w14:textId="77777777" w:rsidR="00E91A42" w:rsidRPr="00E91A42" w:rsidRDefault="00E91A42" w:rsidP="00A701F9">
            <w:pPr>
              <w:jc w:val="center"/>
              <w:rPr>
                <w:i/>
                <w:sz w:val="28"/>
                <w:szCs w:val="28"/>
              </w:rPr>
            </w:pPr>
            <w:r w:rsidRPr="00E91A42">
              <w:rPr>
                <w:i/>
                <w:sz w:val="28"/>
                <w:szCs w:val="28"/>
              </w:rPr>
              <w:lastRenderedPageBreak/>
              <w:t>+</w:t>
            </w:r>
          </w:p>
        </w:tc>
        <w:tc>
          <w:tcPr>
            <w:tcW w:w="3681" w:type="dxa"/>
          </w:tcPr>
          <w:p w14:paraId="1BC79068" w14:textId="77777777" w:rsidR="00E91A42" w:rsidRPr="00E91A42" w:rsidRDefault="00E91A42" w:rsidP="00A701F9">
            <w:pPr>
              <w:rPr>
                <w:i/>
                <w:sz w:val="28"/>
                <w:szCs w:val="28"/>
              </w:rPr>
            </w:pPr>
            <w:r w:rsidRPr="00E91A42">
              <w:rPr>
                <w:i/>
                <w:sz w:val="28"/>
                <w:szCs w:val="28"/>
              </w:rPr>
              <w:t>Chi tiết tiền vé máy bay, tiền ăn ở, đi lại, và các chi phí có liên quan khác</w:t>
            </w:r>
          </w:p>
        </w:tc>
        <w:tc>
          <w:tcPr>
            <w:tcW w:w="944" w:type="dxa"/>
          </w:tcPr>
          <w:p w14:paraId="51FBB02F" w14:textId="77777777" w:rsidR="00E91A42" w:rsidRPr="00E91A42" w:rsidRDefault="00E91A42" w:rsidP="00A701F9">
            <w:pPr>
              <w:spacing w:before="60" w:after="60"/>
              <w:jc w:val="center"/>
              <w:rPr>
                <w:sz w:val="28"/>
                <w:szCs w:val="28"/>
              </w:rPr>
            </w:pPr>
          </w:p>
        </w:tc>
        <w:tc>
          <w:tcPr>
            <w:tcW w:w="945" w:type="dxa"/>
            <w:tcBorders>
              <w:tr2bl w:val="single" w:sz="4" w:space="0" w:color="auto"/>
            </w:tcBorders>
          </w:tcPr>
          <w:p w14:paraId="3FA2E313" w14:textId="77777777" w:rsidR="00E91A42" w:rsidRPr="00E91A42" w:rsidRDefault="00E91A42" w:rsidP="00A701F9">
            <w:pPr>
              <w:spacing w:before="60" w:after="60"/>
              <w:jc w:val="center"/>
              <w:rPr>
                <w:sz w:val="28"/>
                <w:szCs w:val="28"/>
              </w:rPr>
            </w:pPr>
          </w:p>
        </w:tc>
        <w:tc>
          <w:tcPr>
            <w:tcW w:w="900" w:type="dxa"/>
          </w:tcPr>
          <w:p w14:paraId="66EE2E3C"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5A70A7EF" w14:textId="77777777" w:rsidR="00E91A42" w:rsidRPr="00E91A42" w:rsidRDefault="00E91A42" w:rsidP="00A701F9">
            <w:pPr>
              <w:spacing w:before="60" w:after="60"/>
              <w:jc w:val="center"/>
              <w:rPr>
                <w:sz w:val="28"/>
                <w:szCs w:val="28"/>
              </w:rPr>
            </w:pPr>
          </w:p>
        </w:tc>
        <w:tc>
          <w:tcPr>
            <w:tcW w:w="810" w:type="dxa"/>
          </w:tcPr>
          <w:p w14:paraId="2EE76A7F" w14:textId="77777777" w:rsidR="00E91A42" w:rsidRPr="00E91A42" w:rsidRDefault="00E91A42" w:rsidP="00A701F9">
            <w:pPr>
              <w:spacing w:before="60" w:after="60"/>
              <w:jc w:val="center"/>
              <w:rPr>
                <w:sz w:val="28"/>
                <w:szCs w:val="28"/>
              </w:rPr>
            </w:pPr>
          </w:p>
        </w:tc>
        <w:tc>
          <w:tcPr>
            <w:tcW w:w="990" w:type="dxa"/>
            <w:tcBorders>
              <w:tr2bl w:val="single" w:sz="4" w:space="0" w:color="auto"/>
            </w:tcBorders>
          </w:tcPr>
          <w:p w14:paraId="7EED4879" w14:textId="77777777" w:rsidR="00E91A42" w:rsidRPr="00E91A42" w:rsidRDefault="00E91A42" w:rsidP="00A701F9">
            <w:pPr>
              <w:spacing w:before="60" w:after="60"/>
              <w:jc w:val="center"/>
              <w:rPr>
                <w:sz w:val="28"/>
                <w:szCs w:val="28"/>
              </w:rPr>
            </w:pPr>
          </w:p>
        </w:tc>
        <w:tc>
          <w:tcPr>
            <w:tcW w:w="810" w:type="dxa"/>
          </w:tcPr>
          <w:p w14:paraId="70024EF4"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239BD05E" w14:textId="77777777" w:rsidR="00E91A42" w:rsidRPr="00E91A42" w:rsidRDefault="00E91A42" w:rsidP="00A701F9">
            <w:pPr>
              <w:spacing w:before="60" w:after="60"/>
              <w:jc w:val="center"/>
              <w:rPr>
                <w:sz w:val="28"/>
                <w:szCs w:val="28"/>
              </w:rPr>
            </w:pPr>
          </w:p>
        </w:tc>
        <w:tc>
          <w:tcPr>
            <w:tcW w:w="816" w:type="dxa"/>
          </w:tcPr>
          <w:p w14:paraId="2B956504" w14:textId="77777777" w:rsidR="00E91A42" w:rsidRPr="00E91A42" w:rsidRDefault="00E91A42" w:rsidP="00A701F9">
            <w:pPr>
              <w:spacing w:before="60" w:after="60"/>
              <w:jc w:val="center"/>
              <w:rPr>
                <w:sz w:val="28"/>
                <w:szCs w:val="28"/>
              </w:rPr>
            </w:pPr>
          </w:p>
        </w:tc>
        <w:tc>
          <w:tcPr>
            <w:tcW w:w="780" w:type="dxa"/>
          </w:tcPr>
          <w:p w14:paraId="1D510D24" w14:textId="77777777" w:rsidR="00E91A42" w:rsidRPr="00E91A42" w:rsidRDefault="00E91A42" w:rsidP="00A701F9">
            <w:pPr>
              <w:spacing w:before="60" w:after="60"/>
              <w:jc w:val="center"/>
              <w:rPr>
                <w:sz w:val="28"/>
                <w:szCs w:val="28"/>
              </w:rPr>
            </w:pPr>
          </w:p>
        </w:tc>
        <w:tc>
          <w:tcPr>
            <w:tcW w:w="708" w:type="dxa"/>
          </w:tcPr>
          <w:p w14:paraId="4971EAE1" w14:textId="77777777" w:rsidR="00E91A42" w:rsidRPr="00E91A42" w:rsidRDefault="00E91A42" w:rsidP="00A701F9">
            <w:pPr>
              <w:spacing w:before="60" w:after="60"/>
              <w:jc w:val="center"/>
              <w:rPr>
                <w:sz w:val="28"/>
                <w:szCs w:val="28"/>
              </w:rPr>
            </w:pPr>
          </w:p>
        </w:tc>
        <w:tc>
          <w:tcPr>
            <w:tcW w:w="709" w:type="dxa"/>
          </w:tcPr>
          <w:p w14:paraId="324C9A8C" w14:textId="77777777" w:rsidR="00E91A42" w:rsidRPr="00E91A42" w:rsidRDefault="00E91A42" w:rsidP="00A701F9">
            <w:pPr>
              <w:spacing w:before="60" w:after="60"/>
              <w:jc w:val="center"/>
              <w:rPr>
                <w:sz w:val="28"/>
                <w:szCs w:val="28"/>
              </w:rPr>
            </w:pPr>
          </w:p>
        </w:tc>
      </w:tr>
      <w:tr w:rsidR="00E91A42" w:rsidRPr="00E91A42" w14:paraId="4B140FCE" w14:textId="77777777" w:rsidTr="00A701F9">
        <w:trPr>
          <w:trHeight w:val="763"/>
        </w:trPr>
        <w:tc>
          <w:tcPr>
            <w:tcW w:w="721" w:type="dxa"/>
          </w:tcPr>
          <w:p w14:paraId="6BE927E8" w14:textId="77777777" w:rsidR="00E91A42" w:rsidRPr="00E91A42" w:rsidRDefault="00E91A42" w:rsidP="00A701F9">
            <w:pPr>
              <w:jc w:val="center"/>
              <w:rPr>
                <w:sz w:val="28"/>
                <w:szCs w:val="28"/>
              </w:rPr>
            </w:pPr>
            <w:r w:rsidRPr="00E91A42">
              <w:rPr>
                <w:sz w:val="28"/>
                <w:szCs w:val="28"/>
              </w:rPr>
              <w:t>-</w:t>
            </w:r>
          </w:p>
        </w:tc>
        <w:tc>
          <w:tcPr>
            <w:tcW w:w="3681" w:type="dxa"/>
          </w:tcPr>
          <w:p w14:paraId="6AACE059" w14:textId="77777777" w:rsidR="00E91A42" w:rsidRPr="00E91A42" w:rsidRDefault="00E91A42" w:rsidP="00A701F9">
            <w:pPr>
              <w:rPr>
                <w:sz w:val="28"/>
                <w:szCs w:val="28"/>
              </w:rPr>
            </w:pPr>
            <w:r w:rsidRPr="00E91A42">
              <w:rPr>
                <w:sz w:val="28"/>
                <w:szCs w:val="28"/>
              </w:rPr>
              <w:t>Đoàn...: (Nội dung) + (địa điểm) + (thời gian) + (số người)</w:t>
            </w:r>
          </w:p>
        </w:tc>
        <w:tc>
          <w:tcPr>
            <w:tcW w:w="944" w:type="dxa"/>
          </w:tcPr>
          <w:p w14:paraId="052793EC" w14:textId="77777777" w:rsidR="00E91A42" w:rsidRPr="00E91A42" w:rsidRDefault="00E91A42" w:rsidP="00A701F9">
            <w:pPr>
              <w:spacing w:before="60" w:after="60"/>
              <w:jc w:val="center"/>
              <w:rPr>
                <w:sz w:val="28"/>
                <w:szCs w:val="28"/>
              </w:rPr>
            </w:pPr>
          </w:p>
        </w:tc>
        <w:tc>
          <w:tcPr>
            <w:tcW w:w="945" w:type="dxa"/>
            <w:tcBorders>
              <w:tr2bl w:val="single" w:sz="4" w:space="0" w:color="auto"/>
            </w:tcBorders>
          </w:tcPr>
          <w:p w14:paraId="5A627330" w14:textId="77777777" w:rsidR="00E91A42" w:rsidRPr="00E91A42" w:rsidRDefault="00E91A42" w:rsidP="00A701F9">
            <w:pPr>
              <w:spacing w:before="60" w:after="60"/>
              <w:jc w:val="center"/>
              <w:rPr>
                <w:sz w:val="28"/>
                <w:szCs w:val="28"/>
              </w:rPr>
            </w:pPr>
          </w:p>
        </w:tc>
        <w:tc>
          <w:tcPr>
            <w:tcW w:w="900" w:type="dxa"/>
          </w:tcPr>
          <w:p w14:paraId="0DE9E9F5"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61C11699" w14:textId="77777777" w:rsidR="00E91A42" w:rsidRPr="00E91A42" w:rsidRDefault="00E91A42" w:rsidP="00A701F9">
            <w:pPr>
              <w:spacing w:before="60" w:after="60"/>
              <w:jc w:val="center"/>
              <w:rPr>
                <w:sz w:val="28"/>
                <w:szCs w:val="28"/>
              </w:rPr>
            </w:pPr>
          </w:p>
        </w:tc>
        <w:tc>
          <w:tcPr>
            <w:tcW w:w="810" w:type="dxa"/>
          </w:tcPr>
          <w:p w14:paraId="478CC712" w14:textId="77777777" w:rsidR="00E91A42" w:rsidRPr="00E91A42" w:rsidRDefault="00E91A42" w:rsidP="00A701F9">
            <w:pPr>
              <w:spacing w:before="60" w:after="60"/>
              <w:jc w:val="center"/>
              <w:rPr>
                <w:sz w:val="28"/>
                <w:szCs w:val="28"/>
              </w:rPr>
            </w:pPr>
          </w:p>
        </w:tc>
        <w:tc>
          <w:tcPr>
            <w:tcW w:w="990" w:type="dxa"/>
            <w:tcBorders>
              <w:tr2bl w:val="single" w:sz="4" w:space="0" w:color="auto"/>
            </w:tcBorders>
          </w:tcPr>
          <w:p w14:paraId="7EBDCF0F" w14:textId="77777777" w:rsidR="00E91A42" w:rsidRPr="00E91A42" w:rsidRDefault="00E91A42" w:rsidP="00A701F9">
            <w:pPr>
              <w:spacing w:before="60" w:after="60"/>
              <w:jc w:val="center"/>
              <w:rPr>
                <w:sz w:val="28"/>
                <w:szCs w:val="28"/>
              </w:rPr>
            </w:pPr>
          </w:p>
        </w:tc>
        <w:tc>
          <w:tcPr>
            <w:tcW w:w="810" w:type="dxa"/>
          </w:tcPr>
          <w:p w14:paraId="52BD6444" w14:textId="77777777" w:rsidR="00E91A42" w:rsidRPr="00E91A42" w:rsidRDefault="00E91A42" w:rsidP="00A701F9">
            <w:pPr>
              <w:spacing w:before="60" w:after="60"/>
              <w:jc w:val="center"/>
              <w:rPr>
                <w:sz w:val="28"/>
                <w:szCs w:val="28"/>
              </w:rPr>
            </w:pPr>
          </w:p>
        </w:tc>
        <w:tc>
          <w:tcPr>
            <w:tcW w:w="900" w:type="dxa"/>
            <w:tcBorders>
              <w:tr2bl w:val="single" w:sz="4" w:space="0" w:color="auto"/>
            </w:tcBorders>
          </w:tcPr>
          <w:p w14:paraId="46BC5B3F" w14:textId="77777777" w:rsidR="00E91A42" w:rsidRPr="00E91A42" w:rsidRDefault="00E91A42" w:rsidP="00A701F9">
            <w:pPr>
              <w:spacing w:before="60" w:after="60"/>
              <w:jc w:val="center"/>
              <w:rPr>
                <w:sz w:val="28"/>
                <w:szCs w:val="28"/>
              </w:rPr>
            </w:pPr>
          </w:p>
        </w:tc>
        <w:tc>
          <w:tcPr>
            <w:tcW w:w="816" w:type="dxa"/>
          </w:tcPr>
          <w:p w14:paraId="430551DC" w14:textId="77777777" w:rsidR="00E91A42" w:rsidRPr="00E91A42" w:rsidRDefault="00E91A42" w:rsidP="00A701F9">
            <w:pPr>
              <w:spacing w:before="60" w:after="60"/>
              <w:jc w:val="center"/>
              <w:rPr>
                <w:sz w:val="28"/>
                <w:szCs w:val="28"/>
              </w:rPr>
            </w:pPr>
          </w:p>
        </w:tc>
        <w:tc>
          <w:tcPr>
            <w:tcW w:w="780" w:type="dxa"/>
          </w:tcPr>
          <w:p w14:paraId="3E2233D2" w14:textId="77777777" w:rsidR="00E91A42" w:rsidRPr="00E91A42" w:rsidRDefault="00E91A42" w:rsidP="00A701F9">
            <w:pPr>
              <w:spacing w:before="60" w:after="60"/>
              <w:jc w:val="center"/>
              <w:rPr>
                <w:sz w:val="28"/>
                <w:szCs w:val="28"/>
              </w:rPr>
            </w:pPr>
          </w:p>
        </w:tc>
        <w:tc>
          <w:tcPr>
            <w:tcW w:w="708" w:type="dxa"/>
          </w:tcPr>
          <w:p w14:paraId="412AE365" w14:textId="77777777" w:rsidR="00E91A42" w:rsidRPr="00E91A42" w:rsidRDefault="00E91A42" w:rsidP="00A701F9">
            <w:pPr>
              <w:spacing w:before="60" w:after="60"/>
              <w:jc w:val="center"/>
              <w:rPr>
                <w:sz w:val="28"/>
                <w:szCs w:val="28"/>
              </w:rPr>
            </w:pPr>
          </w:p>
        </w:tc>
        <w:tc>
          <w:tcPr>
            <w:tcW w:w="709" w:type="dxa"/>
          </w:tcPr>
          <w:p w14:paraId="256266F2" w14:textId="77777777" w:rsidR="00E91A42" w:rsidRPr="00E91A42" w:rsidRDefault="00E91A42" w:rsidP="00A701F9">
            <w:pPr>
              <w:spacing w:before="60" w:after="60"/>
              <w:jc w:val="center"/>
              <w:rPr>
                <w:sz w:val="28"/>
                <w:szCs w:val="28"/>
              </w:rPr>
            </w:pPr>
          </w:p>
        </w:tc>
      </w:tr>
      <w:tr w:rsidR="00E91A42" w:rsidRPr="00E91A42" w14:paraId="04E9BE3B" w14:textId="77777777" w:rsidTr="00A701F9">
        <w:trPr>
          <w:trHeight w:val="1006"/>
        </w:trPr>
        <w:tc>
          <w:tcPr>
            <w:tcW w:w="721" w:type="dxa"/>
          </w:tcPr>
          <w:p w14:paraId="5BAF2D06" w14:textId="77777777" w:rsidR="00E91A42" w:rsidRPr="00E91A42" w:rsidRDefault="00E91A42" w:rsidP="00A701F9">
            <w:pPr>
              <w:jc w:val="center"/>
              <w:rPr>
                <w:i/>
                <w:sz w:val="28"/>
                <w:szCs w:val="28"/>
              </w:rPr>
            </w:pPr>
            <w:r w:rsidRPr="00E91A42">
              <w:rPr>
                <w:i/>
                <w:sz w:val="28"/>
                <w:szCs w:val="28"/>
              </w:rPr>
              <w:t>+</w:t>
            </w:r>
          </w:p>
        </w:tc>
        <w:tc>
          <w:tcPr>
            <w:tcW w:w="3681" w:type="dxa"/>
          </w:tcPr>
          <w:p w14:paraId="6A5F1B30" w14:textId="77777777" w:rsidR="00E91A42" w:rsidRPr="00E91A42" w:rsidRDefault="00E91A42" w:rsidP="00A701F9">
            <w:pPr>
              <w:rPr>
                <w:i/>
                <w:sz w:val="28"/>
                <w:szCs w:val="28"/>
              </w:rPr>
            </w:pPr>
            <w:r w:rsidRPr="00E91A42">
              <w:rPr>
                <w:i/>
                <w:sz w:val="28"/>
                <w:szCs w:val="28"/>
              </w:rPr>
              <w:t>Chi tiết tiền vé máy bay, tiền ăn ở, đi lại, và các chi phí có liên quan khác</w:t>
            </w:r>
          </w:p>
        </w:tc>
        <w:tc>
          <w:tcPr>
            <w:tcW w:w="944" w:type="dxa"/>
          </w:tcPr>
          <w:p w14:paraId="5DA302BC" w14:textId="77777777" w:rsidR="00E91A42" w:rsidRPr="00E91A42" w:rsidRDefault="00E91A42" w:rsidP="00A701F9">
            <w:pPr>
              <w:spacing w:before="60" w:after="60"/>
              <w:jc w:val="center"/>
              <w:rPr>
                <w:sz w:val="28"/>
                <w:szCs w:val="28"/>
              </w:rPr>
            </w:pPr>
          </w:p>
        </w:tc>
        <w:tc>
          <w:tcPr>
            <w:tcW w:w="945" w:type="dxa"/>
          </w:tcPr>
          <w:p w14:paraId="51ACE1A1" w14:textId="77777777" w:rsidR="00E91A42" w:rsidRPr="00E91A42" w:rsidRDefault="00E91A42" w:rsidP="00A701F9">
            <w:pPr>
              <w:spacing w:before="60" w:after="60"/>
              <w:jc w:val="center"/>
              <w:rPr>
                <w:sz w:val="28"/>
                <w:szCs w:val="28"/>
              </w:rPr>
            </w:pPr>
          </w:p>
        </w:tc>
        <w:tc>
          <w:tcPr>
            <w:tcW w:w="900" w:type="dxa"/>
          </w:tcPr>
          <w:p w14:paraId="7058B693" w14:textId="77777777" w:rsidR="00E91A42" w:rsidRPr="00E91A42" w:rsidRDefault="00E91A42" w:rsidP="00A701F9">
            <w:pPr>
              <w:spacing w:before="60" w:after="60"/>
              <w:jc w:val="center"/>
              <w:rPr>
                <w:sz w:val="28"/>
                <w:szCs w:val="28"/>
              </w:rPr>
            </w:pPr>
          </w:p>
        </w:tc>
        <w:tc>
          <w:tcPr>
            <w:tcW w:w="900" w:type="dxa"/>
          </w:tcPr>
          <w:p w14:paraId="1661247C" w14:textId="77777777" w:rsidR="00E91A42" w:rsidRPr="00E91A42" w:rsidRDefault="00E91A42" w:rsidP="00A701F9">
            <w:pPr>
              <w:spacing w:before="60" w:after="60"/>
              <w:jc w:val="center"/>
              <w:rPr>
                <w:sz w:val="28"/>
                <w:szCs w:val="28"/>
              </w:rPr>
            </w:pPr>
          </w:p>
        </w:tc>
        <w:tc>
          <w:tcPr>
            <w:tcW w:w="810" w:type="dxa"/>
          </w:tcPr>
          <w:p w14:paraId="27C15EEC" w14:textId="77777777" w:rsidR="00E91A42" w:rsidRPr="00E91A42" w:rsidRDefault="00E91A42" w:rsidP="00A701F9">
            <w:pPr>
              <w:spacing w:before="60" w:after="60"/>
              <w:jc w:val="center"/>
              <w:rPr>
                <w:sz w:val="28"/>
                <w:szCs w:val="28"/>
              </w:rPr>
            </w:pPr>
          </w:p>
        </w:tc>
        <w:tc>
          <w:tcPr>
            <w:tcW w:w="990" w:type="dxa"/>
          </w:tcPr>
          <w:p w14:paraId="40634E37" w14:textId="77777777" w:rsidR="00E91A42" w:rsidRPr="00E91A42" w:rsidRDefault="00E91A42" w:rsidP="00A701F9">
            <w:pPr>
              <w:spacing w:before="60" w:after="60"/>
              <w:jc w:val="center"/>
              <w:rPr>
                <w:sz w:val="28"/>
                <w:szCs w:val="28"/>
              </w:rPr>
            </w:pPr>
          </w:p>
        </w:tc>
        <w:tc>
          <w:tcPr>
            <w:tcW w:w="810" w:type="dxa"/>
          </w:tcPr>
          <w:p w14:paraId="3CBC5C96" w14:textId="77777777" w:rsidR="00E91A42" w:rsidRPr="00E91A42" w:rsidRDefault="00E91A42" w:rsidP="00A701F9">
            <w:pPr>
              <w:spacing w:before="60" w:after="60"/>
              <w:jc w:val="center"/>
              <w:rPr>
                <w:sz w:val="28"/>
                <w:szCs w:val="28"/>
              </w:rPr>
            </w:pPr>
          </w:p>
        </w:tc>
        <w:tc>
          <w:tcPr>
            <w:tcW w:w="900" w:type="dxa"/>
          </w:tcPr>
          <w:p w14:paraId="2138C0B5" w14:textId="77777777" w:rsidR="00E91A42" w:rsidRPr="00E91A42" w:rsidRDefault="00E91A42" w:rsidP="00A701F9">
            <w:pPr>
              <w:spacing w:before="60" w:after="60"/>
              <w:jc w:val="center"/>
              <w:rPr>
                <w:sz w:val="28"/>
                <w:szCs w:val="28"/>
              </w:rPr>
            </w:pPr>
          </w:p>
        </w:tc>
        <w:tc>
          <w:tcPr>
            <w:tcW w:w="816" w:type="dxa"/>
          </w:tcPr>
          <w:p w14:paraId="1945ADE8" w14:textId="77777777" w:rsidR="00E91A42" w:rsidRPr="00E91A42" w:rsidRDefault="00E91A42" w:rsidP="00A701F9">
            <w:pPr>
              <w:spacing w:before="60" w:after="60"/>
              <w:jc w:val="center"/>
              <w:rPr>
                <w:sz w:val="28"/>
                <w:szCs w:val="28"/>
              </w:rPr>
            </w:pPr>
          </w:p>
        </w:tc>
        <w:tc>
          <w:tcPr>
            <w:tcW w:w="780" w:type="dxa"/>
          </w:tcPr>
          <w:p w14:paraId="212D6211" w14:textId="77777777" w:rsidR="00E91A42" w:rsidRPr="00E91A42" w:rsidRDefault="00E91A42" w:rsidP="00A701F9">
            <w:pPr>
              <w:spacing w:before="60" w:after="60"/>
              <w:jc w:val="center"/>
              <w:rPr>
                <w:sz w:val="28"/>
                <w:szCs w:val="28"/>
              </w:rPr>
            </w:pPr>
          </w:p>
        </w:tc>
        <w:tc>
          <w:tcPr>
            <w:tcW w:w="708" w:type="dxa"/>
          </w:tcPr>
          <w:p w14:paraId="6517F646" w14:textId="77777777" w:rsidR="00E91A42" w:rsidRPr="00E91A42" w:rsidRDefault="00E91A42" w:rsidP="00A701F9">
            <w:pPr>
              <w:spacing w:before="60" w:after="60"/>
              <w:jc w:val="center"/>
              <w:rPr>
                <w:sz w:val="28"/>
                <w:szCs w:val="28"/>
              </w:rPr>
            </w:pPr>
          </w:p>
        </w:tc>
        <w:tc>
          <w:tcPr>
            <w:tcW w:w="709" w:type="dxa"/>
          </w:tcPr>
          <w:p w14:paraId="634FBBEF" w14:textId="77777777" w:rsidR="00E91A42" w:rsidRPr="00E91A42" w:rsidRDefault="00E91A42" w:rsidP="00A701F9">
            <w:pPr>
              <w:spacing w:before="60" w:after="60"/>
              <w:jc w:val="center"/>
              <w:rPr>
                <w:sz w:val="28"/>
                <w:szCs w:val="28"/>
              </w:rPr>
            </w:pPr>
          </w:p>
        </w:tc>
      </w:tr>
      <w:tr w:rsidR="00E91A42" w:rsidRPr="00E91A42" w14:paraId="2EA9A4C0" w14:textId="77777777" w:rsidTr="00A701F9">
        <w:tc>
          <w:tcPr>
            <w:tcW w:w="721" w:type="dxa"/>
          </w:tcPr>
          <w:p w14:paraId="1633A152" w14:textId="77777777" w:rsidR="00E91A42" w:rsidRPr="00E91A42" w:rsidRDefault="00E91A42" w:rsidP="00A701F9">
            <w:pPr>
              <w:jc w:val="center"/>
              <w:rPr>
                <w:b/>
                <w:sz w:val="28"/>
                <w:szCs w:val="28"/>
              </w:rPr>
            </w:pPr>
            <w:r w:rsidRPr="00E91A42">
              <w:rPr>
                <w:b/>
                <w:sz w:val="28"/>
                <w:szCs w:val="28"/>
              </w:rPr>
              <w:t>4.2</w:t>
            </w:r>
          </w:p>
        </w:tc>
        <w:tc>
          <w:tcPr>
            <w:tcW w:w="3681" w:type="dxa"/>
          </w:tcPr>
          <w:p w14:paraId="55C08FFE" w14:textId="77777777" w:rsidR="00E91A42" w:rsidRPr="00E91A42" w:rsidRDefault="00E91A42" w:rsidP="00A701F9">
            <w:pPr>
              <w:rPr>
                <w:b/>
                <w:sz w:val="28"/>
                <w:szCs w:val="28"/>
              </w:rPr>
            </w:pPr>
            <w:r w:rsidRPr="00E91A42">
              <w:rPr>
                <w:b/>
                <w:sz w:val="28"/>
                <w:szCs w:val="28"/>
              </w:rPr>
              <w:t>Đoàn vào (nghiên cứu, hội nghị, hội thảo, tập huấn, đào tạo, ...)</w:t>
            </w:r>
          </w:p>
          <w:p w14:paraId="5760EEDF" w14:textId="77777777" w:rsidR="00E91A42" w:rsidRPr="00E91A42" w:rsidRDefault="00E91A42" w:rsidP="00A701F9">
            <w:pPr>
              <w:rPr>
                <w:b/>
                <w:sz w:val="28"/>
                <w:szCs w:val="28"/>
              </w:rPr>
            </w:pPr>
          </w:p>
        </w:tc>
        <w:tc>
          <w:tcPr>
            <w:tcW w:w="944" w:type="dxa"/>
          </w:tcPr>
          <w:p w14:paraId="3CB8B48F" w14:textId="77777777" w:rsidR="00E91A42" w:rsidRPr="00E91A42" w:rsidRDefault="00E91A42" w:rsidP="00A701F9">
            <w:pPr>
              <w:spacing w:before="60" w:after="60"/>
              <w:rPr>
                <w:sz w:val="28"/>
                <w:szCs w:val="28"/>
              </w:rPr>
            </w:pPr>
          </w:p>
        </w:tc>
        <w:tc>
          <w:tcPr>
            <w:tcW w:w="945" w:type="dxa"/>
          </w:tcPr>
          <w:p w14:paraId="14F399BC" w14:textId="77777777" w:rsidR="00E91A42" w:rsidRPr="00E91A42" w:rsidRDefault="00E91A42" w:rsidP="00A701F9">
            <w:pPr>
              <w:spacing w:before="60" w:after="60"/>
              <w:rPr>
                <w:sz w:val="28"/>
                <w:szCs w:val="28"/>
              </w:rPr>
            </w:pPr>
          </w:p>
        </w:tc>
        <w:tc>
          <w:tcPr>
            <w:tcW w:w="900" w:type="dxa"/>
          </w:tcPr>
          <w:p w14:paraId="605D7538" w14:textId="77777777" w:rsidR="00E91A42" w:rsidRPr="00E91A42" w:rsidRDefault="00E91A42" w:rsidP="00A701F9">
            <w:pPr>
              <w:spacing w:before="60" w:after="60"/>
              <w:rPr>
                <w:sz w:val="28"/>
                <w:szCs w:val="28"/>
              </w:rPr>
            </w:pPr>
          </w:p>
        </w:tc>
        <w:tc>
          <w:tcPr>
            <w:tcW w:w="900" w:type="dxa"/>
          </w:tcPr>
          <w:p w14:paraId="7C66E0D2" w14:textId="77777777" w:rsidR="00E91A42" w:rsidRPr="00E91A42" w:rsidRDefault="00E91A42" w:rsidP="00A701F9">
            <w:pPr>
              <w:spacing w:before="60" w:after="60"/>
              <w:rPr>
                <w:sz w:val="28"/>
                <w:szCs w:val="28"/>
              </w:rPr>
            </w:pPr>
          </w:p>
        </w:tc>
        <w:tc>
          <w:tcPr>
            <w:tcW w:w="810" w:type="dxa"/>
          </w:tcPr>
          <w:p w14:paraId="11CBE5AF" w14:textId="77777777" w:rsidR="00E91A42" w:rsidRPr="00E91A42" w:rsidRDefault="00E91A42" w:rsidP="00A701F9">
            <w:pPr>
              <w:spacing w:before="60" w:after="60"/>
              <w:rPr>
                <w:sz w:val="28"/>
                <w:szCs w:val="28"/>
              </w:rPr>
            </w:pPr>
          </w:p>
        </w:tc>
        <w:tc>
          <w:tcPr>
            <w:tcW w:w="990" w:type="dxa"/>
          </w:tcPr>
          <w:p w14:paraId="563714C2" w14:textId="77777777" w:rsidR="00E91A42" w:rsidRPr="00E91A42" w:rsidRDefault="00E91A42" w:rsidP="00A701F9">
            <w:pPr>
              <w:spacing w:before="60" w:after="60"/>
              <w:rPr>
                <w:sz w:val="28"/>
                <w:szCs w:val="28"/>
              </w:rPr>
            </w:pPr>
          </w:p>
        </w:tc>
        <w:tc>
          <w:tcPr>
            <w:tcW w:w="810" w:type="dxa"/>
          </w:tcPr>
          <w:p w14:paraId="1A243A6F" w14:textId="77777777" w:rsidR="00E91A42" w:rsidRPr="00E91A42" w:rsidRDefault="00E91A42" w:rsidP="00A701F9">
            <w:pPr>
              <w:spacing w:before="60" w:after="60"/>
              <w:jc w:val="center"/>
              <w:rPr>
                <w:sz w:val="28"/>
                <w:szCs w:val="28"/>
              </w:rPr>
            </w:pPr>
          </w:p>
        </w:tc>
        <w:tc>
          <w:tcPr>
            <w:tcW w:w="900" w:type="dxa"/>
          </w:tcPr>
          <w:p w14:paraId="7AE273A3" w14:textId="77777777" w:rsidR="00E91A42" w:rsidRPr="00E91A42" w:rsidRDefault="00E91A42" w:rsidP="00A701F9">
            <w:pPr>
              <w:spacing w:before="60" w:after="60"/>
              <w:jc w:val="center"/>
              <w:rPr>
                <w:sz w:val="28"/>
                <w:szCs w:val="28"/>
              </w:rPr>
            </w:pPr>
          </w:p>
        </w:tc>
        <w:tc>
          <w:tcPr>
            <w:tcW w:w="816" w:type="dxa"/>
          </w:tcPr>
          <w:p w14:paraId="5C7B20B6" w14:textId="77777777" w:rsidR="00E91A42" w:rsidRPr="00E91A42" w:rsidRDefault="00E91A42" w:rsidP="00A701F9">
            <w:pPr>
              <w:spacing w:before="60" w:after="60"/>
              <w:jc w:val="center"/>
              <w:rPr>
                <w:sz w:val="28"/>
                <w:szCs w:val="28"/>
              </w:rPr>
            </w:pPr>
          </w:p>
        </w:tc>
        <w:tc>
          <w:tcPr>
            <w:tcW w:w="780" w:type="dxa"/>
          </w:tcPr>
          <w:p w14:paraId="7AA2C08D" w14:textId="77777777" w:rsidR="00E91A42" w:rsidRPr="00E91A42" w:rsidRDefault="00E91A42" w:rsidP="00A701F9">
            <w:pPr>
              <w:spacing w:before="60" w:after="60"/>
              <w:jc w:val="center"/>
              <w:rPr>
                <w:sz w:val="28"/>
                <w:szCs w:val="28"/>
              </w:rPr>
            </w:pPr>
          </w:p>
        </w:tc>
        <w:tc>
          <w:tcPr>
            <w:tcW w:w="708" w:type="dxa"/>
          </w:tcPr>
          <w:p w14:paraId="50C1EAA4" w14:textId="77777777" w:rsidR="00E91A42" w:rsidRPr="00E91A42" w:rsidRDefault="00E91A42" w:rsidP="00A701F9">
            <w:pPr>
              <w:spacing w:before="60" w:after="60"/>
              <w:jc w:val="center"/>
              <w:rPr>
                <w:sz w:val="28"/>
                <w:szCs w:val="28"/>
              </w:rPr>
            </w:pPr>
          </w:p>
        </w:tc>
        <w:tc>
          <w:tcPr>
            <w:tcW w:w="709" w:type="dxa"/>
          </w:tcPr>
          <w:p w14:paraId="3A537483" w14:textId="77777777" w:rsidR="00E91A42" w:rsidRPr="00E91A42" w:rsidRDefault="00E91A42" w:rsidP="00A701F9">
            <w:pPr>
              <w:spacing w:before="60" w:after="60"/>
              <w:jc w:val="center"/>
              <w:rPr>
                <w:sz w:val="28"/>
                <w:szCs w:val="28"/>
              </w:rPr>
            </w:pPr>
          </w:p>
        </w:tc>
      </w:tr>
      <w:tr w:rsidR="00E91A42" w:rsidRPr="00E91A42" w14:paraId="3AA5B4A0" w14:textId="77777777" w:rsidTr="00A701F9">
        <w:tc>
          <w:tcPr>
            <w:tcW w:w="721" w:type="dxa"/>
          </w:tcPr>
          <w:p w14:paraId="3D222773" w14:textId="77777777" w:rsidR="00E91A42" w:rsidRPr="00E91A42" w:rsidRDefault="00E91A42" w:rsidP="00A701F9">
            <w:pPr>
              <w:jc w:val="center"/>
              <w:rPr>
                <w:sz w:val="28"/>
                <w:szCs w:val="28"/>
              </w:rPr>
            </w:pPr>
            <w:r w:rsidRPr="00E91A42">
              <w:rPr>
                <w:sz w:val="28"/>
                <w:szCs w:val="28"/>
              </w:rPr>
              <w:t>-</w:t>
            </w:r>
          </w:p>
        </w:tc>
        <w:tc>
          <w:tcPr>
            <w:tcW w:w="3681" w:type="dxa"/>
          </w:tcPr>
          <w:p w14:paraId="62504E7A" w14:textId="77777777" w:rsidR="00E91A42" w:rsidRPr="00E91A42" w:rsidRDefault="00E91A42" w:rsidP="00A701F9">
            <w:pPr>
              <w:rPr>
                <w:sz w:val="28"/>
                <w:szCs w:val="28"/>
              </w:rPr>
            </w:pPr>
            <w:r w:rsidRPr="00E91A42">
              <w:rPr>
                <w:sz w:val="28"/>
                <w:szCs w:val="28"/>
              </w:rPr>
              <w:t>Đoàn 1: (Nội dung) + (địa điểm) + (thời gian) + (số người)</w:t>
            </w:r>
          </w:p>
        </w:tc>
        <w:tc>
          <w:tcPr>
            <w:tcW w:w="944" w:type="dxa"/>
          </w:tcPr>
          <w:p w14:paraId="3DDF8725" w14:textId="77777777" w:rsidR="00E91A42" w:rsidRPr="00E91A42" w:rsidRDefault="00E91A42" w:rsidP="00A701F9">
            <w:pPr>
              <w:spacing w:before="60" w:after="60"/>
              <w:rPr>
                <w:sz w:val="28"/>
                <w:szCs w:val="28"/>
              </w:rPr>
            </w:pPr>
          </w:p>
        </w:tc>
        <w:tc>
          <w:tcPr>
            <w:tcW w:w="945" w:type="dxa"/>
          </w:tcPr>
          <w:p w14:paraId="435074B4" w14:textId="77777777" w:rsidR="00E91A42" w:rsidRPr="00E91A42" w:rsidRDefault="00E91A42" w:rsidP="00A701F9">
            <w:pPr>
              <w:spacing w:before="60" w:after="60"/>
              <w:rPr>
                <w:sz w:val="28"/>
                <w:szCs w:val="28"/>
              </w:rPr>
            </w:pPr>
          </w:p>
        </w:tc>
        <w:tc>
          <w:tcPr>
            <w:tcW w:w="900" w:type="dxa"/>
          </w:tcPr>
          <w:p w14:paraId="0099E434" w14:textId="77777777" w:rsidR="00E91A42" w:rsidRPr="00E91A42" w:rsidRDefault="00E91A42" w:rsidP="00A701F9">
            <w:pPr>
              <w:spacing w:before="60" w:after="60"/>
              <w:rPr>
                <w:sz w:val="28"/>
                <w:szCs w:val="28"/>
              </w:rPr>
            </w:pPr>
          </w:p>
        </w:tc>
        <w:tc>
          <w:tcPr>
            <w:tcW w:w="900" w:type="dxa"/>
          </w:tcPr>
          <w:p w14:paraId="2AD444F5" w14:textId="77777777" w:rsidR="00E91A42" w:rsidRPr="00E91A42" w:rsidRDefault="00E91A42" w:rsidP="00A701F9">
            <w:pPr>
              <w:spacing w:before="60" w:after="60"/>
              <w:rPr>
                <w:sz w:val="28"/>
                <w:szCs w:val="28"/>
              </w:rPr>
            </w:pPr>
          </w:p>
        </w:tc>
        <w:tc>
          <w:tcPr>
            <w:tcW w:w="810" w:type="dxa"/>
          </w:tcPr>
          <w:p w14:paraId="2C6628F9" w14:textId="77777777" w:rsidR="00E91A42" w:rsidRPr="00E91A42" w:rsidRDefault="00E91A42" w:rsidP="00A701F9">
            <w:pPr>
              <w:spacing w:before="60" w:after="60"/>
              <w:rPr>
                <w:sz w:val="28"/>
                <w:szCs w:val="28"/>
              </w:rPr>
            </w:pPr>
          </w:p>
        </w:tc>
        <w:tc>
          <w:tcPr>
            <w:tcW w:w="990" w:type="dxa"/>
          </w:tcPr>
          <w:p w14:paraId="663E9FC0" w14:textId="77777777" w:rsidR="00E91A42" w:rsidRPr="00E91A42" w:rsidRDefault="00E91A42" w:rsidP="00A701F9">
            <w:pPr>
              <w:spacing w:before="60" w:after="60"/>
              <w:rPr>
                <w:sz w:val="28"/>
                <w:szCs w:val="28"/>
              </w:rPr>
            </w:pPr>
          </w:p>
        </w:tc>
        <w:tc>
          <w:tcPr>
            <w:tcW w:w="810" w:type="dxa"/>
          </w:tcPr>
          <w:p w14:paraId="0B836F4B" w14:textId="77777777" w:rsidR="00E91A42" w:rsidRPr="00E91A42" w:rsidRDefault="00E91A42" w:rsidP="00A701F9">
            <w:pPr>
              <w:spacing w:before="60" w:after="60"/>
              <w:jc w:val="center"/>
              <w:rPr>
                <w:sz w:val="28"/>
                <w:szCs w:val="28"/>
              </w:rPr>
            </w:pPr>
          </w:p>
        </w:tc>
        <w:tc>
          <w:tcPr>
            <w:tcW w:w="900" w:type="dxa"/>
          </w:tcPr>
          <w:p w14:paraId="4C5146A5" w14:textId="77777777" w:rsidR="00E91A42" w:rsidRPr="00E91A42" w:rsidRDefault="00E91A42" w:rsidP="00A701F9">
            <w:pPr>
              <w:spacing w:before="60" w:after="60"/>
              <w:jc w:val="center"/>
              <w:rPr>
                <w:sz w:val="28"/>
                <w:szCs w:val="28"/>
              </w:rPr>
            </w:pPr>
          </w:p>
        </w:tc>
        <w:tc>
          <w:tcPr>
            <w:tcW w:w="816" w:type="dxa"/>
          </w:tcPr>
          <w:p w14:paraId="650FFCD5" w14:textId="77777777" w:rsidR="00E91A42" w:rsidRPr="00E91A42" w:rsidRDefault="00E91A42" w:rsidP="00A701F9">
            <w:pPr>
              <w:spacing w:before="60" w:after="60"/>
              <w:jc w:val="center"/>
              <w:rPr>
                <w:sz w:val="28"/>
                <w:szCs w:val="28"/>
              </w:rPr>
            </w:pPr>
          </w:p>
        </w:tc>
        <w:tc>
          <w:tcPr>
            <w:tcW w:w="780" w:type="dxa"/>
          </w:tcPr>
          <w:p w14:paraId="31636FDD" w14:textId="77777777" w:rsidR="00E91A42" w:rsidRPr="00E91A42" w:rsidRDefault="00E91A42" w:rsidP="00A701F9">
            <w:pPr>
              <w:spacing w:before="60" w:after="60"/>
              <w:jc w:val="center"/>
              <w:rPr>
                <w:sz w:val="28"/>
                <w:szCs w:val="28"/>
              </w:rPr>
            </w:pPr>
          </w:p>
        </w:tc>
        <w:tc>
          <w:tcPr>
            <w:tcW w:w="708" w:type="dxa"/>
          </w:tcPr>
          <w:p w14:paraId="4EC74E1F" w14:textId="77777777" w:rsidR="00E91A42" w:rsidRPr="00E91A42" w:rsidRDefault="00E91A42" w:rsidP="00A701F9">
            <w:pPr>
              <w:spacing w:before="60" w:after="60"/>
              <w:jc w:val="center"/>
              <w:rPr>
                <w:sz w:val="28"/>
                <w:szCs w:val="28"/>
              </w:rPr>
            </w:pPr>
          </w:p>
        </w:tc>
        <w:tc>
          <w:tcPr>
            <w:tcW w:w="709" w:type="dxa"/>
          </w:tcPr>
          <w:p w14:paraId="4F0CD720" w14:textId="77777777" w:rsidR="00E91A42" w:rsidRPr="00E91A42" w:rsidRDefault="00E91A42" w:rsidP="00A701F9">
            <w:pPr>
              <w:spacing w:before="60" w:after="60"/>
              <w:jc w:val="center"/>
              <w:rPr>
                <w:sz w:val="28"/>
                <w:szCs w:val="28"/>
              </w:rPr>
            </w:pPr>
          </w:p>
        </w:tc>
      </w:tr>
      <w:tr w:rsidR="00E91A42" w:rsidRPr="00E91A42" w14:paraId="4B11EF3E" w14:textId="77777777" w:rsidTr="00A701F9">
        <w:tc>
          <w:tcPr>
            <w:tcW w:w="721" w:type="dxa"/>
          </w:tcPr>
          <w:p w14:paraId="020F3B57" w14:textId="77777777" w:rsidR="00E91A42" w:rsidRPr="00E91A42" w:rsidRDefault="00E91A42" w:rsidP="00A701F9">
            <w:pPr>
              <w:jc w:val="center"/>
              <w:rPr>
                <w:i/>
                <w:sz w:val="28"/>
                <w:szCs w:val="28"/>
              </w:rPr>
            </w:pPr>
            <w:r w:rsidRPr="00E91A42">
              <w:rPr>
                <w:i/>
                <w:sz w:val="28"/>
                <w:szCs w:val="28"/>
              </w:rPr>
              <w:t>+</w:t>
            </w:r>
          </w:p>
        </w:tc>
        <w:tc>
          <w:tcPr>
            <w:tcW w:w="3681" w:type="dxa"/>
          </w:tcPr>
          <w:p w14:paraId="1D642A96" w14:textId="77777777" w:rsidR="00E91A42" w:rsidRPr="00E91A42" w:rsidRDefault="00E91A42" w:rsidP="00A701F9">
            <w:pPr>
              <w:rPr>
                <w:i/>
                <w:sz w:val="28"/>
                <w:szCs w:val="28"/>
              </w:rPr>
            </w:pPr>
            <w:r w:rsidRPr="00E91A42">
              <w:rPr>
                <w:i/>
                <w:sz w:val="28"/>
                <w:szCs w:val="28"/>
              </w:rPr>
              <w:t>Chi tiết tiền vé máy bay, tiền ăn ở, đi lại, và các chi phí có liên quan khác</w:t>
            </w:r>
          </w:p>
        </w:tc>
        <w:tc>
          <w:tcPr>
            <w:tcW w:w="944" w:type="dxa"/>
          </w:tcPr>
          <w:p w14:paraId="26C275E4" w14:textId="77777777" w:rsidR="00E91A42" w:rsidRPr="00E91A42" w:rsidRDefault="00E91A42" w:rsidP="00A701F9">
            <w:pPr>
              <w:spacing w:before="60" w:after="60"/>
              <w:rPr>
                <w:sz w:val="28"/>
                <w:szCs w:val="28"/>
              </w:rPr>
            </w:pPr>
          </w:p>
        </w:tc>
        <w:tc>
          <w:tcPr>
            <w:tcW w:w="945" w:type="dxa"/>
          </w:tcPr>
          <w:p w14:paraId="0D317B8E" w14:textId="77777777" w:rsidR="00E91A42" w:rsidRPr="00E91A42" w:rsidRDefault="00E91A42" w:rsidP="00A701F9">
            <w:pPr>
              <w:spacing w:before="60" w:after="60"/>
              <w:rPr>
                <w:sz w:val="28"/>
                <w:szCs w:val="28"/>
              </w:rPr>
            </w:pPr>
          </w:p>
        </w:tc>
        <w:tc>
          <w:tcPr>
            <w:tcW w:w="900" w:type="dxa"/>
          </w:tcPr>
          <w:p w14:paraId="3E5DB441" w14:textId="77777777" w:rsidR="00E91A42" w:rsidRPr="00E91A42" w:rsidRDefault="00E91A42" w:rsidP="00A701F9">
            <w:pPr>
              <w:spacing w:before="60" w:after="60"/>
              <w:rPr>
                <w:sz w:val="28"/>
                <w:szCs w:val="28"/>
              </w:rPr>
            </w:pPr>
          </w:p>
        </w:tc>
        <w:tc>
          <w:tcPr>
            <w:tcW w:w="900" w:type="dxa"/>
          </w:tcPr>
          <w:p w14:paraId="2BD8E7E6" w14:textId="77777777" w:rsidR="00E91A42" w:rsidRPr="00E91A42" w:rsidRDefault="00E91A42" w:rsidP="00A701F9">
            <w:pPr>
              <w:spacing w:before="60" w:after="60"/>
              <w:rPr>
                <w:sz w:val="28"/>
                <w:szCs w:val="28"/>
              </w:rPr>
            </w:pPr>
          </w:p>
        </w:tc>
        <w:tc>
          <w:tcPr>
            <w:tcW w:w="810" w:type="dxa"/>
          </w:tcPr>
          <w:p w14:paraId="3B452491" w14:textId="77777777" w:rsidR="00E91A42" w:rsidRPr="00E91A42" w:rsidRDefault="00E91A42" w:rsidP="00A701F9">
            <w:pPr>
              <w:spacing w:before="60" w:after="60"/>
              <w:rPr>
                <w:sz w:val="28"/>
                <w:szCs w:val="28"/>
              </w:rPr>
            </w:pPr>
          </w:p>
        </w:tc>
        <w:tc>
          <w:tcPr>
            <w:tcW w:w="990" w:type="dxa"/>
          </w:tcPr>
          <w:p w14:paraId="6698A97D" w14:textId="77777777" w:rsidR="00E91A42" w:rsidRPr="00E91A42" w:rsidRDefault="00E91A42" w:rsidP="00A701F9">
            <w:pPr>
              <w:spacing w:before="60" w:after="60"/>
              <w:rPr>
                <w:sz w:val="28"/>
                <w:szCs w:val="28"/>
              </w:rPr>
            </w:pPr>
          </w:p>
        </w:tc>
        <w:tc>
          <w:tcPr>
            <w:tcW w:w="810" w:type="dxa"/>
          </w:tcPr>
          <w:p w14:paraId="09AAFFF3" w14:textId="77777777" w:rsidR="00E91A42" w:rsidRPr="00E91A42" w:rsidRDefault="00E91A42" w:rsidP="00A701F9">
            <w:pPr>
              <w:spacing w:before="60" w:after="60"/>
              <w:jc w:val="center"/>
              <w:rPr>
                <w:sz w:val="28"/>
                <w:szCs w:val="28"/>
              </w:rPr>
            </w:pPr>
          </w:p>
        </w:tc>
        <w:tc>
          <w:tcPr>
            <w:tcW w:w="900" w:type="dxa"/>
          </w:tcPr>
          <w:p w14:paraId="0029B119" w14:textId="77777777" w:rsidR="00E91A42" w:rsidRPr="00E91A42" w:rsidRDefault="00E91A42" w:rsidP="00A701F9">
            <w:pPr>
              <w:spacing w:before="60" w:after="60"/>
              <w:jc w:val="center"/>
              <w:rPr>
                <w:sz w:val="28"/>
                <w:szCs w:val="28"/>
              </w:rPr>
            </w:pPr>
          </w:p>
        </w:tc>
        <w:tc>
          <w:tcPr>
            <w:tcW w:w="816" w:type="dxa"/>
          </w:tcPr>
          <w:p w14:paraId="5A7BB8D0" w14:textId="77777777" w:rsidR="00E91A42" w:rsidRPr="00E91A42" w:rsidRDefault="00E91A42" w:rsidP="00A701F9">
            <w:pPr>
              <w:spacing w:before="60" w:after="60"/>
              <w:jc w:val="center"/>
              <w:rPr>
                <w:sz w:val="28"/>
                <w:szCs w:val="28"/>
              </w:rPr>
            </w:pPr>
          </w:p>
        </w:tc>
        <w:tc>
          <w:tcPr>
            <w:tcW w:w="780" w:type="dxa"/>
          </w:tcPr>
          <w:p w14:paraId="576DEE43" w14:textId="77777777" w:rsidR="00E91A42" w:rsidRPr="00E91A42" w:rsidRDefault="00E91A42" w:rsidP="00A701F9">
            <w:pPr>
              <w:spacing w:before="60" w:after="60"/>
              <w:jc w:val="center"/>
              <w:rPr>
                <w:sz w:val="28"/>
                <w:szCs w:val="28"/>
              </w:rPr>
            </w:pPr>
          </w:p>
        </w:tc>
        <w:tc>
          <w:tcPr>
            <w:tcW w:w="708" w:type="dxa"/>
          </w:tcPr>
          <w:p w14:paraId="2F5A5B61" w14:textId="77777777" w:rsidR="00E91A42" w:rsidRPr="00E91A42" w:rsidRDefault="00E91A42" w:rsidP="00A701F9">
            <w:pPr>
              <w:spacing w:before="60" w:after="60"/>
              <w:jc w:val="center"/>
              <w:rPr>
                <w:sz w:val="28"/>
                <w:szCs w:val="28"/>
              </w:rPr>
            </w:pPr>
          </w:p>
        </w:tc>
        <w:tc>
          <w:tcPr>
            <w:tcW w:w="709" w:type="dxa"/>
          </w:tcPr>
          <w:p w14:paraId="38706650" w14:textId="77777777" w:rsidR="00E91A42" w:rsidRPr="00E91A42" w:rsidRDefault="00E91A42" w:rsidP="00A701F9">
            <w:pPr>
              <w:spacing w:before="60" w:after="60"/>
              <w:jc w:val="center"/>
              <w:rPr>
                <w:sz w:val="28"/>
                <w:szCs w:val="28"/>
              </w:rPr>
            </w:pPr>
          </w:p>
        </w:tc>
      </w:tr>
      <w:tr w:rsidR="00E91A42" w:rsidRPr="00E91A42" w14:paraId="50BE821C" w14:textId="77777777" w:rsidTr="00A701F9">
        <w:tc>
          <w:tcPr>
            <w:tcW w:w="721" w:type="dxa"/>
          </w:tcPr>
          <w:p w14:paraId="0A13F1BF" w14:textId="77777777" w:rsidR="00E91A42" w:rsidRPr="00E91A42" w:rsidRDefault="00E91A42" w:rsidP="00A701F9">
            <w:pPr>
              <w:jc w:val="center"/>
              <w:rPr>
                <w:sz w:val="28"/>
                <w:szCs w:val="28"/>
              </w:rPr>
            </w:pPr>
            <w:r w:rsidRPr="00E91A42">
              <w:rPr>
                <w:sz w:val="28"/>
                <w:szCs w:val="28"/>
              </w:rPr>
              <w:lastRenderedPageBreak/>
              <w:t>-</w:t>
            </w:r>
          </w:p>
        </w:tc>
        <w:tc>
          <w:tcPr>
            <w:tcW w:w="3681" w:type="dxa"/>
          </w:tcPr>
          <w:p w14:paraId="3A2DE628" w14:textId="77777777" w:rsidR="00E91A42" w:rsidRPr="00E91A42" w:rsidRDefault="00E91A42" w:rsidP="00A701F9">
            <w:pPr>
              <w:rPr>
                <w:sz w:val="28"/>
                <w:szCs w:val="28"/>
              </w:rPr>
            </w:pPr>
            <w:r w:rsidRPr="00E91A42">
              <w:rPr>
                <w:sz w:val="28"/>
                <w:szCs w:val="28"/>
              </w:rPr>
              <w:t>Đoàn...: (Nội dung) + (địa điểm) + (thời gian) + (số người)</w:t>
            </w:r>
          </w:p>
        </w:tc>
        <w:tc>
          <w:tcPr>
            <w:tcW w:w="944" w:type="dxa"/>
          </w:tcPr>
          <w:p w14:paraId="0DE36819" w14:textId="77777777" w:rsidR="00E91A42" w:rsidRPr="00E91A42" w:rsidRDefault="00E91A42" w:rsidP="00A701F9">
            <w:pPr>
              <w:spacing w:before="60" w:after="60"/>
              <w:rPr>
                <w:sz w:val="28"/>
                <w:szCs w:val="28"/>
              </w:rPr>
            </w:pPr>
          </w:p>
        </w:tc>
        <w:tc>
          <w:tcPr>
            <w:tcW w:w="945" w:type="dxa"/>
          </w:tcPr>
          <w:p w14:paraId="681D3935" w14:textId="77777777" w:rsidR="00E91A42" w:rsidRPr="00E91A42" w:rsidRDefault="00E91A42" w:rsidP="00A701F9">
            <w:pPr>
              <w:spacing w:before="60" w:after="60"/>
              <w:rPr>
                <w:sz w:val="28"/>
                <w:szCs w:val="28"/>
              </w:rPr>
            </w:pPr>
          </w:p>
        </w:tc>
        <w:tc>
          <w:tcPr>
            <w:tcW w:w="900" w:type="dxa"/>
          </w:tcPr>
          <w:p w14:paraId="442893F3" w14:textId="77777777" w:rsidR="00E91A42" w:rsidRPr="00E91A42" w:rsidRDefault="00E91A42" w:rsidP="00A701F9">
            <w:pPr>
              <w:spacing w:before="60" w:after="60"/>
              <w:rPr>
                <w:sz w:val="28"/>
                <w:szCs w:val="28"/>
              </w:rPr>
            </w:pPr>
          </w:p>
        </w:tc>
        <w:tc>
          <w:tcPr>
            <w:tcW w:w="900" w:type="dxa"/>
          </w:tcPr>
          <w:p w14:paraId="63C0A81E" w14:textId="77777777" w:rsidR="00E91A42" w:rsidRPr="00E91A42" w:rsidRDefault="00E91A42" w:rsidP="00A701F9">
            <w:pPr>
              <w:spacing w:before="60" w:after="60"/>
              <w:rPr>
                <w:sz w:val="28"/>
                <w:szCs w:val="28"/>
              </w:rPr>
            </w:pPr>
          </w:p>
        </w:tc>
        <w:tc>
          <w:tcPr>
            <w:tcW w:w="810" w:type="dxa"/>
          </w:tcPr>
          <w:p w14:paraId="70FE74BE" w14:textId="77777777" w:rsidR="00E91A42" w:rsidRPr="00E91A42" w:rsidRDefault="00E91A42" w:rsidP="00A701F9">
            <w:pPr>
              <w:spacing w:before="60" w:after="60"/>
              <w:rPr>
                <w:sz w:val="28"/>
                <w:szCs w:val="28"/>
              </w:rPr>
            </w:pPr>
          </w:p>
        </w:tc>
        <w:tc>
          <w:tcPr>
            <w:tcW w:w="990" w:type="dxa"/>
          </w:tcPr>
          <w:p w14:paraId="6CD181CD" w14:textId="77777777" w:rsidR="00E91A42" w:rsidRPr="00E91A42" w:rsidRDefault="00E91A42" w:rsidP="00A701F9">
            <w:pPr>
              <w:spacing w:before="60" w:after="60"/>
              <w:rPr>
                <w:sz w:val="28"/>
                <w:szCs w:val="28"/>
              </w:rPr>
            </w:pPr>
          </w:p>
        </w:tc>
        <w:tc>
          <w:tcPr>
            <w:tcW w:w="810" w:type="dxa"/>
          </w:tcPr>
          <w:p w14:paraId="3C6D7B27" w14:textId="77777777" w:rsidR="00E91A42" w:rsidRPr="00E91A42" w:rsidRDefault="00E91A42" w:rsidP="00A701F9">
            <w:pPr>
              <w:spacing w:before="60" w:after="60"/>
              <w:jc w:val="center"/>
              <w:rPr>
                <w:sz w:val="28"/>
                <w:szCs w:val="28"/>
              </w:rPr>
            </w:pPr>
          </w:p>
        </w:tc>
        <w:tc>
          <w:tcPr>
            <w:tcW w:w="900" w:type="dxa"/>
          </w:tcPr>
          <w:p w14:paraId="4F1A4D60" w14:textId="77777777" w:rsidR="00E91A42" w:rsidRPr="00E91A42" w:rsidRDefault="00E91A42" w:rsidP="00A701F9">
            <w:pPr>
              <w:spacing w:before="60" w:after="60"/>
              <w:jc w:val="center"/>
              <w:rPr>
                <w:sz w:val="28"/>
                <w:szCs w:val="28"/>
              </w:rPr>
            </w:pPr>
          </w:p>
        </w:tc>
        <w:tc>
          <w:tcPr>
            <w:tcW w:w="816" w:type="dxa"/>
          </w:tcPr>
          <w:p w14:paraId="3F173D48" w14:textId="77777777" w:rsidR="00E91A42" w:rsidRPr="00E91A42" w:rsidRDefault="00E91A42" w:rsidP="00A701F9">
            <w:pPr>
              <w:spacing w:before="60" w:after="60"/>
              <w:jc w:val="center"/>
              <w:rPr>
                <w:sz w:val="28"/>
                <w:szCs w:val="28"/>
              </w:rPr>
            </w:pPr>
          </w:p>
        </w:tc>
        <w:tc>
          <w:tcPr>
            <w:tcW w:w="780" w:type="dxa"/>
          </w:tcPr>
          <w:p w14:paraId="7996D216" w14:textId="77777777" w:rsidR="00E91A42" w:rsidRPr="00E91A42" w:rsidRDefault="00E91A42" w:rsidP="00A701F9">
            <w:pPr>
              <w:spacing w:before="60" w:after="60"/>
              <w:jc w:val="center"/>
              <w:rPr>
                <w:sz w:val="28"/>
                <w:szCs w:val="28"/>
              </w:rPr>
            </w:pPr>
          </w:p>
        </w:tc>
        <w:tc>
          <w:tcPr>
            <w:tcW w:w="708" w:type="dxa"/>
          </w:tcPr>
          <w:p w14:paraId="2A069B84" w14:textId="77777777" w:rsidR="00E91A42" w:rsidRPr="00E91A42" w:rsidRDefault="00E91A42" w:rsidP="00A701F9">
            <w:pPr>
              <w:spacing w:before="60" w:after="60"/>
              <w:jc w:val="center"/>
              <w:rPr>
                <w:sz w:val="28"/>
                <w:szCs w:val="28"/>
              </w:rPr>
            </w:pPr>
          </w:p>
        </w:tc>
        <w:tc>
          <w:tcPr>
            <w:tcW w:w="709" w:type="dxa"/>
          </w:tcPr>
          <w:p w14:paraId="5A88E4CD" w14:textId="77777777" w:rsidR="00E91A42" w:rsidRPr="00E91A42" w:rsidRDefault="00E91A42" w:rsidP="00A701F9">
            <w:pPr>
              <w:spacing w:before="60" w:after="60"/>
              <w:jc w:val="center"/>
              <w:rPr>
                <w:sz w:val="28"/>
                <w:szCs w:val="28"/>
              </w:rPr>
            </w:pPr>
          </w:p>
        </w:tc>
      </w:tr>
      <w:tr w:rsidR="00E91A42" w:rsidRPr="00E91A42" w14:paraId="01A052E7" w14:textId="77777777" w:rsidTr="00A701F9">
        <w:tc>
          <w:tcPr>
            <w:tcW w:w="721" w:type="dxa"/>
          </w:tcPr>
          <w:p w14:paraId="37924CC1" w14:textId="77777777" w:rsidR="00E91A42" w:rsidRPr="00E91A42" w:rsidRDefault="00E91A42" w:rsidP="00A701F9">
            <w:pPr>
              <w:jc w:val="center"/>
              <w:rPr>
                <w:i/>
                <w:sz w:val="28"/>
                <w:szCs w:val="28"/>
              </w:rPr>
            </w:pPr>
            <w:r w:rsidRPr="00E91A42">
              <w:rPr>
                <w:i/>
                <w:sz w:val="28"/>
                <w:szCs w:val="28"/>
              </w:rPr>
              <w:t>+</w:t>
            </w:r>
          </w:p>
        </w:tc>
        <w:tc>
          <w:tcPr>
            <w:tcW w:w="3681" w:type="dxa"/>
          </w:tcPr>
          <w:p w14:paraId="02976720" w14:textId="77777777" w:rsidR="00E91A42" w:rsidRPr="00E91A42" w:rsidRDefault="00E91A42" w:rsidP="00A701F9">
            <w:pPr>
              <w:rPr>
                <w:i/>
                <w:sz w:val="28"/>
                <w:szCs w:val="28"/>
              </w:rPr>
            </w:pPr>
            <w:r w:rsidRPr="00E91A42">
              <w:rPr>
                <w:i/>
                <w:sz w:val="28"/>
                <w:szCs w:val="28"/>
              </w:rPr>
              <w:t>Chi tiết tiền vé máy bay, tiền ăn ở, đi lại, và các chi phí có liên quan khác</w:t>
            </w:r>
          </w:p>
        </w:tc>
        <w:tc>
          <w:tcPr>
            <w:tcW w:w="944" w:type="dxa"/>
          </w:tcPr>
          <w:p w14:paraId="055BF665" w14:textId="77777777" w:rsidR="00E91A42" w:rsidRPr="00E91A42" w:rsidRDefault="00E91A42" w:rsidP="00A701F9">
            <w:pPr>
              <w:spacing w:before="60" w:after="60"/>
              <w:rPr>
                <w:sz w:val="28"/>
                <w:szCs w:val="28"/>
              </w:rPr>
            </w:pPr>
          </w:p>
        </w:tc>
        <w:tc>
          <w:tcPr>
            <w:tcW w:w="945" w:type="dxa"/>
          </w:tcPr>
          <w:p w14:paraId="340823E9" w14:textId="77777777" w:rsidR="00E91A42" w:rsidRPr="00E91A42" w:rsidRDefault="00E91A42" w:rsidP="00A701F9">
            <w:pPr>
              <w:spacing w:before="60" w:after="60"/>
              <w:rPr>
                <w:sz w:val="28"/>
                <w:szCs w:val="28"/>
              </w:rPr>
            </w:pPr>
          </w:p>
        </w:tc>
        <w:tc>
          <w:tcPr>
            <w:tcW w:w="900" w:type="dxa"/>
          </w:tcPr>
          <w:p w14:paraId="37567A5A" w14:textId="77777777" w:rsidR="00E91A42" w:rsidRPr="00E91A42" w:rsidRDefault="00E91A42" w:rsidP="00A701F9">
            <w:pPr>
              <w:spacing w:before="60" w:after="60"/>
              <w:rPr>
                <w:sz w:val="28"/>
                <w:szCs w:val="28"/>
              </w:rPr>
            </w:pPr>
          </w:p>
        </w:tc>
        <w:tc>
          <w:tcPr>
            <w:tcW w:w="900" w:type="dxa"/>
          </w:tcPr>
          <w:p w14:paraId="0BA09BB0" w14:textId="77777777" w:rsidR="00E91A42" w:rsidRPr="00E91A42" w:rsidRDefault="00E91A42" w:rsidP="00A701F9">
            <w:pPr>
              <w:spacing w:before="60" w:after="60"/>
              <w:rPr>
                <w:sz w:val="28"/>
                <w:szCs w:val="28"/>
              </w:rPr>
            </w:pPr>
          </w:p>
        </w:tc>
        <w:tc>
          <w:tcPr>
            <w:tcW w:w="810" w:type="dxa"/>
          </w:tcPr>
          <w:p w14:paraId="2B816796" w14:textId="77777777" w:rsidR="00E91A42" w:rsidRPr="00E91A42" w:rsidRDefault="00E91A42" w:rsidP="00A701F9">
            <w:pPr>
              <w:spacing w:before="60" w:after="60"/>
              <w:rPr>
                <w:sz w:val="28"/>
                <w:szCs w:val="28"/>
              </w:rPr>
            </w:pPr>
          </w:p>
        </w:tc>
        <w:tc>
          <w:tcPr>
            <w:tcW w:w="990" w:type="dxa"/>
          </w:tcPr>
          <w:p w14:paraId="1E6FA542" w14:textId="77777777" w:rsidR="00E91A42" w:rsidRPr="00E91A42" w:rsidRDefault="00E91A42" w:rsidP="00A701F9">
            <w:pPr>
              <w:spacing w:before="60" w:after="60"/>
              <w:rPr>
                <w:sz w:val="28"/>
                <w:szCs w:val="28"/>
              </w:rPr>
            </w:pPr>
          </w:p>
        </w:tc>
        <w:tc>
          <w:tcPr>
            <w:tcW w:w="810" w:type="dxa"/>
          </w:tcPr>
          <w:p w14:paraId="3C239E8F" w14:textId="77777777" w:rsidR="00E91A42" w:rsidRPr="00E91A42" w:rsidRDefault="00E91A42" w:rsidP="00A701F9">
            <w:pPr>
              <w:spacing w:before="60" w:after="60"/>
              <w:jc w:val="center"/>
              <w:rPr>
                <w:sz w:val="28"/>
                <w:szCs w:val="28"/>
              </w:rPr>
            </w:pPr>
          </w:p>
        </w:tc>
        <w:tc>
          <w:tcPr>
            <w:tcW w:w="900" w:type="dxa"/>
          </w:tcPr>
          <w:p w14:paraId="3D8695A9" w14:textId="77777777" w:rsidR="00E91A42" w:rsidRPr="00E91A42" w:rsidRDefault="00E91A42" w:rsidP="00A701F9">
            <w:pPr>
              <w:spacing w:before="60" w:after="60"/>
              <w:jc w:val="center"/>
              <w:rPr>
                <w:sz w:val="28"/>
                <w:szCs w:val="28"/>
              </w:rPr>
            </w:pPr>
          </w:p>
        </w:tc>
        <w:tc>
          <w:tcPr>
            <w:tcW w:w="816" w:type="dxa"/>
          </w:tcPr>
          <w:p w14:paraId="6F2859B2" w14:textId="77777777" w:rsidR="00E91A42" w:rsidRPr="00E91A42" w:rsidRDefault="00E91A42" w:rsidP="00A701F9">
            <w:pPr>
              <w:spacing w:before="60" w:after="60"/>
              <w:jc w:val="center"/>
              <w:rPr>
                <w:sz w:val="28"/>
                <w:szCs w:val="28"/>
              </w:rPr>
            </w:pPr>
          </w:p>
        </w:tc>
        <w:tc>
          <w:tcPr>
            <w:tcW w:w="780" w:type="dxa"/>
          </w:tcPr>
          <w:p w14:paraId="7A05F1AE" w14:textId="77777777" w:rsidR="00E91A42" w:rsidRPr="00E91A42" w:rsidRDefault="00E91A42" w:rsidP="00A701F9">
            <w:pPr>
              <w:spacing w:before="60" w:after="60"/>
              <w:jc w:val="center"/>
              <w:rPr>
                <w:sz w:val="28"/>
                <w:szCs w:val="28"/>
              </w:rPr>
            </w:pPr>
          </w:p>
        </w:tc>
        <w:tc>
          <w:tcPr>
            <w:tcW w:w="708" w:type="dxa"/>
          </w:tcPr>
          <w:p w14:paraId="51158F54" w14:textId="77777777" w:rsidR="00E91A42" w:rsidRPr="00E91A42" w:rsidRDefault="00E91A42" w:rsidP="00A701F9">
            <w:pPr>
              <w:spacing w:before="60" w:after="60"/>
              <w:jc w:val="center"/>
              <w:rPr>
                <w:sz w:val="28"/>
                <w:szCs w:val="28"/>
              </w:rPr>
            </w:pPr>
          </w:p>
        </w:tc>
        <w:tc>
          <w:tcPr>
            <w:tcW w:w="709" w:type="dxa"/>
          </w:tcPr>
          <w:p w14:paraId="432871BE" w14:textId="77777777" w:rsidR="00E91A42" w:rsidRPr="00E91A42" w:rsidRDefault="00E91A42" w:rsidP="00A701F9">
            <w:pPr>
              <w:spacing w:before="60" w:after="60"/>
              <w:jc w:val="center"/>
              <w:rPr>
                <w:sz w:val="28"/>
                <w:szCs w:val="28"/>
              </w:rPr>
            </w:pPr>
          </w:p>
        </w:tc>
      </w:tr>
      <w:tr w:rsidR="00E91A42" w:rsidRPr="00E91A42" w14:paraId="56E9C4B5" w14:textId="77777777" w:rsidTr="00A701F9">
        <w:tc>
          <w:tcPr>
            <w:tcW w:w="721" w:type="dxa"/>
          </w:tcPr>
          <w:p w14:paraId="7E992954" w14:textId="77777777" w:rsidR="00E91A42" w:rsidRPr="00E91A42" w:rsidRDefault="00E91A42" w:rsidP="00A701F9">
            <w:pPr>
              <w:jc w:val="center"/>
              <w:rPr>
                <w:b/>
                <w:sz w:val="28"/>
                <w:szCs w:val="28"/>
              </w:rPr>
            </w:pPr>
            <w:r w:rsidRPr="00E91A42">
              <w:rPr>
                <w:b/>
                <w:sz w:val="28"/>
                <w:szCs w:val="28"/>
              </w:rPr>
              <w:t>4.3</w:t>
            </w:r>
          </w:p>
        </w:tc>
        <w:tc>
          <w:tcPr>
            <w:tcW w:w="3681" w:type="dxa"/>
          </w:tcPr>
          <w:p w14:paraId="54D36B4F" w14:textId="77777777" w:rsidR="00E91A42" w:rsidRPr="00E91A42" w:rsidRDefault="00E91A42" w:rsidP="00A701F9">
            <w:pPr>
              <w:rPr>
                <w:b/>
                <w:sz w:val="28"/>
                <w:szCs w:val="28"/>
              </w:rPr>
            </w:pPr>
            <w:r w:rsidRPr="00E91A42">
              <w:rPr>
                <w:b/>
                <w:sz w:val="28"/>
                <w:szCs w:val="28"/>
              </w:rPr>
              <w:t>Hội nghị, hội thảo quốc tế</w:t>
            </w:r>
          </w:p>
        </w:tc>
        <w:tc>
          <w:tcPr>
            <w:tcW w:w="944" w:type="dxa"/>
          </w:tcPr>
          <w:p w14:paraId="4DC89B60" w14:textId="77777777" w:rsidR="00E91A42" w:rsidRPr="00E91A42" w:rsidRDefault="00E91A42" w:rsidP="00A701F9">
            <w:pPr>
              <w:spacing w:before="60" w:after="60"/>
              <w:rPr>
                <w:sz w:val="28"/>
                <w:szCs w:val="28"/>
              </w:rPr>
            </w:pPr>
          </w:p>
        </w:tc>
        <w:tc>
          <w:tcPr>
            <w:tcW w:w="945" w:type="dxa"/>
          </w:tcPr>
          <w:p w14:paraId="23FD9E60" w14:textId="77777777" w:rsidR="00E91A42" w:rsidRPr="00E91A42" w:rsidRDefault="00E91A42" w:rsidP="00A701F9">
            <w:pPr>
              <w:spacing w:before="60" w:after="60"/>
              <w:rPr>
                <w:sz w:val="28"/>
                <w:szCs w:val="28"/>
              </w:rPr>
            </w:pPr>
          </w:p>
        </w:tc>
        <w:tc>
          <w:tcPr>
            <w:tcW w:w="900" w:type="dxa"/>
          </w:tcPr>
          <w:p w14:paraId="53B17CF3" w14:textId="77777777" w:rsidR="00E91A42" w:rsidRPr="00E91A42" w:rsidRDefault="00E91A42" w:rsidP="00A701F9">
            <w:pPr>
              <w:spacing w:before="60" w:after="60"/>
              <w:rPr>
                <w:sz w:val="28"/>
                <w:szCs w:val="28"/>
              </w:rPr>
            </w:pPr>
          </w:p>
        </w:tc>
        <w:tc>
          <w:tcPr>
            <w:tcW w:w="900" w:type="dxa"/>
          </w:tcPr>
          <w:p w14:paraId="5B135955" w14:textId="77777777" w:rsidR="00E91A42" w:rsidRPr="00E91A42" w:rsidRDefault="00E91A42" w:rsidP="00A701F9">
            <w:pPr>
              <w:spacing w:before="60" w:after="60"/>
              <w:rPr>
                <w:sz w:val="28"/>
                <w:szCs w:val="28"/>
              </w:rPr>
            </w:pPr>
          </w:p>
        </w:tc>
        <w:tc>
          <w:tcPr>
            <w:tcW w:w="810" w:type="dxa"/>
          </w:tcPr>
          <w:p w14:paraId="1056F0AB" w14:textId="77777777" w:rsidR="00E91A42" w:rsidRPr="00E91A42" w:rsidRDefault="00E91A42" w:rsidP="00A701F9">
            <w:pPr>
              <w:spacing w:before="60" w:after="60"/>
              <w:rPr>
                <w:sz w:val="28"/>
                <w:szCs w:val="28"/>
              </w:rPr>
            </w:pPr>
          </w:p>
        </w:tc>
        <w:tc>
          <w:tcPr>
            <w:tcW w:w="990" w:type="dxa"/>
          </w:tcPr>
          <w:p w14:paraId="725B7AFA" w14:textId="77777777" w:rsidR="00E91A42" w:rsidRPr="00E91A42" w:rsidRDefault="00E91A42" w:rsidP="00A701F9">
            <w:pPr>
              <w:spacing w:before="60" w:after="60"/>
              <w:rPr>
                <w:sz w:val="28"/>
                <w:szCs w:val="28"/>
              </w:rPr>
            </w:pPr>
          </w:p>
        </w:tc>
        <w:tc>
          <w:tcPr>
            <w:tcW w:w="810" w:type="dxa"/>
          </w:tcPr>
          <w:p w14:paraId="3A89C521" w14:textId="77777777" w:rsidR="00E91A42" w:rsidRPr="00E91A42" w:rsidRDefault="00E91A42" w:rsidP="00A701F9">
            <w:pPr>
              <w:spacing w:before="60" w:after="60"/>
              <w:jc w:val="center"/>
              <w:rPr>
                <w:sz w:val="28"/>
                <w:szCs w:val="28"/>
              </w:rPr>
            </w:pPr>
          </w:p>
        </w:tc>
        <w:tc>
          <w:tcPr>
            <w:tcW w:w="900" w:type="dxa"/>
          </w:tcPr>
          <w:p w14:paraId="525C43A7" w14:textId="77777777" w:rsidR="00E91A42" w:rsidRPr="00E91A42" w:rsidRDefault="00E91A42" w:rsidP="00A701F9">
            <w:pPr>
              <w:spacing w:before="60" w:after="60"/>
              <w:jc w:val="center"/>
              <w:rPr>
                <w:sz w:val="28"/>
                <w:szCs w:val="28"/>
              </w:rPr>
            </w:pPr>
          </w:p>
        </w:tc>
        <w:tc>
          <w:tcPr>
            <w:tcW w:w="816" w:type="dxa"/>
          </w:tcPr>
          <w:p w14:paraId="389C2E24" w14:textId="77777777" w:rsidR="00E91A42" w:rsidRPr="00E91A42" w:rsidRDefault="00E91A42" w:rsidP="00A701F9">
            <w:pPr>
              <w:spacing w:before="60" w:after="60"/>
              <w:jc w:val="center"/>
              <w:rPr>
                <w:sz w:val="28"/>
                <w:szCs w:val="28"/>
              </w:rPr>
            </w:pPr>
          </w:p>
        </w:tc>
        <w:tc>
          <w:tcPr>
            <w:tcW w:w="780" w:type="dxa"/>
          </w:tcPr>
          <w:p w14:paraId="5AA2F810" w14:textId="77777777" w:rsidR="00E91A42" w:rsidRPr="00E91A42" w:rsidRDefault="00E91A42" w:rsidP="00A701F9">
            <w:pPr>
              <w:spacing w:before="60" w:after="60"/>
              <w:jc w:val="center"/>
              <w:rPr>
                <w:sz w:val="28"/>
                <w:szCs w:val="28"/>
              </w:rPr>
            </w:pPr>
          </w:p>
        </w:tc>
        <w:tc>
          <w:tcPr>
            <w:tcW w:w="708" w:type="dxa"/>
          </w:tcPr>
          <w:p w14:paraId="3913679D" w14:textId="77777777" w:rsidR="00E91A42" w:rsidRPr="00E91A42" w:rsidRDefault="00E91A42" w:rsidP="00A701F9">
            <w:pPr>
              <w:spacing w:before="60" w:after="60"/>
              <w:jc w:val="center"/>
              <w:rPr>
                <w:sz w:val="28"/>
                <w:szCs w:val="28"/>
              </w:rPr>
            </w:pPr>
          </w:p>
        </w:tc>
        <w:tc>
          <w:tcPr>
            <w:tcW w:w="709" w:type="dxa"/>
          </w:tcPr>
          <w:p w14:paraId="387AB7CB" w14:textId="77777777" w:rsidR="00E91A42" w:rsidRPr="00E91A42" w:rsidRDefault="00E91A42" w:rsidP="00A701F9">
            <w:pPr>
              <w:spacing w:before="60" w:after="60"/>
              <w:jc w:val="center"/>
              <w:rPr>
                <w:sz w:val="28"/>
                <w:szCs w:val="28"/>
              </w:rPr>
            </w:pPr>
          </w:p>
        </w:tc>
      </w:tr>
      <w:tr w:rsidR="00E91A42" w:rsidRPr="00E91A42" w14:paraId="261D1AC5" w14:textId="77777777" w:rsidTr="00A701F9">
        <w:tc>
          <w:tcPr>
            <w:tcW w:w="721" w:type="dxa"/>
          </w:tcPr>
          <w:p w14:paraId="612C250D" w14:textId="77777777" w:rsidR="00E91A42" w:rsidRPr="00E91A42" w:rsidRDefault="00E91A42" w:rsidP="00A701F9">
            <w:pPr>
              <w:jc w:val="center"/>
              <w:rPr>
                <w:sz w:val="28"/>
                <w:szCs w:val="28"/>
              </w:rPr>
            </w:pPr>
            <w:r w:rsidRPr="00E91A42">
              <w:rPr>
                <w:sz w:val="28"/>
                <w:szCs w:val="28"/>
              </w:rPr>
              <w:t>-</w:t>
            </w:r>
          </w:p>
        </w:tc>
        <w:tc>
          <w:tcPr>
            <w:tcW w:w="3681" w:type="dxa"/>
          </w:tcPr>
          <w:p w14:paraId="759640A1" w14:textId="77777777" w:rsidR="00E91A42" w:rsidRPr="00E91A42" w:rsidRDefault="00E91A42" w:rsidP="00A701F9">
            <w:pPr>
              <w:rPr>
                <w:sz w:val="28"/>
                <w:szCs w:val="28"/>
              </w:rPr>
            </w:pPr>
            <w:r w:rsidRPr="00E91A42">
              <w:rPr>
                <w:sz w:val="28"/>
                <w:szCs w:val="28"/>
              </w:rPr>
              <w:t xml:space="preserve">Hội thảo 1: (Nội dung) + (địa điểm) + (thời </w:t>
            </w:r>
            <w:proofErr w:type="gramStart"/>
            <w:r w:rsidRPr="00E91A42">
              <w:rPr>
                <w:sz w:val="28"/>
                <w:szCs w:val="28"/>
              </w:rPr>
              <w:t>gian )</w:t>
            </w:r>
            <w:proofErr w:type="gramEnd"/>
            <w:r w:rsidRPr="00E91A42">
              <w:rPr>
                <w:sz w:val="28"/>
                <w:szCs w:val="28"/>
              </w:rPr>
              <w:t>+ (số người)</w:t>
            </w:r>
          </w:p>
        </w:tc>
        <w:tc>
          <w:tcPr>
            <w:tcW w:w="944" w:type="dxa"/>
          </w:tcPr>
          <w:p w14:paraId="203A69AF" w14:textId="77777777" w:rsidR="00E91A42" w:rsidRPr="00E91A42" w:rsidRDefault="00E91A42" w:rsidP="00A701F9">
            <w:pPr>
              <w:spacing w:before="60" w:after="60"/>
              <w:rPr>
                <w:sz w:val="28"/>
                <w:szCs w:val="28"/>
              </w:rPr>
            </w:pPr>
          </w:p>
        </w:tc>
        <w:tc>
          <w:tcPr>
            <w:tcW w:w="945" w:type="dxa"/>
          </w:tcPr>
          <w:p w14:paraId="7BF52886" w14:textId="77777777" w:rsidR="00E91A42" w:rsidRPr="00E91A42" w:rsidRDefault="00E91A42" w:rsidP="00A701F9">
            <w:pPr>
              <w:spacing w:before="60" w:after="60"/>
              <w:rPr>
                <w:sz w:val="28"/>
                <w:szCs w:val="28"/>
              </w:rPr>
            </w:pPr>
          </w:p>
        </w:tc>
        <w:tc>
          <w:tcPr>
            <w:tcW w:w="900" w:type="dxa"/>
          </w:tcPr>
          <w:p w14:paraId="0720A79A" w14:textId="77777777" w:rsidR="00E91A42" w:rsidRPr="00E91A42" w:rsidRDefault="00E91A42" w:rsidP="00A701F9">
            <w:pPr>
              <w:spacing w:before="60" w:after="60"/>
              <w:rPr>
                <w:sz w:val="28"/>
                <w:szCs w:val="28"/>
              </w:rPr>
            </w:pPr>
          </w:p>
        </w:tc>
        <w:tc>
          <w:tcPr>
            <w:tcW w:w="900" w:type="dxa"/>
          </w:tcPr>
          <w:p w14:paraId="0ACA696F" w14:textId="77777777" w:rsidR="00E91A42" w:rsidRPr="00E91A42" w:rsidRDefault="00E91A42" w:rsidP="00A701F9">
            <w:pPr>
              <w:spacing w:before="60" w:after="60"/>
              <w:rPr>
                <w:sz w:val="28"/>
                <w:szCs w:val="28"/>
              </w:rPr>
            </w:pPr>
          </w:p>
        </w:tc>
        <w:tc>
          <w:tcPr>
            <w:tcW w:w="810" w:type="dxa"/>
          </w:tcPr>
          <w:p w14:paraId="123B7A6E" w14:textId="77777777" w:rsidR="00E91A42" w:rsidRPr="00E91A42" w:rsidRDefault="00E91A42" w:rsidP="00A701F9">
            <w:pPr>
              <w:spacing w:before="60" w:after="60"/>
              <w:rPr>
                <w:sz w:val="28"/>
                <w:szCs w:val="28"/>
              </w:rPr>
            </w:pPr>
          </w:p>
        </w:tc>
        <w:tc>
          <w:tcPr>
            <w:tcW w:w="990" w:type="dxa"/>
          </w:tcPr>
          <w:p w14:paraId="0ED47CCB" w14:textId="77777777" w:rsidR="00E91A42" w:rsidRPr="00E91A42" w:rsidRDefault="00E91A42" w:rsidP="00A701F9">
            <w:pPr>
              <w:spacing w:before="60" w:after="60"/>
              <w:rPr>
                <w:sz w:val="28"/>
                <w:szCs w:val="28"/>
              </w:rPr>
            </w:pPr>
          </w:p>
        </w:tc>
        <w:tc>
          <w:tcPr>
            <w:tcW w:w="810" w:type="dxa"/>
          </w:tcPr>
          <w:p w14:paraId="08C43F62" w14:textId="77777777" w:rsidR="00E91A42" w:rsidRPr="00E91A42" w:rsidRDefault="00E91A42" w:rsidP="00A701F9">
            <w:pPr>
              <w:spacing w:before="60" w:after="60"/>
              <w:jc w:val="center"/>
              <w:rPr>
                <w:sz w:val="28"/>
                <w:szCs w:val="28"/>
              </w:rPr>
            </w:pPr>
          </w:p>
        </w:tc>
        <w:tc>
          <w:tcPr>
            <w:tcW w:w="900" w:type="dxa"/>
          </w:tcPr>
          <w:p w14:paraId="6BC03896" w14:textId="77777777" w:rsidR="00E91A42" w:rsidRPr="00E91A42" w:rsidRDefault="00E91A42" w:rsidP="00A701F9">
            <w:pPr>
              <w:spacing w:before="60" w:after="60"/>
              <w:jc w:val="center"/>
              <w:rPr>
                <w:sz w:val="28"/>
                <w:szCs w:val="28"/>
              </w:rPr>
            </w:pPr>
          </w:p>
        </w:tc>
        <w:tc>
          <w:tcPr>
            <w:tcW w:w="816" w:type="dxa"/>
          </w:tcPr>
          <w:p w14:paraId="4847D637" w14:textId="77777777" w:rsidR="00E91A42" w:rsidRPr="00E91A42" w:rsidRDefault="00E91A42" w:rsidP="00A701F9">
            <w:pPr>
              <w:spacing w:before="60" w:after="60"/>
              <w:jc w:val="center"/>
              <w:rPr>
                <w:sz w:val="28"/>
                <w:szCs w:val="28"/>
              </w:rPr>
            </w:pPr>
          </w:p>
        </w:tc>
        <w:tc>
          <w:tcPr>
            <w:tcW w:w="780" w:type="dxa"/>
          </w:tcPr>
          <w:p w14:paraId="06F1E269" w14:textId="77777777" w:rsidR="00E91A42" w:rsidRPr="00E91A42" w:rsidRDefault="00E91A42" w:rsidP="00A701F9">
            <w:pPr>
              <w:spacing w:before="60" w:after="60"/>
              <w:jc w:val="center"/>
              <w:rPr>
                <w:sz w:val="28"/>
                <w:szCs w:val="28"/>
              </w:rPr>
            </w:pPr>
          </w:p>
        </w:tc>
        <w:tc>
          <w:tcPr>
            <w:tcW w:w="708" w:type="dxa"/>
          </w:tcPr>
          <w:p w14:paraId="0887953D" w14:textId="77777777" w:rsidR="00E91A42" w:rsidRPr="00E91A42" w:rsidRDefault="00E91A42" w:rsidP="00A701F9">
            <w:pPr>
              <w:spacing w:before="60" w:after="60"/>
              <w:jc w:val="center"/>
              <w:rPr>
                <w:sz w:val="28"/>
                <w:szCs w:val="28"/>
              </w:rPr>
            </w:pPr>
          </w:p>
        </w:tc>
        <w:tc>
          <w:tcPr>
            <w:tcW w:w="709" w:type="dxa"/>
          </w:tcPr>
          <w:p w14:paraId="5474F663" w14:textId="77777777" w:rsidR="00E91A42" w:rsidRPr="00E91A42" w:rsidRDefault="00E91A42" w:rsidP="00A701F9">
            <w:pPr>
              <w:spacing w:before="60" w:after="60"/>
              <w:jc w:val="center"/>
              <w:rPr>
                <w:sz w:val="28"/>
                <w:szCs w:val="28"/>
              </w:rPr>
            </w:pPr>
          </w:p>
        </w:tc>
      </w:tr>
      <w:tr w:rsidR="00E91A42" w:rsidRPr="00E91A42" w14:paraId="4A3FEA59" w14:textId="77777777" w:rsidTr="00A701F9">
        <w:tc>
          <w:tcPr>
            <w:tcW w:w="721" w:type="dxa"/>
          </w:tcPr>
          <w:p w14:paraId="4598B322" w14:textId="77777777" w:rsidR="00E91A42" w:rsidRPr="00E91A42" w:rsidRDefault="00E91A42" w:rsidP="00A701F9">
            <w:pPr>
              <w:jc w:val="center"/>
              <w:rPr>
                <w:i/>
                <w:sz w:val="28"/>
                <w:szCs w:val="28"/>
              </w:rPr>
            </w:pPr>
            <w:r w:rsidRPr="00E91A42">
              <w:rPr>
                <w:i/>
                <w:sz w:val="28"/>
                <w:szCs w:val="28"/>
              </w:rPr>
              <w:t>+</w:t>
            </w:r>
          </w:p>
        </w:tc>
        <w:tc>
          <w:tcPr>
            <w:tcW w:w="3681" w:type="dxa"/>
          </w:tcPr>
          <w:p w14:paraId="0E1D08B4" w14:textId="77777777" w:rsidR="00E91A42" w:rsidRPr="00E91A42" w:rsidRDefault="00E91A42" w:rsidP="00A701F9">
            <w:pPr>
              <w:rPr>
                <w:i/>
                <w:sz w:val="28"/>
                <w:szCs w:val="28"/>
              </w:rPr>
            </w:pPr>
            <w:r w:rsidRPr="00E91A42">
              <w:rPr>
                <w:i/>
                <w:sz w:val="28"/>
                <w:szCs w:val="28"/>
              </w:rPr>
              <w:t>Dự toán chi tiết các chi phí có liên quan đến tổ chức hội nghị, hội thảo</w:t>
            </w:r>
          </w:p>
        </w:tc>
        <w:tc>
          <w:tcPr>
            <w:tcW w:w="944" w:type="dxa"/>
          </w:tcPr>
          <w:p w14:paraId="0AE3A3B5" w14:textId="77777777" w:rsidR="00E91A42" w:rsidRPr="00E91A42" w:rsidRDefault="00E91A42" w:rsidP="00A701F9">
            <w:pPr>
              <w:spacing w:before="60" w:after="60"/>
              <w:rPr>
                <w:sz w:val="28"/>
                <w:szCs w:val="28"/>
              </w:rPr>
            </w:pPr>
          </w:p>
        </w:tc>
        <w:tc>
          <w:tcPr>
            <w:tcW w:w="945" w:type="dxa"/>
          </w:tcPr>
          <w:p w14:paraId="5A0C00B6" w14:textId="77777777" w:rsidR="00E91A42" w:rsidRPr="00E91A42" w:rsidRDefault="00E91A42" w:rsidP="00A701F9">
            <w:pPr>
              <w:spacing w:before="60" w:after="60"/>
              <w:rPr>
                <w:sz w:val="28"/>
                <w:szCs w:val="28"/>
              </w:rPr>
            </w:pPr>
          </w:p>
        </w:tc>
        <w:tc>
          <w:tcPr>
            <w:tcW w:w="900" w:type="dxa"/>
          </w:tcPr>
          <w:p w14:paraId="19843B88" w14:textId="77777777" w:rsidR="00E91A42" w:rsidRPr="00E91A42" w:rsidRDefault="00E91A42" w:rsidP="00A701F9">
            <w:pPr>
              <w:spacing w:before="60" w:after="60"/>
              <w:rPr>
                <w:sz w:val="28"/>
                <w:szCs w:val="28"/>
              </w:rPr>
            </w:pPr>
          </w:p>
        </w:tc>
        <w:tc>
          <w:tcPr>
            <w:tcW w:w="900" w:type="dxa"/>
          </w:tcPr>
          <w:p w14:paraId="00EC9C17" w14:textId="77777777" w:rsidR="00E91A42" w:rsidRPr="00E91A42" w:rsidRDefault="00E91A42" w:rsidP="00A701F9">
            <w:pPr>
              <w:spacing w:before="60" w:after="60"/>
              <w:rPr>
                <w:sz w:val="28"/>
                <w:szCs w:val="28"/>
              </w:rPr>
            </w:pPr>
          </w:p>
        </w:tc>
        <w:tc>
          <w:tcPr>
            <w:tcW w:w="810" w:type="dxa"/>
          </w:tcPr>
          <w:p w14:paraId="102CBD01" w14:textId="77777777" w:rsidR="00E91A42" w:rsidRPr="00E91A42" w:rsidRDefault="00E91A42" w:rsidP="00A701F9">
            <w:pPr>
              <w:spacing w:before="60" w:after="60"/>
              <w:rPr>
                <w:sz w:val="28"/>
                <w:szCs w:val="28"/>
              </w:rPr>
            </w:pPr>
          </w:p>
        </w:tc>
        <w:tc>
          <w:tcPr>
            <w:tcW w:w="990" w:type="dxa"/>
          </w:tcPr>
          <w:p w14:paraId="1F5B8E02" w14:textId="77777777" w:rsidR="00E91A42" w:rsidRPr="00E91A42" w:rsidRDefault="00E91A42" w:rsidP="00A701F9">
            <w:pPr>
              <w:spacing w:before="60" w:after="60"/>
              <w:rPr>
                <w:sz w:val="28"/>
                <w:szCs w:val="28"/>
              </w:rPr>
            </w:pPr>
          </w:p>
        </w:tc>
        <w:tc>
          <w:tcPr>
            <w:tcW w:w="810" w:type="dxa"/>
          </w:tcPr>
          <w:p w14:paraId="16639C03" w14:textId="77777777" w:rsidR="00E91A42" w:rsidRPr="00E91A42" w:rsidRDefault="00E91A42" w:rsidP="00A701F9">
            <w:pPr>
              <w:spacing w:before="60" w:after="60"/>
              <w:jc w:val="center"/>
              <w:rPr>
                <w:sz w:val="28"/>
                <w:szCs w:val="28"/>
              </w:rPr>
            </w:pPr>
          </w:p>
        </w:tc>
        <w:tc>
          <w:tcPr>
            <w:tcW w:w="900" w:type="dxa"/>
          </w:tcPr>
          <w:p w14:paraId="0664E08B" w14:textId="77777777" w:rsidR="00E91A42" w:rsidRPr="00E91A42" w:rsidRDefault="00E91A42" w:rsidP="00A701F9">
            <w:pPr>
              <w:spacing w:before="60" w:after="60"/>
              <w:jc w:val="center"/>
              <w:rPr>
                <w:sz w:val="28"/>
                <w:szCs w:val="28"/>
              </w:rPr>
            </w:pPr>
          </w:p>
        </w:tc>
        <w:tc>
          <w:tcPr>
            <w:tcW w:w="816" w:type="dxa"/>
          </w:tcPr>
          <w:p w14:paraId="6706EE3A" w14:textId="77777777" w:rsidR="00E91A42" w:rsidRPr="00E91A42" w:rsidRDefault="00E91A42" w:rsidP="00A701F9">
            <w:pPr>
              <w:spacing w:before="60" w:after="60"/>
              <w:jc w:val="center"/>
              <w:rPr>
                <w:sz w:val="28"/>
                <w:szCs w:val="28"/>
              </w:rPr>
            </w:pPr>
          </w:p>
        </w:tc>
        <w:tc>
          <w:tcPr>
            <w:tcW w:w="780" w:type="dxa"/>
          </w:tcPr>
          <w:p w14:paraId="0FEE1255" w14:textId="77777777" w:rsidR="00E91A42" w:rsidRPr="00E91A42" w:rsidRDefault="00E91A42" w:rsidP="00A701F9">
            <w:pPr>
              <w:spacing w:before="60" w:after="60"/>
              <w:jc w:val="center"/>
              <w:rPr>
                <w:sz w:val="28"/>
                <w:szCs w:val="28"/>
              </w:rPr>
            </w:pPr>
          </w:p>
        </w:tc>
        <w:tc>
          <w:tcPr>
            <w:tcW w:w="708" w:type="dxa"/>
          </w:tcPr>
          <w:p w14:paraId="3B420E36" w14:textId="77777777" w:rsidR="00E91A42" w:rsidRPr="00E91A42" w:rsidRDefault="00E91A42" w:rsidP="00A701F9">
            <w:pPr>
              <w:spacing w:before="60" w:after="60"/>
              <w:jc w:val="center"/>
              <w:rPr>
                <w:sz w:val="28"/>
                <w:szCs w:val="28"/>
              </w:rPr>
            </w:pPr>
          </w:p>
        </w:tc>
        <w:tc>
          <w:tcPr>
            <w:tcW w:w="709" w:type="dxa"/>
          </w:tcPr>
          <w:p w14:paraId="70280475" w14:textId="77777777" w:rsidR="00E91A42" w:rsidRPr="00E91A42" w:rsidRDefault="00E91A42" w:rsidP="00A701F9">
            <w:pPr>
              <w:spacing w:before="60" w:after="60"/>
              <w:jc w:val="center"/>
              <w:rPr>
                <w:sz w:val="28"/>
                <w:szCs w:val="28"/>
              </w:rPr>
            </w:pPr>
          </w:p>
        </w:tc>
      </w:tr>
      <w:tr w:rsidR="00E91A42" w:rsidRPr="00E91A42" w14:paraId="5B027D3F" w14:textId="77777777" w:rsidTr="00A701F9">
        <w:tc>
          <w:tcPr>
            <w:tcW w:w="721" w:type="dxa"/>
          </w:tcPr>
          <w:p w14:paraId="110E3D43" w14:textId="77777777" w:rsidR="00E91A42" w:rsidRPr="00E91A42" w:rsidRDefault="00E91A42" w:rsidP="00A701F9">
            <w:pPr>
              <w:jc w:val="center"/>
              <w:rPr>
                <w:sz w:val="28"/>
                <w:szCs w:val="28"/>
              </w:rPr>
            </w:pPr>
            <w:r w:rsidRPr="00E91A42">
              <w:rPr>
                <w:sz w:val="28"/>
                <w:szCs w:val="28"/>
              </w:rPr>
              <w:t>-</w:t>
            </w:r>
          </w:p>
        </w:tc>
        <w:tc>
          <w:tcPr>
            <w:tcW w:w="3681" w:type="dxa"/>
          </w:tcPr>
          <w:p w14:paraId="6A510084" w14:textId="77777777" w:rsidR="00E91A42" w:rsidRPr="00E91A42" w:rsidRDefault="00E91A42" w:rsidP="00A701F9">
            <w:pPr>
              <w:rPr>
                <w:sz w:val="28"/>
                <w:szCs w:val="28"/>
              </w:rPr>
            </w:pPr>
            <w:r w:rsidRPr="00E91A42">
              <w:rPr>
                <w:sz w:val="28"/>
                <w:szCs w:val="28"/>
              </w:rPr>
              <w:t>Hội thảo …: (Nội dung) + (địa điểm) + (thời gian) + (số người)</w:t>
            </w:r>
          </w:p>
        </w:tc>
        <w:tc>
          <w:tcPr>
            <w:tcW w:w="944" w:type="dxa"/>
          </w:tcPr>
          <w:p w14:paraId="408DA53D" w14:textId="77777777" w:rsidR="00E91A42" w:rsidRPr="00E91A42" w:rsidRDefault="00E91A42" w:rsidP="00A701F9">
            <w:pPr>
              <w:spacing w:before="60" w:after="60"/>
              <w:rPr>
                <w:sz w:val="28"/>
                <w:szCs w:val="28"/>
              </w:rPr>
            </w:pPr>
          </w:p>
        </w:tc>
        <w:tc>
          <w:tcPr>
            <w:tcW w:w="945" w:type="dxa"/>
          </w:tcPr>
          <w:p w14:paraId="1508F479" w14:textId="77777777" w:rsidR="00E91A42" w:rsidRPr="00E91A42" w:rsidRDefault="00E91A42" w:rsidP="00A701F9">
            <w:pPr>
              <w:spacing w:before="60" w:after="60"/>
              <w:rPr>
                <w:sz w:val="28"/>
                <w:szCs w:val="28"/>
              </w:rPr>
            </w:pPr>
          </w:p>
        </w:tc>
        <w:tc>
          <w:tcPr>
            <w:tcW w:w="900" w:type="dxa"/>
          </w:tcPr>
          <w:p w14:paraId="13977B3C" w14:textId="77777777" w:rsidR="00E91A42" w:rsidRPr="00E91A42" w:rsidRDefault="00E91A42" w:rsidP="00A701F9">
            <w:pPr>
              <w:spacing w:before="60" w:after="60"/>
              <w:rPr>
                <w:sz w:val="28"/>
                <w:szCs w:val="28"/>
              </w:rPr>
            </w:pPr>
          </w:p>
        </w:tc>
        <w:tc>
          <w:tcPr>
            <w:tcW w:w="900" w:type="dxa"/>
          </w:tcPr>
          <w:p w14:paraId="355F65E5" w14:textId="77777777" w:rsidR="00E91A42" w:rsidRPr="00E91A42" w:rsidRDefault="00E91A42" w:rsidP="00A701F9">
            <w:pPr>
              <w:spacing w:before="60" w:after="60"/>
              <w:rPr>
                <w:sz w:val="28"/>
                <w:szCs w:val="28"/>
              </w:rPr>
            </w:pPr>
          </w:p>
        </w:tc>
        <w:tc>
          <w:tcPr>
            <w:tcW w:w="810" w:type="dxa"/>
          </w:tcPr>
          <w:p w14:paraId="27D4C567" w14:textId="77777777" w:rsidR="00E91A42" w:rsidRPr="00E91A42" w:rsidRDefault="00E91A42" w:rsidP="00A701F9">
            <w:pPr>
              <w:spacing w:before="60" w:after="60"/>
              <w:rPr>
                <w:sz w:val="28"/>
                <w:szCs w:val="28"/>
              </w:rPr>
            </w:pPr>
          </w:p>
        </w:tc>
        <w:tc>
          <w:tcPr>
            <w:tcW w:w="990" w:type="dxa"/>
          </w:tcPr>
          <w:p w14:paraId="28A5D7A3" w14:textId="77777777" w:rsidR="00E91A42" w:rsidRPr="00E91A42" w:rsidRDefault="00E91A42" w:rsidP="00A701F9">
            <w:pPr>
              <w:spacing w:before="60" w:after="60"/>
              <w:rPr>
                <w:sz w:val="28"/>
                <w:szCs w:val="28"/>
              </w:rPr>
            </w:pPr>
          </w:p>
        </w:tc>
        <w:tc>
          <w:tcPr>
            <w:tcW w:w="810" w:type="dxa"/>
          </w:tcPr>
          <w:p w14:paraId="7D4E4C2C" w14:textId="77777777" w:rsidR="00E91A42" w:rsidRPr="00E91A42" w:rsidRDefault="00E91A42" w:rsidP="00A701F9">
            <w:pPr>
              <w:spacing w:before="60" w:after="60"/>
              <w:jc w:val="center"/>
              <w:rPr>
                <w:sz w:val="28"/>
                <w:szCs w:val="28"/>
              </w:rPr>
            </w:pPr>
          </w:p>
        </w:tc>
        <w:tc>
          <w:tcPr>
            <w:tcW w:w="900" w:type="dxa"/>
          </w:tcPr>
          <w:p w14:paraId="3FCD2A85" w14:textId="77777777" w:rsidR="00E91A42" w:rsidRPr="00E91A42" w:rsidRDefault="00E91A42" w:rsidP="00A701F9">
            <w:pPr>
              <w:spacing w:before="60" w:after="60"/>
              <w:jc w:val="center"/>
              <w:rPr>
                <w:sz w:val="28"/>
                <w:szCs w:val="28"/>
              </w:rPr>
            </w:pPr>
          </w:p>
        </w:tc>
        <w:tc>
          <w:tcPr>
            <w:tcW w:w="816" w:type="dxa"/>
          </w:tcPr>
          <w:p w14:paraId="3CE517F1" w14:textId="77777777" w:rsidR="00E91A42" w:rsidRPr="00E91A42" w:rsidRDefault="00E91A42" w:rsidP="00A701F9">
            <w:pPr>
              <w:spacing w:before="60" w:after="60"/>
              <w:jc w:val="center"/>
              <w:rPr>
                <w:sz w:val="28"/>
                <w:szCs w:val="28"/>
              </w:rPr>
            </w:pPr>
          </w:p>
        </w:tc>
        <w:tc>
          <w:tcPr>
            <w:tcW w:w="780" w:type="dxa"/>
          </w:tcPr>
          <w:p w14:paraId="3BD45A68" w14:textId="77777777" w:rsidR="00E91A42" w:rsidRPr="00E91A42" w:rsidRDefault="00E91A42" w:rsidP="00A701F9">
            <w:pPr>
              <w:spacing w:before="60" w:after="60"/>
              <w:jc w:val="center"/>
              <w:rPr>
                <w:sz w:val="28"/>
                <w:szCs w:val="28"/>
              </w:rPr>
            </w:pPr>
          </w:p>
        </w:tc>
        <w:tc>
          <w:tcPr>
            <w:tcW w:w="708" w:type="dxa"/>
          </w:tcPr>
          <w:p w14:paraId="5C9D2A29" w14:textId="77777777" w:rsidR="00E91A42" w:rsidRPr="00E91A42" w:rsidRDefault="00E91A42" w:rsidP="00A701F9">
            <w:pPr>
              <w:spacing w:before="60" w:after="60"/>
              <w:jc w:val="center"/>
              <w:rPr>
                <w:sz w:val="28"/>
                <w:szCs w:val="28"/>
              </w:rPr>
            </w:pPr>
          </w:p>
        </w:tc>
        <w:tc>
          <w:tcPr>
            <w:tcW w:w="709" w:type="dxa"/>
          </w:tcPr>
          <w:p w14:paraId="146753B2" w14:textId="77777777" w:rsidR="00E91A42" w:rsidRPr="00E91A42" w:rsidRDefault="00E91A42" w:rsidP="00A701F9">
            <w:pPr>
              <w:spacing w:before="60" w:after="60"/>
              <w:jc w:val="center"/>
              <w:rPr>
                <w:sz w:val="28"/>
                <w:szCs w:val="28"/>
              </w:rPr>
            </w:pPr>
          </w:p>
        </w:tc>
      </w:tr>
      <w:tr w:rsidR="00E91A42" w:rsidRPr="00E91A42" w14:paraId="5DAB599B" w14:textId="77777777" w:rsidTr="00A701F9">
        <w:tc>
          <w:tcPr>
            <w:tcW w:w="721" w:type="dxa"/>
          </w:tcPr>
          <w:p w14:paraId="098BD2D3" w14:textId="77777777" w:rsidR="00E91A42" w:rsidRPr="00E91A42" w:rsidRDefault="00E91A42" w:rsidP="00A701F9">
            <w:pPr>
              <w:jc w:val="center"/>
              <w:rPr>
                <w:i/>
                <w:sz w:val="28"/>
                <w:szCs w:val="28"/>
              </w:rPr>
            </w:pPr>
            <w:r w:rsidRPr="00E91A42">
              <w:rPr>
                <w:i/>
                <w:sz w:val="28"/>
                <w:szCs w:val="28"/>
              </w:rPr>
              <w:t>+</w:t>
            </w:r>
          </w:p>
        </w:tc>
        <w:tc>
          <w:tcPr>
            <w:tcW w:w="3681" w:type="dxa"/>
          </w:tcPr>
          <w:p w14:paraId="5423A292" w14:textId="77777777" w:rsidR="00E91A42" w:rsidRPr="00E91A42" w:rsidRDefault="00E91A42" w:rsidP="00A701F9">
            <w:pPr>
              <w:rPr>
                <w:i/>
                <w:sz w:val="28"/>
                <w:szCs w:val="28"/>
              </w:rPr>
            </w:pPr>
            <w:r w:rsidRPr="00E91A42">
              <w:rPr>
                <w:i/>
                <w:sz w:val="28"/>
                <w:szCs w:val="28"/>
              </w:rPr>
              <w:t>Dự toán chi tiết các chi phí có liên quan đến tổ chức hội nghị, hội thảo</w:t>
            </w:r>
          </w:p>
        </w:tc>
        <w:tc>
          <w:tcPr>
            <w:tcW w:w="944" w:type="dxa"/>
          </w:tcPr>
          <w:p w14:paraId="7620A489" w14:textId="77777777" w:rsidR="00E91A42" w:rsidRPr="00E91A42" w:rsidRDefault="00E91A42" w:rsidP="00A701F9">
            <w:pPr>
              <w:spacing w:before="60" w:after="60"/>
              <w:rPr>
                <w:sz w:val="28"/>
                <w:szCs w:val="28"/>
              </w:rPr>
            </w:pPr>
          </w:p>
        </w:tc>
        <w:tc>
          <w:tcPr>
            <w:tcW w:w="945" w:type="dxa"/>
          </w:tcPr>
          <w:p w14:paraId="5D551261" w14:textId="77777777" w:rsidR="00E91A42" w:rsidRPr="00E91A42" w:rsidRDefault="00E91A42" w:rsidP="00A701F9">
            <w:pPr>
              <w:spacing w:before="60" w:after="60"/>
              <w:rPr>
                <w:sz w:val="28"/>
                <w:szCs w:val="28"/>
              </w:rPr>
            </w:pPr>
          </w:p>
        </w:tc>
        <w:tc>
          <w:tcPr>
            <w:tcW w:w="900" w:type="dxa"/>
          </w:tcPr>
          <w:p w14:paraId="23AF01C2" w14:textId="77777777" w:rsidR="00E91A42" w:rsidRPr="00E91A42" w:rsidRDefault="00E91A42" w:rsidP="00A701F9">
            <w:pPr>
              <w:spacing w:before="60" w:after="60"/>
              <w:rPr>
                <w:sz w:val="28"/>
                <w:szCs w:val="28"/>
              </w:rPr>
            </w:pPr>
          </w:p>
        </w:tc>
        <w:tc>
          <w:tcPr>
            <w:tcW w:w="900" w:type="dxa"/>
          </w:tcPr>
          <w:p w14:paraId="0BE3463F" w14:textId="77777777" w:rsidR="00E91A42" w:rsidRPr="00E91A42" w:rsidRDefault="00E91A42" w:rsidP="00A701F9">
            <w:pPr>
              <w:spacing w:before="60" w:after="60"/>
              <w:rPr>
                <w:sz w:val="28"/>
                <w:szCs w:val="28"/>
              </w:rPr>
            </w:pPr>
          </w:p>
        </w:tc>
        <w:tc>
          <w:tcPr>
            <w:tcW w:w="810" w:type="dxa"/>
          </w:tcPr>
          <w:p w14:paraId="290A9F67" w14:textId="77777777" w:rsidR="00E91A42" w:rsidRPr="00E91A42" w:rsidRDefault="00E91A42" w:rsidP="00A701F9">
            <w:pPr>
              <w:spacing w:before="60" w:after="60"/>
              <w:rPr>
                <w:sz w:val="28"/>
                <w:szCs w:val="28"/>
              </w:rPr>
            </w:pPr>
          </w:p>
        </w:tc>
        <w:tc>
          <w:tcPr>
            <w:tcW w:w="990" w:type="dxa"/>
          </w:tcPr>
          <w:p w14:paraId="1791F4F5" w14:textId="77777777" w:rsidR="00E91A42" w:rsidRPr="00E91A42" w:rsidRDefault="00E91A42" w:rsidP="00A701F9">
            <w:pPr>
              <w:spacing w:before="60" w:after="60"/>
              <w:rPr>
                <w:sz w:val="28"/>
                <w:szCs w:val="28"/>
              </w:rPr>
            </w:pPr>
          </w:p>
        </w:tc>
        <w:tc>
          <w:tcPr>
            <w:tcW w:w="810" w:type="dxa"/>
          </w:tcPr>
          <w:p w14:paraId="556F19DE" w14:textId="77777777" w:rsidR="00E91A42" w:rsidRPr="00E91A42" w:rsidRDefault="00E91A42" w:rsidP="00A701F9">
            <w:pPr>
              <w:spacing w:before="60" w:after="60"/>
              <w:jc w:val="center"/>
              <w:rPr>
                <w:sz w:val="28"/>
                <w:szCs w:val="28"/>
              </w:rPr>
            </w:pPr>
          </w:p>
        </w:tc>
        <w:tc>
          <w:tcPr>
            <w:tcW w:w="900" w:type="dxa"/>
          </w:tcPr>
          <w:p w14:paraId="224042B3" w14:textId="77777777" w:rsidR="00E91A42" w:rsidRPr="00E91A42" w:rsidRDefault="00E91A42" w:rsidP="00A701F9">
            <w:pPr>
              <w:spacing w:before="60" w:after="60"/>
              <w:jc w:val="center"/>
              <w:rPr>
                <w:sz w:val="28"/>
                <w:szCs w:val="28"/>
              </w:rPr>
            </w:pPr>
          </w:p>
        </w:tc>
        <w:tc>
          <w:tcPr>
            <w:tcW w:w="816" w:type="dxa"/>
          </w:tcPr>
          <w:p w14:paraId="164B99D5" w14:textId="77777777" w:rsidR="00E91A42" w:rsidRPr="00E91A42" w:rsidRDefault="00E91A42" w:rsidP="00A701F9">
            <w:pPr>
              <w:spacing w:before="60" w:after="60"/>
              <w:jc w:val="center"/>
              <w:rPr>
                <w:sz w:val="28"/>
                <w:szCs w:val="28"/>
              </w:rPr>
            </w:pPr>
          </w:p>
        </w:tc>
        <w:tc>
          <w:tcPr>
            <w:tcW w:w="780" w:type="dxa"/>
          </w:tcPr>
          <w:p w14:paraId="6D593AD2" w14:textId="77777777" w:rsidR="00E91A42" w:rsidRPr="00E91A42" w:rsidRDefault="00E91A42" w:rsidP="00A701F9">
            <w:pPr>
              <w:spacing w:before="60" w:after="60"/>
              <w:jc w:val="center"/>
              <w:rPr>
                <w:sz w:val="28"/>
                <w:szCs w:val="28"/>
              </w:rPr>
            </w:pPr>
          </w:p>
        </w:tc>
        <w:tc>
          <w:tcPr>
            <w:tcW w:w="708" w:type="dxa"/>
          </w:tcPr>
          <w:p w14:paraId="13327E35" w14:textId="77777777" w:rsidR="00E91A42" w:rsidRPr="00E91A42" w:rsidRDefault="00E91A42" w:rsidP="00A701F9">
            <w:pPr>
              <w:spacing w:before="60" w:after="60"/>
              <w:jc w:val="center"/>
              <w:rPr>
                <w:sz w:val="28"/>
                <w:szCs w:val="28"/>
              </w:rPr>
            </w:pPr>
          </w:p>
        </w:tc>
        <w:tc>
          <w:tcPr>
            <w:tcW w:w="709" w:type="dxa"/>
          </w:tcPr>
          <w:p w14:paraId="13206ABC" w14:textId="77777777" w:rsidR="00E91A42" w:rsidRPr="00E91A42" w:rsidRDefault="00E91A42" w:rsidP="00A701F9">
            <w:pPr>
              <w:spacing w:before="60" w:after="60"/>
              <w:jc w:val="center"/>
              <w:rPr>
                <w:sz w:val="28"/>
                <w:szCs w:val="28"/>
              </w:rPr>
            </w:pPr>
          </w:p>
        </w:tc>
      </w:tr>
      <w:tr w:rsidR="00E91A42" w:rsidRPr="00E91A42" w14:paraId="0740443A" w14:textId="77777777" w:rsidTr="00A701F9">
        <w:tc>
          <w:tcPr>
            <w:tcW w:w="721" w:type="dxa"/>
          </w:tcPr>
          <w:p w14:paraId="119968B4" w14:textId="77777777" w:rsidR="00E91A42" w:rsidRPr="00E91A42" w:rsidRDefault="00E91A42" w:rsidP="00A701F9">
            <w:pPr>
              <w:jc w:val="center"/>
              <w:rPr>
                <w:b/>
                <w:sz w:val="28"/>
                <w:szCs w:val="28"/>
              </w:rPr>
            </w:pPr>
            <w:r w:rsidRPr="00E91A42">
              <w:rPr>
                <w:b/>
                <w:sz w:val="28"/>
                <w:szCs w:val="28"/>
              </w:rPr>
              <w:t>4.4</w:t>
            </w:r>
          </w:p>
        </w:tc>
        <w:tc>
          <w:tcPr>
            <w:tcW w:w="3681" w:type="dxa"/>
          </w:tcPr>
          <w:p w14:paraId="45526941" w14:textId="77777777" w:rsidR="00E91A42" w:rsidRPr="00E91A42" w:rsidRDefault="00E91A42" w:rsidP="00A701F9">
            <w:pPr>
              <w:rPr>
                <w:b/>
                <w:sz w:val="28"/>
                <w:szCs w:val="28"/>
              </w:rPr>
            </w:pPr>
            <w:r w:rsidRPr="00E91A42">
              <w:rPr>
                <w:b/>
                <w:sz w:val="28"/>
                <w:szCs w:val="28"/>
              </w:rPr>
              <w:t>Khác</w:t>
            </w:r>
            <w:r w:rsidRPr="00E91A42">
              <w:rPr>
                <w:rStyle w:val="FootnoteReference"/>
                <w:sz w:val="28"/>
                <w:szCs w:val="28"/>
              </w:rPr>
              <w:footnoteReference w:customMarkFollows="1" w:id="5"/>
              <w:t>**</w:t>
            </w:r>
          </w:p>
        </w:tc>
        <w:tc>
          <w:tcPr>
            <w:tcW w:w="944" w:type="dxa"/>
          </w:tcPr>
          <w:p w14:paraId="059CAE5F" w14:textId="77777777" w:rsidR="00E91A42" w:rsidRPr="00E91A42" w:rsidRDefault="00E91A42" w:rsidP="00A701F9">
            <w:pPr>
              <w:spacing w:before="60" w:after="60"/>
              <w:rPr>
                <w:sz w:val="28"/>
                <w:szCs w:val="28"/>
              </w:rPr>
            </w:pPr>
          </w:p>
        </w:tc>
        <w:tc>
          <w:tcPr>
            <w:tcW w:w="945" w:type="dxa"/>
          </w:tcPr>
          <w:p w14:paraId="66DA1820" w14:textId="77777777" w:rsidR="00E91A42" w:rsidRPr="00E91A42" w:rsidRDefault="00E91A42" w:rsidP="00A701F9">
            <w:pPr>
              <w:spacing w:before="60" w:after="60"/>
              <w:rPr>
                <w:sz w:val="28"/>
                <w:szCs w:val="28"/>
              </w:rPr>
            </w:pPr>
          </w:p>
        </w:tc>
        <w:tc>
          <w:tcPr>
            <w:tcW w:w="900" w:type="dxa"/>
          </w:tcPr>
          <w:p w14:paraId="57DC6482" w14:textId="77777777" w:rsidR="00E91A42" w:rsidRPr="00E91A42" w:rsidRDefault="00E91A42" w:rsidP="00A701F9">
            <w:pPr>
              <w:spacing w:before="60" w:after="60"/>
              <w:rPr>
                <w:sz w:val="28"/>
                <w:szCs w:val="28"/>
              </w:rPr>
            </w:pPr>
          </w:p>
        </w:tc>
        <w:tc>
          <w:tcPr>
            <w:tcW w:w="900" w:type="dxa"/>
          </w:tcPr>
          <w:p w14:paraId="3D08A3BF" w14:textId="77777777" w:rsidR="00E91A42" w:rsidRPr="00E91A42" w:rsidRDefault="00E91A42" w:rsidP="00A701F9">
            <w:pPr>
              <w:spacing w:before="60" w:after="60"/>
              <w:rPr>
                <w:sz w:val="28"/>
                <w:szCs w:val="28"/>
              </w:rPr>
            </w:pPr>
          </w:p>
        </w:tc>
        <w:tc>
          <w:tcPr>
            <w:tcW w:w="810" w:type="dxa"/>
          </w:tcPr>
          <w:p w14:paraId="0F7EAC08" w14:textId="77777777" w:rsidR="00E91A42" w:rsidRPr="00E91A42" w:rsidRDefault="00E91A42" w:rsidP="00A701F9">
            <w:pPr>
              <w:spacing w:before="60" w:after="60"/>
              <w:rPr>
                <w:sz w:val="28"/>
                <w:szCs w:val="28"/>
              </w:rPr>
            </w:pPr>
          </w:p>
        </w:tc>
        <w:tc>
          <w:tcPr>
            <w:tcW w:w="990" w:type="dxa"/>
          </w:tcPr>
          <w:p w14:paraId="099A79FD" w14:textId="77777777" w:rsidR="00E91A42" w:rsidRPr="00E91A42" w:rsidRDefault="00E91A42" w:rsidP="00A701F9">
            <w:pPr>
              <w:spacing w:before="60" w:after="60"/>
              <w:rPr>
                <w:sz w:val="28"/>
                <w:szCs w:val="28"/>
              </w:rPr>
            </w:pPr>
          </w:p>
        </w:tc>
        <w:tc>
          <w:tcPr>
            <w:tcW w:w="810" w:type="dxa"/>
          </w:tcPr>
          <w:p w14:paraId="0646928A" w14:textId="77777777" w:rsidR="00E91A42" w:rsidRPr="00E91A42" w:rsidRDefault="00E91A42" w:rsidP="00A701F9">
            <w:pPr>
              <w:spacing w:before="60" w:after="60"/>
              <w:jc w:val="center"/>
              <w:rPr>
                <w:sz w:val="28"/>
                <w:szCs w:val="28"/>
              </w:rPr>
            </w:pPr>
          </w:p>
        </w:tc>
        <w:tc>
          <w:tcPr>
            <w:tcW w:w="900" w:type="dxa"/>
          </w:tcPr>
          <w:p w14:paraId="5C707160" w14:textId="77777777" w:rsidR="00E91A42" w:rsidRPr="00E91A42" w:rsidRDefault="00E91A42" w:rsidP="00A701F9">
            <w:pPr>
              <w:spacing w:before="60" w:after="60"/>
              <w:jc w:val="center"/>
              <w:rPr>
                <w:sz w:val="28"/>
                <w:szCs w:val="28"/>
              </w:rPr>
            </w:pPr>
          </w:p>
        </w:tc>
        <w:tc>
          <w:tcPr>
            <w:tcW w:w="816" w:type="dxa"/>
          </w:tcPr>
          <w:p w14:paraId="60BA6762" w14:textId="77777777" w:rsidR="00E91A42" w:rsidRPr="00E91A42" w:rsidRDefault="00E91A42" w:rsidP="00A701F9">
            <w:pPr>
              <w:spacing w:before="60" w:after="60"/>
              <w:jc w:val="center"/>
              <w:rPr>
                <w:sz w:val="28"/>
                <w:szCs w:val="28"/>
              </w:rPr>
            </w:pPr>
          </w:p>
        </w:tc>
        <w:tc>
          <w:tcPr>
            <w:tcW w:w="780" w:type="dxa"/>
          </w:tcPr>
          <w:p w14:paraId="6A1D0FF0" w14:textId="77777777" w:rsidR="00E91A42" w:rsidRPr="00E91A42" w:rsidRDefault="00E91A42" w:rsidP="00A701F9">
            <w:pPr>
              <w:spacing w:before="60" w:after="60"/>
              <w:jc w:val="center"/>
              <w:rPr>
                <w:sz w:val="28"/>
                <w:szCs w:val="28"/>
              </w:rPr>
            </w:pPr>
          </w:p>
        </w:tc>
        <w:tc>
          <w:tcPr>
            <w:tcW w:w="708" w:type="dxa"/>
          </w:tcPr>
          <w:p w14:paraId="77F95542" w14:textId="77777777" w:rsidR="00E91A42" w:rsidRPr="00E91A42" w:rsidRDefault="00E91A42" w:rsidP="00A701F9">
            <w:pPr>
              <w:spacing w:before="60" w:after="60"/>
              <w:jc w:val="center"/>
              <w:rPr>
                <w:sz w:val="28"/>
                <w:szCs w:val="28"/>
              </w:rPr>
            </w:pPr>
          </w:p>
        </w:tc>
        <w:tc>
          <w:tcPr>
            <w:tcW w:w="709" w:type="dxa"/>
          </w:tcPr>
          <w:p w14:paraId="3348B479" w14:textId="77777777" w:rsidR="00E91A42" w:rsidRPr="00E91A42" w:rsidRDefault="00E91A42" w:rsidP="00A701F9">
            <w:pPr>
              <w:spacing w:before="60" w:after="60"/>
              <w:jc w:val="center"/>
              <w:rPr>
                <w:sz w:val="28"/>
                <w:szCs w:val="28"/>
              </w:rPr>
            </w:pPr>
          </w:p>
        </w:tc>
      </w:tr>
      <w:tr w:rsidR="00E91A42" w:rsidRPr="00E91A42" w14:paraId="67F76604" w14:textId="77777777" w:rsidTr="00A701F9">
        <w:tc>
          <w:tcPr>
            <w:tcW w:w="721" w:type="dxa"/>
          </w:tcPr>
          <w:p w14:paraId="4786165F" w14:textId="77777777" w:rsidR="00E91A42" w:rsidRPr="00E91A42" w:rsidRDefault="00E91A42" w:rsidP="00A701F9">
            <w:pPr>
              <w:jc w:val="center"/>
              <w:rPr>
                <w:i/>
                <w:sz w:val="28"/>
                <w:szCs w:val="28"/>
              </w:rPr>
            </w:pPr>
            <w:r w:rsidRPr="00E91A42">
              <w:rPr>
                <w:i/>
                <w:sz w:val="28"/>
                <w:szCs w:val="28"/>
              </w:rPr>
              <w:lastRenderedPageBreak/>
              <w:t>+</w:t>
            </w:r>
          </w:p>
        </w:tc>
        <w:tc>
          <w:tcPr>
            <w:tcW w:w="3681" w:type="dxa"/>
          </w:tcPr>
          <w:p w14:paraId="7E152847" w14:textId="77777777" w:rsidR="00E91A42" w:rsidRPr="00E91A42" w:rsidRDefault="00E91A42" w:rsidP="00A701F9">
            <w:pPr>
              <w:rPr>
                <w:i/>
                <w:spacing w:val="-10"/>
                <w:sz w:val="28"/>
                <w:szCs w:val="28"/>
              </w:rPr>
            </w:pPr>
            <w:r w:rsidRPr="00E91A42">
              <w:rPr>
                <w:i/>
                <w:spacing w:val="-10"/>
                <w:sz w:val="28"/>
                <w:szCs w:val="28"/>
              </w:rPr>
              <w:t>Thuê chuyên gia nước ngoài, phân tích mẫu ở nước ngoài, ...</w:t>
            </w:r>
          </w:p>
        </w:tc>
        <w:tc>
          <w:tcPr>
            <w:tcW w:w="944" w:type="dxa"/>
          </w:tcPr>
          <w:p w14:paraId="0CB72FF8" w14:textId="77777777" w:rsidR="00E91A42" w:rsidRPr="00E91A42" w:rsidRDefault="00E91A42" w:rsidP="00A701F9">
            <w:pPr>
              <w:spacing w:before="60" w:after="60"/>
              <w:rPr>
                <w:sz w:val="28"/>
                <w:szCs w:val="28"/>
              </w:rPr>
            </w:pPr>
          </w:p>
        </w:tc>
        <w:tc>
          <w:tcPr>
            <w:tcW w:w="945" w:type="dxa"/>
          </w:tcPr>
          <w:p w14:paraId="6AB80074" w14:textId="77777777" w:rsidR="00E91A42" w:rsidRPr="00E91A42" w:rsidRDefault="00E91A42" w:rsidP="00A701F9">
            <w:pPr>
              <w:spacing w:before="60" w:after="60"/>
              <w:rPr>
                <w:sz w:val="28"/>
                <w:szCs w:val="28"/>
              </w:rPr>
            </w:pPr>
          </w:p>
        </w:tc>
        <w:tc>
          <w:tcPr>
            <w:tcW w:w="900" w:type="dxa"/>
          </w:tcPr>
          <w:p w14:paraId="2FF6474C" w14:textId="77777777" w:rsidR="00E91A42" w:rsidRPr="00E91A42" w:rsidRDefault="00E91A42" w:rsidP="00A701F9">
            <w:pPr>
              <w:spacing w:before="60" w:after="60"/>
              <w:rPr>
                <w:sz w:val="28"/>
                <w:szCs w:val="28"/>
              </w:rPr>
            </w:pPr>
          </w:p>
        </w:tc>
        <w:tc>
          <w:tcPr>
            <w:tcW w:w="900" w:type="dxa"/>
          </w:tcPr>
          <w:p w14:paraId="1619EA55" w14:textId="77777777" w:rsidR="00E91A42" w:rsidRPr="00E91A42" w:rsidRDefault="00E91A42" w:rsidP="00A701F9">
            <w:pPr>
              <w:spacing w:before="60" w:after="60"/>
              <w:rPr>
                <w:sz w:val="28"/>
                <w:szCs w:val="28"/>
              </w:rPr>
            </w:pPr>
          </w:p>
        </w:tc>
        <w:tc>
          <w:tcPr>
            <w:tcW w:w="810" w:type="dxa"/>
          </w:tcPr>
          <w:p w14:paraId="7B3F696F" w14:textId="77777777" w:rsidR="00E91A42" w:rsidRPr="00E91A42" w:rsidRDefault="00E91A42" w:rsidP="00A701F9">
            <w:pPr>
              <w:spacing w:before="60" w:after="60"/>
              <w:rPr>
                <w:sz w:val="28"/>
                <w:szCs w:val="28"/>
              </w:rPr>
            </w:pPr>
          </w:p>
        </w:tc>
        <w:tc>
          <w:tcPr>
            <w:tcW w:w="990" w:type="dxa"/>
          </w:tcPr>
          <w:p w14:paraId="4ABCCE1F" w14:textId="77777777" w:rsidR="00E91A42" w:rsidRPr="00E91A42" w:rsidRDefault="00E91A42" w:rsidP="00A701F9">
            <w:pPr>
              <w:spacing w:before="60" w:after="60"/>
              <w:rPr>
                <w:sz w:val="28"/>
                <w:szCs w:val="28"/>
              </w:rPr>
            </w:pPr>
          </w:p>
        </w:tc>
        <w:tc>
          <w:tcPr>
            <w:tcW w:w="810" w:type="dxa"/>
          </w:tcPr>
          <w:p w14:paraId="483C4C69" w14:textId="77777777" w:rsidR="00E91A42" w:rsidRPr="00E91A42" w:rsidRDefault="00E91A42" w:rsidP="00A701F9">
            <w:pPr>
              <w:spacing w:before="60" w:after="60"/>
              <w:jc w:val="center"/>
              <w:rPr>
                <w:sz w:val="28"/>
                <w:szCs w:val="28"/>
              </w:rPr>
            </w:pPr>
          </w:p>
        </w:tc>
        <w:tc>
          <w:tcPr>
            <w:tcW w:w="900" w:type="dxa"/>
          </w:tcPr>
          <w:p w14:paraId="4C4C271E" w14:textId="77777777" w:rsidR="00E91A42" w:rsidRPr="00E91A42" w:rsidRDefault="00E91A42" w:rsidP="00A701F9">
            <w:pPr>
              <w:spacing w:before="60" w:after="60"/>
              <w:jc w:val="center"/>
              <w:rPr>
                <w:sz w:val="28"/>
                <w:szCs w:val="28"/>
              </w:rPr>
            </w:pPr>
          </w:p>
        </w:tc>
        <w:tc>
          <w:tcPr>
            <w:tcW w:w="816" w:type="dxa"/>
          </w:tcPr>
          <w:p w14:paraId="208594F9" w14:textId="77777777" w:rsidR="00E91A42" w:rsidRPr="00E91A42" w:rsidRDefault="00E91A42" w:rsidP="00A701F9">
            <w:pPr>
              <w:spacing w:before="60" w:after="60"/>
              <w:jc w:val="center"/>
              <w:rPr>
                <w:sz w:val="28"/>
                <w:szCs w:val="28"/>
              </w:rPr>
            </w:pPr>
          </w:p>
        </w:tc>
        <w:tc>
          <w:tcPr>
            <w:tcW w:w="780" w:type="dxa"/>
          </w:tcPr>
          <w:p w14:paraId="3FB0DD96" w14:textId="77777777" w:rsidR="00E91A42" w:rsidRPr="00E91A42" w:rsidRDefault="00E91A42" w:rsidP="00A701F9">
            <w:pPr>
              <w:spacing w:before="60" w:after="60"/>
              <w:jc w:val="center"/>
              <w:rPr>
                <w:sz w:val="28"/>
                <w:szCs w:val="28"/>
              </w:rPr>
            </w:pPr>
          </w:p>
        </w:tc>
        <w:tc>
          <w:tcPr>
            <w:tcW w:w="708" w:type="dxa"/>
          </w:tcPr>
          <w:p w14:paraId="7F31A81E" w14:textId="77777777" w:rsidR="00E91A42" w:rsidRPr="00E91A42" w:rsidRDefault="00E91A42" w:rsidP="00A701F9">
            <w:pPr>
              <w:spacing w:before="60" w:after="60"/>
              <w:jc w:val="center"/>
              <w:rPr>
                <w:sz w:val="28"/>
                <w:szCs w:val="28"/>
              </w:rPr>
            </w:pPr>
          </w:p>
        </w:tc>
        <w:tc>
          <w:tcPr>
            <w:tcW w:w="709" w:type="dxa"/>
          </w:tcPr>
          <w:p w14:paraId="2F0B84EE" w14:textId="77777777" w:rsidR="00E91A42" w:rsidRPr="00E91A42" w:rsidRDefault="00E91A42" w:rsidP="00A701F9">
            <w:pPr>
              <w:spacing w:before="60" w:after="60"/>
              <w:jc w:val="center"/>
              <w:rPr>
                <w:sz w:val="28"/>
                <w:szCs w:val="28"/>
              </w:rPr>
            </w:pPr>
          </w:p>
        </w:tc>
      </w:tr>
      <w:tr w:rsidR="00E91A42" w:rsidRPr="00E91A42" w14:paraId="6A432D91" w14:textId="77777777" w:rsidTr="00A701F9">
        <w:tc>
          <w:tcPr>
            <w:tcW w:w="721" w:type="dxa"/>
          </w:tcPr>
          <w:p w14:paraId="19119334" w14:textId="77777777" w:rsidR="00E91A42" w:rsidRPr="00E91A42" w:rsidRDefault="00E91A42" w:rsidP="00A701F9">
            <w:pPr>
              <w:spacing w:before="50" w:after="50"/>
              <w:jc w:val="center"/>
              <w:rPr>
                <w:sz w:val="28"/>
                <w:szCs w:val="28"/>
              </w:rPr>
            </w:pPr>
          </w:p>
        </w:tc>
        <w:tc>
          <w:tcPr>
            <w:tcW w:w="3681" w:type="dxa"/>
            <w:vAlign w:val="center"/>
          </w:tcPr>
          <w:p w14:paraId="5248ED02" w14:textId="77777777" w:rsidR="00E91A42" w:rsidRPr="00E91A42" w:rsidRDefault="00E91A42" w:rsidP="00A701F9">
            <w:pPr>
              <w:framePr w:w="9537" w:wrap="notBeside" w:vAnchor="page" w:hAnchor="page" w:x="255" w:y="15663"/>
              <w:spacing w:before="50" w:after="50"/>
              <w:jc w:val="center"/>
              <w:rPr>
                <w:b/>
                <w:sz w:val="28"/>
                <w:szCs w:val="28"/>
              </w:rPr>
            </w:pPr>
            <w:r w:rsidRPr="00E91A42">
              <w:rPr>
                <w:b/>
                <w:sz w:val="28"/>
                <w:szCs w:val="28"/>
              </w:rPr>
              <w:t>Tổng cộng</w:t>
            </w:r>
          </w:p>
        </w:tc>
        <w:tc>
          <w:tcPr>
            <w:tcW w:w="944" w:type="dxa"/>
          </w:tcPr>
          <w:p w14:paraId="52B94BA1" w14:textId="77777777" w:rsidR="00E91A42" w:rsidRPr="00E91A42" w:rsidRDefault="00E91A42" w:rsidP="00A701F9">
            <w:pPr>
              <w:spacing w:before="60" w:after="60"/>
              <w:rPr>
                <w:sz w:val="28"/>
                <w:szCs w:val="28"/>
              </w:rPr>
            </w:pPr>
          </w:p>
        </w:tc>
        <w:tc>
          <w:tcPr>
            <w:tcW w:w="945" w:type="dxa"/>
          </w:tcPr>
          <w:p w14:paraId="29973A87" w14:textId="77777777" w:rsidR="00E91A42" w:rsidRPr="00E91A42" w:rsidRDefault="00E91A42" w:rsidP="00A701F9">
            <w:pPr>
              <w:spacing w:before="60" w:after="60"/>
              <w:rPr>
                <w:sz w:val="28"/>
                <w:szCs w:val="28"/>
              </w:rPr>
            </w:pPr>
          </w:p>
        </w:tc>
        <w:tc>
          <w:tcPr>
            <w:tcW w:w="900" w:type="dxa"/>
          </w:tcPr>
          <w:p w14:paraId="29AD1B1F" w14:textId="77777777" w:rsidR="00E91A42" w:rsidRPr="00E91A42" w:rsidRDefault="00E91A42" w:rsidP="00A701F9">
            <w:pPr>
              <w:spacing w:before="60" w:after="60"/>
              <w:rPr>
                <w:sz w:val="28"/>
                <w:szCs w:val="28"/>
              </w:rPr>
            </w:pPr>
          </w:p>
        </w:tc>
        <w:tc>
          <w:tcPr>
            <w:tcW w:w="900" w:type="dxa"/>
          </w:tcPr>
          <w:p w14:paraId="70F63213" w14:textId="77777777" w:rsidR="00E91A42" w:rsidRPr="00E91A42" w:rsidRDefault="00E91A42" w:rsidP="00A701F9">
            <w:pPr>
              <w:spacing w:before="60" w:after="60"/>
              <w:rPr>
                <w:sz w:val="28"/>
                <w:szCs w:val="28"/>
              </w:rPr>
            </w:pPr>
          </w:p>
        </w:tc>
        <w:tc>
          <w:tcPr>
            <w:tcW w:w="810" w:type="dxa"/>
          </w:tcPr>
          <w:p w14:paraId="2FEBFD7D" w14:textId="77777777" w:rsidR="00E91A42" w:rsidRPr="00E91A42" w:rsidRDefault="00E91A42" w:rsidP="00A701F9">
            <w:pPr>
              <w:spacing w:before="60" w:after="60"/>
              <w:rPr>
                <w:sz w:val="28"/>
                <w:szCs w:val="28"/>
              </w:rPr>
            </w:pPr>
          </w:p>
        </w:tc>
        <w:tc>
          <w:tcPr>
            <w:tcW w:w="990" w:type="dxa"/>
          </w:tcPr>
          <w:p w14:paraId="0B685E2F" w14:textId="77777777" w:rsidR="00E91A42" w:rsidRPr="00E91A42" w:rsidRDefault="00E91A42" w:rsidP="00A701F9">
            <w:pPr>
              <w:spacing w:before="60" w:after="60"/>
              <w:rPr>
                <w:sz w:val="28"/>
                <w:szCs w:val="28"/>
              </w:rPr>
            </w:pPr>
          </w:p>
        </w:tc>
        <w:tc>
          <w:tcPr>
            <w:tcW w:w="810" w:type="dxa"/>
          </w:tcPr>
          <w:p w14:paraId="3DF1E646" w14:textId="77777777" w:rsidR="00E91A42" w:rsidRPr="00E91A42" w:rsidRDefault="00E91A42" w:rsidP="00A701F9">
            <w:pPr>
              <w:spacing w:before="60" w:after="60"/>
              <w:jc w:val="center"/>
              <w:rPr>
                <w:sz w:val="28"/>
                <w:szCs w:val="28"/>
              </w:rPr>
            </w:pPr>
          </w:p>
        </w:tc>
        <w:tc>
          <w:tcPr>
            <w:tcW w:w="900" w:type="dxa"/>
          </w:tcPr>
          <w:p w14:paraId="041BE3ED" w14:textId="77777777" w:rsidR="00E91A42" w:rsidRPr="00E91A42" w:rsidRDefault="00E91A42" w:rsidP="00A701F9">
            <w:pPr>
              <w:spacing w:before="60" w:after="60"/>
              <w:jc w:val="center"/>
              <w:rPr>
                <w:sz w:val="28"/>
                <w:szCs w:val="28"/>
              </w:rPr>
            </w:pPr>
          </w:p>
        </w:tc>
        <w:tc>
          <w:tcPr>
            <w:tcW w:w="816" w:type="dxa"/>
          </w:tcPr>
          <w:p w14:paraId="3D039C11" w14:textId="77777777" w:rsidR="00E91A42" w:rsidRPr="00E91A42" w:rsidRDefault="00E91A42" w:rsidP="00A701F9">
            <w:pPr>
              <w:spacing w:before="60" w:after="60"/>
              <w:jc w:val="center"/>
              <w:rPr>
                <w:sz w:val="28"/>
                <w:szCs w:val="28"/>
              </w:rPr>
            </w:pPr>
          </w:p>
        </w:tc>
        <w:tc>
          <w:tcPr>
            <w:tcW w:w="780" w:type="dxa"/>
          </w:tcPr>
          <w:p w14:paraId="4E870F04" w14:textId="77777777" w:rsidR="00E91A42" w:rsidRPr="00E91A42" w:rsidRDefault="00E91A42" w:rsidP="00A701F9">
            <w:pPr>
              <w:spacing w:before="60" w:after="60"/>
              <w:jc w:val="center"/>
              <w:rPr>
                <w:sz w:val="28"/>
                <w:szCs w:val="28"/>
              </w:rPr>
            </w:pPr>
          </w:p>
        </w:tc>
        <w:tc>
          <w:tcPr>
            <w:tcW w:w="708" w:type="dxa"/>
          </w:tcPr>
          <w:p w14:paraId="2E57FA4D" w14:textId="77777777" w:rsidR="00E91A42" w:rsidRPr="00E91A42" w:rsidRDefault="00E91A42" w:rsidP="00A701F9">
            <w:pPr>
              <w:spacing w:before="60" w:after="60"/>
              <w:jc w:val="center"/>
              <w:rPr>
                <w:sz w:val="28"/>
                <w:szCs w:val="28"/>
              </w:rPr>
            </w:pPr>
          </w:p>
        </w:tc>
        <w:tc>
          <w:tcPr>
            <w:tcW w:w="709" w:type="dxa"/>
          </w:tcPr>
          <w:p w14:paraId="002A1A64" w14:textId="77777777" w:rsidR="00E91A42" w:rsidRPr="00E91A42" w:rsidRDefault="00E91A42" w:rsidP="00A701F9">
            <w:pPr>
              <w:spacing w:before="60" w:after="60"/>
              <w:jc w:val="center"/>
              <w:rPr>
                <w:sz w:val="28"/>
                <w:szCs w:val="28"/>
              </w:rPr>
            </w:pPr>
          </w:p>
        </w:tc>
      </w:tr>
    </w:tbl>
    <w:p w14:paraId="2E37F935" w14:textId="77777777" w:rsidR="00E91A42" w:rsidRPr="00E91A42" w:rsidRDefault="00E91A42" w:rsidP="00E91A42">
      <w:pPr>
        <w:rPr>
          <w:b/>
          <w:i/>
          <w:sz w:val="28"/>
          <w:szCs w:val="28"/>
        </w:rPr>
      </w:pPr>
      <w:r w:rsidRPr="00E91A42">
        <w:rPr>
          <w:sz w:val="28"/>
          <w:szCs w:val="28"/>
        </w:rPr>
        <w:br w:type="page"/>
      </w:r>
      <w:r w:rsidRPr="00E91A42">
        <w:rPr>
          <w:b/>
          <w:sz w:val="28"/>
          <w:szCs w:val="28"/>
        </w:rPr>
        <w:lastRenderedPageBreak/>
        <w:t xml:space="preserve">       Khoản VI</w:t>
      </w:r>
      <w:r w:rsidRPr="00E91A42">
        <w:rPr>
          <w:b/>
          <w:i/>
          <w:sz w:val="28"/>
          <w:szCs w:val="28"/>
        </w:rPr>
        <w:t xml:space="preserve">. </w:t>
      </w:r>
      <w:r w:rsidRPr="00E91A42">
        <w:rPr>
          <w:b/>
          <w:sz w:val="28"/>
          <w:szCs w:val="28"/>
        </w:rPr>
        <w:t>CHI KHÁC</w:t>
      </w:r>
      <w:r w:rsidRPr="00E91A42">
        <w:rPr>
          <w:b/>
          <w:i/>
          <w:sz w:val="28"/>
          <w:szCs w:val="28"/>
        </w:rPr>
        <w:t xml:space="preserve"> </w:t>
      </w:r>
      <w:r w:rsidRPr="00E91A42">
        <w:rPr>
          <w:b/>
          <w:bCs/>
          <w:iCs/>
          <w:sz w:val="28"/>
          <w:szCs w:val="28"/>
        </w:rPr>
        <w:t>(</w:t>
      </w:r>
      <w:r w:rsidRPr="00E91A42">
        <w:rPr>
          <w:b/>
          <w:bCs/>
          <w:i/>
          <w:iCs/>
          <w:sz w:val="28"/>
          <w:szCs w:val="28"/>
        </w:rPr>
        <w:t>Áp dụng đối với thuyết minh khi thẩm định kinh phí</w:t>
      </w:r>
      <w:r w:rsidRPr="00E91A42">
        <w:rPr>
          <w:b/>
          <w:bCs/>
          <w:iCs/>
          <w:sz w:val="28"/>
          <w:szCs w:val="28"/>
        </w:rPr>
        <w:t>)</w:t>
      </w:r>
    </w:p>
    <w:p w14:paraId="34602CD6" w14:textId="77777777" w:rsidR="00E91A42" w:rsidRPr="00E91A42" w:rsidRDefault="00E91A42" w:rsidP="00E91A42">
      <w:pPr>
        <w:jc w:val="right"/>
        <w:rPr>
          <w:sz w:val="28"/>
          <w:szCs w:val="28"/>
        </w:rPr>
      </w:pPr>
      <w:r w:rsidRPr="00E91A42">
        <w:rPr>
          <w:sz w:val="28"/>
          <w:szCs w:val="28"/>
        </w:rPr>
        <w:t>Đơn vị: triệu đồng</w:t>
      </w:r>
    </w:p>
    <w:p w14:paraId="68A4EBA0" w14:textId="77777777" w:rsidR="00E91A42" w:rsidRPr="00E91A42" w:rsidRDefault="00E91A42" w:rsidP="00E91A42">
      <w:pPr>
        <w:rPr>
          <w:sz w:val="28"/>
          <w:szCs w:val="28"/>
        </w:rPr>
      </w:pPr>
    </w:p>
    <w:tbl>
      <w:tblPr>
        <w:tblW w:w="1389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3353"/>
        <w:gridCol w:w="859"/>
        <w:gridCol w:w="862"/>
        <w:gridCol w:w="820"/>
        <w:gridCol w:w="821"/>
        <w:gridCol w:w="738"/>
        <w:gridCol w:w="903"/>
        <w:gridCol w:w="738"/>
        <w:gridCol w:w="822"/>
        <w:gridCol w:w="769"/>
        <w:gridCol w:w="992"/>
        <w:gridCol w:w="709"/>
        <w:gridCol w:w="992"/>
      </w:tblGrid>
      <w:tr w:rsidR="00E91A42" w:rsidRPr="00E91A42" w14:paraId="032FC046" w14:textId="77777777" w:rsidTr="00A701F9">
        <w:trPr>
          <w:cantSplit/>
          <w:trHeight w:val="431"/>
        </w:trPr>
        <w:tc>
          <w:tcPr>
            <w:tcW w:w="514" w:type="dxa"/>
            <w:vMerge w:val="restart"/>
            <w:vAlign w:val="center"/>
          </w:tcPr>
          <w:p w14:paraId="19F049D2" w14:textId="77777777" w:rsidR="00E91A42" w:rsidRPr="00E91A42" w:rsidRDefault="00E91A42" w:rsidP="00A701F9">
            <w:pPr>
              <w:spacing w:before="60" w:after="60"/>
              <w:jc w:val="center"/>
              <w:rPr>
                <w:b/>
                <w:sz w:val="28"/>
                <w:szCs w:val="28"/>
              </w:rPr>
            </w:pPr>
            <w:r w:rsidRPr="00E91A42">
              <w:rPr>
                <w:b/>
                <w:sz w:val="28"/>
                <w:szCs w:val="28"/>
              </w:rPr>
              <w:t>SốTT</w:t>
            </w:r>
          </w:p>
        </w:tc>
        <w:tc>
          <w:tcPr>
            <w:tcW w:w="3353" w:type="dxa"/>
            <w:vMerge w:val="restart"/>
            <w:vAlign w:val="center"/>
          </w:tcPr>
          <w:p w14:paraId="324CB7F6" w14:textId="77777777" w:rsidR="00E91A42" w:rsidRPr="00E91A42" w:rsidRDefault="00E91A42" w:rsidP="00A701F9">
            <w:pPr>
              <w:spacing w:before="60" w:after="60"/>
              <w:jc w:val="center"/>
              <w:rPr>
                <w:i/>
                <w:sz w:val="28"/>
                <w:szCs w:val="28"/>
              </w:rPr>
            </w:pPr>
            <w:r w:rsidRPr="00E91A42">
              <w:rPr>
                <w:b/>
                <w:sz w:val="28"/>
                <w:szCs w:val="28"/>
              </w:rPr>
              <w:t xml:space="preserve">Nội dung </w:t>
            </w:r>
          </w:p>
        </w:tc>
        <w:tc>
          <w:tcPr>
            <w:tcW w:w="10025" w:type="dxa"/>
            <w:gridSpan w:val="12"/>
          </w:tcPr>
          <w:p w14:paraId="443A1476" w14:textId="77777777" w:rsidR="00E91A42" w:rsidRPr="00E91A42" w:rsidRDefault="00E91A42" w:rsidP="00A701F9">
            <w:pPr>
              <w:spacing w:before="60" w:after="60"/>
              <w:jc w:val="center"/>
              <w:rPr>
                <w:b/>
                <w:sz w:val="28"/>
                <w:szCs w:val="28"/>
              </w:rPr>
            </w:pPr>
            <w:r w:rsidRPr="00E91A42">
              <w:rPr>
                <w:b/>
                <w:sz w:val="28"/>
                <w:szCs w:val="28"/>
              </w:rPr>
              <w:t>Nguồn vốn</w:t>
            </w:r>
          </w:p>
        </w:tc>
      </w:tr>
      <w:tr w:rsidR="00E91A42" w:rsidRPr="00E91A42" w14:paraId="4F18FE89" w14:textId="77777777" w:rsidTr="00A701F9">
        <w:trPr>
          <w:cantSplit/>
          <w:trHeight w:val="431"/>
        </w:trPr>
        <w:tc>
          <w:tcPr>
            <w:tcW w:w="514" w:type="dxa"/>
            <w:vMerge/>
            <w:vAlign w:val="center"/>
          </w:tcPr>
          <w:p w14:paraId="59EFE2E5" w14:textId="77777777" w:rsidR="00E91A42" w:rsidRPr="00E91A42" w:rsidRDefault="00E91A42" w:rsidP="00A701F9">
            <w:pPr>
              <w:spacing w:before="60" w:after="60"/>
              <w:jc w:val="center"/>
              <w:rPr>
                <w:sz w:val="28"/>
                <w:szCs w:val="28"/>
              </w:rPr>
            </w:pPr>
          </w:p>
        </w:tc>
        <w:tc>
          <w:tcPr>
            <w:tcW w:w="3353" w:type="dxa"/>
            <w:vMerge/>
            <w:vAlign w:val="center"/>
          </w:tcPr>
          <w:p w14:paraId="62E03E23" w14:textId="77777777" w:rsidR="00E91A42" w:rsidRPr="00E91A42" w:rsidRDefault="00E91A42" w:rsidP="00A701F9">
            <w:pPr>
              <w:spacing w:before="60" w:after="60"/>
              <w:jc w:val="center"/>
              <w:rPr>
                <w:sz w:val="28"/>
                <w:szCs w:val="28"/>
              </w:rPr>
            </w:pPr>
          </w:p>
        </w:tc>
        <w:tc>
          <w:tcPr>
            <w:tcW w:w="6563" w:type="dxa"/>
            <w:gridSpan w:val="8"/>
          </w:tcPr>
          <w:p w14:paraId="4FBCB87A" w14:textId="77777777" w:rsidR="00E91A42" w:rsidRPr="00E91A42" w:rsidRDefault="00E91A42" w:rsidP="00A701F9">
            <w:pPr>
              <w:spacing w:before="60" w:after="60"/>
              <w:jc w:val="center"/>
              <w:rPr>
                <w:b/>
                <w:sz w:val="28"/>
                <w:szCs w:val="28"/>
              </w:rPr>
            </w:pPr>
            <w:r w:rsidRPr="00E91A42">
              <w:rPr>
                <w:b/>
                <w:sz w:val="28"/>
                <w:szCs w:val="28"/>
              </w:rPr>
              <w:t>Ngân sách nhà nước</w:t>
            </w:r>
          </w:p>
        </w:tc>
        <w:tc>
          <w:tcPr>
            <w:tcW w:w="3462" w:type="dxa"/>
            <w:gridSpan w:val="4"/>
            <w:vAlign w:val="center"/>
          </w:tcPr>
          <w:p w14:paraId="15FE1284" w14:textId="77777777" w:rsidR="00E91A42" w:rsidRPr="00E91A42" w:rsidRDefault="00E91A42" w:rsidP="00A701F9">
            <w:pPr>
              <w:spacing w:before="60" w:after="60"/>
              <w:jc w:val="center"/>
              <w:rPr>
                <w:b/>
                <w:sz w:val="28"/>
                <w:szCs w:val="28"/>
              </w:rPr>
            </w:pPr>
            <w:r w:rsidRPr="00E91A42">
              <w:rPr>
                <w:b/>
                <w:sz w:val="28"/>
                <w:szCs w:val="28"/>
              </w:rPr>
              <w:t>Ngoài ngân sách nhà nước</w:t>
            </w:r>
          </w:p>
        </w:tc>
      </w:tr>
      <w:tr w:rsidR="00E91A42" w:rsidRPr="00E91A42" w14:paraId="3739F3B7" w14:textId="77777777" w:rsidTr="00A701F9">
        <w:trPr>
          <w:cantSplit/>
          <w:trHeight w:val="391"/>
        </w:trPr>
        <w:tc>
          <w:tcPr>
            <w:tcW w:w="514" w:type="dxa"/>
            <w:vMerge/>
            <w:vAlign w:val="center"/>
          </w:tcPr>
          <w:p w14:paraId="0CE9AA89" w14:textId="77777777" w:rsidR="00E91A42" w:rsidRPr="00E91A42" w:rsidRDefault="00E91A42" w:rsidP="00A701F9">
            <w:pPr>
              <w:spacing w:before="60" w:after="60"/>
              <w:jc w:val="center"/>
              <w:rPr>
                <w:sz w:val="28"/>
                <w:szCs w:val="28"/>
              </w:rPr>
            </w:pPr>
          </w:p>
        </w:tc>
        <w:tc>
          <w:tcPr>
            <w:tcW w:w="3353" w:type="dxa"/>
            <w:vMerge/>
            <w:vAlign w:val="center"/>
          </w:tcPr>
          <w:p w14:paraId="7B3FF84C" w14:textId="77777777" w:rsidR="00E91A42" w:rsidRPr="00E91A42" w:rsidRDefault="00E91A42" w:rsidP="00A701F9">
            <w:pPr>
              <w:spacing w:before="60" w:after="60"/>
              <w:jc w:val="center"/>
              <w:rPr>
                <w:sz w:val="28"/>
                <w:szCs w:val="28"/>
              </w:rPr>
            </w:pPr>
          </w:p>
        </w:tc>
        <w:tc>
          <w:tcPr>
            <w:tcW w:w="1721" w:type="dxa"/>
            <w:gridSpan w:val="2"/>
            <w:vAlign w:val="center"/>
          </w:tcPr>
          <w:p w14:paraId="60257418" w14:textId="77777777" w:rsidR="00E91A42" w:rsidRPr="00E91A42" w:rsidRDefault="00E91A42" w:rsidP="00A701F9">
            <w:pPr>
              <w:spacing w:before="50" w:after="50"/>
              <w:jc w:val="center"/>
              <w:rPr>
                <w:b/>
                <w:sz w:val="28"/>
                <w:szCs w:val="28"/>
              </w:rPr>
            </w:pPr>
            <w:r w:rsidRPr="00E91A42">
              <w:rPr>
                <w:b/>
                <w:sz w:val="28"/>
                <w:szCs w:val="28"/>
              </w:rPr>
              <w:t>Tổng</w:t>
            </w:r>
          </w:p>
        </w:tc>
        <w:tc>
          <w:tcPr>
            <w:tcW w:w="1641" w:type="dxa"/>
            <w:gridSpan w:val="2"/>
            <w:vAlign w:val="center"/>
          </w:tcPr>
          <w:p w14:paraId="17E3998F" w14:textId="77777777" w:rsidR="00E91A42" w:rsidRPr="00E91A42" w:rsidRDefault="00E91A42" w:rsidP="00A701F9">
            <w:pPr>
              <w:spacing w:before="50" w:after="50"/>
              <w:jc w:val="center"/>
              <w:rPr>
                <w:b/>
                <w:sz w:val="28"/>
                <w:szCs w:val="28"/>
              </w:rPr>
            </w:pPr>
            <w:r w:rsidRPr="00E91A42">
              <w:rPr>
                <w:b/>
                <w:sz w:val="28"/>
                <w:szCs w:val="28"/>
              </w:rPr>
              <w:t>Năm thứ nhất</w:t>
            </w:r>
          </w:p>
        </w:tc>
        <w:tc>
          <w:tcPr>
            <w:tcW w:w="1641" w:type="dxa"/>
            <w:gridSpan w:val="2"/>
            <w:vAlign w:val="center"/>
          </w:tcPr>
          <w:p w14:paraId="1186B874" w14:textId="77777777" w:rsidR="00E91A42" w:rsidRPr="00E91A42" w:rsidRDefault="00E91A42" w:rsidP="00A701F9">
            <w:pPr>
              <w:spacing w:before="50" w:after="50"/>
              <w:jc w:val="center"/>
              <w:rPr>
                <w:b/>
                <w:sz w:val="28"/>
                <w:szCs w:val="28"/>
              </w:rPr>
            </w:pPr>
            <w:r w:rsidRPr="00E91A42">
              <w:rPr>
                <w:b/>
                <w:sz w:val="28"/>
                <w:szCs w:val="28"/>
              </w:rPr>
              <w:t>Năm thứ hai</w:t>
            </w:r>
          </w:p>
        </w:tc>
        <w:tc>
          <w:tcPr>
            <w:tcW w:w="1560" w:type="dxa"/>
            <w:gridSpan w:val="2"/>
            <w:vAlign w:val="center"/>
          </w:tcPr>
          <w:p w14:paraId="785EE1C6" w14:textId="77777777" w:rsidR="00E91A42" w:rsidRPr="00E91A42" w:rsidRDefault="00E91A42" w:rsidP="00A701F9">
            <w:pPr>
              <w:spacing w:before="50" w:after="50"/>
              <w:jc w:val="center"/>
              <w:rPr>
                <w:b/>
                <w:sz w:val="28"/>
                <w:szCs w:val="28"/>
              </w:rPr>
            </w:pPr>
            <w:r w:rsidRPr="00E91A42">
              <w:rPr>
                <w:b/>
                <w:sz w:val="28"/>
                <w:szCs w:val="28"/>
              </w:rPr>
              <w:t>Năm thứ ba</w:t>
            </w:r>
          </w:p>
        </w:tc>
        <w:tc>
          <w:tcPr>
            <w:tcW w:w="769" w:type="dxa"/>
            <w:vMerge w:val="restart"/>
            <w:vAlign w:val="center"/>
          </w:tcPr>
          <w:p w14:paraId="6B086C80" w14:textId="77777777" w:rsidR="00E91A42" w:rsidRPr="00E91A42" w:rsidRDefault="00E91A42" w:rsidP="00A701F9">
            <w:pPr>
              <w:spacing w:before="60" w:after="60"/>
              <w:jc w:val="center"/>
              <w:rPr>
                <w:b/>
                <w:sz w:val="28"/>
                <w:szCs w:val="28"/>
              </w:rPr>
            </w:pPr>
            <w:r w:rsidRPr="00E91A42">
              <w:rPr>
                <w:b/>
                <w:sz w:val="28"/>
                <w:szCs w:val="28"/>
              </w:rPr>
              <w:t>Tổng</w:t>
            </w:r>
          </w:p>
        </w:tc>
        <w:tc>
          <w:tcPr>
            <w:tcW w:w="992" w:type="dxa"/>
            <w:vMerge w:val="restart"/>
            <w:vAlign w:val="center"/>
          </w:tcPr>
          <w:p w14:paraId="3D376934" w14:textId="77777777" w:rsidR="00E91A42" w:rsidRPr="00E91A42" w:rsidRDefault="00E91A42" w:rsidP="00A701F9">
            <w:pPr>
              <w:jc w:val="center"/>
              <w:rPr>
                <w:sz w:val="28"/>
                <w:szCs w:val="28"/>
              </w:rPr>
            </w:pPr>
            <w:r w:rsidRPr="00E91A42">
              <w:rPr>
                <w:sz w:val="28"/>
                <w:szCs w:val="28"/>
              </w:rPr>
              <w:t xml:space="preserve">Năm thứ </w:t>
            </w:r>
          </w:p>
          <w:p w14:paraId="11CBCFBA" w14:textId="77777777" w:rsidR="00E91A42" w:rsidRPr="00E91A42" w:rsidRDefault="00E91A42" w:rsidP="00A701F9">
            <w:pPr>
              <w:jc w:val="center"/>
              <w:rPr>
                <w:sz w:val="28"/>
                <w:szCs w:val="28"/>
              </w:rPr>
            </w:pPr>
            <w:r w:rsidRPr="00E91A42">
              <w:rPr>
                <w:sz w:val="28"/>
                <w:szCs w:val="28"/>
              </w:rPr>
              <w:t>nhất</w:t>
            </w:r>
          </w:p>
        </w:tc>
        <w:tc>
          <w:tcPr>
            <w:tcW w:w="709" w:type="dxa"/>
            <w:vMerge w:val="restart"/>
            <w:vAlign w:val="center"/>
          </w:tcPr>
          <w:p w14:paraId="52ECD242" w14:textId="77777777" w:rsidR="00E91A42" w:rsidRPr="00E91A42" w:rsidRDefault="00E91A42" w:rsidP="00A701F9">
            <w:pPr>
              <w:jc w:val="center"/>
              <w:rPr>
                <w:sz w:val="28"/>
                <w:szCs w:val="28"/>
              </w:rPr>
            </w:pPr>
            <w:r w:rsidRPr="00E91A42">
              <w:rPr>
                <w:sz w:val="28"/>
                <w:szCs w:val="28"/>
              </w:rPr>
              <w:t xml:space="preserve">Năm thứ </w:t>
            </w:r>
          </w:p>
          <w:p w14:paraId="624B16F3" w14:textId="77777777" w:rsidR="00E91A42" w:rsidRPr="00E91A42" w:rsidRDefault="00E91A42" w:rsidP="00A701F9">
            <w:pPr>
              <w:jc w:val="center"/>
              <w:rPr>
                <w:sz w:val="28"/>
                <w:szCs w:val="28"/>
              </w:rPr>
            </w:pPr>
            <w:r w:rsidRPr="00E91A42">
              <w:rPr>
                <w:sz w:val="28"/>
                <w:szCs w:val="28"/>
              </w:rPr>
              <w:t>hai</w:t>
            </w:r>
          </w:p>
        </w:tc>
        <w:tc>
          <w:tcPr>
            <w:tcW w:w="992" w:type="dxa"/>
            <w:vMerge w:val="restart"/>
            <w:vAlign w:val="center"/>
          </w:tcPr>
          <w:p w14:paraId="75BC5479" w14:textId="77777777" w:rsidR="00E91A42" w:rsidRPr="00E91A42" w:rsidRDefault="00E91A42" w:rsidP="00A701F9">
            <w:pPr>
              <w:jc w:val="center"/>
              <w:rPr>
                <w:sz w:val="28"/>
                <w:szCs w:val="28"/>
              </w:rPr>
            </w:pPr>
            <w:r w:rsidRPr="00E91A42">
              <w:rPr>
                <w:sz w:val="28"/>
                <w:szCs w:val="28"/>
              </w:rPr>
              <w:t xml:space="preserve">Năm thứ </w:t>
            </w:r>
          </w:p>
          <w:p w14:paraId="55018AE2" w14:textId="77777777" w:rsidR="00E91A42" w:rsidRPr="00E91A42" w:rsidRDefault="00E91A42" w:rsidP="00A701F9">
            <w:pPr>
              <w:jc w:val="center"/>
              <w:rPr>
                <w:sz w:val="28"/>
                <w:szCs w:val="28"/>
              </w:rPr>
            </w:pPr>
            <w:r w:rsidRPr="00E91A42">
              <w:rPr>
                <w:sz w:val="28"/>
                <w:szCs w:val="28"/>
              </w:rPr>
              <w:t>ba</w:t>
            </w:r>
          </w:p>
        </w:tc>
      </w:tr>
      <w:tr w:rsidR="00E91A42" w:rsidRPr="00E91A42" w14:paraId="343FD1CF" w14:textId="77777777" w:rsidTr="00A701F9">
        <w:trPr>
          <w:cantSplit/>
          <w:trHeight w:val="1443"/>
        </w:trPr>
        <w:tc>
          <w:tcPr>
            <w:tcW w:w="514" w:type="dxa"/>
            <w:vMerge/>
            <w:vAlign w:val="center"/>
          </w:tcPr>
          <w:p w14:paraId="454797BC" w14:textId="77777777" w:rsidR="00E91A42" w:rsidRPr="00E91A42" w:rsidRDefault="00E91A42" w:rsidP="00A701F9">
            <w:pPr>
              <w:spacing w:before="60" w:after="60"/>
              <w:jc w:val="center"/>
              <w:rPr>
                <w:sz w:val="28"/>
                <w:szCs w:val="28"/>
              </w:rPr>
            </w:pPr>
          </w:p>
        </w:tc>
        <w:tc>
          <w:tcPr>
            <w:tcW w:w="3353" w:type="dxa"/>
            <w:vMerge/>
            <w:vAlign w:val="center"/>
          </w:tcPr>
          <w:p w14:paraId="6694E27C" w14:textId="77777777" w:rsidR="00E91A42" w:rsidRPr="00E91A42" w:rsidRDefault="00E91A42" w:rsidP="00A701F9">
            <w:pPr>
              <w:spacing w:before="60" w:after="60"/>
              <w:jc w:val="center"/>
              <w:rPr>
                <w:sz w:val="28"/>
                <w:szCs w:val="28"/>
              </w:rPr>
            </w:pPr>
          </w:p>
        </w:tc>
        <w:tc>
          <w:tcPr>
            <w:tcW w:w="859" w:type="dxa"/>
            <w:vAlign w:val="center"/>
          </w:tcPr>
          <w:p w14:paraId="78C18B0E" w14:textId="77777777" w:rsidR="00E91A42" w:rsidRPr="00E91A42" w:rsidRDefault="00E91A42" w:rsidP="00A701F9">
            <w:pPr>
              <w:spacing w:before="60" w:after="60"/>
              <w:jc w:val="center"/>
              <w:rPr>
                <w:sz w:val="28"/>
                <w:szCs w:val="28"/>
              </w:rPr>
            </w:pPr>
            <w:r w:rsidRPr="00E91A42">
              <w:rPr>
                <w:sz w:val="28"/>
                <w:szCs w:val="28"/>
              </w:rPr>
              <w:t>Kinh phí</w:t>
            </w:r>
          </w:p>
        </w:tc>
        <w:tc>
          <w:tcPr>
            <w:tcW w:w="862" w:type="dxa"/>
            <w:vAlign w:val="center"/>
          </w:tcPr>
          <w:p w14:paraId="34009A63"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820" w:type="dxa"/>
            <w:vAlign w:val="center"/>
          </w:tcPr>
          <w:p w14:paraId="162F9D03" w14:textId="77777777" w:rsidR="00E91A42" w:rsidRPr="00E91A42" w:rsidRDefault="00E91A42" w:rsidP="00A701F9">
            <w:pPr>
              <w:spacing w:before="60" w:after="60"/>
              <w:jc w:val="center"/>
              <w:rPr>
                <w:sz w:val="28"/>
                <w:szCs w:val="28"/>
              </w:rPr>
            </w:pPr>
            <w:r w:rsidRPr="00E91A42">
              <w:rPr>
                <w:sz w:val="28"/>
                <w:szCs w:val="28"/>
              </w:rPr>
              <w:t>Kinh phí</w:t>
            </w:r>
          </w:p>
        </w:tc>
        <w:tc>
          <w:tcPr>
            <w:tcW w:w="821" w:type="dxa"/>
            <w:vAlign w:val="center"/>
          </w:tcPr>
          <w:p w14:paraId="3BA735C9"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38" w:type="dxa"/>
            <w:vAlign w:val="center"/>
          </w:tcPr>
          <w:p w14:paraId="18C7349E" w14:textId="77777777" w:rsidR="00E91A42" w:rsidRPr="00E91A42" w:rsidRDefault="00E91A42" w:rsidP="00A701F9">
            <w:pPr>
              <w:spacing w:before="60" w:after="60"/>
              <w:jc w:val="center"/>
              <w:rPr>
                <w:sz w:val="28"/>
                <w:szCs w:val="28"/>
              </w:rPr>
            </w:pPr>
            <w:r w:rsidRPr="00E91A42">
              <w:rPr>
                <w:sz w:val="28"/>
                <w:szCs w:val="28"/>
              </w:rPr>
              <w:t>Kinh phí</w:t>
            </w:r>
          </w:p>
        </w:tc>
        <w:tc>
          <w:tcPr>
            <w:tcW w:w="903" w:type="dxa"/>
            <w:vAlign w:val="center"/>
          </w:tcPr>
          <w:p w14:paraId="2D3A47A6" w14:textId="77777777" w:rsidR="00E91A42" w:rsidRPr="00E91A42" w:rsidRDefault="00E91A42" w:rsidP="00A701F9">
            <w:pPr>
              <w:spacing w:before="50" w:after="50"/>
              <w:jc w:val="center"/>
              <w:rPr>
                <w:sz w:val="28"/>
                <w:szCs w:val="28"/>
              </w:rPr>
            </w:pPr>
            <w:r w:rsidRPr="00E91A42">
              <w:rPr>
                <w:sz w:val="28"/>
                <w:szCs w:val="28"/>
              </w:rPr>
              <w:t xml:space="preserve">Trong đó, khoán chi theo quy   định </w:t>
            </w:r>
          </w:p>
        </w:tc>
        <w:tc>
          <w:tcPr>
            <w:tcW w:w="738" w:type="dxa"/>
            <w:vAlign w:val="center"/>
          </w:tcPr>
          <w:p w14:paraId="2FDB7243" w14:textId="77777777" w:rsidR="00E91A42" w:rsidRPr="00E91A42" w:rsidRDefault="00E91A42" w:rsidP="00A701F9">
            <w:pPr>
              <w:spacing w:before="60" w:after="60"/>
              <w:jc w:val="center"/>
              <w:rPr>
                <w:sz w:val="28"/>
                <w:szCs w:val="28"/>
              </w:rPr>
            </w:pPr>
            <w:r w:rsidRPr="00E91A42">
              <w:rPr>
                <w:sz w:val="28"/>
                <w:szCs w:val="28"/>
              </w:rPr>
              <w:t>Kinh phí</w:t>
            </w:r>
          </w:p>
        </w:tc>
        <w:tc>
          <w:tcPr>
            <w:tcW w:w="822" w:type="dxa"/>
            <w:vAlign w:val="center"/>
          </w:tcPr>
          <w:p w14:paraId="10BB4EB5" w14:textId="77777777" w:rsidR="00E91A42" w:rsidRPr="00E91A42" w:rsidRDefault="00E91A42" w:rsidP="00A701F9">
            <w:pPr>
              <w:spacing w:before="50" w:after="50"/>
              <w:jc w:val="center"/>
              <w:rPr>
                <w:sz w:val="28"/>
                <w:szCs w:val="28"/>
              </w:rPr>
            </w:pPr>
            <w:r w:rsidRPr="00E91A42">
              <w:rPr>
                <w:sz w:val="28"/>
                <w:szCs w:val="28"/>
              </w:rPr>
              <w:t>Trong đó, khoán chi theo quy định</w:t>
            </w:r>
          </w:p>
        </w:tc>
        <w:tc>
          <w:tcPr>
            <w:tcW w:w="769" w:type="dxa"/>
            <w:vMerge/>
            <w:vAlign w:val="center"/>
          </w:tcPr>
          <w:p w14:paraId="7CC72B79" w14:textId="77777777" w:rsidR="00E91A42" w:rsidRPr="00E91A42" w:rsidRDefault="00E91A42" w:rsidP="00A701F9">
            <w:pPr>
              <w:spacing w:before="60" w:after="60"/>
              <w:jc w:val="center"/>
              <w:rPr>
                <w:b/>
                <w:sz w:val="28"/>
                <w:szCs w:val="28"/>
              </w:rPr>
            </w:pPr>
          </w:p>
        </w:tc>
        <w:tc>
          <w:tcPr>
            <w:tcW w:w="992" w:type="dxa"/>
            <w:vMerge/>
            <w:vAlign w:val="center"/>
          </w:tcPr>
          <w:p w14:paraId="7FDBCA39" w14:textId="77777777" w:rsidR="00E91A42" w:rsidRPr="00E91A42" w:rsidRDefault="00E91A42" w:rsidP="00A701F9">
            <w:pPr>
              <w:spacing w:before="60" w:after="60"/>
              <w:jc w:val="center"/>
              <w:rPr>
                <w:sz w:val="28"/>
                <w:szCs w:val="28"/>
              </w:rPr>
            </w:pPr>
          </w:p>
        </w:tc>
        <w:tc>
          <w:tcPr>
            <w:tcW w:w="709" w:type="dxa"/>
            <w:vMerge/>
            <w:vAlign w:val="center"/>
          </w:tcPr>
          <w:p w14:paraId="2DE9E3EB" w14:textId="77777777" w:rsidR="00E91A42" w:rsidRPr="00E91A42" w:rsidRDefault="00E91A42" w:rsidP="00A701F9">
            <w:pPr>
              <w:spacing w:before="60" w:after="60"/>
              <w:jc w:val="center"/>
              <w:rPr>
                <w:sz w:val="28"/>
                <w:szCs w:val="28"/>
              </w:rPr>
            </w:pPr>
          </w:p>
        </w:tc>
        <w:tc>
          <w:tcPr>
            <w:tcW w:w="992" w:type="dxa"/>
            <w:vMerge/>
            <w:vAlign w:val="center"/>
          </w:tcPr>
          <w:p w14:paraId="00D987EA" w14:textId="77777777" w:rsidR="00E91A42" w:rsidRPr="00E91A42" w:rsidRDefault="00E91A42" w:rsidP="00A701F9">
            <w:pPr>
              <w:spacing w:before="60" w:after="60"/>
              <w:jc w:val="center"/>
              <w:rPr>
                <w:sz w:val="28"/>
                <w:szCs w:val="28"/>
              </w:rPr>
            </w:pPr>
          </w:p>
        </w:tc>
      </w:tr>
      <w:tr w:rsidR="00E91A42" w:rsidRPr="00E91A42" w14:paraId="440D803D" w14:textId="77777777" w:rsidTr="00A701F9">
        <w:trPr>
          <w:trHeight w:val="402"/>
        </w:trPr>
        <w:tc>
          <w:tcPr>
            <w:tcW w:w="514" w:type="dxa"/>
            <w:vAlign w:val="center"/>
          </w:tcPr>
          <w:p w14:paraId="0F60B5B7" w14:textId="77777777" w:rsidR="00E91A42" w:rsidRPr="00E91A42" w:rsidRDefault="00E91A42" w:rsidP="00A701F9">
            <w:pPr>
              <w:spacing w:before="60" w:after="60"/>
              <w:jc w:val="center"/>
              <w:rPr>
                <w:i/>
                <w:sz w:val="28"/>
                <w:szCs w:val="28"/>
              </w:rPr>
            </w:pPr>
            <w:r w:rsidRPr="00E91A42">
              <w:rPr>
                <w:i/>
                <w:sz w:val="28"/>
                <w:szCs w:val="28"/>
              </w:rPr>
              <w:t>1</w:t>
            </w:r>
          </w:p>
        </w:tc>
        <w:tc>
          <w:tcPr>
            <w:tcW w:w="3353" w:type="dxa"/>
            <w:vAlign w:val="center"/>
          </w:tcPr>
          <w:p w14:paraId="0C27DF59" w14:textId="77777777" w:rsidR="00E91A42" w:rsidRPr="00E91A42" w:rsidRDefault="00E91A42" w:rsidP="00A701F9">
            <w:pPr>
              <w:spacing w:before="60" w:after="60"/>
              <w:jc w:val="center"/>
              <w:rPr>
                <w:i/>
                <w:sz w:val="28"/>
                <w:szCs w:val="28"/>
              </w:rPr>
            </w:pPr>
            <w:r w:rsidRPr="00E91A42">
              <w:rPr>
                <w:i/>
                <w:sz w:val="28"/>
                <w:szCs w:val="28"/>
              </w:rPr>
              <w:t>2</w:t>
            </w:r>
          </w:p>
        </w:tc>
        <w:tc>
          <w:tcPr>
            <w:tcW w:w="859" w:type="dxa"/>
            <w:vAlign w:val="center"/>
          </w:tcPr>
          <w:p w14:paraId="70B01B74" w14:textId="77777777" w:rsidR="00E91A42" w:rsidRPr="00E91A42" w:rsidRDefault="00E91A42" w:rsidP="00A701F9">
            <w:pPr>
              <w:spacing w:before="60" w:after="60"/>
              <w:jc w:val="center"/>
              <w:rPr>
                <w:i/>
                <w:sz w:val="28"/>
                <w:szCs w:val="28"/>
              </w:rPr>
            </w:pPr>
            <w:r w:rsidRPr="00E91A42">
              <w:rPr>
                <w:i/>
                <w:sz w:val="28"/>
                <w:szCs w:val="28"/>
              </w:rPr>
              <w:t>3</w:t>
            </w:r>
          </w:p>
        </w:tc>
        <w:tc>
          <w:tcPr>
            <w:tcW w:w="862" w:type="dxa"/>
            <w:vAlign w:val="center"/>
          </w:tcPr>
          <w:p w14:paraId="2F1A2997" w14:textId="77777777" w:rsidR="00E91A42" w:rsidRPr="00E91A42" w:rsidRDefault="00E91A42" w:rsidP="00A701F9">
            <w:pPr>
              <w:spacing w:before="60" w:after="60"/>
              <w:jc w:val="center"/>
              <w:rPr>
                <w:i/>
                <w:sz w:val="28"/>
                <w:szCs w:val="28"/>
              </w:rPr>
            </w:pPr>
            <w:r w:rsidRPr="00E91A42">
              <w:rPr>
                <w:i/>
                <w:sz w:val="28"/>
                <w:szCs w:val="28"/>
              </w:rPr>
              <w:t>4</w:t>
            </w:r>
          </w:p>
        </w:tc>
        <w:tc>
          <w:tcPr>
            <w:tcW w:w="820" w:type="dxa"/>
            <w:vAlign w:val="center"/>
          </w:tcPr>
          <w:p w14:paraId="19BA4C11" w14:textId="77777777" w:rsidR="00E91A42" w:rsidRPr="00E91A42" w:rsidRDefault="00E91A42" w:rsidP="00A701F9">
            <w:pPr>
              <w:spacing w:before="60" w:after="60"/>
              <w:jc w:val="center"/>
              <w:rPr>
                <w:i/>
                <w:sz w:val="28"/>
                <w:szCs w:val="28"/>
              </w:rPr>
            </w:pPr>
            <w:r w:rsidRPr="00E91A42">
              <w:rPr>
                <w:i/>
                <w:sz w:val="28"/>
                <w:szCs w:val="28"/>
              </w:rPr>
              <w:t>5</w:t>
            </w:r>
          </w:p>
        </w:tc>
        <w:tc>
          <w:tcPr>
            <w:tcW w:w="821" w:type="dxa"/>
            <w:vAlign w:val="center"/>
          </w:tcPr>
          <w:p w14:paraId="1B04E339" w14:textId="77777777" w:rsidR="00E91A42" w:rsidRPr="00E91A42" w:rsidRDefault="00E91A42" w:rsidP="00A701F9">
            <w:pPr>
              <w:spacing w:before="60" w:after="60"/>
              <w:jc w:val="center"/>
              <w:rPr>
                <w:i/>
                <w:sz w:val="28"/>
                <w:szCs w:val="28"/>
              </w:rPr>
            </w:pPr>
            <w:r w:rsidRPr="00E91A42">
              <w:rPr>
                <w:i/>
                <w:sz w:val="28"/>
                <w:szCs w:val="28"/>
              </w:rPr>
              <w:t>6</w:t>
            </w:r>
          </w:p>
        </w:tc>
        <w:tc>
          <w:tcPr>
            <w:tcW w:w="738" w:type="dxa"/>
            <w:vAlign w:val="center"/>
          </w:tcPr>
          <w:p w14:paraId="258DBA48" w14:textId="77777777" w:rsidR="00E91A42" w:rsidRPr="00E91A42" w:rsidRDefault="00E91A42" w:rsidP="00A701F9">
            <w:pPr>
              <w:spacing w:before="60" w:after="60"/>
              <w:jc w:val="center"/>
              <w:rPr>
                <w:i/>
                <w:sz w:val="28"/>
                <w:szCs w:val="28"/>
              </w:rPr>
            </w:pPr>
            <w:r w:rsidRPr="00E91A42">
              <w:rPr>
                <w:i/>
                <w:sz w:val="28"/>
                <w:szCs w:val="28"/>
              </w:rPr>
              <w:t>7</w:t>
            </w:r>
          </w:p>
        </w:tc>
        <w:tc>
          <w:tcPr>
            <w:tcW w:w="903" w:type="dxa"/>
            <w:vAlign w:val="center"/>
          </w:tcPr>
          <w:p w14:paraId="493014F4" w14:textId="77777777" w:rsidR="00E91A42" w:rsidRPr="00E91A42" w:rsidRDefault="00E91A42" w:rsidP="00A701F9">
            <w:pPr>
              <w:spacing w:before="60" w:after="60"/>
              <w:jc w:val="center"/>
              <w:rPr>
                <w:i/>
                <w:sz w:val="28"/>
                <w:szCs w:val="28"/>
              </w:rPr>
            </w:pPr>
            <w:r w:rsidRPr="00E91A42">
              <w:rPr>
                <w:i/>
                <w:sz w:val="28"/>
                <w:szCs w:val="28"/>
              </w:rPr>
              <w:t>8</w:t>
            </w:r>
          </w:p>
        </w:tc>
        <w:tc>
          <w:tcPr>
            <w:tcW w:w="738" w:type="dxa"/>
            <w:vAlign w:val="center"/>
          </w:tcPr>
          <w:p w14:paraId="54A0A257" w14:textId="77777777" w:rsidR="00E91A42" w:rsidRPr="00E91A42" w:rsidRDefault="00E91A42" w:rsidP="00A701F9">
            <w:pPr>
              <w:spacing w:before="60" w:after="60"/>
              <w:jc w:val="center"/>
              <w:rPr>
                <w:i/>
                <w:sz w:val="28"/>
                <w:szCs w:val="28"/>
              </w:rPr>
            </w:pPr>
            <w:r w:rsidRPr="00E91A42">
              <w:rPr>
                <w:i/>
                <w:sz w:val="28"/>
                <w:szCs w:val="28"/>
              </w:rPr>
              <w:t>9</w:t>
            </w:r>
          </w:p>
        </w:tc>
        <w:tc>
          <w:tcPr>
            <w:tcW w:w="822" w:type="dxa"/>
            <w:vAlign w:val="center"/>
          </w:tcPr>
          <w:p w14:paraId="3180CB4F" w14:textId="77777777" w:rsidR="00E91A42" w:rsidRPr="00E91A42" w:rsidRDefault="00E91A42" w:rsidP="00A701F9">
            <w:pPr>
              <w:spacing w:before="50" w:after="50"/>
              <w:jc w:val="center"/>
              <w:rPr>
                <w:i/>
                <w:sz w:val="28"/>
                <w:szCs w:val="28"/>
              </w:rPr>
            </w:pPr>
            <w:r w:rsidRPr="00E91A42">
              <w:rPr>
                <w:i/>
                <w:sz w:val="28"/>
                <w:szCs w:val="28"/>
              </w:rPr>
              <w:t>10</w:t>
            </w:r>
          </w:p>
        </w:tc>
        <w:tc>
          <w:tcPr>
            <w:tcW w:w="769" w:type="dxa"/>
            <w:vAlign w:val="center"/>
          </w:tcPr>
          <w:p w14:paraId="35045829" w14:textId="77777777" w:rsidR="00E91A42" w:rsidRPr="00E91A42" w:rsidRDefault="00E91A42" w:rsidP="00A701F9">
            <w:pPr>
              <w:spacing w:before="50" w:after="50"/>
              <w:jc w:val="center"/>
              <w:rPr>
                <w:i/>
                <w:sz w:val="28"/>
                <w:szCs w:val="28"/>
              </w:rPr>
            </w:pPr>
          </w:p>
        </w:tc>
        <w:tc>
          <w:tcPr>
            <w:tcW w:w="992" w:type="dxa"/>
            <w:vAlign w:val="center"/>
          </w:tcPr>
          <w:p w14:paraId="02B6FB29" w14:textId="77777777" w:rsidR="00E91A42" w:rsidRPr="00E91A42" w:rsidRDefault="00E91A42" w:rsidP="00A701F9">
            <w:pPr>
              <w:spacing w:before="50" w:after="50"/>
              <w:jc w:val="center"/>
              <w:rPr>
                <w:i/>
                <w:sz w:val="28"/>
                <w:szCs w:val="28"/>
              </w:rPr>
            </w:pPr>
          </w:p>
        </w:tc>
        <w:tc>
          <w:tcPr>
            <w:tcW w:w="709" w:type="dxa"/>
            <w:vAlign w:val="center"/>
          </w:tcPr>
          <w:p w14:paraId="40CDF457" w14:textId="77777777" w:rsidR="00E91A42" w:rsidRPr="00E91A42" w:rsidRDefault="00E91A42" w:rsidP="00A701F9">
            <w:pPr>
              <w:spacing w:before="50" w:after="50"/>
              <w:jc w:val="center"/>
              <w:rPr>
                <w:i/>
                <w:sz w:val="28"/>
                <w:szCs w:val="28"/>
              </w:rPr>
            </w:pPr>
          </w:p>
        </w:tc>
        <w:tc>
          <w:tcPr>
            <w:tcW w:w="992" w:type="dxa"/>
            <w:vAlign w:val="center"/>
          </w:tcPr>
          <w:p w14:paraId="38237A09" w14:textId="77777777" w:rsidR="00E91A42" w:rsidRPr="00E91A42" w:rsidRDefault="00E91A42" w:rsidP="00A701F9">
            <w:pPr>
              <w:spacing w:before="50" w:after="50"/>
              <w:jc w:val="center"/>
              <w:rPr>
                <w:i/>
                <w:sz w:val="28"/>
                <w:szCs w:val="28"/>
              </w:rPr>
            </w:pPr>
          </w:p>
        </w:tc>
      </w:tr>
      <w:tr w:rsidR="00E91A42" w:rsidRPr="00E91A42" w14:paraId="3EB83ADB" w14:textId="77777777" w:rsidTr="00A701F9">
        <w:trPr>
          <w:trHeight w:val="476"/>
        </w:trPr>
        <w:tc>
          <w:tcPr>
            <w:tcW w:w="514" w:type="dxa"/>
          </w:tcPr>
          <w:p w14:paraId="54FD7D40" w14:textId="77777777" w:rsidR="00E91A42" w:rsidRPr="00E91A42" w:rsidRDefault="00E91A42" w:rsidP="00A701F9">
            <w:pPr>
              <w:jc w:val="center"/>
              <w:rPr>
                <w:b/>
                <w:sz w:val="28"/>
                <w:szCs w:val="28"/>
              </w:rPr>
            </w:pPr>
            <w:r w:rsidRPr="00E91A42">
              <w:rPr>
                <w:b/>
                <w:sz w:val="28"/>
                <w:szCs w:val="28"/>
              </w:rPr>
              <w:t>5.1</w:t>
            </w:r>
          </w:p>
        </w:tc>
        <w:tc>
          <w:tcPr>
            <w:tcW w:w="3353" w:type="dxa"/>
          </w:tcPr>
          <w:p w14:paraId="1BBAD8F8" w14:textId="77777777" w:rsidR="00E91A42" w:rsidRPr="00E91A42" w:rsidRDefault="00E91A42" w:rsidP="00A701F9">
            <w:pPr>
              <w:rPr>
                <w:b/>
                <w:sz w:val="28"/>
                <w:szCs w:val="28"/>
                <w:lang w:val="pt-BR"/>
              </w:rPr>
            </w:pPr>
            <w:r w:rsidRPr="00E91A42">
              <w:rPr>
                <w:b/>
                <w:sz w:val="28"/>
                <w:szCs w:val="28"/>
                <w:lang w:val="pt-BR"/>
              </w:rPr>
              <w:t>Công tác phí trong nước</w:t>
            </w:r>
          </w:p>
        </w:tc>
        <w:tc>
          <w:tcPr>
            <w:tcW w:w="859" w:type="dxa"/>
          </w:tcPr>
          <w:p w14:paraId="6A2257F7" w14:textId="77777777" w:rsidR="00E91A42" w:rsidRPr="00E91A42" w:rsidRDefault="00E91A42" w:rsidP="00A701F9">
            <w:pPr>
              <w:spacing w:before="60" w:after="60"/>
              <w:jc w:val="center"/>
              <w:rPr>
                <w:sz w:val="28"/>
                <w:szCs w:val="28"/>
              </w:rPr>
            </w:pPr>
          </w:p>
        </w:tc>
        <w:tc>
          <w:tcPr>
            <w:tcW w:w="862" w:type="dxa"/>
            <w:tcBorders>
              <w:bottom w:val="single" w:sz="4" w:space="0" w:color="auto"/>
            </w:tcBorders>
          </w:tcPr>
          <w:p w14:paraId="42958F93" w14:textId="77777777" w:rsidR="00E91A42" w:rsidRPr="00E91A42" w:rsidRDefault="00E91A42" w:rsidP="00A701F9">
            <w:pPr>
              <w:spacing w:before="60" w:after="60"/>
              <w:jc w:val="center"/>
              <w:rPr>
                <w:sz w:val="28"/>
                <w:szCs w:val="28"/>
              </w:rPr>
            </w:pPr>
          </w:p>
        </w:tc>
        <w:tc>
          <w:tcPr>
            <w:tcW w:w="820" w:type="dxa"/>
          </w:tcPr>
          <w:p w14:paraId="7EB1C301" w14:textId="77777777" w:rsidR="00E91A42" w:rsidRPr="00E91A42" w:rsidRDefault="00E91A42" w:rsidP="00A701F9">
            <w:pPr>
              <w:spacing w:before="60" w:after="60"/>
              <w:jc w:val="center"/>
              <w:rPr>
                <w:sz w:val="28"/>
                <w:szCs w:val="28"/>
              </w:rPr>
            </w:pPr>
          </w:p>
        </w:tc>
        <w:tc>
          <w:tcPr>
            <w:tcW w:w="821" w:type="dxa"/>
            <w:tcBorders>
              <w:bottom w:val="single" w:sz="4" w:space="0" w:color="auto"/>
            </w:tcBorders>
          </w:tcPr>
          <w:p w14:paraId="0492FDF2" w14:textId="77777777" w:rsidR="00E91A42" w:rsidRPr="00E91A42" w:rsidRDefault="00E91A42" w:rsidP="00A701F9">
            <w:pPr>
              <w:spacing w:before="60" w:after="60"/>
              <w:jc w:val="center"/>
              <w:rPr>
                <w:sz w:val="28"/>
                <w:szCs w:val="28"/>
              </w:rPr>
            </w:pPr>
          </w:p>
        </w:tc>
        <w:tc>
          <w:tcPr>
            <w:tcW w:w="738" w:type="dxa"/>
          </w:tcPr>
          <w:p w14:paraId="1624D4B4" w14:textId="77777777" w:rsidR="00E91A42" w:rsidRPr="00E91A42" w:rsidRDefault="00E91A42" w:rsidP="00A701F9">
            <w:pPr>
              <w:spacing w:before="60" w:after="60"/>
              <w:jc w:val="center"/>
              <w:rPr>
                <w:sz w:val="28"/>
                <w:szCs w:val="28"/>
              </w:rPr>
            </w:pPr>
          </w:p>
        </w:tc>
        <w:tc>
          <w:tcPr>
            <w:tcW w:w="903" w:type="dxa"/>
            <w:tcBorders>
              <w:bottom w:val="single" w:sz="4" w:space="0" w:color="auto"/>
            </w:tcBorders>
          </w:tcPr>
          <w:p w14:paraId="1E00C22D" w14:textId="77777777" w:rsidR="00E91A42" w:rsidRPr="00E91A42" w:rsidRDefault="00E91A42" w:rsidP="00A701F9">
            <w:pPr>
              <w:spacing w:before="60" w:after="60"/>
              <w:jc w:val="center"/>
              <w:rPr>
                <w:sz w:val="28"/>
                <w:szCs w:val="28"/>
              </w:rPr>
            </w:pPr>
          </w:p>
        </w:tc>
        <w:tc>
          <w:tcPr>
            <w:tcW w:w="738" w:type="dxa"/>
          </w:tcPr>
          <w:p w14:paraId="1E260873" w14:textId="77777777" w:rsidR="00E91A42" w:rsidRPr="00E91A42" w:rsidRDefault="00E91A42" w:rsidP="00A701F9">
            <w:pPr>
              <w:spacing w:before="60" w:after="60"/>
              <w:jc w:val="center"/>
              <w:rPr>
                <w:sz w:val="28"/>
                <w:szCs w:val="28"/>
              </w:rPr>
            </w:pPr>
          </w:p>
        </w:tc>
        <w:tc>
          <w:tcPr>
            <w:tcW w:w="822" w:type="dxa"/>
            <w:tcBorders>
              <w:bottom w:val="single" w:sz="4" w:space="0" w:color="auto"/>
            </w:tcBorders>
          </w:tcPr>
          <w:p w14:paraId="341EDDEC" w14:textId="77777777" w:rsidR="00E91A42" w:rsidRPr="00E91A42" w:rsidRDefault="00E91A42" w:rsidP="00A701F9">
            <w:pPr>
              <w:spacing w:before="60" w:after="60"/>
              <w:jc w:val="center"/>
              <w:rPr>
                <w:sz w:val="28"/>
                <w:szCs w:val="28"/>
              </w:rPr>
            </w:pPr>
          </w:p>
        </w:tc>
        <w:tc>
          <w:tcPr>
            <w:tcW w:w="769" w:type="dxa"/>
          </w:tcPr>
          <w:p w14:paraId="1F347EC7" w14:textId="77777777" w:rsidR="00E91A42" w:rsidRPr="00E91A42" w:rsidRDefault="00E91A42" w:rsidP="00A701F9">
            <w:pPr>
              <w:spacing w:before="60" w:after="60"/>
              <w:jc w:val="center"/>
              <w:rPr>
                <w:sz w:val="28"/>
                <w:szCs w:val="28"/>
              </w:rPr>
            </w:pPr>
          </w:p>
        </w:tc>
        <w:tc>
          <w:tcPr>
            <w:tcW w:w="992" w:type="dxa"/>
          </w:tcPr>
          <w:p w14:paraId="3BF05C2E" w14:textId="77777777" w:rsidR="00E91A42" w:rsidRPr="00E91A42" w:rsidRDefault="00E91A42" w:rsidP="00A701F9">
            <w:pPr>
              <w:spacing w:before="60" w:after="60"/>
              <w:jc w:val="center"/>
              <w:rPr>
                <w:sz w:val="28"/>
                <w:szCs w:val="28"/>
              </w:rPr>
            </w:pPr>
          </w:p>
        </w:tc>
        <w:tc>
          <w:tcPr>
            <w:tcW w:w="709" w:type="dxa"/>
          </w:tcPr>
          <w:p w14:paraId="0F0D19EB" w14:textId="77777777" w:rsidR="00E91A42" w:rsidRPr="00E91A42" w:rsidRDefault="00E91A42" w:rsidP="00A701F9">
            <w:pPr>
              <w:spacing w:before="60" w:after="60"/>
              <w:jc w:val="center"/>
              <w:rPr>
                <w:sz w:val="28"/>
                <w:szCs w:val="28"/>
              </w:rPr>
            </w:pPr>
          </w:p>
        </w:tc>
        <w:tc>
          <w:tcPr>
            <w:tcW w:w="992" w:type="dxa"/>
          </w:tcPr>
          <w:p w14:paraId="04A8119C" w14:textId="77777777" w:rsidR="00E91A42" w:rsidRPr="00E91A42" w:rsidRDefault="00E91A42" w:rsidP="00A701F9">
            <w:pPr>
              <w:spacing w:before="60" w:after="60"/>
              <w:jc w:val="center"/>
              <w:rPr>
                <w:sz w:val="28"/>
                <w:szCs w:val="28"/>
              </w:rPr>
            </w:pPr>
          </w:p>
        </w:tc>
      </w:tr>
      <w:tr w:rsidR="00E91A42" w:rsidRPr="00E91A42" w14:paraId="3ECBBD23" w14:textId="77777777" w:rsidTr="00A701F9">
        <w:trPr>
          <w:trHeight w:val="789"/>
        </w:trPr>
        <w:tc>
          <w:tcPr>
            <w:tcW w:w="514" w:type="dxa"/>
          </w:tcPr>
          <w:p w14:paraId="3CB6AB57" w14:textId="77777777" w:rsidR="00E91A42" w:rsidRPr="00E91A42" w:rsidRDefault="00E91A42" w:rsidP="00A701F9">
            <w:pPr>
              <w:jc w:val="center"/>
              <w:rPr>
                <w:sz w:val="28"/>
                <w:szCs w:val="28"/>
              </w:rPr>
            </w:pPr>
            <w:r w:rsidRPr="00E91A42">
              <w:rPr>
                <w:sz w:val="28"/>
                <w:szCs w:val="28"/>
              </w:rPr>
              <w:t>-</w:t>
            </w:r>
          </w:p>
        </w:tc>
        <w:tc>
          <w:tcPr>
            <w:tcW w:w="3353" w:type="dxa"/>
          </w:tcPr>
          <w:p w14:paraId="46D802E5" w14:textId="77777777" w:rsidR="00E91A42" w:rsidRPr="00E91A42" w:rsidRDefault="00E91A42" w:rsidP="00A701F9">
            <w:pPr>
              <w:rPr>
                <w:spacing w:val="-2"/>
                <w:sz w:val="28"/>
                <w:szCs w:val="28"/>
              </w:rPr>
            </w:pPr>
            <w:r w:rsidRPr="00E91A42">
              <w:rPr>
                <w:spacing w:val="-2"/>
                <w:sz w:val="28"/>
                <w:szCs w:val="28"/>
              </w:rPr>
              <w:t>Chuyến 1: (Nội dung, địa điểm, thời gian, số người)</w:t>
            </w:r>
          </w:p>
        </w:tc>
        <w:tc>
          <w:tcPr>
            <w:tcW w:w="859" w:type="dxa"/>
          </w:tcPr>
          <w:p w14:paraId="67F3E04F" w14:textId="77777777" w:rsidR="00E91A42" w:rsidRPr="00E91A42" w:rsidRDefault="00E91A42" w:rsidP="00A701F9">
            <w:pPr>
              <w:spacing w:before="60" w:after="60"/>
              <w:jc w:val="center"/>
              <w:rPr>
                <w:sz w:val="28"/>
                <w:szCs w:val="28"/>
              </w:rPr>
            </w:pPr>
          </w:p>
        </w:tc>
        <w:tc>
          <w:tcPr>
            <w:tcW w:w="862" w:type="dxa"/>
            <w:tcBorders>
              <w:tr2bl w:val="single" w:sz="4" w:space="0" w:color="auto"/>
            </w:tcBorders>
          </w:tcPr>
          <w:p w14:paraId="11F11DBB" w14:textId="77777777" w:rsidR="00E91A42" w:rsidRPr="00E91A42" w:rsidRDefault="00E91A42" w:rsidP="00A701F9">
            <w:pPr>
              <w:spacing w:before="60" w:after="60"/>
              <w:jc w:val="center"/>
              <w:rPr>
                <w:sz w:val="28"/>
                <w:szCs w:val="28"/>
              </w:rPr>
            </w:pPr>
          </w:p>
        </w:tc>
        <w:tc>
          <w:tcPr>
            <w:tcW w:w="820" w:type="dxa"/>
          </w:tcPr>
          <w:p w14:paraId="6A0E390B" w14:textId="77777777" w:rsidR="00E91A42" w:rsidRPr="00E91A42" w:rsidRDefault="00E91A42" w:rsidP="00A701F9">
            <w:pPr>
              <w:spacing w:before="60" w:after="60"/>
              <w:jc w:val="center"/>
              <w:rPr>
                <w:sz w:val="28"/>
                <w:szCs w:val="28"/>
              </w:rPr>
            </w:pPr>
          </w:p>
        </w:tc>
        <w:tc>
          <w:tcPr>
            <w:tcW w:w="821" w:type="dxa"/>
            <w:tcBorders>
              <w:tr2bl w:val="single" w:sz="4" w:space="0" w:color="auto"/>
            </w:tcBorders>
          </w:tcPr>
          <w:p w14:paraId="3EAF37FC" w14:textId="77777777" w:rsidR="00E91A42" w:rsidRPr="00E91A42" w:rsidRDefault="00E91A42" w:rsidP="00A701F9">
            <w:pPr>
              <w:spacing w:before="60" w:after="60"/>
              <w:jc w:val="center"/>
              <w:rPr>
                <w:sz w:val="28"/>
                <w:szCs w:val="28"/>
              </w:rPr>
            </w:pPr>
          </w:p>
        </w:tc>
        <w:tc>
          <w:tcPr>
            <w:tcW w:w="738" w:type="dxa"/>
          </w:tcPr>
          <w:p w14:paraId="630381FB" w14:textId="77777777" w:rsidR="00E91A42" w:rsidRPr="00E91A42" w:rsidRDefault="00E91A42" w:rsidP="00A701F9">
            <w:pPr>
              <w:spacing w:before="60" w:after="60"/>
              <w:jc w:val="center"/>
              <w:rPr>
                <w:sz w:val="28"/>
                <w:szCs w:val="28"/>
              </w:rPr>
            </w:pPr>
          </w:p>
        </w:tc>
        <w:tc>
          <w:tcPr>
            <w:tcW w:w="903" w:type="dxa"/>
            <w:tcBorders>
              <w:tr2bl w:val="single" w:sz="4" w:space="0" w:color="auto"/>
            </w:tcBorders>
          </w:tcPr>
          <w:p w14:paraId="189E664F" w14:textId="77777777" w:rsidR="00E91A42" w:rsidRPr="00E91A42" w:rsidRDefault="00E91A42" w:rsidP="00A701F9">
            <w:pPr>
              <w:spacing w:before="60" w:after="60"/>
              <w:jc w:val="center"/>
              <w:rPr>
                <w:sz w:val="28"/>
                <w:szCs w:val="28"/>
              </w:rPr>
            </w:pPr>
          </w:p>
        </w:tc>
        <w:tc>
          <w:tcPr>
            <w:tcW w:w="738" w:type="dxa"/>
          </w:tcPr>
          <w:p w14:paraId="0FC79C4D" w14:textId="77777777" w:rsidR="00E91A42" w:rsidRPr="00E91A42" w:rsidRDefault="00E91A42" w:rsidP="00A701F9">
            <w:pPr>
              <w:spacing w:before="60" w:after="60"/>
              <w:jc w:val="center"/>
              <w:rPr>
                <w:sz w:val="28"/>
                <w:szCs w:val="28"/>
              </w:rPr>
            </w:pPr>
          </w:p>
        </w:tc>
        <w:tc>
          <w:tcPr>
            <w:tcW w:w="822" w:type="dxa"/>
            <w:tcBorders>
              <w:tr2bl w:val="single" w:sz="4" w:space="0" w:color="auto"/>
            </w:tcBorders>
          </w:tcPr>
          <w:p w14:paraId="77C3E0E7" w14:textId="77777777" w:rsidR="00E91A42" w:rsidRPr="00E91A42" w:rsidRDefault="00E91A42" w:rsidP="00A701F9">
            <w:pPr>
              <w:spacing w:before="60" w:after="60"/>
              <w:jc w:val="center"/>
              <w:rPr>
                <w:sz w:val="28"/>
                <w:szCs w:val="28"/>
              </w:rPr>
            </w:pPr>
          </w:p>
        </w:tc>
        <w:tc>
          <w:tcPr>
            <w:tcW w:w="769" w:type="dxa"/>
          </w:tcPr>
          <w:p w14:paraId="30980132" w14:textId="77777777" w:rsidR="00E91A42" w:rsidRPr="00E91A42" w:rsidRDefault="00E91A42" w:rsidP="00A701F9">
            <w:pPr>
              <w:spacing w:before="60" w:after="60"/>
              <w:jc w:val="center"/>
              <w:rPr>
                <w:sz w:val="28"/>
                <w:szCs w:val="28"/>
              </w:rPr>
            </w:pPr>
          </w:p>
        </w:tc>
        <w:tc>
          <w:tcPr>
            <w:tcW w:w="992" w:type="dxa"/>
          </w:tcPr>
          <w:p w14:paraId="527297A1" w14:textId="77777777" w:rsidR="00E91A42" w:rsidRPr="00E91A42" w:rsidRDefault="00E91A42" w:rsidP="00A701F9">
            <w:pPr>
              <w:spacing w:before="60" w:after="60"/>
              <w:jc w:val="center"/>
              <w:rPr>
                <w:sz w:val="28"/>
                <w:szCs w:val="28"/>
              </w:rPr>
            </w:pPr>
          </w:p>
        </w:tc>
        <w:tc>
          <w:tcPr>
            <w:tcW w:w="709" w:type="dxa"/>
          </w:tcPr>
          <w:p w14:paraId="112FEBBC" w14:textId="77777777" w:rsidR="00E91A42" w:rsidRPr="00E91A42" w:rsidRDefault="00E91A42" w:rsidP="00A701F9">
            <w:pPr>
              <w:spacing w:before="60" w:after="60"/>
              <w:jc w:val="center"/>
              <w:rPr>
                <w:sz w:val="28"/>
                <w:szCs w:val="28"/>
              </w:rPr>
            </w:pPr>
          </w:p>
        </w:tc>
        <w:tc>
          <w:tcPr>
            <w:tcW w:w="992" w:type="dxa"/>
          </w:tcPr>
          <w:p w14:paraId="76734284" w14:textId="77777777" w:rsidR="00E91A42" w:rsidRPr="00E91A42" w:rsidRDefault="00E91A42" w:rsidP="00A701F9">
            <w:pPr>
              <w:spacing w:before="60" w:after="60"/>
              <w:jc w:val="center"/>
              <w:rPr>
                <w:sz w:val="28"/>
                <w:szCs w:val="28"/>
              </w:rPr>
            </w:pPr>
          </w:p>
        </w:tc>
      </w:tr>
      <w:tr w:rsidR="00E91A42" w:rsidRPr="00E91A42" w14:paraId="4D11EC20" w14:textId="77777777" w:rsidTr="00A701F9">
        <w:trPr>
          <w:trHeight w:val="789"/>
        </w:trPr>
        <w:tc>
          <w:tcPr>
            <w:tcW w:w="514" w:type="dxa"/>
          </w:tcPr>
          <w:p w14:paraId="2923B2DF" w14:textId="77777777" w:rsidR="00E91A42" w:rsidRPr="00E91A42" w:rsidRDefault="00E91A42" w:rsidP="00A701F9">
            <w:pPr>
              <w:jc w:val="center"/>
              <w:rPr>
                <w:sz w:val="28"/>
                <w:szCs w:val="28"/>
              </w:rPr>
            </w:pPr>
            <w:r w:rsidRPr="00E91A42">
              <w:rPr>
                <w:sz w:val="28"/>
                <w:szCs w:val="28"/>
              </w:rPr>
              <w:t>-</w:t>
            </w:r>
          </w:p>
        </w:tc>
        <w:tc>
          <w:tcPr>
            <w:tcW w:w="3353" w:type="dxa"/>
          </w:tcPr>
          <w:p w14:paraId="5991CF9B" w14:textId="77777777" w:rsidR="00E91A42" w:rsidRPr="00E91A42" w:rsidRDefault="00E91A42" w:rsidP="00A701F9">
            <w:pPr>
              <w:rPr>
                <w:spacing w:val="-2"/>
                <w:sz w:val="28"/>
                <w:szCs w:val="28"/>
              </w:rPr>
            </w:pPr>
            <w:r w:rsidRPr="00E91A42">
              <w:rPr>
                <w:spacing w:val="-2"/>
                <w:sz w:val="28"/>
                <w:szCs w:val="28"/>
              </w:rPr>
              <w:t>Chuyến 2: (Nội dung, địa điểm, thời gian, số người)</w:t>
            </w:r>
          </w:p>
        </w:tc>
        <w:tc>
          <w:tcPr>
            <w:tcW w:w="859" w:type="dxa"/>
          </w:tcPr>
          <w:p w14:paraId="49D648CC" w14:textId="77777777" w:rsidR="00E91A42" w:rsidRPr="00E91A42" w:rsidRDefault="00E91A42" w:rsidP="00A701F9">
            <w:pPr>
              <w:spacing w:before="60" w:after="60"/>
              <w:jc w:val="center"/>
              <w:rPr>
                <w:sz w:val="28"/>
                <w:szCs w:val="28"/>
              </w:rPr>
            </w:pPr>
          </w:p>
        </w:tc>
        <w:tc>
          <w:tcPr>
            <w:tcW w:w="862" w:type="dxa"/>
            <w:tcBorders>
              <w:tr2bl w:val="single" w:sz="4" w:space="0" w:color="auto"/>
            </w:tcBorders>
          </w:tcPr>
          <w:p w14:paraId="3CB38BA2" w14:textId="77777777" w:rsidR="00E91A42" w:rsidRPr="00E91A42" w:rsidRDefault="00E91A42" w:rsidP="00A701F9">
            <w:pPr>
              <w:spacing w:before="60" w:after="60"/>
              <w:jc w:val="center"/>
              <w:rPr>
                <w:sz w:val="28"/>
                <w:szCs w:val="28"/>
              </w:rPr>
            </w:pPr>
          </w:p>
        </w:tc>
        <w:tc>
          <w:tcPr>
            <w:tcW w:w="820" w:type="dxa"/>
          </w:tcPr>
          <w:p w14:paraId="4F00914E" w14:textId="77777777" w:rsidR="00E91A42" w:rsidRPr="00E91A42" w:rsidRDefault="00E91A42" w:rsidP="00A701F9">
            <w:pPr>
              <w:spacing w:before="60" w:after="60"/>
              <w:jc w:val="center"/>
              <w:rPr>
                <w:sz w:val="28"/>
                <w:szCs w:val="28"/>
              </w:rPr>
            </w:pPr>
          </w:p>
        </w:tc>
        <w:tc>
          <w:tcPr>
            <w:tcW w:w="821" w:type="dxa"/>
            <w:tcBorders>
              <w:tr2bl w:val="single" w:sz="4" w:space="0" w:color="auto"/>
            </w:tcBorders>
          </w:tcPr>
          <w:p w14:paraId="63D333CD" w14:textId="77777777" w:rsidR="00E91A42" w:rsidRPr="00E91A42" w:rsidRDefault="00E91A42" w:rsidP="00A701F9">
            <w:pPr>
              <w:spacing w:before="60" w:after="60"/>
              <w:jc w:val="center"/>
              <w:rPr>
                <w:sz w:val="28"/>
                <w:szCs w:val="28"/>
              </w:rPr>
            </w:pPr>
          </w:p>
        </w:tc>
        <w:tc>
          <w:tcPr>
            <w:tcW w:w="738" w:type="dxa"/>
          </w:tcPr>
          <w:p w14:paraId="387730D7" w14:textId="77777777" w:rsidR="00E91A42" w:rsidRPr="00E91A42" w:rsidRDefault="00E91A42" w:rsidP="00A701F9">
            <w:pPr>
              <w:spacing w:before="60" w:after="60"/>
              <w:jc w:val="center"/>
              <w:rPr>
                <w:sz w:val="28"/>
                <w:szCs w:val="28"/>
              </w:rPr>
            </w:pPr>
          </w:p>
        </w:tc>
        <w:tc>
          <w:tcPr>
            <w:tcW w:w="903" w:type="dxa"/>
            <w:tcBorders>
              <w:tr2bl w:val="single" w:sz="4" w:space="0" w:color="auto"/>
            </w:tcBorders>
          </w:tcPr>
          <w:p w14:paraId="4F997B20" w14:textId="77777777" w:rsidR="00E91A42" w:rsidRPr="00E91A42" w:rsidRDefault="00E91A42" w:rsidP="00A701F9">
            <w:pPr>
              <w:spacing w:before="60" w:after="60"/>
              <w:jc w:val="center"/>
              <w:rPr>
                <w:sz w:val="28"/>
                <w:szCs w:val="28"/>
              </w:rPr>
            </w:pPr>
          </w:p>
        </w:tc>
        <w:tc>
          <w:tcPr>
            <w:tcW w:w="738" w:type="dxa"/>
          </w:tcPr>
          <w:p w14:paraId="4E155E5B" w14:textId="77777777" w:rsidR="00E91A42" w:rsidRPr="00E91A42" w:rsidRDefault="00E91A42" w:rsidP="00A701F9">
            <w:pPr>
              <w:spacing w:before="60" w:after="60"/>
              <w:jc w:val="center"/>
              <w:rPr>
                <w:sz w:val="28"/>
                <w:szCs w:val="28"/>
              </w:rPr>
            </w:pPr>
          </w:p>
        </w:tc>
        <w:tc>
          <w:tcPr>
            <w:tcW w:w="822" w:type="dxa"/>
            <w:tcBorders>
              <w:tr2bl w:val="single" w:sz="4" w:space="0" w:color="auto"/>
            </w:tcBorders>
          </w:tcPr>
          <w:p w14:paraId="24D199D5" w14:textId="77777777" w:rsidR="00E91A42" w:rsidRPr="00E91A42" w:rsidRDefault="00E91A42" w:rsidP="00A701F9">
            <w:pPr>
              <w:spacing w:before="60" w:after="60"/>
              <w:jc w:val="center"/>
              <w:rPr>
                <w:sz w:val="28"/>
                <w:szCs w:val="28"/>
              </w:rPr>
            </w:pPr>
          </w:p>
        </w:tc>
        <w:tc>
          <w:tcPr>
            <w:tcW w:w="769" w:type="dxa"/>
          </w:tcPr>
          <w:p w14:paraId="180752E1" w14:textId="77777777" w:rsidR="00E91A42" w:rsidRPr="00E91A42" w:rsidRDefault="00E91A42" w:rsidP="00A701F9">
            <w:pPr>
              <w:spacing w:before="60" w:after="60"/>
              <w:jc w:val="center"/>
              <w:rPr>
                <w:sz w:val="28"/>
                <w:szCs w:val="28"/>
              </w:rPr>
            </w:pPr>
          </w:p>
        </w:tc>
        <w:tc>
          <w:tcPr>
            <w:tcW w:w="992" w:type="dxa"/>
          </w:tcPr>
          <w:p w14:paraId="6C0334B0" w14:textId="77777777" w:rsidR="00E91A42" w:rsidRPr="00E91A42" w:rsidRDefault="00E91A42" w:rsidP="00A701F9">
            <w:pPr>
              <w:spacing w:before="60" w:after="60"/>
              <w:jc w:val="center"/>
              <w:rPr>
                <w:sz w:val="28"/>
                <w:szCs w:val="28"/>
              </w:rPr>
            </w:pPr>
          </w:p>
        </w:tc>
        <w:tc>
          <w:tcPr>
            <w:tcW w:w="709" w:type="dxa"/>
          </w:tcPr>
          <w:p w14:paraId="5209318F" w14:textId="77777777" w:rsidR="00E91A42" w:rsidRPr="00E91A42" w:rsidRDefault="00E91A42" w:rsidP="00A701F9">
            <w:pPr>
              <w:spacing w:before="60" w:after="60"/>
              <w:jc w:val="center"/>
              <w:rPr>
                <w:sz w:val="28"/>
                <w:szCs w:val="28"/>
              </w:rPr>
            </w:pPr>
          </w:p>
        </w:tc>
        <w:tc>
          <w:tcPr>
            <w:tcW w:w="992" w:type="dxa"/>
          </w:tcPr>
          <w:p w14:paraId="45BF0AE6" w14:textId="77777777" w:rsidR="00E91A42" w:rsidRPr="00E91A42" w:rsidRDefault="00E91A42" w:rsidP="00A701F9">
            <w:pPr>
              <w:spacing w:before="60" w:after="60"/>
              <w:jc w:val="center"/>
              <w:rPr>
                <w:sz w:val="28"/>
                <w:szCs w:val="28"/>
              </w:rPr>
            </w:pPr>
          </w:p>
        </w:tc>
      </w:tr>
      <w:tr w:rsidR="00E91A42" w:rsidRPr="00E91A42" w14:paraId="39148EAD" w14:textId="77777777" w:rsidTr="00A701F9">
        <w:trPr>
          <w:trHeight w:val="789"/>
        </w:trPr>
        <w:tc>
          <w:tcPr>
            <w:tcW w:w="514" w:type="dxa"/>
          </w:tcPr>
          <w:p w14:paraId="439C67E8" w14:textId="77777777" w:rsidR="00E91A42" w:rsidRPr="00E91A42" w:rsidRDefault="00E91A42" w:rsidP="00A701F9">
            <w:pPr>
              <w:jc w:val="center"/>
              <w:rPr>
                <w:b/>
                <w:sz w:val="28"/>
                <w:szCs w:val="28"/>
              </w:rPr>
            </w:pPr>
            <w:r w:rsidRPr="00E91A42">
              <w:rPr>
                <w:b/>
                <w:sz w:val="28"/>
                <w:szCs w:val="28"/>
              </w:rPr>
              <w:lastRenderedPageBreak/>
              <w:t>5.2</w:t>
            </w:r>
          </w:p>
        </w:tc>
        <w:tc>
          <w:tcPr>
            <w:tcW w:w="3353" w:type="dxa"/>
          </w:tcPr>
          <w:p w14:paraId="624B18C7" w14:textId="77777777" w:rsidR="00E91A42" w:rsidRPr="00E91A42" w:rsidRDefault="00E91A42" w:rsidP="00A701F9">
            <w:pPr>
              <w:rPr>
                <w:b/>
                <w:sz w:val="28"/>
                <w:szCs w:val="28"/>
              </w:rPr>
            </w:pPr>
            <w:r w:rsidRPr="00E91A42">
              <w:rPr>
                <w:b/>
                <w:sz w:val="28"/>
                <w:szCs w:val="28"/>
              </w:rPr>
              <w:t>Hội nghị, hội thảo, tập huấn ngắn hạn trong nước</w:t>
            </w:r>
          </w:p>
        </w:tc>
        <w:tc>
          <w:tcPr>
            <w:tcW w:w="859" w:type="dxa"/>
          </w:tcPr>
          <w:p w14:paraId="760280E7" w14:textId="77777777" w:rsidR="00E91A42" w:rsidRPr="00E91A42" w:rsidRDefault="00E91A42" w:rsidP="00A701F9">
            <w:pPr>
              <w:spacing w:before="60" w:after="60"/>
              <w:jc w:val="center"/>
              <w:rPr>
                <w:sz w:val="28"/>
                <w:szCs w:val="28"/>
              </w:rPr>
            </w:pPr>
          </w:p>
        </w:tc>
        <w:tc>
          <w:tcPr>
            <w:tcW w:w="862" w:type="dxa"/>
            <w:tcBorders>
              <w:tr2bl w:val="single" w:sz="4" w:space="0" w:color="auto"/>
            </w:tcBorders>
          </w:tcPr>
          <w:p w14:paraId="59180C5C" w14:textId="77777777" w:rsidR="00E91A42" w:rsidRPr="00E91A42" w:rsidRDefault="00E91A42" w:rsidP="00A701F9">
            <w:pPr>
              <w:spacing w:before="60" w:after="60"/>
              <w:jc w:val="center"/>
              <w:rPr>
                <w:sz w:val="28"/>
                <w:szCs w:val="28"/>
              </w:rPr>
            </w:pPr>
          </w:p>
        </w:tc>
        <w:tc>
          <w:tcPr>
            <w:tcW w:w="820" w:type="dxa"/>
          </w:tcPr>
          <w:p w14:paraId="0A9F1BBD" w14:textId="77777777" w:rsidR="00E91A42" w:rsidRPr="00E91A42" w:rsidRDefault="00E91A42" w:rsidP="00A701F9">
            <w:pPr>
              <w:spacing w:before="60" w:after="60"/>
              <w:jc w:val="center"/>
              <w:rPr>
                <w:sz w:val="28"/>
                <w:szCs w:val="28"/>
              </w:rPr>
            </w:pPr>
          </w:p>
        </w:tc>
        <w:tc>
          <w:tcPr>
            <w:tcW w:w="821" w:type="dxa"/>
            <w:tcBorders>
              <w:tr2bl w:val="single" w:sz="4" w:space="0" w:color="auto"/>
            </w:tcBorders>
          </w:tcPr>
          <w:p w14:paraId="14F7CDDF" w14:textId="77777777" w:rsidR="00E91A42" w:rsidRPr="00E91A42" w:rsidRDefault="00E91A42" w:rsidP="00A701F9">
            <w:pPr>
              <w:spacing w:before="60" w:after="60"/>
              <w:jc w:val="center"/>
              <w:rPr>
                <w:sz w:val="28"/>
                <w:szCs w:val="28"/>
              </w:rPr>
            </w:pPr>
          </w:p>
        </w:tc>
        <w:tc>
          <w:tcPr>
            <w:tcW w:w="738" w:type="dxa"/>
          </w:tcPr>
          <w:p w14:paraId="01A19DEF" w14:textId="77777777" w:rsidR="00E91A42" w:rsidRPr="00E91A42" w:rsidRDefault="00E91A42" w:rsidP="00A701F9">
            <w:pPr>
              <w:spacing w:before="60" w:after="60"/>
              <w:jc w:val="center"/>
              <w:rPr>
                <w:sz w:val="28"/>
                <w:szCs w:val="28"/>
              </w:rPr>
            </w:pPr>
          </w:p>
        </w:tc>
        <w:tc>
          <w:tcPr>
            <w:tcW w:w="903" w:type="dxa"/>
            <w:tcBorders>
              <w:tr2bl w:val="single" w:sz="4" w:space="0" w:color="auto"/>
            </w:tcBorders>
          </w:tcPr>
          <w:p w14:paraId="30349CF6" w14:textId="77777777" w:rsidR="00E91A42" w:rsidRPr="00E91A42" w:rsidRDefault="00E91A42" w:rsidP="00A701F9">
            <w:pPr>
              <w:spacing w:before="60" w:after="60"/>
              <w:jc w:val="center"/>
              <w:rPr>
                <w:sz w:val="28"/>
                <w:szCs w:val="28"/>
              </w:rPr>
            </w:pPr>
          </w:p>
        </w:tc>
        <w:tc>
          <w:tcPr>
            <w:tcW w:w="738" w:type="dxa"/>
          </w:tcPr>
          <w:p w14:paraId="6D76599D" w14:textId="77777777" w:rsidR="00E91A42" w:rsidRPr="00E91A42" w:rsidRDefault="00E91A42" w:rsidP="00A701F9">
            <w:pPr>
              <w:spacing w:before="60" w:after="60"/>
              <w:jc w:val="center"/>
              <w:rPr>
                <w:sz w:val="28"/>
                <w:szCs w:val="28"/>
              </w:rPr>
            </w:pPr>
          </w:p>
        </w:tc>
        <w:tc>
          <w:tcPr>
            <w:tcW w:w="822" w:type="dxa"/>
            <w:tcBorders>
              <w:tr2bl w:val="single" w:sz="4" w:space="0" w:color="auto"/>
            </w:tcBorders>
          </w:tcPr>
          <w:p w14:paraId="7058D5FA" w14:textId="77777777" w:rsidR="00E91A42" w:rsidRPr="00E91A42" w:rsidRDefault="00E91A42" w:rsidP="00A701F9">
            <w:pPr>
              <w:spacing w:before="60" w:after="60"/>
              <w:jc w:val="center"/>
              <w:rPr>
                <w:sz w:val="28"/>
                <w:szCs w:val="28"/>
              </w:rPr>
            </w:pPr>
          </w:p>
        </w:tc>
        <w:tc>
          <w:tcPr>
            <w:tcW w:w="769" w:type="dxa"/>
          </w:tcPr>
          <w:p w14:paraId="1B15DCAC" w14:textId="77777777" w:rsidR="00E91A42" w:rsidRPr="00E91A42" w:rsidRDefault="00E91A42" w:rsidP="00A701F9">
            <w:pPr>
              <w:spacing w:before="60" w:after="60"/>
              <w:jc w:val="center"/>
              <w:rPr>
                <w:sz w:val="28"/>
                <w:szCs w:val="28"/>
              </w:rPr>
            </w:pPr>
          </w:p>
        </w:tc>
        <w:tc>
          <w:tcPr>
            <w:tcW w:w="992" w:type="dxa"/>
          </w:tcPr>
          <w:p w14:paraId="30BF67E9" w14:textId="77777777" w:rsidR="00E91A42" w:rsidRPr="00E91A42" w:rsidRDefault="00E91A42" w:rsidP="00A701F9">
            <w:pPr>
              <w:spacing w:before="60" w:after="60"/>
              <w:jc w:val="center"/>
              <w:rPr>
                <w:sz w:val="28"/>
                <w:szCs w:val="28"/>
              </w:rPr>
            </w:pPr>
          </w:p>
        </w:tc>
        <w:tc>
          <w:tcPr>
            <w:tcW w:w="709" w:type="dxa"/>
          </w:tcPr>
          <w:p w14:paraId="3A021CAD" w14:textId="77777777" w:rsidR="00E91A42" w:rsidRPr="00E91A42" w:rsidRDefault="00E91A42" w:rsidP="00A701F9">
            <w:pPr>
              <w:spacing w:before="60" w:after="60"/>
              <w:jc w:val="center"/>
              <w:rPr>
                <w:sz w:val="28"/>
                <w:szCs w:val="28"/>
              </w:rPr>
            </w:pPr>
          </w:p>
        </w:tc>
        <w:tc>
          <w:tcPr>
            <w:tcW w:w="992" w:type="dxa"/>
          </w:tcPr>
          <w:p w14:paraId="7E12FA2D" w14:textId="77777777" w:rsidR="00E91A42" w:rsidRPr="00E91A42" w:rsidRDefault="00E91A42" w:rsidP="00A701F9">
            <w:pPr>
              <w:spacing w:before="60" w:after="60"/>
              <w:jc w:val="center"/>
              <w:rPr>
                <w:sz w:val="28"/>
                <w:szCs w:val="28"/>
              </w:rPr>
            </w:pPr>
          </w:p>
        </w:tc>
      </w:tr>
      <w:tr w:rsidR="00E91A42" w:rsidRPr="00E91A42" w14:paraId="6D3FAD0D" w14:textId="77777777" w:rsidTr="00A701F9">
        <w:trPr>
          <w:trHeight w:val="774"/>
        </w:trPr>
        <w:tc>
          <w:tcPr>
            <w:tcW w:w="514" w:type="dxa"/>
          </w:tcPr>
          <w:p w14:paraId="64B26647" w14:textId="77777777" w:rsidR="00E91A42" w:rsidRPr="00E91A42" w:rsidRDefault="00E91A42" w:rsidP="00A701F9">
            <w:pPr>
              <w:jc w:val="center"/>
              <w:rPr>
                <w:sz w:val="28"/>
                <w:szCs w:val="28"/>
              </w:rPr>
            </w:pPr>
            <w:r w:rsidRPr="00E91A42">
              <w:rPr>
                <w:sz w:val="28"/>
                <w:szCs w:val="28"/>
              </w:rPr>
              <w:t>-</w:t>
            </w:r>
          </w:p>
        </w:tc>
        <w:tc>
          <w:tcPr>
            <w:tcW w:w="3353" w:type="dxa"/>
          </w:tcPr>
          <w:p w14:paraId="2B0A8D0F" w14:textId="77777777" w:rsidR="00E91A42" w:rsidRPr="00E91A42" w:rsidRDefault="00E91A42" w:rsidP="00A701F9">
            <w:pPr>
              <w:rPr>
                <w:sz w:val="28"/>
                <w:szCs w:val="28"/>
              </w:rPr>
            </w:pPr>
            <w:r w:rsidRPr="00E91A42">
              <w:rPr>
                <w:sz w:val="28"/>
                <w:szCs w:val="28"/>
              </w:rPr>
              <w:t>Hội thảo 1: (Nội dung, địa điểm, thời gian, số người)</w:t>
            </w:r>
          </w:p>
        </w:tc>
        <w:tc>
          <w:tcPr>
            <w:tcW w:w="859" w:type="dxa"/>
          </w:tcPr>
          <w:p w14:paraId="4ED23511" w14:textId="77777777" w:rsidR="00E91A42" w:rsidRPr="00E91A42" w:rsidRDefault="00E91A42" w:rsidP="00A701F9">
            <w:pPr>
              <w:spacing w:before="60" w:after="60"/>
              <w:jc w:val="center"/>
              <w:rPr>
                <w:sz w:val="28"/>
                <w:szCs w:val="28"/>
              </w:rPr>
            </w:pPr>
          </w:p>
        </w:tc>
        <w:tc>
          <w:tcPr>
            <w:tcW w:w="862" w:type="dxa"/>
          </w:tcPr>
          <w:p w14:paraId="714AA4FD" w14:textId="77777777" w:rsidR="00E91A42" w:rsidRPr="00E91A42" w:rsidRDefault="00E91A42" w:rsidP="00A701F9">
            <w:pPr>
              <w:spacing w:before="60" w:after="60"/>
              <w:jc w:val="center"/>
              <w:rPr>
                <w:sz w:val="28"/>
                <w:szCs w:val="28"/>
              </w:rPr>
            </w:pPr>
          </w:p>
        </w:tc>
        <w:tc>
          <w:tcPr>
            <w:tcW w:w="820" w:type="dxa"/>
          </w:tcPr>
          <w:p w14:paraId="57A8799E" w14:textId="77777777" w:rsidR="00E91A42" w:rsidRPr="00E91A42" w:rsidRDefault="00E91A42" w:rsidP="00A701F9">
            <w:pPr>
              <w:spacing w:before="60" w:after="60"/>
              <w:jc w:val="center"/>
              <w:rPr>
                <w:sz w:val="28"/>
                <w:szCs w:val="28"/>
              </w:rPr>
            </w:pPr>
          </w:p>
        </w:tc>
        <w:tc>
          <w:tcPr>
            <w:tcW w:w="821" w:type="dxa"/>
          </w:tcPr>
          <w:p w14:paraId="754E780A" w14:textId="77777777" w:rsidR="00E91A42" w:rsidRPr="00E91A42" w:rsidRDefault="00E91A42" w:rsidP="00A701F9">
            <w:pPr>
              <w:spacing w:before="60" w:after="60"/>
              <w:jc w:val="center"/>
              <w:rPr>
                <w:sz w:val="28"/>
                <w:szCs w:val="28"/>
              </w:rPr>
            </w:pPr>
          </w:p>
        </w:tc>
        <w:tc>
          <w:tcPr>
            <w:tcW w:w="738" w:type="dxa"/>
          </w:tcPr>
          <w:p w14:paraId="5E600913" w14:textId="77777777" w:rsidR="00E91A42" w:rsidRPr="00E91A42" w:rsidRDefault="00E91A42" w:rsidP="00A701F9">
            <w:pPr>
              <w:spacing w:before="60" w:after="60"/>
              <w:jc w:val="center"/>
              <w:rPr>
                <w:sz w:val="28"/>
                <w:szCs w:val="28"/>
              </w:rPr>
            </w:pPr>
          </w:p>
        </w:tc>
        <w:tc>
          <w:tcPr>
            <w:tcW w:w="903" w:type="dxa"/>
          </w:tcPr>
          <w:p w14:paraId="2548F80B" w14:textId="77777777" w:rsidR="00E91A42" w:rsidRPr="00E91A42" w:rsidRDefault="00E91A42" w:rsidP="00A701F9">
            <w:pPr>
              <w:spacing w:before="60" w:after="60"/>
              <w:jc w:val="center"/>
              <w:rPr>
                <w:sz w:val="28"/>
                <w:szCs w:val="28"/>
              </w:rPr>
            </w:pPr>
          </w:p>
        </w:tc>
        <w:tc>
          <w:tcPr>
            <w:tcW w:w="738" w:type="dxa"/>
          </w:tcPr>
          <w:p w14:paraId="7B60852D" w14:textId="77777777" w:rsidR="00E91A42" w:rsidRPr="00E91A42" w:rsidRDefault="00E91A42" w:rsidP="00A701F9">
            <w:pPr>
              <w:spacing w:before="60" w:after="60"/>
              <w:jc w:val="center"/>
              <w:rPr>
                <w:sz w:val="28"/>
                <w:szCs w:val="28"/>
              </w:rPr>
            </w:pPr>
          </w:p>
        </w:tc>
        <w:tc>
          <w:tcPr>
            <w:tcW w:w="822" w:type="dxa"/>
          </w:tcPr>
          <w:p w14:paraId="40E1FE9E" w14:textId="77777777" w:rsidR="00E91A42" w:rsidRPr="00E91A42" w:rsidRDefault="00E91A42" w:rsidP="00A701F9">
            <w:pPr>
              <w:spacing w:before="60" w:after="60"/>
              <w:jc w:val="center"/>
              <w:rPr>
                <w:sz w:val="28"/>
                <w:szCs w:val="28"/>
              </w:rPr>
            </w:pPr>
          </w:p>
        </w:tc>
        <w:tc>
          <w:tcPr>
            <w:tcW w:w="769" w:type="dxa"/>
          </w:tcPr>
          <w:p w14:paraId="38F1C333" w14:textId="77777777" w:rsidR="00E91A42" w:rsidRPr="00E91A42" w:rsidRDefault="00E91A42" w:rsidP="00A701F9">
            <w:pPr>
              <w:spacing w:before="60" w:after="60"/>
              <w:jc w:val="center"/>
              <w:rPr>
                <w:sz w:val="28"/>
                <w:szCs w:val="28"/>
              </w:rPr>
            </w:pPr>
          </w:p>
        </w:tc>
        <w:tc>
          <w:tcPr>
            <w:tcW w:w="992" w:type="dxa"/>
          </w:tcPr>
          <w:p w14:paraId="2DDA402A" w14:textId="77777777" w:rsidR="00E91A42" w:rsidRPr="00E91A42" w:rsidRDefault="00E91A42" w:rsidP="00A701F9">
            <w:pPr>
              <w:spacing w:before="60" w:after="60"/>
              <w:jc w:val="center"/>
              <w:rPr>
                <w:sz w:val="28"/>
                <w:szCs w:val="28"/>
              </w:rPr>
            </w:pPr>
          </w:p>
        </w:tc>
        <w:tc>
          <w:tcPr>
            <w:tcW w:w="709" w:type="dxa"/>
          </w:tcPr>
          <w:p w14:paraId="28DC4D6C" w14:textId="77777777" w:rsidR="00E91A42" w:rsidRPr="00E91A42" w:rsidRDefault="00E91A42" w:rsidP="00A701F9">
            <w:pPr>
              <w:spacing w:before="60" w:after="60"/>
              <w:jc w:val="center"/>
              <w:rPr>
                <w:sz w:val="28"/>
                <w:szCs w:val="28"/>
              </w:rPr>
            </w:pPr>
          </w:p>
        </w:tc>
        <w:tc>
          <w:tcPr>
            <w:tcW w:w="992" w:type="dxa"/>
          </w:tcPr>
          <w:p w14:paraId="2692EA9F" w14:textId="77777777" w:rsidR="00E91A42" w:rsidRPr="00E91A42" w:rsidRDefault="00E91A42" w:rsidP="00A701F9">
            <w:pPr>
              <w:spacing w:before="60" w:after="60"/>
              <w:jc w:val="center"/>
              <w:rPr>
                <w:sz w:val="28"/>
                <w:szCs w:val="28"/>
              </w:rPr>
            </w:pPr>
          </w:p>
        </w:tc>
      </w:tr>
      <w:tr w:rsidR="00E91A42" w:rsidRPr="0028776E" w14:paraId="24295C1D" w14:textId="77777777" w:rsidTr="00A701F9">
        <w:trPr>
          <w:trHeight w:val="789"/>
        </w:trPr>
        <w:tc>
          <w:tcPr>
            <w:tcW w:w="514" w:type="dxa"/>
          </w:tcPr>
          <w:p w14:paraId="3EDEBD04" w14:textId="77777777" w:rsidR="00E91A42" w:rsidRPr="00E91A42" w:rsidRDefault="00E91A42" w:rsidP="00A701F9">
            <w:pPr>
              <w:rPr>
                <w:spacing w:val="-2"/>
                <w:sz w:val="28"/>
                <w:szCs w:val="28"/>
                <w:lang w:val="es-MX"/>
              </w:rPr>
            </w:pPr>
            <w:r w:rsidRPr="00E91A42">
              <w:rPr>
                <w:spacing w:val="-2"/>
                <w:sz w:val="28"/>
                <w:szCs w:val="28"/>
                <w:lang w:val="es-MX"/>
              </w:rPr>
              <w:t>-</w:t>
            </w:r>
          </w:p>
        </w:tc>
        <w:tc>
          <w:tcPr>
            <w:tcW w:w="3353" w:type="dxa"/>
          </w:tcPr>
          <w:p w14:paraId="02060E82" w14:textId="77777777" w:rsidR="00E91A42" w:rsidRPr="00E91A42" w:rsidRDefault="00E91A42" w:rsidP="00A701F9">
            <w:pPr>
              <w:rPr>
                <w:spacing w:val="-2"/>
                <w:sz w:val="28"/>
                <w:szCs w:val="28"/>
                <w:lang w:val="es-MX"/>
              </w:rPr>
            </w:pPr>
            <w:r w:rsidRPr="00E91A42">
              <w:rPr>
                <w:spacing w:val="-2"/>
                <w:sz w:val="28"/>
                <w:szCs w:val="28"/>
                <w:lang w:val="es-MX"/>
              </w:rPr>
              <w:t>Hội thảo 2: (Nội dung, địa điểm, thời gian, số người)</w:t>
            </w:r>
          </w:p>
        </w:tc>
        <w:tc>
          <w:tcPr>
            <w:tcW w:w="859" w:type="dxa"/>
          </w:tcPr>
          <w:p w14:paraId="3D6752B7" w14:textId="77777777" w:rsidR="00E91A42" w:rsidRPr="00E91A42" w:rsidRDefault="00E91A42" w:rsidP="00A701F9">
            <w:pPr>
              <w:spacing w:before="60" w:after="60"/>
              <w:rPr>
                <w:sz w:val="28"/>
                <w:szCs w:val="28"/>
                <w:lang w:val="es-MX"/>
              </w:rPr>
            </w:pPr>
          </w:p>
        </w:tc>
        <w:tc>
          <w:tcPr>
            <w:tcW w:w="862" w:type="dxa"/>
          </w:tcPr>
          <w:p w14:paraId="3FDD06E2" w14:textId="77777777" w:rsidR="00E91A42" w:rsidRPr="00E91A42" w:rsidRDefault="00E91A42" w:rsidP="00A701F9">
            <w:pPr>
              <w:spacing w:before="60" w:after="60"/>
              <w:rPr>
                <w:sz w:val="28"/>
                <w:szCs w:val="28"/>
                <w:lang w:val="es-MX"/>
              </w:rPr>
            </w:pPr>
          </w:p>
        </w:tc>
        <w:tc>
          <w:tcPr>
            <w:tcW w:w="820" w:type="dxa"/>
          </w:tcPr>
          <w:p w14:paraId="1D5DD2C3" w14:textId="77777777" w:rsidR="00E91A42" w:rsidRPr="00E91A42" w:rsidRDefault="00E91A42" w:rsidP="00A701F9">
            <w:pPr>
              <w:spacing w:before="60" w:after="60"/>
              <w:rPr>
                <w:sz w:val="28"/>
                <w:szCs w:val="28"/>
                <w:lang w:val="es-MX"/>
              </w:rPr>
            </w:pPr>
          </w:p>
        </w:tc>
        <w:tc>
          <w:tcPr>
            <w:tcW w:w="821" w:type="dxa"/>
          </w:tcPr>
          <w:p w14:paraId="336B4155" w14:textId="77777777" w:rsidR="00E91A42" w:rsidRPr="00E91A42" w:rsidRDefault="00E91A42" w:rsidP="00A701F9">
            <w:pPr>
              <w:spacing w:before="60" w:after="60"/>
              <w:rPr>
                <w:sz w:val="28"/>
                <w:szCs w:val="28"/>
                <w:lang w:val="es-MX"/>
              </w:rPr>
            </w:pPr>
          </w:p>
        </w:tc>
        <w:tc>
          <w:tcPr>
            <w:tcW w:w="738" w:type="dxa"/>
          </w:tcPr>
          <w:p w14:paraId="34B62016" w14:textId="77777777" w:rsidR="00E91A42" w:rsidRPr="00E91A42" w:rsidRDefault="00E91A42" w:rsidP="00A701F9">
            <w:pPr>
              <w:spacing w:before="60" w:after="60"/>
              <w:rPr>
                <w:sz w:val="28"/>
                <w:szCs w:val="28"/>
                <w:lang w:val="es-MX"/>
              </w:rPr>
            </w:pPr>
          </w:p>
        </w:tc>
        <w:tc>
          <w:tcPr>
            <w:tcW w:w="903" w:type="dxa"/>
          </w:tcPr>
          <w:p w14:paraId="49F9CD66" w14:textId="77777777" w:rsidR="00E91A42" w:rsidRPr="00E91A42" w:rsidRDefault="00E91A42" w:rsidP="00A701F9">
            <w:pPr>
              <w:spacing w:before="60" w:after="60"/>
              <w:rPr>
                <w:sz w:val="28"/>
                <w:szCs w:val="28"/>
                <w:lang w:val="es-MX"/>
              </w:rPr>
            </w:pPr>
          </w:p>
        </w:tc>
        <w:tc>
          <w:tcPr>
            <w:tcW w:w="738" w:type="dxa"/>
          </w:tcPr>
          <w:p w14:paraId="0F49A0FE" w14:textId="77777777" w:rsidR="00E91A42" w:rsidRPr="00E91A42" w:rsidRDefault="00E91A42" w:rsidP="00A701F9">
            <w:pPr>
              <w:spacing w:before="60" w:after="60"/>
              <w:jc w:val="center"/>
              <w:rPr>
                <w:sz w:val="28"/>
                <w:szCs w:val="28"/>
                <w:lang w:val="es-MX"/>
              </w:rPr>
            </w:pPr>
          </w:p>
        </w:tc>
        <w:tc>
          <w:tcPr>
            <w:tcW w:w="822" w:type="dxa"/>
          </w:tcPr>
          <w:p w14:paraId="16B1E912" w14:textId="77777777" w:rsidR="00E91A42" w:rsidRPr="00E91A42" w:rsidRDefault="00E91A42" w:rsidP="00A701F9">
            <w:pPr>
              <w:spacing w:before="60" w:after="60"/>
              <w:jc w:val="center"/>
              <w:rPr>
                <w:sz w:val="28"/>
                <w:szCs w:val="28"/>
                <w:lang w:val="es-MX"/>
              </w:rPr>
            </w:pPr>
          </w:p>
        </w:tc>
        <w:tc>
          <w:tcPr>
            <w:tcW w:w="769" w:type="dxa"/>
          </w:tcPr>
          <w:p w14:paraId="4247253D" w14:textId="77777777" w:rsidR="00E91A42" w:rsidRPr="00E91A42" w:rsidRDefault="00E91A42" w:rsidP="00A701F9">
            <w:pPr>
              <w:spacing w:before="60" w:after="60"/>
              <w:jc w:val="center"/>
              <w:rPr>
                <w:sz w:val="28"/>
                <w:szCs w:val="28"/>
                <w:lang w:val="es-MX"/>
              </w:rPr>
            </w:pPr>
          </w:p>
        </w:tc>
        <w:tc>
          <w:tcPr>
            <w:tcW w:w="992" w:type="dxa"/>
          </w:tcPr>
          <w:p w14:paraId="3E6C7CDD" w14:textId="77777777" w:rsidR="00E91A42" w:rsidRPr="00E91A42" w:rsidRDefault="00E91A42" w:rsidP="00A701F9">
            <w:pPr>
              <w:spacing w:before="60" w:after="60"/>
              <w:jc w:val="center"/>
              <w:rPr>
                <w:sz w:val="28"/>
                <w:szCs w:val="28"/>
                <w:lang w:val="es-MX"/>
              </w:rPr>
            </w:pPr>
          </w:p>
        </w:tc>
        <w:tc>
          <w:tcPr>
            <w:tcW w:w="709" w:type="dxa"/>
          </w:tcPr>
          <w:p w14:paraId="62FEECBF" w14:textId="77777777" w:rsidR="00E91A42" w:rsidRPr="00E91A42" w:rsidRDefault="00E91A42" w:rsidP="00A701F9">
            <w:pPr>
              <w:spacing w:before="60" w:after="60"/>
              <w:jc w:val="center"/>
              <w:rPr>
                <w:sz w:val="28"/>
                <w:szCs w:val="28"/>
                <w:lang w:val="es-MX"/>
              </w:rPr>
            </w:pPr>
          </w:p>
        </w:tc>
        <w:tc>
          <w:tcPr>
            <w:tcW w:w="992" w:type="dxa"/>
          </w:tcPr>
          <w:p w14:paraId="68CD39A5" w14:textId="77777777" w:rsidR="00E91A42" w:rsidRPr="00E91A42" w:rsidRDefault="00E91A42" w:rsidP="00A701F9">
            <w:pPr>
              <w:spacing w:before="60" w:after="60"/>
              <w:jc w:val="center"/>
              <w:rPr>
                <w:sz w:val="28"/>
                <w:szCs w:val="28"/>
                <w:lang w:val="es-MX"/>
              </w:rPr>
            </w:pPr>
          </w:p>
        </w:tc>
      </w:tr>
      <w:tr w:rsidR="00E91A42" w:rsidRPr="00E91A42" w14:paraId="414DE3CD" w14:textId="77777777" w:rsidTr="00A701F9">
        <w:trPr>
          <w:trHeight w:val="1102"/>
        </w:trPr>
        <w:tc>
          <w:tcPr>
            <w:tcW w:w="514" w:type="dxa"/>
          </w:tcPr>
          <w:p w14:paraId="61BF90F6" w14:textId="77777777" w:rsidR="00E91A42" w:rsidRPr="00E91A42" w:rsidRDefault="00E91A42" w:rsidP="00A701F9">
            <w:pPr>
              <w:jc w:val="center"/>
              <w:rPr>
                <w:b/>
                <w:sz w:val="28"/>
                <w:szCs w:val="28"/>
              </w:rPr>
            </w:pPr>
            <w:r w:rsidRPr="00E91A42">
              <w:rPr>
                <w:b/>
                <w:sz w:val="28"/>
                <w:szCs w:val="28"/>
              </w:rPr>
              <w:t>5.3</w:t>
            </w:r>
          </w:p>
        </w:tc>
        <w:tc>
          <w:tcPr>
            <w:tcW w:w="3353" w:type="dxa"/>
          </w:tcPr>
          <w:p w14:paraId="0D2911B3" w14:textId="77777777" w:rsidR="00E91A42" w:rsidRPr="00E91A42" w:rsidRDefault="00E91A42" w:rsidP="00A701F9">
            <w:pPr>
              <w:rPr>
                <w:b/>
                <w:i/>
                <w:sz w:val="28"/>
                <w:szCs w:val="28"/>
              </w:rPr>
            </w:pPr>
            <w:r w:rsidRPr="00E91A42">
              <w:rPr>
                <w:b/>
                <w:sz w:val="28"/>
                <w:szCs w:val="28"/>
              </w:rPr>
              <w:t>Kinh phí quản lý (</w:t>
            </w:r>
            <w:r w:rsidRPr="00E91A42">
              <w:rPr>
                <w:i/>
                <w:sz w:val="28"/>
                <w:szCs w:val="28"/>
              </w:rPr>
              <w:t>của tổ chức chủ trì, hoặc tổ chức được thuê quản lý nhiệm vụ</w:t>
            </w:r>
            <w:r w:rsidRPr="00E91A42">
              <w:rPr>
                <w:b/>
                <w:i/>
                <w:sz w:val="28"/>
                <w:szCs w:val="28"/>
              </w:rPr>
              <w:t>)</w:t>
            </w:r>
          </w:p>
        </w:tc>
        <w:tc>
          <w:tcPr>
            <w:tcW w:w="859" w:type="dxa"/>
          </w:tcPr>
          <w:p w14:paraId="7B98BBD1" w14:textId="77777777" w:rsidR="00E91A42" w:rsidRPr="00E91A42" w:rsidRDefault="00E91A42" w:rsidP="00A701F9">
            <w:pPr>
              <w:spacing w:before="60" w:after="60"/>
              <w:rPr>
                <w:sz w:val="28"/>
                <w:szCs w:val="28"/>
              </w:rPr>
            </w:pPr>
          </w:p>
        </w:tc>
        <w:tc>
          <w:tcPr>
            <w:tcW w:w="862" w:type="dxa"/>
          </w:tcPr>
          <w:p w14:paraId="2D6A3F2E" w14:textId="77777777" w:rsidR="00E91A42" w:rsidRPr="00E91A42" w:rsidRDefault="00E91A42" w:rsidP="00A701F9">
            <w:pPr>
              <w:spacing w:before="60" w:after="60"/>
              <w:rPr>
                <w:sz w:val="28"/>
                <w:szCs w:val="28"/>
              </w:rPr>
            </w:pPr>
          </w:p>
        </w:tc>
        <w:tc>
          <w:tcPr>
            <w:tcW w:w="820" w:type="dxa"/>
          </w:tcPr>
          <w:p w14:paraId="6006A419" w14:textId="77777777" w:rsidR="00E91A42" w:rsidRPr="00E91A42" w:rsidRDefault="00E91A42" w:rsidP="00A701F9">
            <w:pPr>
              <w:spacing w:before="60" w:after="60"/>
              <w:rPr>
                <w:sz w:val="28"/>
                <w:szCs w:val="28"/>
              </w:rPr>
            </w:pPr>
          </w:p>
        </w:tc>
        <w:tc>
          <w:tcPr>
            <w:tcW w:w="821" w:type="dxa"/>
          </w:tcPr>
          <w:p w14:paraId="79D22B7F" w14:textId="77777777" w:rsidR="00E91A42" w:rsidRPr="00E91A42" w:rsidRDefault="00E91A42" w:rsidP="00A701F9">
            <w:pPr>
              <w:spacing w:before="60" w:after="60"/>
              <w:rPr>
                <w:sz w:val="28"/>
                <w:szCs w:val="28"/>
              </w:rPr>
            </w:pPr>
          </w:p>
        </w:tc>
        <w:tc>
          <w:tcPr>
            <w:tcW w:w="738" w:type="dxa"/>
          </w:tcPr>
          <w:p w14:paraId="0EDB8DDE" w14:textId="77777777" w:rsidR="00E91A42" w:rsidRPr="00E91A42" w:rsidRDefault="00E91A42" w:rsidP="00A701F9">
            <w:pPr>
              <w:spacing w:before="60" w:after="60"/>
              <w:rPr>
                <w:sz w:val="28"/>
                <w:szCs w:val="28"/>
              </w:rPr>
            </w:pPr>
          </w:p>
        </w:tc>
        <w:tc>
          <w:tcPr>
            <w:tcW w:w="903" w:type="dxa"/>
          </w:tcPr>
          <w:p w14:paraId="17DE3253" w14:textId="77777777" w:rsidR="00E91A42" w:rsidRPr="00E91A42" w:rsidRDefault="00E91A42" w:rsidP="00A701F9">
            <w:pPr>
              <w:spacing w:before="60" w:after="60"/>
              <w:rPr>
                <w:sz w:val="28"/>
                <w:szCs w:val="28"/>
              </w:rPr>
            </w:pPr>
          </w:p>
        </w:tc>
        <w:tc>
          <w:tcPr>
            <w:tcW w:w="738" w:type="dxa"/>
          </w:tcPr>
          <w:p w14:paraId="423D683A" w14:textId="77777777" w:rsidR="00E91A42" w:rsidRPr="00E91A42" w:rsidRDefault="00E91A42" w:rsidP="00A701F9">
            <w:pPr>
              <w:spacing w:before="60" w:after="60"/>
              <w:jc w:val="center"/>
              <w:rPr>
                <w:sz w:val="28"/>
                <w:szCs w:val="28"/>
              </w:rPr>
            </w:pPr>
          </w:p>
        </w:tc>
        <w:tc>
          <w:tcPr>
            <w:tcW w:w="822" w:type="dxa"/>
          </w:tcPr>
          <w:p w14:paraId="48D45D40" w14:textId="77777777" w:rsidR="00E91A42" w:rsidRPr="00E91A42" w:rsidRDefault="00E91A42" w:rsidP="00A701F9">
            <w:pPr>
              <w:spacing w:before="60" w:after="60"/>
              <w:jc w:val="center"/>
              <w:rPr>
                <w:sz w:val="28"/>
                <w:szCs w:val="28"/>
              </w:rPr>
            </w:pPr>
          </w:p>
        </w:tc>
        <w:tc>
          <w:tcPr>
            <w:tcW w:w="769" w:type="dxa"/>
          </w:tcPr>
          <w:p w14:paraId="160A3479" w14:textId="77777777" w:rsidR="00E91A42" w:rsidRPr="00E91A42" w:rsidRDefault="00E91A42" w:rsidP="00A701F9">
            <w:pPr>
              <w:spacing w:before="60" w:after="60"/>
              <w:jc w:val="center"/>
              <w:rPr>
                <w:sz w:val="28"/>
                <w:szCs w:val="28"/>
              </w:rPr>
            </w:pPr>
          </w:p>
        </w:tc>
        <w:tc>
          <w:tcPr>
            <w:tcW w:w="992" w:type="dxa"/>
          </w:tcPr>
          <w:p w14:paraId="208BBFBB" w14:textId="77777777" w:rsidR="00E91A42" w:rsidRPr="00E91A42" w:rsidRDefault="00E91A42" w:rsidP="00A701F9">
            <w:pPr>
              <w:spacing w:before="60" w:after="60"/>
              <w:jc w:val="center"/>
              <w:rPr>
                <w:sz w:val="28"/>
                <w:szCs w:val="28"/>
              </w:rPr>
            </w:pPr>
          </w:p>
        </w:tc>
        <w:tc>
          <w:tcPr>
            <w:tcW w:w="709" w:type="dxa"/>
          </w:tcPr>
          <w:p w14:paraId="2C471E22" w14:textId="77777777" w:rsidR="00E91A42" w:rsidRPr="00E91A42" w:rsidRDefault="00E91A42" w:rsidP="00A701F9">
            <w:pPr>
              <w:spacing w:before="60" w:after="60"/>
              <w:jc w:val="center"/>
              <w:rPr>
                <w:sz w:val="28"/>
                <w:szCs w:val="28"/>
              </w:rPr>
            </w:pPr>
          </w:p>
        </w:tc>
        <w:tc>
          <w:tcPr>
            <w:tcW w:w="992" w:type="dxa"/>
          </w:tcPr>
          <w:p w14:paraId="3F5BD6D8" w14:textId="77777777" w:rsidR="00E91A42" w:rsidRPr="00E91A42" w:rsidRDefault="00E91A42" w:rsidP="00A701F9">
            <w:pPr>
              <w:spacing w:before="60" w:after="60"/>
              <w:jc w:val="center"/>
              <w:rPr>
                <w:sz w:val="28"/>
                <w:szCs w:val="28"/>
              </w:rPr>
            </w:pPr>
          </w:p>
        </w:tc>
      </w:tr>
      <w:tr w:rsidR="00E91A42" w:rsidRPr="00E91A42" w14:paraId="2B60F5A8" w14:textId="77777777" w:rsidTr="00A701F9">
        <w:trPr>
          <w:trHeight w:val="789"/>
        </w:trPr>
        <w:tc>
          <w:tcPr>
            <w:tcW w:w="514" w:type="dxa"/>
          </w:tcPr>
          <w:p w14:paraId="64290650" w14:textId="77777777" w:rsidR="00E91A42" w:rsidRPr="00E91A42" w:rsidRDefault="00E91A42" w:rsidP="00A701F9">
            <w:pPr>
              <w:jc w:val="center"/>
              <w:rPr>
                <w:b/>
                <w:sz w:val="28"/>
                <w:szCs w:val="28"/>
              </w:rPr>
            </w:pPr>
            <w:r w:rsidRPr="00E91A42">
              <w:rPr>
                <w:b/>
                <w:sz w:val="28"/>
                <w:szCs w:val="28"/>
              </w:rPr>
              <w:t>5.4</w:t>
            </w:r>
          </w:p>
        </w:tc>
        <w:tc>
          <w:tcPr>
            <w:tcW w:w="3353" w:type="dxa"/>
          </w:tcPr>
          <w:p w14:paraId="14E418E9" w14:textId="77777777" w:rsidR="00E91A42" w:rsidRPr="00E91A42" w:rsidRDefault="00E91A42" w:rsidP="00A701F9">
            <w:pPr>
              <w:rPr>
                <w:b/>
                <w:sz w:val="28"/>
                <w:szCs w:val="28"/>
              </w:rPr>
            </w:pPr>
            <w:r w:rsidRPr="00E91A42">
              <w:rPr>
                <w:b/>
                <w:sz w:val="28"/>
                <w:szCs w:val="28"/>
              </w:rPr>
              <w:t>Chi phí đánh giá, kiểm tra, nghiệm thu cơ sở</w:t>
            </w:r>
          </w:p>
        </w:tc>
        <w:tc>
          <w:tcPr>
            <w:tcW w:w="859" w:type="dxa"/>
          </w:tcPr>
          <w:p w14:paraId="0D9C6110" w14:textId="77777777" w:rsidR="00E91A42" w:rsidRPr="00E91A42" w:rsidRDefault="00E91A42" w:rsidP="00A701F9">
            <w:pPr>
              <w:spacing w:before="60" w:after="60"/>
              <w:rPr>
                <w:sz w:val="28"/>
                <w:szCs w:val="28"/>
              </w:rPr>
            </w:pPr>
          </w:p>
        </w:tc>
        <w:tc>
          <w:tcPr>
            <w:tcW w:w="862" w:type="dxa"/>
          </w:tcPr>
          <w:p w14:paraId="4344620D" w14:textId="77777777" w:rsidR="00E91A42" w:rsidRPr="00E91A42" w:rsidRDefault="00E91A42" w:rsidP="00A701F9">
            <w:pPr>
              <w:spacing w:before="60" w:after="60"/>
              <w:rPr>
                <w:sz w:val="28"/>
                <w:szCs w:val="28"/>
              </w:rPr>
            </w:pPr>
          </w:p>
        </w:tc>
        <w:tc>
          <w:tcPr>
            <w:tcW w:w="820" w:type="dxa"/>
          </w:tcPr>
          <w:p w14:paraId="31727240" w14:textId="77777777" w:rsidR="00E91A42" w:rsidRPr="00E91A42" w:rsidRDefault="00E91A42" w:rsidP="00A701F9">
            <w:pPr>
              <w:spacing w:before="60" w:after="60"/>
              <w:rPr>
                <w:sz w:val="28"/>
                <w:szCs w:val="28"/>
              </w:rPr>
            </w:pPr>
          </w:p>
        </w:tc>
        <w:tc>
          <w:tcPr>
            <w:tcW w:w="821" w:type="dxa"/>
          </w:tcPr>
          <w:p w14:paraId="0E95DFD0" w14:textId="77777777" w:rsidR="00E91A42" w:rsidRPr="00E91A42" w:rsidRDefault="00E91A42" w:rsidP="00A701F9">
            <w:pPr>
              <w:spacing w:before="60" w:after="60"/>
              <w:rPr>
                <w:sz w:val="28"/>
                <w:szCs w:val="28"/>
              </w:rPr>
            </w:pPr>
          </w:p>
        </w:tc>
        <w:tc>
          <w:tcPr>
            <w:tcW w:w="738" w:type="dxa"/>
          </w:tcPr>
          <w:p w14:paraId="26B7EAE2" w14:textId="77777777" w:rsidR="00E91A42" w:rsidRPr="00E91A42" w:rsidRDefault="00E91A42" w:rsidP="00A701F9">
            <w:pPr>
              <w:spacing w:before="60" w:after="60"/>
              <w:rPr>
                <w:sz w:val="28"/>
                <w:szCs w:val="28"/>
              </w:rPr>
            </w:pPr>
          </w:p>
        </w:tc>
        <w:tc>
          <w:tcPr>
            <w:tcW w:w="903" w:type="dxa"/>
          </w:tcPr>
          <w:p w14:paraId="78BA9C0B" w14:textId="77777777" w:rsidR="00E91A42" w:rsidRPr="00E91A42" w:rsidRDefault="00E91A42" w:rsidP="00A701F9">
            <w:pPr>
              <w:spacing w:before="60" w:after="60"/>
              <w:rPr>
                <w:sz w:val="28"/>
                <w:szCs w:val="28"/>
              </w:rPr>
            </w:pPr>
          </w:p>
        </w:tc>
        <w:tc>
          <w:tcPr>
            <w:tcW w:w="738" w:type="dxa"/>
          </w:tcPr>
          <w:p w14:paraId="2A0137D3" w14:textId="77777777" w:rsidR="00E91A42" w:rsidRPr="00E91A42" w:rsidRDefault="00E91A42" w:rsidP="00A701F9">
            <w:pPr>
              <w:spacing w:before="60" w:after="60"/>
              <w:jc w:val="center"/>
              <w:rPr>
                <w:sz w:val="28"/>
                <w:szCs w:val="28"/>
              </w:rPr>
            </w:pPr>
          </w:p>
        </w:tc>
        <w:tc>
          <w:tcPr>
            <w:tcW w:w="822" w:type="dxa"/>
          </w:tcPr>
          <w:p w14:paraId="0BC76DCD" w14:textId="77777777" w:rsidR="00E91A42" w:rsidRPr="00E91A42" w:rsidRDefault="00E91A42" w:rsidP="00A701F9">
            <w:pPr>
              <w:spacing w:before="60" w:after="60"/>
              <w:jc w:val="center"/>
              <w:rPr>
                <w:sz w:val="28"/>
                <w:szCs w:val="28"/>
              </w:rPr>
            </w:pPr>
          </w:p>
        </w:tc>
        <w:tc>
          <w:tcPr>
            <w:tcW w:w="769" w:type="dxa"/>
          </w:tcPr>
          <w:p w14:paraId="7CCC0445" w14:textId="77777777" w:rsidR="00E91A42" w:rsidRPr="00E91A42" w:rsidRDefault="00E91A42" w:rsidP="00A701F9">
            <w:pPr>
              <w:spacing w:before="60" w:after="60"/>
              <w:jc w:val="center"/>
              <w:rPr>
                <w:sz w:val="28"/>
                <w:szCs w:val="28"/>
              </w:rPr>
            </w:pPr>
          </w:p>
        </w:tc>
        <w:tc>
          <w:tcPr>
            <w:tcW w:w="992" w:type="dxa"/>
          </w:tcPr>
          <w:p w14:paraId="39CCD11D" w14:textId="77777777" w:rsidR="00E91A42" w:rsidRPr="00E91A42" w:rsidRDefault="00E91A42" w:rsidP="00A701F9">
            <w:pPr>
              <w:spacing w:before="60" w:after="60"/>
              <w:jc w:val="center"/>
              <w:rPr>
                <w:sz w:val="28"/>
                <w:szCs w:val="28"/>
              </w:rPr>
            </w:pPr>
          </w:p>
        </w:tc>
        <w:tc>
          <w:tcPr>
            <w:tcW w:w="709" w:type="dxa"/>
          </w:tcPr>
          <w:p w14:paraId="017F1DBB" w14:textId="77777777" w:rsidR="00E91A42" w:rsidRPr="00E91A42" w:rsidRDefault="00E91A42" w:rsidP="00A701F9">
            <w:pPr>
              <w:spacing w:before="60" w:after="60"/>
              <w:jc w:val="center"/>
              <w:rPr>
                <w:sz w:val="28"/>
                <w:szCs w:val="28"/>
              </w:rPr>
            </w:pPr>
          </w:p>
        </w:tc>
        <w:tc>
          <w:tcPr>
            <w:tcW w:w="992" w:type="dxa"/>
          </w:tcPr>
          <w:p w14:paraId="04A43A65" w14:textId="77777777" w:rsidR="00E91A42" w:rsidRPr="00E91A42" w:rsidRDefault="00E91A42" w:rsidP="00A701F9">
            <w:pPr>
              <w:spacing w:before="60" w:after="60"/>
              <w:jc w:val="center"/>
              <w:rPr>
                <w:sz w:val="28"/>
                <w:szCs w:val="28"/>
              </w:rPr>
            </w:pPr>
          </w:p>
        </w:tc>
      </w:tr>
      <w:tr w:rsidR="00E91A42" w:rsidRPr="00E91A42" w14:paraId="02C60A9E" w14:textId="77777777" w:rsidTr="00A701F9">
        <w:trPr>
          <w:trHeight w:val="476"/>
        </w:trPr>
        <w:tc>
          <w:tcPr>
            <w:tcW w:w="514" w:type="dxa"/>
          </w:tcPr>
          <w:p w14:paraId="41BCFF83" w14:textId="77777777" w:rsidR="00E91A42" w:rsidRPr="00E91A42" w:rsidRDefault="00E91A42" w:rsidP="00A701F9">
            <w:pPr>
              <w:jc w:val="center"/>
              <w:rPr>
                <w:b/>
                <w:sz w:val="28"/>
                <w:szCs w:val="28"/>
              </w:rPr>
            </w:pPr>
            <w:r w:rsidRPr="00E91A42">
              <w:rPr>
                <w:b/>
                <w:sz w:val="28"/>
                <w:szCs w:val="28"/>
              </w:rPr>
              <w:t>5.5</w:t>
            </w:r>
          </w:p>
        </w:tc>
        <w:tc>
          <w:tcPr>
            <w:tcW w:w="3353" w:type="dxa"/>
          </w:tcPr>
          <w:p w14:paraId="0AA3181A" w14:textId="77777777" w:rsidR="00E91A42" w:rsidRPr="00E91A42" w:rsidRDefault="00E91A42" w:rsidP="00A701F9">
            <w:pPr>
              <w:rPr>
                <w:b/>
                <w:sz w:val="28"/>
                <w:szCs w:val="28"/>
              </w:rPr>
            </w:pPr>
            <w:r w:rsidRPr="00E91A42">
              <w:rPr>
                <w:b/>
                <w:sz w:val="28"/>
                <w:szCs w:val="28"/>
              </w:rPr>
              <w:t>Phụ cấp chủ nhiệm</w:t>
            </w:r>
          </w:p>
        </w:tc>
        <w:tc>
          <w:tcPr>
            <w:tcW w:w="859" w:type="dxa"/>
          </w:tcPr>
          <w:p w14:paraId="2DE04E9A" w14:textId="77777777" w:rsidR="00E91A42" w:rsidRPr="00E91A42" w:rsidRDefault="00E91A42" w:rsidP="00A701F9">
            <w:pPr>
              <w:spacing w:before="60" w:after="60"/>
              <w:rPr>
                <w:sz w:val="28"/>
                <w:szCs w:val="28"/>
              </w:rPr>
            </w:pPr>
          </w:p>
        </w:tc>
        <w:tc>
          <w:tcPr>
            <w:tcW w:w="862" w:type="dxa"/>
          </w:tcPr>
          <w:p w14:paraId="1134236B" w14:textId="77777777" w:rsidR="00E91A42" w:rsidRPr="00E91A42" w:rsidRDefault="00E91A42" w:rsidP="00A701F9">
            <w:pPr>
              <w:spacing w:before="60" w:after="60"/>
              <w:rPr>
                <w:sz w:val="28"/>
                <w:szCs w:val="28"/>
              </w:rPr>
            </w:pPr>
          </w:p>
        </w:tc>
        <w:tc>
          <w:tcPr>
            <w:tcW w:w="820" w:type="dxa"/>
          </w:tcPr>
          <w:p w14:paraId="183F7F90" w14:textId="77777777" w:rsidR="00E91A42" w:rsidRPr="00E91A42" w:rsidRDefault="00E91A42" w:rsidP="00A701F9">
            <w:pPr>
              <w:spacing w:before="60" w:after="60"/>
              <w:rPr>
                <w:sz w:val="28"/>
                <w:szCs w:val="28"/>
              </w:rPr>
            </w:pPr>
          </w:p>
        </w:tc>
        <w:tc>
          <w:tcPr>
            <w:tcW w:w="821" w:type="dxa"/>
          </w:tcPr>
          <w:p w14:paraId="570D79EC" w14:textId="77777777" w:rsidR="00E91A42" w:rsidRPr="00E91A42" w:rsidRDefault="00E91A42" w:rsidP="00A701F9">
            <w:pPr>
              <w:spacing w:before="60" w:after="60"/>
              <w:rPr>
                <w:sz w:val="28"/>
                <w:szCs w:val="28"/>
              </w:rPr>
            </w:pPr>
          </w:p>
        </w:tc>
        <w:tc>
          <w:tcPr>
            <w:tcW w:w="738" w:type="dxa"/>
          </w:tcPr>
          <w:p w14:paraId="3B0B3EEE" w14:textId="77777777" w:rsidR="00E91A42" w:rsidRPr="00E91A42" w:rsidRDefault="00E91A42" w:rsidP="00A701F9">
            <w:pPr>
              <w:spacing w:before="60" w:after="60"/>
              <w:rPr>
                <w:sz w:val="28"/>
                <w:szCs w:val="28"/>
              </w:rPr>
            </w:pPr>
          </w:p>
        </w:tc>
        <w:tc>
          <w:tcPr>
            <w:tcW w:w="903" w:type="dxa"/>
          </w:tcPr>
          <w:p w14:paraId="397A1564" w14:textId="77777777" w:rsidR="00E91A42" w:rsidRPr="00E91A42" w:rsidRDefault="00E91A42" w:rsidP="00A701F9">
            <w:pPr>
              <w:spacing w:before="60" w:after="60"/>
              <w:rPr>
                <w:sz w:val="28"/>
                <w:szCs w:val="28"/>
              </w:rPr>
            </w:pPr>
          </w:p>
        </w:tc>
        <w:tc>
          <w:tcPr>
            <w:tcW w:w="738" w:type="dxa"/>
          </w:tcPr>
          <w:p w14:paraId="1B936A82" w14:textId="77777777" w:rsidR="00E91A42" w:rsidRPr="00E91A42" w:rsidRDefault="00E91A42" w:rsidP="00A701F9">
            <w:pPr>
              <w:spacing w:before="60" w:after="60"/>
              <w:jc w:val="center"/>
              <w:rPr>
                <w:sz w:val="28"/>
                <w:szCs w:val="28"/>
              </w:rPr>
            </w:pPr>
          </w:p>
        </w:tc>
        <w:tc>
          <w:tcPr>
            <w:tcW w:w="822" w:type="dxa"/>
          </w:tcPr>
          <w:p w14:paraId="0169B427" w14:textId="77777777" w:rsidR="00E91A42" w:rsidRPr="00E91A42" w:rsidRDefault="00E91A42" w:rsidP="00A701F9">
            <w:pPr>
              <w:spacing w:before="60" w:after="60"/>
              <w:jc w:val="center"/>
              <w:rPr>
                <w:sz w:val="28"/>
                <w:szCs w:val="28"/>
              </w:rPr>
            </w:pPr>
          </w:p>
        </w:tc>
        <w:tc>
          <w:tcPr>
            <w:tcW w:w="769" w:type="dxa"/>
          </w:tcPr>
          <w:p w14:paraId="4F30F51D" w14:textId="77777777" w:rsidR="00E91A42" w:rsidRPr="00E91A42" w:rsidRDefault="00E91A42" w:rsidP="00A701F9">
            <w:pPr>
              <w:spacing w:before="60" w:after="60"/>
              <w:jc w:val="center"/>
              <w:rPr>
                <w:sz w:val="28"/>
                <w:szCs w:val="28"/>
              </w:rPr>
            </w:pPr>
          </w:p>
        </w:tc>
        <w:tc>
          <w:tcPr>
            <w:tcW w:w="992" w:type="dxa"/>
          </w:tcPr>
          <w:p w14:paraId="2438352D" w14:textId="77777777" w:rsidR="00E91A42" w:rsidRPr="00E91A42" w:rsidRDefault="00E91A42" w:rsidP="00A701F9">
            <w:pPr>
              <w:spacing w:before="60" w:after="60"/>
              <w:jc w:val="center"/>
              <w:rPr>
                <w:sz w:val="28"/>
                <w:szCs w:val="28"/>
              </w:rPr>
            </w:pPr>
          </w:p>
        </w:tc>
        <w:tc>
          <w:tcPr>
            <w:tcW w:w="709" w:type="dxa"/>
          </w:tcPr>
          <w:p w14:paraId="1B5CC3E9" w14:textId="77777777" w:rsidR="00E91A42" w:rsidRPr="00E91A42" w:rsidRDefault="00E91A42" w:rsidP="00A701F9">
            <w:pPr>
              <w:spacing w:before="60" w:after="60"/>
              <w:jc w:val="center"/>
              <w:rPr>
                <w:sz w:val="28"/>
                <w:szCs w:val="28"/>
              </w:rPr>
            </w:pPr>
          </w:p>
        </w:tc>
        <w:tc>
          <w:tcPr>
            <w:tcW w:w="992" w:type="dxa"/>
          </w:tcPr>
          <w:p w14:paraId="50D47CD6" w14:textId="77777777" w:rsidR="00E91A42" w:rsidRPr="00E91A42" w:rsidRDefault="00E91A42" w:rsidP="00A701F9">
            <w:pPr>
              <w:spacing w:before="60" w:after="60"/>
              <w:jc w:val="center"/>
              <w:rPr>
                <w:sz w:val="28"/>
                <w:szCs w:val="28"/>
              </w:rPr>
            </w:pPr>
          </w:p>
        </w:tc>
      </w:tr>
      <w:tr w:rsidR="00E91A42" w:rsidRPr="00E91A42" w14:paraId="125A424E" w14:textId="77777777" w:rsidTr="00A701F9">
        <w:trPr>
          <w:trHeight w:val="461"/>
        </w:trPr>
        <w:tc>
          <w:tcPr>
            <w:tcW w:w="514" w:type="dxa"/>
          </w:tcPr>
          <w:p w14:paraId="0291FFF5" w14:textId="77777777" w:rsidR="00E91A42" w:rsidRPr="00E91A42" w:rsidRDefault="00E91A42" w:rsidP="00A701F9">
            <w:pPr>
              <w:jc w:val="center"/>
              <w:rPr>
                <w:b/>
                <w:sz w:val="28"/>
                <w:szCs w:val="28"/>
              </w:rPr>
            </w:pPr>
            <w:r w:rsidRPr="00E91A42">
              <w:rPr>
                <w:b/>
                <w:sz w:val="28"/>
                <w:szCs w:val="28"/>
              </w:rPr>
              <w:t>5.6</w:t>
            </w:r>
          </w:p>
        </w:tc>
        <w:tc>
          <w:tcPr>
            <w:tcW w:w="3353" w:type="dxa"/>
          </w:tcPr>
          <w:p w14:paraId="36150218" w14:textId="77777777" w:rsidR="00E91A42" w:rsidRPr="00E91A42" w:rsidRDefault="00E91A42" w:rsidP="00A701F9">
            <w:pPr>
              <w:rPr>
                <w:b/>
                <w:sz w:val="28"/>
                <w:szCs w:val="28"/>
              </w:rPr>
            </w:pPr>
            <w:r w:rsidRPr="00E91A42">
              <w:rPr>
                <w:b/>
                <w:sz w:val="28"/>
                <w:szCs w:val="28"/>
              </w:rPr>
              <w:t>Chi khác</w:t>
            </w:r>
          </w:p>
        </w:tc>
        <w:tc>
          <w:tcPr>
            <w:tcW w:w="859" w:type="dxa"/>
          </w:tcPr>
          <w:p w14:paraId="5EFE2402" w14:textId="77777777" w:rsidR="00E91A42" w:rsidRPr="00E91A42" w:rsidRDefault="00E91A42" w:rsidP="00A701F9">
            <w:pPr>
              <w:spacing w:before="60" w:after="60"/>
              <w:rPr>
                <w:sz w:val="28"/>
                <w:szCs w:val="28"/>
              </w:rPr>
            </w:pPr>
          </w:p>
        </w:tc>
        <w:tc>
          <w:tcPr>
            <w:tcW w:w="862" w:type="dxa"/>
          </w:tcPr>
          <w:p w14:paraId="56B85C5B" w14:textId="77777777" w:rsidR="00E91A42" w:rsidRPr="00E91A42" w:rsidRDefault="00E91A42" w:rsidP="00A701F9">
            <w:pPr>
              <w:spacing w:before="60" w:after="60"/>
              <w:rPr>
                <w:sz w:val="28"/>
                <w:szCs w:val="28"/>
              </w:rPr>
            </w:pPr>
          </w:p>
        </w:tc>
        <w:tc>
          <w:tcPr>
            <w:tcW w:w="820" w:type="dxa"/>
          </w:tcPr>
          <w:p w14:paraId="79BC0405" w14:textId="77777777" w:rsidR="00E91A42" w:rsidRPr="00E91A42" w:rsidRDefault="00E91A42" w:rsidP="00A701F9">
            <w:pPr>
              <w:spacing w:before="60" w:after="60"/>
              <w:rPr>
                <w:sz w:val="28"/>
                <w:szCs w:val="28"/>
              </w:rPr>
            </w:pPr>
          </w:p>
        </w:tc>
        <w:tc>
          <w:tcPr>
            <w:tcW w:w="821" w:type="dxa"/>
          </w:tcPr>
          <w:p w14:paraId="3CF32269" w14:textId="77777777" w:rsidR="00E91A42" w:rsidRPr="00E91A42" w:rsidRDefault="00E91A42" w:rsidP="00A701F9">
            <w:pPr>
              <w:spacing w:before="60" w:after="60"/>
              <w:rPr>
                <w:sz w:val="28"/>
                <w:szCs w:val="28"/>
              </w:rPr>
            </w:pPr>
          </w:p>
        </w:tc>
        <w:tc>
          <w:tcPr>
            <w:tcW w:w="738" w:type="dxa"/>
          </w:tcPr>
          <w:p w14:paraId="567BF3E1" w14:textId="77777777" w:rsidR="00E91A42" w:rsidRPr="00E91A42" w:rsidRDefault="00E91A42" w:rsidP="00A701F9">
            <w:pPr>
              <w:spacing w:before="60" w:after="60"/>
              <w:rPr>
                <w:sz w:val="28"/>
                <w:szCs w:val="28"/>
              </w:rPr>
            </w:pPr>
          </w:p>
        </w:tc>
        <w:tc>
          <w:tcPr>
            <w:tcW w:w="903" w:type="dxa"/>
          </w:tcPr>
          <w:p w14:paraId="6C47E17E" w14:textId="77777777" w:rsidR="00E91A42" w:rsidRPr="00E91A42" w:rsidRDefault="00E91A42" w:rsidP="00A701F9">
            <w:pPr>
              <w:spacing w:before="60" w:after="60"/>
              <w:rPr>
                <w:sz w:val="28"/>
                <w:szCs w:val="28"/>
              </w:rPr>
            </w:pPr>
          </w:p>
        </w:tc>
        <w:tc>
          <w:tcPr>
            <w:tcW w:w="738" w:type="dxa"/>
          </w:tcPr>
          <w:p w14:paraId="1CA2880D" w14:textId="77777777" w:rsidR="00E91A42" w:rsidRPr="00E91A42" w:rsidRDefault="00E91A42" w:rsidP="00A701F9">
            <w:pPr>
              <w:spacing w:before="60" w:after="60"/>
              <w:jc w:val="center"/>
              <w:rPr>
                <w:sz w:val="28"/>
                <w:szCs w:val="28"/>
              </w:rPr>
            </w:pPr>
          </w:p>
        </w:tc>
        <w:tc>
          <w:tcPr>
            <w:tcW w:w="822" w:type="dxa"/>
          </w:tcPr>
          <w:p w14:paraId="224A1625" w14:textId="77777777" w:rsidR="00E91A42" w:rsidRPr="00E91A42" w:rsidRDefault="00E91A42" w:rsidP="00A701F9">
            <w:pPr>
              <w:spacing w:before="60" w:after="60"/>
              <w:jc w:val="center"/>
              <w:rPr>
                <w:sz w:val="28"/>
                <w:szCs w:val="28"/>
              </w:rPr>
            </w:pPr>
          </w:p>
        </w:tc>
        <w:tc>
          <w:tcPr>
            <w:tcW w:w="769" w:type="dxa"/>
          </w:tcPr>
          <w:p w14:paraId="0F403E7E" w14:textId="77777777" w:rsidR="00E91A42" w:rsidRPr="00E91A42" w:rsidRDefault="00E91A42" w:rsidP="00A701F9">
            <w:pPr>
              <w:spacing w:before="60" w:after="60"/>
              <w:jc w:val="center"/>
              <w:rPr>
                <w:sz w:val="28"/>
                <w:szCs w:val="28"/>
              </w:rPr>
            </w:pPr>
          </w:p>
        </w:tc>
        <w:tc>
          <w:tcPr>
            <w:tcW w:w="992" w:type="dxa"/>
          </w:tcPr>
          <w:p w14:paraId="2EAA3254" w14:textId="77777777" w:rsidR="00E91A42" w:rsidRPr="00E91A42" w:rsidRDefault="00E91A42" w:rsidP="00A701F9">
            <w:pPr>
              <w:spacing w:before="60" w:after="60"/>
              <w:jc w:val="center"/>
              <w:rPr>
                <w:sz w:val="28"/>
                <w:szCs w:val="28"/>
              </w:rPr>
            </w:pPr>
          </w:p>
        </w:tc>
        <w:tc>
          <w:tcPr>
            <w:tcW w:w="709" w:type="dxa"/>
          </w:tcPr>
          <w:p w14:paraId="52599017" w14:textId="77777777" w:rsidR="00E91A42" w:rsidRPr="00E91A42" w:rsidRDefault="00E91A42" w:rsidP="00A701F9">
            <w:pPr>
              <w:spacing w:before="60" w:after="60"/>
              <w:jc w:val="center"/>
              <w:rPr>
                <w:sz w:val="28"/>
                <w:szCs w:val="28"/>
              </w:rPr>
            </w:pPr>
          </w:p>
        </w:tc>
        <w:tc>
          <w:tcPr>
            <w:tcW w:w="992" w:type="dxa"/>
          </w:tcPr>
          <w:p w14:paraId="50F99873" w14:textId="77777777" w:rsidR="00E91A42" w:rsidRPr="00E91A42" w:rsidRDefault="00E91A42" w:rsidP="00A701F9">
            <w:pPr>
              <w:spacing w:before="60" w:after="60"/>
              <w:jc w:val="center"/>
              <w:rPr>
                <w:sz w:val="28"/>
                <w:szCs w:val="28"/>
              </w:rPr>
            </w:pPr>
          </w:p>
        </w:tc>
      </w:tr>
      <w:tr w:rsidR="00E91A42" w:rsidRPr="00E91A42" w14:paraId="313ED99A" w14:textId="77777777" w:rsidTr="00A701F9">
        <w:trPr>
          <w:trHeight w:val="476"/>
        </w:trPr>
        <w:tc>
          <w:tcPr>
            <w:tcW w:w="514" w:type="dxa"/>
          </w:tcPr>
          <w:p w14:paraId="2BAE6B9A" w14:textId="77777777" w:rsidR="00E91A42" w:rsidRPr="00E91A42" w:rsidRDefault="00E91A42" w:rsidP="00A701F9">
            <w:pPr>
              <w:jc w:val="center"/>
              <w:rPr>
                <w:sz w:val="28"/>
                <w:szCs w:val="28"/>
              </w:rPr>
            </w:pPr>
            <w:r w:rsidRPr="00E91A42">
              <w:rPr>
                <w:sz w:val="28"/>
                <w:szCs w:val="28"/>
              </w:rPr>
              <w:t>-</w:t>
            </w:r>
          </w:p>
        </w:tc>
        <w:tc>
          <w:tcPr>
            <w:tcW w:w="3353" w:type="dxa"/>
          </w:tcPr>
          <w:p w14:paraId="5D62AE70" w14:textId="77777777" w:rsidR="00E91A42" w:rsidRPr="00E91A42" w:rsidRDefault="00E91A42" w:rsidP="00A701F9">
            <w:pPr>
              <w:rPr>
                <w:sz w:val="28"/>
                <w:szCs w:val="28"/>
              </w:rPr>
            </w:pPr>
            <w:r w:rsidRPr="00E91A42">
              <w:rPr>
                <w:sz w:val="28"/>
                <w:szCs w:val="28"/>
              </w:rPr>
              <w:t>In ấn tài liệu, văn phòng phẩm</w:t>
            </w:r>
          </w:p>
        </w:tc>
        <w:tc>
          <w:tcPr>
            <w:tcW w:w="859" w:type="dxa"/>
          </w:tcPr>
          <w:p w14:paraId="2DCAE112" w14:textId="77777777" w:rsidR="00E91A42" w:rsidRPr="00E91A42" w:rsidRDefault="00E91A42" w:rsidP="00A701F9">
            <w:pPr>
              <w:spacing w:before="60" w:after="60"/>
              <w:rPr>
                <w:sz w:val="28"/>
                <w:szCs w:val="28"/>
              </w:rPr>
            </w:pPr>
          </w:p>
        </w:tc>
        <w:tc>
          <w:tcPr>
            <w:tcW w:w="862" w:type="dxa"/>
          </w:tcPr>
          <w:p w14:paraId="5B2935F8" w14:textId="77777777" w:rsidR="00E91A42" w:rsidRPr="00E91A42" w:rsidRDefault="00E91A42" w:rsidP="00A701F9">
            <w:pPr>
              <w:spacing w:before="60" w:after="60"/>
              <w:rPr>
                <w:sz w:val="28"/>
                <w:szCs w:val="28"/>
              </w:rPr>
            </w:pPr>
          </w:p>
        </w:tc>
        <w:tc>
          <w:tcPr>
            <w:tcW w:w="820" w:type="dxa"/>
          </w:tcPr>
          <w:p w14:paraId="57086168" w14:textId="77777777" w:rsidR="00E91A42" w:rsidRPr="00E91A42" w:rsidRDefault="00E91A42" w:rsidP="00A701F9">
            <w:pPr>
              <w:spacing w:before="60" w:after="60"/>
              <w:rPr>
                <w:sz w:val="28"/>
                <w:szCs w:val="28"/>
              </w:rPr>
            </w:pPr>
          </w:p>
        </w:tc>
        <w:tc>
          <w:tcPr>
            <w:tcW w:w="821" w:type="dxa"/>
          </w:tcPr>
          <w:p w14:paraId="778DA559" w14:textId="77777777" w:rsidR="00E91A42" w:rsidRPr="00E91A42" w:rsidRDefault="00E91A42" w:rsidP="00A701F9">
            <w:pPr>
              <w:spacing w:before="60" w:after="60"/>
              <w:rPr>
                <w:sz w:val="28"/>
                <w:szCs w:val="28"/>
              </w:rPr>
            </w:pPr>
          </w:p>
        </w:tc>
        <w:tc>
          <w:tcPr>
            <w:tcW w:w="738" w:type="dxa"/>
          </w:tcPr>
          <w:p w14:paraId="100D4DFB" w14:textId="77777777" w:rsidR="00E91A42" w:rsidRPr="00E91A42" w:rsidRDefault="00E91A42" w:rsidP="00A701F9">
            <w:pPr>
              <w:spacing w:before="60" w:after="60"/>
              <w:rPr>
                <w:sz w:val="28"/>
                <w:szCs w:val="28"/>
              </w:rPr>
            </w:pPr>
          </w:p>
        </w:tc>
        <w:tc>
          <w:tcPr>
            <w:tcW w:w="903" w:type="dxa"/>
          </w:tcPr>
          <w:p w14:paraId="69755964" w14:textId="77777777" w:rsidR="00E91A42" w:rsidRPr="00E91A42" w:rsidRDefault="00E91A42" w:rsidP="00A701F9">
            <w:pPr>
              <w:spacing w:before="60" w:after="60"/>
              <w:rPr>
                <w:sz w:val="28"/>
                <w:szCs w:val="28"/>
              </w:rPr>
            </w:pPr>
          </w:p>
        </w:tc>
        <w:tc>
          <w:tcPr>
            <w:tcW w:w="738" w:type="dxa"/>
          </w:tcPr>
          <w:p w14:paraId="55F34EE8" w14:textId="77777777" w:rsidR="00E91A42" w:rsidRPr="00E91A42" w:rsidRDefault="00E91A42" w:rsidP="00A701F9">
            <w:pPr>
              <w:spacing w:before="60" w:after="60"/>
              <w:jc w:val="center"/>
              <w:rPr>
                <w:sz w:val="28"/>
                <w:szCs w:val="28"/>
              </w:rPr>
            </w:pPr>
          </w:p>
        </w:tc>
        <w:tc>
          <w:tcPr>
            <w:tcW w:w="822" w:type="dxa"/>
          </w:tcPr>
          <w:p w14:paraId="7227049A" w14:textId="77777777" w:rsidR="00E91A42" w:rsidRPr="00E91A42" w:rsidRDefault="00E91A42" w:rsidP="00A701F9">
            <w:pPr>
              <w:spacing w:before="60" w:after="60"/>
              <w:jc w:val="center"/>
              <w:rPr>
                <w:sz w:val="28"/>
                <w:szCs w:val="28"/>
              </w:rPr>
            </w:pPr>
          </w:p>
        </w:tc>
        <w:tc>
          <w:tcPr>
            <w:tcW w:w="769" w:type="dxa"/>
          </w:tcPr>
          <w:p w14:paraId="5DE87E7B" w14:textId="77777777" w:rsidR="00E91A42" w:rsidRPr="00E91A42" w:rsidRDefault="00E91A42" w:rsidP="00A701F9">
            <w:pPr>
              <w:spacing w:before="60" w:after="60"/>
              <w:jc w:val="center"/>
              <w:rPr>
                <w:sz w:val="28"/>
                <w:szCs w:val="28"/>
              </w:rPr>
            </w:pPr>
          </w:p>
        </w:tc>
        <w:tc>
          <w:tcPr>
            <w:tcW w:w="992" w:type="dxa"/>
          </w:tcPr>
          <w:p w14:paraId="3B491C4F" w14:textId="77777777" w:rsidR="00E91A42" w:rsidRPr="00E91A42" w:rsidRDefault="00E91A42" w:rsidP="00A701F9">
            <w:pPr>
              <w:spacing w:before="60" w:after="60"/>
              <w:jc w:val="center"/>
              <w:rPr>
                <w:sz w:val="28"/>
                <w:szCs w:val="28"/>
              </w:rPr>
            </w:pPr>
          </w:p>
        </w:tc>
        <w:tc>
          <w:tcPr>
            <w:tcW w:w="709" w:type="dxa"/>
          </w:tcPr>
          <w:p w14:paraId="7ECFE48D" w14:textId="77777777" w:rsidR="00E91A42" w:rsidRPr="00E91A42" w:rsidRDefault="00E91A42" w:rsidP="00A701F9">
            <w:pPr>
              <w:spacing w:before="60" w:after="60"/>
              <w:jc w:val="center"/>
              <w:rPr>
                <w:sz w:val="28"/>
                <w:szCs w:val="28"/>
              </w:rPr>
            </w:pPr>
          </w:p>
        </w:tc>
        <w:tc>
          <w:tcPr>
            <w:tcW w:w="992" w:type="dxa"/>
          </w:tcPr>
          <w:p w14:paraId="087FFDF8" w14:textId="77777777" w:rsidR="00E91A42" w:rsidRPr="00E91A42" w:rsidRDefault="00E91A42" w:rsidP="00A701F9">
            <w:pPr>
              <w:spacing w:before="60" w:after="60"/>
              <w:jc w:val="center"/>
              <w:rPr>
                <w:sz w:val="28"/>
                <w:szCs w:val="28"/>
              </w:rPr>
            </w:pPr>
          </w:p>
        </w:tc>
      </w:tr>
      <w:tr w:rsidR="00E91A42" w:rsidRPr="00E91A42" w14:paraId="1E5FD253" w14:textId="77777777" w:rsidTr="00A701F9">
        <w:trPr>
          <w:trHeight w:val="476"/>
        </w:trPr>
        <w:tc>
          <w:tcPr>
            <w:tcW w:w="514" w:type="dxa"/>
          </w:tcPr>
          <w:p w14:paraId="532EBFDC" w14:textId="77777777" w:rsidR="00E91A42" w:rsidRPr="00E91A42" w:rsidRDefault="00E91A42" w:rsidP="00A701F9">
            <w:pPr>
              <w:jc w:val="center"/>
              <w:rPr>
                <w:sz w:val="28"/>
                <w:szCs w:val="28"/>
              </w:rPr>
            </w:pPr>
            <w:r w:rsidRPr="00E91A42">
              <w:rPr>
                <w:sz w:val="28"/>
                <w:szCs w:val="28"/>
              </w:rPr>
              <w:t>-</w:t>
            </w:r>
          </w:p>
        </w:tc>
        <w:tc>
          <w:tcPr>
            <w:tcW w:w="3353" w:type="dxa"/>
          </w:tcPr>
          <w:p w14:paraId="43834FBC" w14:textId="77777777" w:rsidR="00E91A42" w:rsidRPr="00E91A42" w:rsidRDefault="00E91A42" w:rsidP="00A701F9">
            <w:pPr>
              <w:rPr>
                <w:sz w:val="28"/>
                <w:szCs w:val="28"/>
              </w:rPr>
            </w:pPr>
            <w:r w:rsidRPr="00E91A42">
              <w:rPr>
                <w:sz w:val="28"/>
                <w:szCs w:val="28"/>
              </w:rPr>
              <w:t>Dịch tài liệu</w:t>
            </w:r>
          </w:p>
        </w:tc>
        <w:tc>
          <w:tcPr>
            <w:tcW w:w="859" w:type="dxa"/>
          </w:tcPr>
          <w:p w14:paraId="1F96BFF5" w14:textId="77777777" w:rsidR="00E91A42" w:rsidRPr="00E91A42" w:rsidRDefault="00E91A42" w:rsidP="00A701F9">
            <w:pPr>
              <w:spacing w:before="60" w:after="60"/>
              <w:rPr>
                <w:sz w:val="28"/>
                <w:szCs w:val="28"/>
              </w:rPr>
            </w:pPr>
          </w:p>
        </w:tc>
        <w:tc>
          <w:tcPr>
            <w:tcW w:w="862" w:type="dxa"/>
          </w:tcPr>
          <w:p w14:paraId="754ED99D" w14:textId="77777777" w:rsidR="00E91A42" w:rsidRPr="00E91A42" w:rsidRDefault="00E91A42" w:rsidP="00A701F9">
            <w:pPr>
              <w:spacing w:before="60" w:after="60"/>
              <w:rPr>
                <w:sz w:val="28"/>
                <w:szCs w:val="28"/>
              </w:rPr>
            </w:pPr>
          </w:p>
        </w:tc>
        <w:tc>
          <w:tcPr>
            <w:tcW w:w="820" w:type="dxa"/>
          </w:tcPr>
          <w:p w14:paraId="6CFF6467" w14:textId="77777777" w:rsidR="00E91A42" w:rsidRPr="00E91A42" w:rsidRDefault="00E91A42" w:rsidP="00A701F9">
            <w:pPr>
              <w:spacing w:before="60" w:after="60"/>
              <w:rPr>
                <w:sz w:val="28"/>
                <w:szCs w:val="28"/>
              </w:rPr>
            </w:pPr>
          </w:p>
        </w:tc>
        <w:tc>
          <w:tcPr>
            <w:tcW w:w="821" w:type="dxa"/>
          </w:tcPr>
          <w:p w14:paraId="1CBBB3BD" w14:textId="77777777" w:rsidR="00E91A42" w:rsidRPr="00E91A42" w:rsidRDefault="00E91A42" w:rsidP="00A701F9">
            <w:pPr>
              <w:spacing w:before="60" w:after="60"/>
              <w:rPr>
                <w:sz w:val="28"/>
                <w:szCs w:val="28"/>
              </w:rPr>
            </w:pPr>
          </w:p>
        </w:tc>
        <w:tc>
          <w:tcPr>
            <w:tcW w:w="738" w:type="dxa"/>
          </w:tcPr>
          <w:p w14:paraId="67EB17EC" w14:textId="77777777" w:rsidR="00E91A42" w:rsidRPr="00E91A42" w:rsidRDefault="00E91A42" w:rsidP="00A701F9">
            <w:pPr>
              <w:spacing w:before="60" w:after="60"/>
              <w:rPr>
                <w:sz w:val="28"/>
                <w:szCs w:val="28"/>
              </w:rPr>
            </w:pPr>
          </w:p>
        </w:tc>
        <w:tc>
          <w:tcPr>
            <w:tcW w:w="903" w:type="dxa"/>
          </w:tcPr>
          <w:p w14:paraId="4101B6C4" w14:textId="77777777" w:rsidR="00E91A42" w:rsidRPr="00E91A42" w:rsidRDefault="00E91A42" w:rsidP="00A701F9">
            <w:pPr>
              <w:spacing w:before="60" w:after="60"/>
              <w:rPr>
                <w:sz w:val="28"/>
                <w:szCs w:val="28"/>
              </w:rPr>
            </w:pPr>
          </w:p>
        </w:tc>
        <w:tc>
          <w:tcPr>
            <w:tcW w:w="738" w:type="dxa"/>
          </w:tcPr>
          <w:p w14:paraId="79CD449B" w14:textId="77777777" w:rsidR="00E91A42" w:rsidRPr="00E91A42" w:rsidRDefault="00E91A42" w:rsidP="00A701F9">
            <w:pPr>
              <w:spacing w:before="60" w:after="60"/>
              <w:jc w:val="center"/>
              <w:rPr>
                <w:sz w:val="28"/>
                <w:szCs w:val="28"/>
              </w:rPr>
            </w:pPr>
          </w:p>
        </w:tc>
        <w:tc>
          <w:tcPr>
            <w:tcW w:w="822" w:type="dxa"/>
          </w:tcPr>
          <w:p w14:paraId="52CDF27B" w14:textId="77777777" w:rsidR="00E91A42" w:rsidRPr="00E91A42" w:rsidRDefault="00E91A42" w:rsidP="00A701F9">
            <w:pPr>
              <w:spacing w:before="60" w:after="60"/>
              <w:jc w:val="center"/>
              <w:rPr>
                <w:sz w:val="28"/>
                <w:szCs w:val="28"/>
              </w:rPr>
            </w:pPr>
          </w:p>
        </w:tc>
        <w:tc>
          <w:tcPr>
            <w:tcW w:w="769" w:type="dxa"/>
          </w:tcPr>
          <w:p w14:paraId="41DC4268" w14:textId="77777777" w:rsidR="00E91A42" w:rsidRPr="00E91A42" w:rsidRDefault="00E91A42" w:rsidP="00A701F9">
            <w:pPr>
              <w:spacing w:before="60" w:after="60"/>
              <w:jc w:val="center"/>
              <w:rPr>
                <w:sz w:val="28"/>
                <w:szCs w:val="28"/>
              </w:rPr>
            </w:pPr>
          </w:p>
        </w:tc>
        <w:tc>
          <w:tcPr>
            <w:tcW w:w="992" w:type="dxa"/>
          </w:tcPr>
          <w:p w14:paraId="39EC74EF" w14:textId="77777777" w:rsidR="00E91A42" w:rsidRPr="00E91A42" w:rsidRDefault="00E91A42" w:rsidP="00A701F9">
            <w:pPr>
              <w:spacing w:before="60" w:after="60"/>
              <w:jc w:val="center"/>
              <w:rPr>
                <w:sz w:val="28"/>
                <w:szCs w:val="28"/>
              </w:rPr>
            </w:pPr>
          </w:p>
        </w:tc>
        <w:tc>
          <w:tcPr>
            <w:tcW w:w="709" w:type="dxa"/>
          </w:tcPr>
          <w:p w14:paraId="3F4ED6E8" w14:textId="77777777" w:rsidR="00E91A42" w:rsidRPr="00E91A42" w:rsidRDefault="00E91A42" w:rsidP="00A701F9">
            <w:pPr>
              <w:spacing w:before="60" w:after="60"/>
              <w:jc w:val="center"/>
              <w:rPr>
                <w:sz w:val="28"/>
                <w:szCs w:val="28"/>
              </w:rPr>
            </w:pPr>
          </w:p>
        </w:tc>
        <w:tc>
          <w:tcPr>
            <w:tcW w:w="992" w:type="dxa"/>
          </w:tcPr>
          <w:p w14:paraId="4E975334" w14:textId="77777777" w:rsidR="00E91A42" w:rsidRPr="00E91A42" w:rsidRDefault="00E91A42" w:rsidP="00A701F9">
            <w:pPr>
              <w:spacing w:before="60" w:after="60"/>
              <w:jc w:val="center"/>
              <w:rPr>
                <w:sz w:val="28"/>
                <w:szCs w:val="28"/>
              </w:rPr>
            </w:pPr>
          </w:p>
        </w:tc>
      </w:tr>
      <w:tr w:rsidR="00E91A42" w:rsidRPr="00E91A42" w14:paraId="6A03251F" w14:textId="77777777" w:rsidTr="00A701F9">
        <w:trPr>
          <w:trHeight w:val="461"/>
        </w:trPr>
        <w:tc>
          <w:tcPr>
            <w:tcW w:w="514" w:type="dxa"/>
          </w:tcPr>
          <w:p w14:paraId="5D148B39" w14:textId="77777777" w:rsidR="00E91A42" w:rsidRPr="00E91A42" w:rsidRDefault="00E91A42" w:rsidP="00A701F9">
            <w:pPr>
              <w:jc w:val="center"/>
              <w:rPr>
                <w:sz w:val="28"/>
                <w:szCs w:val="28"/>
              </w:rPr>
            </w:pPr>
          </w:p>
        </w:tc>
        <w:tc>
          <w:tcPr>
            <w:tcW w:w="3353" w:type="dxa"/>
          </w:tcPr>
          <w:p w14:paraId="782DF813" w14:textId="77777777" w:rsidR="00E91A42" w:rsidRPr="00E91A42" w:rsidRDefault="00E91A42" w:rsidP="00A701F9">
            <w:pPr>
              <w:rPr>
                <w:sz w:val="28"/>
                <w:szCs w:val="28"/>
              </w:rPr>
            </w:pPr>
          </w:p>
        </w:tc>
        <w:tc>
          <w:tcPr>
            <w:tcW w:w="859" w:type="dxa"/>
          </w:tcPr>
          <w:p w14:paraId="1692E019" w14:textId="77777777" w:rsidR="00E91A42" w:rsidRPr="00E91A42" w:rsidRDefault="00E91A42" w:rsidP="00A701F9">
            <w:pPr>
              <w:spacing w:before="60" w:after="60"/>
              <w:rPr>
                <w:sz w:val="28"/>
                <w:szCs w:val="28"/>
              </w:rPr>
            </w:pPr>
          </w:p>
        </w:tc>
        <w:tc>
          <w:tcPr>
            <w:tcW w:w="862" w:type="dxa"/>
          </w:tcPr>
          <w:p w14:paraId="1BABE7D7" w14:textId="77777777" w:rsidR="00E91A42" w:rsidRPr="00E91A42" w:rsidRDefault="00E91A42" w:rsidP="00A701F9">
            <w:pPr>
              <w:spacing w:before="60" w:after="60"/>
              <w:rPr>
                <w:sz w:val="28"/>
                <w:szCs w:val="28"/>
              </w:rPr>
            </w:pPr>
          </w:p>
        </w:tc>
        <w:tc>
          <w:tcPr>
            <w:tcW w:w="820" w:type="dxa"/>
          </w:tcPr>
          <w:p w14:paraId="2CE9E4E5" w14:textId="77777777" w:rsidR="00E91A42" w:rsidRPr="00E91A42" w:rsidRDefault="00E91A42" w:rsidP="00A701F9">
            <w:pPr>
              <w:spacing w:before="60" w:after="60"/>
              <w:rPr>
                <w:sz w:val="28"/>
                <w:szCs w:val="28"/>
              </w:rPr>
            </w:pPr>
          </w:p>
        </w:tc>
        <w:tc>
          <w:tcPr>
            <w:tcW w:w="821" w:type="dxa"/>
          </w:tcPr>
          <w:p w14:paraId="23FEEB1A" w14:textId="77777777" w:rsidR="00E91A42" w:rsidRPr="00E91A42" w:rsidRDefault="00E91A42" w:rsidP="00A701F9">
            <w:pPr>
              <w:spacing w:before="60" w:after="60"/>
              <w:rPr>
                <w:sz w:val="28"/>
                <w:szCs w:val="28"/>
              </w:rPr>
            </w:pPr>
          </w:p>
        </w:tc>
        <w:tc>
          <w:tcPr>
            <w:tcW w:w="738" w:type="dxa"/>
          </w:tcPr>
          <w:p w14:paraId="058E09FC" w14:textId="77777777" w:rsidR="00E91A42" w:rsidRPr="00E91A42" w:rsidRDefault="00E91A42" w:rsidP="00A701F9">
            <w:pPr>
              <w:spacing w:before="60" w:after="60"/>
              <w:rPr>
                <w:sz w:val="28"/>
                <w:szCs w:val="28"/>
              </w:rPr>
            </w:pPr>
          </w:p>
        </w:tc>
        <w:tc>
          <w:tcPr>
            <w:tcW w:w="903" w:type="dxa"/>
          </w:tcPr>
          <w:p w14:paraId="3521AB3D" w14:textId="77777777" w:rsidR="00E91A42" w:rsidRPr="00E91A42" w:rsidRDefault="00E91A42" w:rsidP="00A701F9">
            <w:pPr>
              <w:spacing w:before="60" w:after="60"/>
              <w:rPr>
                <w:sz w:val="28"/>
                <w:szCs w:val="28"/>
              </w:rPr>
            </w:pPr>
          </w:p>
        </w:tc>
        <w:tc>
          <w:tcPr>
            <w:tcW w:w="738" w:type="dxa"/>
          </w:tcPr>
          <w:p w14:paraId="67B320D2" w14:textId="77777777" w:rsidR="00E91A42" w:rsidRPr="00E91A42" w:rsidRDefault="00E91A42" w:rsidP="00A701F9">
            <w:pPr>
              <w:spacing w:before="60" w:after="60"/>
              <w:jc w:val="center"/>
              <w:rPr>
                <w:sz w:val="28"/>
                <w:szCs w:val="28"/>
              </w:rPr>
            </w:pPr>
          </w:p>
        </w:tc>
        <w:tc>
          <w:tcPr>
            <w:tcW w:w="822" w:type="dxa"/>
          </w:tcPr>
          <w:p w14:paraId="5DFEF413" w14:textId="77777777" w:rsidR="00E91A42" w:rsidRPr="00E91A42" w:rsidRDefault="00E91A42" w:rsidP="00A701F9">
            <w:pPr>
              <w:spacing w:before="60" w:after="60"/>
              <w:jc w:val="center"/>
              <w:rPr>
                <w:sz w:val="28"/>
                <w:szCs w:val="28"/>
              </w:rPr>
            </w:pPr>
          </w:p>
        </w:tc>
        <w:tc>
          <w:tcPr>
            <w:tcW w:w="769" w:type="dxa"/>
          </w:tcPr>
          <w:p w14:paraId="18E66A4D" w14:textId="77777777" w:rsidR="00E91A42" w:rsidRPr="00E91A42" w:rsidRDefault="00E91A42" w:rsidP="00A701F9">
            <w:pPr>
              <w:spacing w:before="60" w:after="60"/>
              <w:jc w:val="center"/>
              <w:rPr>
                <w:sz w:val="28"/>
                <w:szCs w:val="28"/>
              </w:rPr>
            </w:pPr>
          </w:p>
        </w:tc>
        <w:tc>
          <w:tcPr>
            <w:tcW w:w="992" w:type="dxa"/>
          </w:tcPr>
          <w:p w14:paraId="5A88C6F1" w14:textId="77777777" w:rsidR="00E91A42" w:rsidRPr="00E91A42" w:rsidRDefault="00E91A42" w:rsidP="00A701F9">
            <w:pPr>
              <w:spacing w:before="60" w:after="60"/>
              <w:jc w:val="center"/>
              <w:rPr>
                <w:sz w:val="28"/>
                <w:szCs w:val="28"/>
              </w:rPr>
            </w:pPr>
          </w:p>
        </w:tc>
        <w:tc>
          <w:tcPr>
            <w:tcW w:w="709" w:type="dxa"/>
          </w:tcPr>
          <w:p w14:paraId="4C44E384" w14:textId="77777777" w:rsidR="00E91A42" w:rsidRPr="00E91A42" w:rsidRDefault="00E91A42" w:rsidP="00A701F9">
            <w:pPr>
              <w:spacing w:before="60" w:after="60"/>
              <w:jc w:val="center"/>
              <w:rPr>
                <w:sz w:val="28"/>
                <w:szCs w:val="28"/>
              </w:rPr>
            </w:pPr>
          </w:p>
        </w:tc>
        <w:tc>
          <w:tcPr>
            <w:tcW w:w="992" w:type="dxa"/>
          </w:tcPr>
          <w:p w14:paraId="09D9223D" w14:textId="77777777" w:rsidR="00E91A42" w:rsidRPr="00E91A42" w:rsidRDefault="00E91A42" w:rsidP="00A701F9">
            <w:pPr>
              <w:spacing w:before="60" w:after="60"/>
              <w:jc w:val="center"/>
              <w:rPr>
                <w:sz w:val="28"/>
                <w:szCs w:val="28"/>
              </w:rPr>
            </w:pPr>
          </w:p>
        </w:tc>
      </w:tr>
      <w:tr w:rsidR="00E91A42" w:rsidRPr="00E91A42" w14:paraId="383A18FC" w14:textId="77777777" w:rsidTr="00A701F9">
        <w:trPr>
          <w:trHeight w:val="431"/>
        </w:trPr>
        <w:tc>
          <w:tcPr>
            <w:tcW w:w="514" w:type="dxa"/>
          </w:tcPr>
          <w:p w14:paraId="15B4017D" w14:textId="77777777" w:rsidR="00E91A42" w:rsidRPr="00E91A42" w:rsidRDefault="00E91A42" w:rsidP="00A701F9">
            <w:pPr>
              <w:spacing w:before="50" w:after="50"/>
              <w:jc w:val="center"/>
              <w:rPr>
                <w:sz w:val="28"/>
                <w:szCs w:val="28"/>
              </w:rPr>
            </w:pPr>
          </w:p>
        </w:tc>
        <w:tc>
          <w:tcPr>
            <w:tcW w:w="3353" w:type="dxa"/>
          </w:tcPr>
          <w:p w14:paraId="35A9C91D" w14:textId="77777777" w:rsidR="00E91A42" w:rsidRPr="00E91A42" w:rsidRDefault="00E91A42" w:rsidP="00A701F9">
            <w:pPr>
              <w:spacing w:before="50" w:after="50"/>
              <w:rPr>
                <w:sz w:val="28"/>
                <w:szCs w:val="28"/>
              </w:rPr>
            </w:pPr>
            <w:r w:rsidRPr="00E91A42">
              <w:rPr>
                <w:sz w:val="28"/>
                <w:szCs w:val="28"/>
              </w:rPr>
              <w:t>Khác</w:t>
            </w:r>
          </w:p>
        </w:tc>
        <w:tc>
          <w:tcPr>
            <w:tcW w:w="859" w:type="dxa"/>
          </w:tcPr>
          <w:p w14:paraId="4D9539EC" w14:textId="77777777" w:rsidR="00E91A42" w:rsidRPr="00E91A42" w:rsidRDefault="00E91A42" w:rsidP="00A701F9">
            <w:pPr>
              <w:spacing w:before="60" w:after="60"/>
              <w:rPr>
                <w:sz w:val="28"/>
                <w:szCs w:val="28"/>
              </w:rPr>
            </w:pPr>
          </w:p>
        </w:tc>
        <w:tc>
          <w:tcPr>
            <w:tcW w:w="862" w:type="dxa"/>
          </w:tcPr>
          <w:p w14:paraId="70DBEB26" w14:textId="77777777" w:rsidR="00E91A42" w:rsidRPr="00E91A42" w:rsidRDefault="00E91A42" w:rsidP="00A701F9">
            <w:pPr>
              <w:spacing w:before="60" w:after="60"/>
              <w:rPr>
                <w:sz w:val="28"/>
                <w:szCs w:val="28"/>
              </w:rPr>
            </w:pPr>
          </w:p>
        </w:tc>
        <w:tc>
          <w:tcPr>
            <w:tcW w:w="820" w:type="dxa"/>
          </w:tcPr>
          <w:p w14:paraId="3FD8F788" w14:textId="77777777" w:rsidR="00E91A42" w:rsidRPr="00E91A42" w:rsidRDefault="00E91A42" w:rsidP="00A701F9">
            <w:pPr>
              <w:spacing w:before="60" w:after="60"/>
              <w:rPr>
                <w:sz w:val="28"/>
                <w:szCs w:val="28"/>
              </w:rPr>
            </w:pPr>
          </w:p>
        </w:tc>
        <w:tc>
          <w:tcPr>
            <w:tcW w:w="821" w:type="dxa"/>
          </w:tcPr>
          <w:p w14:paraId="019CF773" w14:textId="77777777" w:rsidR="00E91A42" w:rsidRPr="00E91A42" w:rsidRDefault="00E91A42" w:rsidP="00A701F9">
            <w:pPr>
              <w:spacing w:before="60" w:after="60"/>
              <w:rPr>
                <w:sz w:val="28"/>
                <w:szCs w:val="28"/>
              </w:rPr>
            </w:pPr>
          </w:p>
        </w:tc>
        <w:tc>
          <w:tcPr>
            <w:tcW w:w="738" w:type="dxa"/>
          </w:tcPr>
          <w:p w14:paraId="7DCD9E7C" w14:textId="77777777" w:rsidR="00E91A42" w:rsidRPr="00E91A42" w:rsidRDefault="00E91A42" w:rsidP="00A701F9">
            <w:pPr>
              <w:spacing w:before="60" w:after="60"/>
              <w:rPr>
                <w:sz w:val="28"/>
                <w:szCs w:val="28"/>
              </w:rPr>
            </w:pPr>
          </w:p>
        </w:tc>
        <w:tc>
          <w:tcPr>
            <w:tcW w:w="903" w:type="dxa"/>
          </w:tcPr>
          <w:p w14:paraId="54460597" w14:textId="77777777" w:rsidR="00E91A42" w:rsidRPr="00E91A42" w:rsidRDefault="00E91A42" w:rsidP="00A701F9">
            <w:pPr>
              <w:spacing w:before="60" w:after="60"/>
              <w:rPr>
                <w:sz w:val="28"/>
                <w:szCs w:val="28"/>
              </w:rPr>
            </w:pPr>
          </w:p>
        </w:tc>
        <w:tc>
          <w:tcPr>
            <w:tcW w:w="738" w:type="dxa"/>
          </w:tcPr>
          <w:p w14:paraId="1D5151B1" w14:textId="77777777" w:rsidR="00E91A42" w:rsidRPr="00E91A42" w:rsidRDefault="00E91A42" w:rsidP="00A701F9">
            <w:pPr>
              <w:spacing w:before="60" w:after="60"/>
              <w:jc w:val="center"/>
              <w:rPr>
                <w:sz w:val="28"/>
                <w:szCs w:val="28"/>
              </w:rPr>
            </w:pPr>
          </w:p>
        </w:tc>
        <w:tc>
          <w:tcPr>
            <w:tcW w:w="822" w:type="dxa"/>
          </w:tcPr>
          <w:p w14:paraId="53B7B2FD" w14:textId="77777777" w:rsidR="00E91A42" w:rsidRPr="00E91A42" w:rsidRDefault="00E91A42" w:rsidP="00A701F9">
            <w:pPr>
              <w:spacing w:before="60" w:after="60"/>
              <w:jc w:val="center"/>
              <w:rPr>
                <w:sz w:val="28"/>
                <w:szCs w:val="28"/>
              </w:rPr>
            </w:pPr>
          </w:p>
        </w:tc>
        <w:tc>
          <w:tcPr>
            <w:tcW w:w="769" w:type="dxa"/>
          </w:tcPr>
          <w:p w14:paraId="495A7CE2" w14:textId="77777777" w:rsidR="00E91A42" w:rsidRPr="00E91A42" w:rsidRDefault="00E91A42" w:rsidP="00A701F9">
            <w:pPr>
              <w:spacing w:before="60" w:after="60"/>
              <w:jc w:val="center"/>
              <w:rPr>
                <w:sz w:val="28"/>
                <w:szCs w:val="28"/>
              </w:rPr>
            </w:pPr>
          </w:p>
        </w:tc>
        <w:tc>
          <w:tcPr>
            <w:tcW w:w="992" w:type="dxa"/>
          </w:tcPr>
          <w:p w14:paraId="2F75D64D" w14:textId="77777777" w:rsidR="00E91A42" w:rsidRPr="00E91A42" w:rsidRDefault="00E91A42" w:rsidP="00A701F9">
            <w:pPr>
              <w:spacing w:before="60" w:after="60"/>
              <w:jc w:val="center"/>
              <w:rPr>
                <w:sz w:val="28"/>
                <w:szCs w:val="28"/>
              </w:rPr>
            </w:pPr>
          </w:p>
        </w:tc>
        <w:tc>
          <w:tcPr>
            <w:tcW w:w="709" w:type="dxa"/>
          </w:tcPr>
          <w:p w14:paraId="56AB0689" w14:textId="77777777" w:rsidR="00E91A42" w:rsidRPr="00E91A42" w:rsidRDefault="00E91A42" w:rsidP="00A701F9">
            <w:pPr>
              <w:spacing w:before="60" w:after="60"/>
              <w:jc w:val="center"/>
              <w:rPr>
                <w:sz w:val="28"/>
                <w:szCs w:val="28"/>
              </w:rPr>
            </w:pPr>
          </w:p>
        </w:tc>
        <w:tc>
          <w:tcPr>
            <w:tcW w:w="992" w:type="dxa"/>
          </w:tcPr>
          <w:p w14:paraId="7A26A94E" w14:textId="77777777" w:rsidR="00E91A42" w:rsidRPr="00E91A42" w:rsidRDefault="00E91A42" w:rsidP="00A701F9">
            <w:pPr>
              <w:spacing w:before="60" w:after="60"/>
              <w:jc w:val="center"/>
              <w:rPr>
                <w:sz w:val="28"/>
                <w:szCs w:val="28"/>
              </w:rPr>
            </w:pPr>
          </w:p>
        </w:tc>
      </w:tr>
      <w:tr w:rsidR="00E91A42" w:rsidRPr="00E91A42" w14:paraId="6C8591FF" w14:textId="77777777" w:rsidTr="00A701F9">
        <w:trPr>
          <w:trHeight w:val="431"/>
        </w:trPr>
        <w:tc>
          <w:tcPr>
            <w:tcW w:w="514" w:type="dxa"/>
          </w:tcPr>
          <w:p w14:paraId="27DD5AEF" w14:textId="77777777" w:rsidR="00E91A42" w:rsidRPr="00E91A42" w:rsidRDefault="00E91A42" w:rsidP="00A701F9">
            <w:pPr>
              <w:spacing w:before="50" w:after="50"/>
              <w:jc w:val="center"/>
              <w:rPr>
                <w:sz w:val="28"/>
                <w:szCs w:val="28"/>
              </w:rPr>
            </w:pPr>
          </w:p>
        </w:tc>
        <w:tc>
          <w:tcPr>
            <w:tcW w:w="3353" w:type="dxa"/>
            <w:vAlign w:val="center"/>
          </w:tcPr>
          <w:p w14:paraId="71F63F10" w14:textId="77777777" w:rsidR="00E91A42" w:rsidRPr="00E91A42" w:rsidRDefault="00E91A42" w:rsidP="00A701F9">
            <w:pPr>
              <w:framePr w:w="9537" w:wrap="notBeside" w:vAnchor="page" w:hAnchor="page" w:x="255" w:y="15663"/>
              <w:spacing w:before="50" w:after="50"/>
              <w:jc w:val="center"/>
              <w:rPr>
                <w:b/>
                <w:sz w:val="28"/>
                <w:szCs w:val="28"/>
              </w:rPr>
            </w:pPr>
            <w:r w:rsidRPr="00E91A42">
              <w:rPr>
                <w:b/>
                <w:sz w:val="28"/>
                <w:szCs w:val="28"/>
              </w:rPr>
              <w:t>Tổng cộng</w:t>
            </w:r>
          </w:p>
        </w:tc>
        <w:tc>
          <w:tcPr>
            <w:tcW w:w="859" w:type="dxa"/>
          </w:tcPr>
          <w:p w14:paraId="0EDE4A84" w14:textId="77777777" w:rsidR="00E91A42" w:rsidRPr="00E91A42" w:rsidRDefault="00E91A42" w:rsidP="00A701F9">
            <w:pPr>
              <w:spacing w:before="60" w:after="60"/>
              <w:rPr>
                <w:sz w:val="28"/>
                <w:szCs w:val="28"/>
              </w:rPr>
            </w:pPr>
          </w:p>
        </w:tc>
        <w:tc>
          <w:tcPr>
            <w:tcW w:w="862" w:type="dxa"/>
          </w:tcPr>
          <w:p w14:paraId="00DD6D9E" w14:textId="77777777" w:rsidR="00E91A42" w:rsidRPr="00E91A42" w:rsidRDefault="00E91A42" w:rsidP="00A701F9">
            <w:pPr>
              <w:spacing w:before="60" w:after="60"/>
              <w:rPr>
                <w:sz w:val="28"/>
                <w:szCs w:val="28"/>
              </w:rPr>
            </w:pPr>
          </w:p>
        </w:tc>
        <w:tc>
          <w:tcPr>
            <w:tcW w:w="820" w:type="dxa"/>
          </w:tcPr>
          <w:p w14:paraId="49C2FAB3" w14:textId="77777777" w:rsidR="00E91A42" w:rsidRPr="00E91A42" w:rsidRDefault="00E91A42" w:rsidP="00A701F9">
            <w:pPr>
              <w:spacing w:before="60" w:after="60"/>
              <w:rPr>
                <w:sz w:val="28"/>
                <w:szCs w:val="28"/>
              </w:rPr>
            </w:pPr>
          </w:p>
        </w:tc>
        <w:tc>
          <w:tcPr>
            <w:tcW w:w="821" w:type="dxa"/>
          </w:tcPr>
          <w:p w14:paraId="581876A0" w14:textId="77777777" w:rsidR="00E91A42" w:rsidRPr="00E91A42" w:rsidRDefault="00E91A42" w:rsidP="00A701F9">
            <w:pPr>
              <w:spacing w:before="60" w:after="60"/>
              <w:rPr>
                <w:sz w:val="28"/>
                <w:szCs w:val="28"/>
              </w:rPr>
            </w:pPr>
          </w:p>
        </w:tc>
        <w:tc>
          <w:tcPr>
            <w:tcW w:w="738" w:type="dxa"/>
          </w:tcPr>
          <w:p w14:paraId="3D8BB603" w14:textId="77777777" w:rsidR="00E91A42" w:rsidRPr="00E91A42" w:rsidRDefault="00E91A42" w:rsidP="00A701F9">
            <w:pPr>
              <w:spacing w:before="60" w:after="60"/>
              <w:rPr>
                <w:sz w:val="28"/>
                <w:szCs w:val="28"/>
              </w:rPr>
            </w:pPr>
          </w:p>
        </w:tc>
        <w:tc>
          <w:tcPr>
            <w:tcW w:w="903" w:type="dxa"/>
          </w:tcPr>
          <w:p w14:paraId="33D25B6B" w14:textId="77777777" w:rsidR="00E91A42" w:rsidRPr="00E91A42" w:rsidRDefault="00E91A42" w:rsidP="00A701F9">
            <w:pPr>
              <w:spacing w:before="60" w:after="60"/>
              <w:rPr>
                <w:sz w:val="28"/>
                <w:szCs w:val="28"/>
              </w:rPr>
            </w:pPr>
          </w:p>
        </w:tc>
        <w:tc>
          <w:tcPr>
            <w:tcW w:w="738" w:type="dxa"/>
          </w:tcPr>
          <w:p w14:paraId="2809F8E8" w14:textId="77777777" w:rsidR="00E91A42" w:rsidRPr="00E91A42" w:rsidRDefault="00E91A42" w:rsidP="00A701F9">
            <w:pPr>
              <w:spacing w:before="60" w:after="60"/>
              <w:jc w:val="center"/>
              <w:rPr>
                <w:sz w:val="28"/>
                <w:szCs w:val="28"/>
              </w:rPr>
            </w:pPr>
          </w:p>
        </w:tc>
        <w:tc>
          <w:tcPr>
            <w:tcW w:w="822" w:type="dxa"/>
          </w:tcPr>
          <w:p w14:paraId="219E9860" w14:textId="77777777" w:rsidR="00E91A42" w:rsidRPr="00E91A42" w:rsidRDefault="00E91A42" w:rsidP="00A701F9">
            <w:pPr>
              <w:spacing w:before="60" w:after="60"/>
              <w:jc w:val="center"/>
              <w:rPr>
                <w:sz w:val="28"/>
                <w:szCs w:val="28"/>
              </w:rPr>
            </w:pPr>
          </w:p>
        </w:tc>
        <w:tc>
          <w:tcPr>
            <w:tcW w:w="769" w:type="dxa"/>
          </w:tcPr>
          <w:p w14:paraId="5C486846" w14:textId="77777777" w:rsidR="00E91A42" w:rsidRPr="00E91A42" w:rsidRDefault="00E91A42" w:rsidP="00A701F9">
            <w:pPr>
              <w:spacing w:before="60" w:after="60"/>
              <w:jc w:val="center"/>
              <w:rPr>
                <w:sz w:val="28"/>
                <w:szCs w:val="28"/>
              </w:rPr>
            </w:pPr>
          </w:p>
        </w:tc>
        <w:tc>
          <w:tcPr>
            <w:tcW w:w="992" w:type="dxa"/>
          </w:tcPr>
          <w:p w14:paraId="60D5379E" w14:textId="77777777" w:rsidR="00E91A42" w:rsidRPr="00E91A42" w:rsidRDefault="00E91A42" w:rsidP="00A701F9">
            <w:pPr>
              <w:spacing w:before="60" w:after="60"/>
              <w:jc w:val="center"/>
              <w:rPr>
                <w:sz w:val="28"/>
                <w:szCs w:val="28"/>
              </w:rPr>
            </w:pPr>
          </w:p>
        </w:tc>
        <w:tc>
          <w:tcPr>
            <w:tcW w:w="709" w:type="dxa"/>
          </w:tcPr>
          <w:p w14:paraId="6EC3A1B4" w14:textId="77777777" w:rsidR="00E91A42" w:rsidRPr="00E91A42" w:rsidRDefault="00E91A42" w:rsidP="00A701F9">
            <w:pPr>
              <w:spacing w:before="60" w:after="60"/>
              <w:jc w:val="center"/>
              <w:rPr>
                <w:sz w:val="28"/>
                <w:szCs w:val="28"/>
              </w:rPr>
            </w:pPr>
          </w:p>
        </w:tc>
        <w:tc>
          <w:tcPr>
            <w:tcW w:w="992" w:type="dxa"/>
          </w:tcPr>
          <w:p w14:paraId="621F7983" w14:textId="77777777" w:rsidR="00E91A42" w:rsidRPr="00E91A42" w:rsidRDefault="00E91A42" w:rsidP="00A701F9">
            <w:pPr>
              <w:spacing w:before="60" w:after="60"/>
              <w:jc w:val="center"/>
              <w:rPr>
                <w:sz w:val="28"/>
                <w:szCs w:val="28"/>
              </w:rPr>
            </w:pPr>
          </w:p>
        </w:tc>
      </w:tr>
    </w:tbl>
    <w:p w14:paraId="5B3EC3B2" w14:textId="77777777" w:rsidR="00E91A42" w:rsidRPr="00E91A42" w:rsidRDefault="00E91A42" w:rsidP="00E91A42">
      <w:pPr>
        <w:rPr>
          <w:sz w:val="28"/>
          <w:szCs w:val="28"/>
        </w:rPr>
        <w:sectPr w:rsidR="00E91A42" w:rsidRPr="00E91A42" w:rsidSect="00E91A42">
          <w:footerReference w:type="default" r:id="rId10"/>
          <w:footerReference w:type="first" r:id="rId11"/>
          <w:pgSz w:w="15840" w:h="12240" w:orient="landscape"/>
          <w:pgMar w:top="993" w:right="1098" w:bottom="1440" w:left="1440" w:header="708" w:footer="708" w:gutter="0"/>
          <w:cols w:space="708"/>
          <w:docGrid w:linePitch="360"/>
        </w:sectPr>
      </w:pPr>
    </w:p>
    <w:tbl>
      <w:tblPr>
        <w:tblW w:w="10065" w:type="dxa"/>
        <w:tblInd w:w="-601" w:type="dxa"/>
        <w:tblLayout w:type="fixed"/>
        <w:tblLook w:val="0000" w:firstRow="0" w:lastRow="0" w:firstColumn="0" w:lastColumn="0" w:noHBand="0" w:noVBand="0"/>
      </w:tblPr>
      <w:tblGrid>
        <w:gridCol w:w="3936"/>
        <w:gridCol w:w="6129"/>
      </w:tblGrid>
      <w:tr w:rsidR="00E91A42" w:rsidRPr="00E91A42" w14:paraId="30D57355" w14:textId="77777777" w:rsidTr="00A701F9">
        <w:tc>
          <w:tcPr>
            <w:tcW w:w="3936" w:type="dxa"/>
            <w:tcBorders>
              <w:top w:val="nil"/>
              <w:left w:val="nil"/>
              <w:bottom w:val="nil"/>
              <w:right w:val="nil"/>
            </w:tcBorders>
          </w:tcPr>
          <w:p w14:paraId="11E65869"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lastRenderedPageBreak/>
              <w:br w:type="page"/>
            </w:r>
          </w:p>
          <w:p w14:paraId="4CDA7854" w14:textId="77777777" w:rsidR="00E91A42" w:rsidRPr="00E91A42" w:rsidRDefault="00E91A42" w:rsidP="00A701F9">
            <w:pPr>
              <w:spacing w:after="0" w:line="240" w:lineRule="auto"/>
              <w:ind w:left="-57" w:right="-57"/>
              <w:jc w:val="center"/>
              <w:rPr>
                <w:b/>
                <w:bCs/>
                <w:sz w:val="28"/>
                <w:szCs w:val="28"/>
              </w:rPr>
            </w:pPr>
          </w:p>
          <w:p w14:paraId="74471397"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65C78954"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74624" behindDoc="0" locked="0" layoutInCell="1" allowOverlap="1" wp14:anchorId="34AB82D9" wp14:editId="32C7809F">
                      <wp:simplePos x="0" y="0"/>
                      <wp:positionH relativeFrom="column">
                        <wp:posOffset>558165</wp:posOffset>
                      </wp:positionH>
                      <wp:positionV relativeFrom="paragraph">
                        <wp:posOffset>60959</wp:posOffset>
                      </wp:positionV>
                      <wp:extent cx="12954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8C409" id="Straight Connector 12"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32EC56EC"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2FCF7BCB"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45CCEF57"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6206B937"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36FC604D"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75648" behindDoc="0" locked="0" layoutInCell="1" allowOverlap="1" wp14:anchorId="2A9E19AC" wp14:editId="0E4BA105">
                      <wp:simplePos x="0" y="0"/>
                      <wp:positionH relativeFrom="column">
                        <wp:posOffset>859155</wp:posOffset>
                      </wp:positionH>
                      <wp:positionV relativeFrom="paragraph">
                        <wp:posOffset>80644</wp:posOffset>
                      </wp:positionV>
                      <wp:extent cx="196215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9A3D6" id="Straight Connector 13"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0B074457"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07B6406D" w14:textId="77777777" w:rsidR="00E91A42" w:rsidRPr="00E91A42" w:rsidRDefault="00E91A42" w:rsidP="00E91A42">
      <w:pPr>
        <w:pStyle w:val="Heading1"/>
        <w:spacing w:line="312" w:lineRule="auto"/>
        <w:rPr>
          <w:rFonts w:ascii="Times New Roman" w:hAnsi="Times New Roman" w:cs="Times New Roman"/>
          <w:color w:val="000000" w:themeColor="text1"/>
        </w:rPr>
      </w:pPr>
    </w:p>
    <w:p w14:paraId="75D24014" w14:textId="77777777" w:rsidR="00E91A42" w:rsidRPr="00E91A42" w:rsidRDefault="00E91A42" w:rsidP="00E91A42">
      <w:pPr>
        <w:pStyle w:val="Heading1"/>
        <w:spacing w:line="312" w:lineRule="auto"/>
        <w:rPr>
          <w:rFonts w:ascii="Times New Roman" w:hAnsi="Times New Roman" w:cs="Times New Roman"/>
          <w:color w:val="000000" w:themeColor="text1"/>
          <w:lang w:val="vi-VN"/>
        </w:rPr>
      </w:pPr>
      <w:r w:rsidRPr="00E91A42">
        <w:rPr>
          <w:rFonts w:ascii="Times New Roman" w:hAnsi="Times New Roman" w:cs="Times New Roman"/>
          <w:color w:val="000000" w:themeColor="text1"/>
        </w:rPr>
        <w:t>MẪU LÝ LỊCH KHOA HỌC CỦA CHỦ NHIỆM</w:t>
      </w:r>
      <w:r w:rsidRPr="00E91A42">
        <w:rPr>
          <w:rFonts w:ascii="Times New Roman" w:hAnsi="Times New Roman" w:cs="Times New Roman"/>
          <w:color w:val="000000" w:themeColor="text1"/>
          <w:lang w:val="vi-VN"/>
        </w:rPr>
        <w:t>, THÀNH VIÊN THAM GIA</w:t>
      </w:r>
      <w:r w:rsidRPr="00E91A42">
        <w:rPr>
          <w:rFonts w:ascii="Times New Roman" w:hAnsi="Times New Roman" w:cs="Times New Roman"/>
          <w:color w:val="000000" w:themeColor="text1"/>
        </w:rPr>
        <w:t xml:space="preserve"> NHIỆM VỤ HỢP</w:t>
      </w:r>
      <w:r w:rsidRPr="00E91A42">
        <w:rPr>
          <w:rFonts w:ascii="Times New Roman" w:hAnsi="Times New Roman" w:cs="Times New Roman"/>
          <w:color w:val="000000" w:themeColor="text1"/>
          <w:lang w:val="vi-VN"/>
        </w:rPr>
        <w:t xml:space="preserve"> TÁC QUỐC TẾ</w:t>
      </w:r>
    </w:p>
    <w:p w14:paraId="1DF13F19" w14:textId="77777777" w:rsidR="00E91A42" w:rsidRPr="0028776E" w:rsidRDefault="00E91A42" w:rsidP="00E91A42">
      <w:pPr>
        <w:spacing w:after="0" w:line="312" w:lineRule="auto"/>
        <w:jc w:val="center"/>
        <w:rPr>
          <w:color w:val="000000" w:themeColor="text1"/>
          <w:sz w:val="28"/>
          <w:szCs w:val="28"/>
          <w:lang w:val="vi-VN"/>
        </w:rPr>
      </w:pPr>
      <w:r w:rsidRPr="0028776E">
        <w:rPr>
          <w:color w:val="000000" w:themeColor="text1"/>
          <w:sz w:val="28"/>
          <w:szCs w:val="28"/>
          <w:lang w:val="vi-VN"/>
        </w:rPr>
        <w:t>(Ban hành kèm theo Thông tư số …/2026/TT-BKHCN ngày … tháng … năm 2026 của Bộ Khoa học và Công nghệ)</w:t>
      </w:r>
    </w:p>
    <w:p w14:paraId="4B0E5110"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I. THÔNG TIN CHUNG</w:t>
      </w:r>
    </w:p>
    <w:p w14:paraId="7F48A861"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1. Họ và tên: .................................................... Giới tính: ............</w:t>
      </w:r>
    </w:p>
    <w:p w14:paraId="21707BB7"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2. Ngày, tháng, năm sinh: .......................  Nơi sinh: ................................................</w:t>
      </w:r>
    </w:p>
    <w:p w14:paraId="7346D34D"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3. Chức vụ, đơn vị công tác: .........................................................................................</w:t>
      </w:r>
    </w:p>
    <w:p w14:paraId="7F25172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4. Địa chỉ liên hệ: ..........................................................................................................</w:t>
      </w:r>
    </w:p>
    <w:p w14:paraId="4CF6E9E5"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5. Điện thoại: ................................ Email: .................................................................</w:t>
      </w:r>
    </w:p>
    <w:p w14:paraId="3777DA39"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6. Học hàm, học vị cao nhất: ........................................................ Năm được phong/cấp: ...........</w:t>
      </w:r>
    </w:p>
    <w:p w14:paraId="0BFB82FE"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7. Lĩnh vực chuyên môn chính: ....................................................................................</w:t>
      </w:r>
    </w:p>
    <w:p w14:paraId="4ADD0C49"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8. Ngoại ngữ sử dụng: ..................................................................................................</w:t>
      </w:r>
    </w:p>
    <w:p w14:paraId="1D2D2756"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lastRenderedPageBreak/>
        <w:t>II. QUÁ TRÌNH ĐÀO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E91A42" w:rsidRPr="00E91A42" w14:paraId="3240493D" w14:textId="77777777" w:rsidTr="00A701F9">
        <w:tc>
          <w:tcPr>
            <w:tcW w:w="1728" w:type="dxa"/>
          </w:tcPr>
          <w:p w14:paraId="684AC769"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Bậc học</w:t>
            </w:r>
          </w:p>
        </w:tc>
        <w:tc>
          <w:tcPr>
            <w:tcW w:w="1728" w:type="dxa"/>
          </w:tcPr>
          <w:p w14:paraId="17D0F7B1"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Ngành đào tạo</w:t>
            </w:r>
          </w:p>
        </w:tc>
        <w:tc>
          <w:tcPr>
            <w:tcW w:w="1728" w:type="dxa"/>
          </w:tcPr>
          <w:p w14:paraId="46BAEE08"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Cơ sở đào tạo</w:t>
            </w:r>
          </w:p>
        </w:tc>
        <w:tc>
          <w:tcPr>
            <w:tcW w:w="1728" w:type="dxa"/>
          </w:tcPr>
          <w:p w14:paraId="0C4A939C"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Năm tốt nghiệp</w:t>
            </w:r>
          </w:p>
        </w:tc>
        <w:tc>
          <w:tcPr>
            <w:tcW w:w="1728" w:type="dxa"/>
          </w:tcPr>
          <w:p w14:paraId="240D6DF6"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Hình thức đào tạo</w:t>
            </w:r>
          </w:p>
        </w:tc>
      </w:tr>
      <w:tr w:rsidR="00E91A42" w:rsidRPr="00E91A42" w14:paraId="064ADECD" w14:textId="77777777" w:rsidTr="00A701F9">
        <w:tc>
          <w:tcPr>
            <w:tcW w:w="1728" w:type="dxa"/>
          </w:tcPr>
          <w:p w14:paraId="67467EF3" w14:textId="77777777" w:rsidR="00E91A42" w:rsidRPr="00E91A42" w:rsidRDefault="00E91A42" w:rsidP="00A701F9">
            <w:pPr>
              <w:spacing w:after="0" w:line="312" w:lineRule="auto"/>
              <w:rPr>
                <w:color w:val="000000" w:themeColor="text1"/>
                <w:sz w:val="28"/>
                <w:szCs w:val="28"/>
              </w:rPr>
            </w:pPr>
          </w:p>
        </w:tc>
        <w:tc>
          <w:tcPr>
            <w:tcW w:w="1728" w:type="dxa"/>
          </w:tcPr>
          <w:p w14:paraId="16812FA9" w14:textId="77777777" w:rsidR="00E91A42" w:rsidRPr="00E91A42" w:rsidRDefault="00E91A42" w:rsidP="00A701F9">
            <w:pPr>
              <w:spacing w:after="0" w:line="312" w:lineRule="auto"/>
              <w:rPr>
                <w:color w:val="000000" w:themeColor="text1"/>
                <w:sz w:val="28"/>
                <w:szCs w:val="28"/>
              </w:rPr>
            </w:pPr>
          </w:p>
        </w:tc>
        <w:tc>
          <w:tcPr>
            <w:tcW w:w="1728" w:type="dxa"/>
          </w:tcPr>
          <w:p w14:paraId="750E11C6" w14:textId="77777777" w:rsidR="00E91A42" w:rsidRPr="00E91A42" w:rsidRDefault="00E91A42" w:rsidP="00A701F9">
            <w:pPr>
              <w:spacing w:after="0" w:line="312" w:lineRule="auto"/>
              <w:rPr>
                <w:color w:val="000000" w:themeColor="text1"/>
                <w:sz w:val="28"/>
                <w:szCs w:val="28"/>
              </w:rPr>
            </w:pPr>
          </w:p>
        </w:tc>
        <w:tc>
          <w:tcPr>
            <w:tcW w:w="1728" w:type="dxa"/>
          </w:tcPr>
          <w:p w14:paraId="37CCDFA7" w14:textId="77777777" w:rsidR="00E91A42" w:rsidRPr="00E91A42" w:rsidRDefault="00E91A42" w:rsidP="00A701F9">
            <w:pPr>
              <w:spacing w:after="0" w:line="312" w:lineRule="auto"/>
              <w:rPr>
                <w:color w:val="000000" w:themeColor="text1"/>
                <w:sz w:val="28"/>
                <w:szCs w:val="28"/>
              </w:rPr>
            </w:pPr>
          </w:p>
        </w:tc>
        <w:tc>
          <w:tcPr>
            <w:tcW w:w="1728" w:type="dxa"/>
          </w:tcPr>
          <w:p w14:paraId="49ACD3EC" w14:textId="77777777" w:rsidR="00E91A42" w:rsidRPr="00E91A42" w:rsidRDefault="00E91A42" w:rsidP="00A701F9">
            <w:pPr>
              <w:spacing w:after="0" w:line="312" w:lineRule="auto"/>
              <w:rPr>
                <w:color w:val="000000" w:themeColor="text1"/>
                <w:sz w:val="28"/>
                <w:szCs w:val="28"/>
              </w:rPr>
            </w:pPr>
          </w:p>
        </w:tc>
      </w:tr>
      <w:tr w:rsidR="00E91A42" w:rsidRPr="00E91A42" w14:paraId="3DACBE56" w14:textId="77777777" w:rsidTr="00A701F9">
        <w:tc>
          <w:tcPr>
            <w:tcW w:w="1728" w:type="dxa"/>
          </w:tcPr>
          <w:p w14:paraId="01521EB1" w14:textId="77777777" w:rsidR="00E91A42" w:rsidRPr="00E91A42" w:rsidRDefault="00E91A42" w:rsidP="00A701F9">
            <w:pPr>
              <w:spacing w:after="0" w:line="312" w:lineRule="auto"/>
              <w:rPr>
                <w:color w:val="000000" w:themeColor="text1"/>
                <w:sz w:val="28"/>
                <w:szCs w:val="28"/>
              </w:rPr>
            </w:pPr>
          </w:p>
        </w:tc>
        <w:tc>
          <w:tcPr>
            <w:tcW w:w="1728" w:type="dxa"/>
          </w:tcPr>
          <w:p w14:paraId="467012F7" w14:textId="77777777" w:rsidR="00E91A42" w:rsidRPr="00E91A42" w:rsidRDefault="00E91A42" w:rsidP="00A701F9">
            <w:pPr>
              <w:spacing w:after="0" w:line="312" w:lineRule="auto"/>
              <w:rPr>
                <w:color w:val="000000" w:themeColor="text1"/>
                <w:sz w:val="28"/>
                <w:szCs w:val="28"/>
              </w:rPr>
            </w:pPr>
          </w:p>
        </w:tc>
        <w:tc>
          <w:tcPr>
            <w:tcW w:w="1728" w:type="dxa"/>
          </w:tcPr>
          <w:p w14:paraId="54945D14" w14:textId="77777777" w:rsidR="00E91A42" w:rsidRPr="00E91A42" w:rsidRDefault="00E91A42" w:rsidP="00A701F9">
            <w:pPr>
              <w:spacing w:after="0" w:line="312" w:lineRule="auto"/>
              <w:rPr>
                <w:color w:val="000000" w:themeColor="text1"/>
                <w:sz w:val="28"/>
                <w:szCs w:val="28"/>
              </w:rPr>
            </w:pPr>
          </w:p>
        </w:tc>
        <w:tc>
          <w:tcPr>
            <w:tcW w:w="1728" w:type="dxa"/>
          </w:tcPr>
          <w:p w14:paraId="5AC3BB47" w14:textId="77777777" w:rsidR="00E91A42" w:rsidRPr="00E91A42" w:rsidRDefault="00E91A42" w:rsidP="00A701F9">
            <w:pPr>
              <w:spacing w:after="0" w:line="312" w:lineRule="auto"/>
              <w:rPr>
                <w:color w:val="000000" w:themeColor="text1"/>
                <w:sz w:val="28"/>
                <w:szCs w:val="28"/>
              </w:rPr>
            </w:pPr>
          </w:p>
        </w:tc>
        <w:tc>
          <w:tcPr>
            <w:tcW w:w="1728" w:type="dxa"/>
          </w:tcPr>
          <w:p w14:paraId="21F48C07" w14:textId="77777777" w:rsidR="00E91A42" w:rsidRPr="00E91A42" w:rsidRDefault="00E91A42" w:rsidP="00A701F9">
            <w:pPr>
              <w:spacing w:after="0" w:line="312" w:lineRule="auto"/>
              <w:rPr>
                <w:color w:val="000000" w:themeColor="text1"/>
                <w:sz w:val="28"/>
                <w:szCs w:val="28"/>
              </w:rPr>
            </w:pPr>
          </w:p>
        </w:tc>
      </w:tr>
      <w:tr w:rsidR="00E91A42" w:rsidRPr="00E91A42" w14:paraId="0AB7EF43" w14:textId="77777777" w:rsidTr="00A701F9">
        <w:tc>
          <w:tcPr>
            <w:tcW w:w="1728" w:type="dxa"/>
          </w:tcPr>
          <w:p w14:paraId="270EC242" w14:textId="77777777" w:rsidR="00E91A42" w:rsidRPr="00E91A42" w:rsidRDefault="00E91A42" w:rsidP="00A701F9">
            <w:pPr>
              <w:spacing w:after="0" w:line="312" w:lineRule="auto"/>
              <w:rPr>
                <w:color w:val="000000" w:themeColor="text1"/>
                <w:sz w:val="28"/>
                <w:szCs w:val="28"/>
              </w:rPr>
            </w:pPr>
          </w:p>
        </w:tc>
        <w:tc>
          <w:tcPr>
            <w:tcW w:w="1728" w:type="dxa"/>
          </w:tcPr>
          <w:p w14:paraId="7C3F2FB8" w14:textId="77777777" w:rsidR="00E91A42" w:rsidRPr="00E91A42" w:rsidRDefault="00E91A42" w:rsidP="00A701F9">
            <w:pPr>
              <w:spacing w:after="0" w:line="312" w:lineRule="auto"/>
              <w:rPr>
                <w:color w:val="000000" w:themeColor="text1"/>
                <w:sz w:val="28"/>
                <w:szCs w:val="28"/>
              </w:rPr>
            </w:pPr>
          </w:p>
        </w:tc>
        <w:tc>
          <w:tcPr>
            <w:tcW w:w="1728" w:type="dxa"/>
          </w:tcPr>
          <w:p w14:paraId="1F16AC91" w14:textId="77777777" w:rsidR="00E91A42" w:rsidRPr="00E91A42" w:rsidRDefault="00E91A42" w:rsidP="00A701F9">
            <w:pPr>
              <w:spacing w:after="0" w:line="312" w:lineRule="auto"/>
              <w:rPr>
                <w:color w:val="000000" w:themeColor="text1"/>
                <w:sz w:val="28"/>
                <w:szCs w:val="28"/>
              </w:rPr>
            </w:pPr>
          </w:p>
        </w:tc>
        <w:tc>
          <w:tcPr>
            <w:tcW w:w="1728" w:type="dxa"/>
          </w:tcPr>
          <w:p w14:paraId="43E700EE" w14:textId="77777777" w:rsidR="00E91A42" w:rsidRPr="00E91A42" w:rsidRDefault="00E91A42" w:rsidP="00A701F9">
            <w:pPr>
              <w:spacing w:after="0" w:line="312" w:lineRule="auto"/>
              <w:rPr>
                <w:color w:val="000000" w:themeColor="text1"/>
                <w:sz w:val="28"/>
                <w:szCs w:val="28"/>
              </w:rPr>
            </w:pPr>
          </w:p>
        </w:tc>
        <w:tc>
          <w:tcPr>
            <w:tcW w:w="1728" w:type="dxa"/>
          </w:tcPr>
          <w:p w14:paraId="101B8487" w14:textId="77777777" w:rsidR="00E91A42" w:rsidRPr="00E91A42" w:rsidRDefault="00E91A42" w:rsidP="00A701F9">
            <w:pPr>
              <w:spacing w:after="0" w:line="312" w:lineRule="auto"/>
              <w:rPr>
                <w:color w:val="000000" w:themeColor="text1"/>
                <w:sz w:val="28"/>
                <w:szCs w:val="28"/>
              </w:rPr>
            </w:pPr>
          </w:p>
        </w:tc>
      </w:tr>
    </w:tbl>
    <w:p w14:paraId="4D628401"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III. QUÁ TRÌNH CÔNG TÁC VÀ KINH NGHIỆM CHUYÊN MÔN</w:t>
      </w:r>
    </w:p>
    <w:p w14:paraId="576EE9B6"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(Tóm tắt tối đa 10 dòng về công việc chính, lĩnh vực chuyên môn, kinh nghiệm R&amp;D, chuyển giao công nghệ, quản lý nhiệm vụ KH&amp;CN hoặc đổi mới sáng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7"/>
        <w:gridCol w:w="2158"/>
        <w:gridCol w:w="2157"/>
      </w:tblGrid>
      <w:tr w:rsidR="00E91A42" w:rsidRPr="00E91A42" w14:paraId="61D5A23E" w14:textId="77777777" w:rsidTr="00A701F9">
        <w:tc>
          <w:tcPr>
            <w:tcW w:w="2160" w:type="dxa"/>
          </w:tcPr>
          <w:p w14:paraId="5508D2AB"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Thời gian</w:t>
            </w:r>
          </w:p>
        </w:tc>
        <w:tc>
          <w:tcPr>
            <w:tcW w:w="2160" w:type="dxa"/>
          </w:tcPr>
          <w:p w14:paraId="4E86C502"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Đơn vị công tác</w:t>
            </w:r>
          </w:p>
        </w:tc>
        <w:tc>
          <w:tcPr>
            <w:tcW w:w="2160" w:type="dxa"/>
          </w:tcPr>
          <w:p w14:paraId="2340C43B"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Chức danh/chức vụ</w:t>
            </w:r>
          </w:p>
        </w:tc>
        <w:tc>
          <w:tcPr>
            <w:tcW w:w="2160" w:type="dxa"/>
          </w:tcPr>
          <w:p w14:paraId="06B4D17F"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Lĩnh vực công việc</w:t>
            </w:r>
          </w:p>
        </w:tc>
      </w:tr>
      <w:tr w:rsidR="00E91A42" w:rsidRPr="00E91A42" w14:paraId="45BE234E" w14:textId="77777777" w:rsidTr="00A701F9">
        <w:tc>
          <w:tcPr>
            <w:tcW w:w="2160" w:type="dxa"/>
          </w:tcPr>
          <w:p w14:paraId="5BBE0BB3" w14:textId="77777777" w:rsidR="00E91A42" w:rsidRPr="00E91A42" w:rsidRDefault="00E91A42" w:rsidP="00A701F9">
            <w:pPr>
              <w:spacing w:after="0" w:line="312" w:lineRule="auto"/>
              <w:rPr>
                <w:color w:val="000000" w:themeColor="text1"/>
                <w:sz w:val="28"/>
                <w:szCs w:val="28"/>
              </w:rPr>
            </w:pPr>
          </w:p>
        </w:tc>
        <w:tc>
          <w:tcPr>
            <w:tcW w:w="2160" w:type="dxa"/>
          </w:tcPr>
          <w:p w14:paraId="24D3B070" w14:textId="77777777" w:rsidR="00E91A42" w:rsidRPr="00E91A42" w:rsidRDefault="00E91A42" w:rsidP="00A701F9">
            <w:pPr>
              <w:spacing w:after="0" w:line="312" w:lineRule="auto"/>
              <w:rPr>
                <w:color w:val="000000" w:themeColor="text1"/>
                <w:sz w:val="28"/>
                <w:szCs w:val="28"/>
              </w:rPr>
            </w:pPr>
          </w:p>
        </w:tc>
        <w:tc>
          <w:tcPr>
            <w:tcW w:w="2160" w:type="dxa"/>
          </w:tcPr>
          <w:p w14:paraId="68248D6E" w14:textId="77777777" w:rsidR="00E91A42" w:rsidRPr="00E91A42" w:rsidRDefault="00E91A42" w:rsidP="00A701F9">
            <w:pPr>
              <w:spacing w:after="0" w:line="312" w:lineRule="auto"/>
              <w:rPr>
                <w:color w:val="000000" w:themeColor="text1"/>
                <w:sz w:val="28"/>
                <w:szCs w:val="28"/>
              </w:rPr>
            </w:pPr>
          </w:p>
        </w:tc>
        <w:tc>
          <w:tcPr>
            <w:tcW w:w="2160" w:type="dxa"/>
          </w:tcPr>
          <w:p w14:paraId="5D529F82" w14:textId="77777777" w:rsidR="00E91A42" w:rsidRPr="00E91A42" w:rsidRDefault="00E91A42" w:rsidP="00A701F9">
            <w:pPr>
              <w:spacing w:after="0" w:line="312" w:lineRule="auto"/>
              <w:rPr>
                <w:color w:val="000000" w:themeColor="text1"/>
                <w:sz w:val="28"/>
                <w:szCs w:val="28"/>
              </w:rPr>
            </w:pPr>
          </w:p>
        </w:tc>
      </w:tr>
      <w:tr w:rsidR="00E91A42" w:rsidRPr="00E91A42" w14:paraId="207DECB6" w14:textId="77777777" w:rsidTr="00A701F9">
        <w:tc>
          <w:tcPr>
            <w:tcW w:w="2160" w:type="dxa"/>
          </w:tcPr>
          <w:p w14:paraId="2A5D4273" w14:textId="77777777" w:rsidR="00E91A42" w:rsidRPr="00E91A42" w:rsidRDefault="00E91A42" w:rsidP="00A701F9">
            <w:pPr>
              <w:spacing w:after="0" w:line="312" w:lineRule="auto"/>
              <w:rPr>
                <w:color w:val="000000" w:themeColor="text1"/>
                <w:sz w:val="28"/>
                <w:szCs w:val="28"/>
              </w:rPr>
            </w:pPr>
          </w:p>
        </w:tc>
        <w:tc>
          <w:tcPr>
            <w:tcW w:w="2160" w:type="dxa"/>
          </w:tcPr>
          <w:p w14:paraId="56CB0AD2" w14:textId="77777777" w:rsidR="00E91A42" w:rsidRPr="00E91A42" w:rsidRDefault="00E91A42" w:rsidP="00A701F9">
            <w:pPr>
              <w:spacing w:after="0" w:line="312" w:lineRule="auto"/>
              <w:rPr>
                <w:color w:val="000000" w:themeColor="text1"/>
                <w:sz w:val="28"/>
                <w:szCs w:val="28"/>
              </w:rPr>
            </w:pPr>
          </w:p>
        </w:tc>
        <w:tc>
          <w:tcPr>
            <w:tcW w:w="2160" w:type="dxa"/>
          </w:tcPr>
          <w:p w14:paraId="466AFA59" w14:textId="77777777" w:rsidR="00E91A42" w:rsidRPr="00E91A42" w:rsidRDefault="00E91A42" w:rsidP="00A701F9">
            <w:pPr>
              <w:spacing w:after="0" w:line="312" w:lineRule="auto"/>
              <w:rPr>
                <w:color w:val="000000" w:themeColor="text1"/>
                <w:sz w:val="28"/>
                <w:szCs w:val="28"/>
              </w:rPr>
            </w:pPr>
          </w:p>
        </w:tc>
        <w:tc>
          <w:tcPr>
            <w:tcW w:w="2160" w:type="dxa"/>
          </w:tcPr>
          <w:p w14:paraId="1112FCEE" w14:textId="77777777" w:rsidR="00E91A42" w:rsidRPr="00E91A42" w:rsidRDefault="00E91A42" w:rsidP="00A701F9">
            <w:pPr>
              <w:spacing w:after="0" w:line="312" w:lineRule="auto"/>
              <w:rPr>
                <w:color w:val="000000" w:themeColor="text1"/>
                <w:sz w:val="28"/>
                <w:szCs w:val="28"/>
              </w:rPr>
            </w:pPr>
          </w:p>
        </w:tc>
      </w:tr>
      <w:tr w:rsidR="00E91A42" w:rsidRPr="00E91A42" w14:paraId="51A4539A" w14:textId="77777777" w:rsidTr="00A701F9">
        <w:tc>
          <w:tcPr>
            <w:tcW w:w="2160" w:type="dxa"/>
          </w:tcPr>
          <w:p w14:paraId="19EEC914" w14:textId="77777777" w:rsidR="00E91A42" w:rsidRPr="00E91A42" w:rsidRDefault="00E91A42" w:rsidP="00A701F9">
            <w:pPr>
              <w:spacing w:after="0" w:line="312" w:lineRule="auto"/>
              <w:rPr>
                <w:color w:val="000000" w:themeColor="text1"/>
                <w:sz w:val="28"/>
                <w:szCs w:val="28"/>
              </w:rPr>
            </w:pPr>
          </w:p>
        </w:tc>
        <w:tc>
          <w:tcPr>
            <w:tcW w:w="2160" w:type="dxa"/>
          </w:tcPr>
          <w:p w14:paraId="78A4B843" w14:textId="77777777" w:rsidR="00E91A42" w:rsidRPr="00E91A42" w:rsidRDefault="00E91A42" w:rsidP="00A701F9">
            <w:pPr>
              <w:spacing w:after="0" w:line="312" w:lineRule="auto"/>
              <w:rPr>
                <w:color w:val="000000" w:themeColor="text1"/>
                <w:sz w:val="28"/>
                <w:szCs w:val="28"/>
              </w:rPr>
            </w:pPr>
          </w:p>
        </w:tc>
        <w:tc>
          <w:tcPr>
            <w:tcW w:w="2160" w:type="dxa"/>
          </w:tcPr>
          <w:p w14:paraId="623DE4CA" w14:textId="77777777" w:rsidR="00E91A42" w:rsidRPr="00E91A42" w:rsidRDefault="00E91A42" w:rsidP="00A701F9">
            <w:pPr>
              <w:spacing w:after="0" w:line="312" w:lineRule="auto"/>
              <w:rPr>
                <w:color w:val="000000" w:themeColor="text1"/>
                <w:sz w:val="28"/>
                <w:szCs w:val="28"/>
              </w:rPr>
            </w:pPr>
          </w:p>
        </w:tc>
        <w:tc>
          <w:tcPr>
            <w:tcW w:w="2160" w:type="dxa"/>
          </w:tcPr>
          <w:p w14:paraId="7B7EFC5C" w14:textId="77777777" w:rsidR="00E91A42" w:rsidRPr="00E91A42" w:rsidRDefault="00E91A42" w:rsidP="00A701F9">
            <w:pPr>
              <w:spacing w:after="0" w:line="312" w:lineRule="auto"/>
              <w:rPr>
                <w:color w:val="000000" w:themeColor="text1"/>
                <w:sz w:val="28"/>
                <w:szCs w:val="28"/>
              </w:rPr>
            </w:pPr>
          </w:p>
        </w:tc>
      </w:tr>
    </w:tbl>
    <w:p w14:paraId="2828104A"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IV. THÀNH TÍCH KHOA HỌC VÀ CÔNG NGHỆ TRONG 05 NĂM GẦN NHẤT</w:t>
      </w:r>
    </w:p>
    <w:p w14:paraId="2405BC74"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1. Công trình khoa học đã công bố: ...............................................................</w:t>
      </w:r>
    </w:p>
    <w:p w14:paraId="0B1B7241"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2. Bằng độc quyền sáng chế, giải pháp hữu ích: ............................................</w:t>
      </w:r>
    </w:p>
    <w:p w14:paraId="36FADF5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3. Giải thưởng KH&amp;CN, danh hiệu chuyên môn: ............................................</w:t>
      </w:r>
    </w:p>
    <w:p w14:paraId="5157ABA8"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4. Kinh nghiệm chủ nhiệm/tham gia đề tài,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E91A42" w:rsidRPr="00E91A42" w14:paraId="371DCB60" w14:textId="77777777" w:rsidTr="00A701F9">
        <w:tc>
          <w:tcPr>
            <w:tcW w:w="1728" w:type="dxa"/>
          </w:tcPr>
          <w:p w14:paraId="2B6120B4"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Tên nhiệm vụ/dự án</w:t>
            </w:r>
          </w:p>
        </w:tc>
        <w:tc>
          <w:tcPr>
            <w:tcW w:w="1728" w:type="dxa"/>
          </w:tcPr>
          <w:p w14:paraId="4830569B"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Cấp quản lý</w:t>
            </w:r>
          </w:p>
        </w:tc>
        <w:tc>
          <w:tcPr>
            <w:tcW w:w="1728" w:type="dxa"/>
          </w:tcPr>
          <w:p w14:paraId="01776183"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Vai trò</w:t>
            </w:r>
          </w:p>
        </w:tc>
        <w:tc>
          <w:tcPr>
            <w:tcW w:w="1728" w:type="dxa"/>
          </w:tcPr>
          <w:p w14:paraId="5BE492F7"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Thời gian</w:t>
            </w:r>
          </w:p>
        </w:tc>
        <w:tc>
          <w:tcPr>
            <w:tcW w:w="1728" w:type="dxa"/>
          </w:tcPr>
          <w:p w14:paraId="6AE6E64B"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Tình trạng</w:t>
            </w:r>
          </w:p>
        </w:tc>
      </w:tr>
      <w:tr w:rsidR="00E91A42" w:rsidRPr="00E91A42" w14:paraId="2F801C23" w14:textId="77777777" w:rsidTr="00A701F9">
        <w:tc>
          <w:tcPr>
            <w:tcW w:w="1728" w:type="dxa"/>
          </w:tcPr>
          <w:p w14:paraId="0D0FECBB" w14:textId="77777777" w:rsidR="00E91A42" w:rsidRPr="00E91A42" w:rsidRDefault="00E91A42" w:rsidP="00A701F9">
            <w:pPr>
              <w:spacing w:after="0" w:line="312" w:lineRule="auto"/>
              <w:rPr>
                <w:color w:val="000000" w:themeColor="text1"/>
                <w:sz w:val="28"/>
                <w:szCs w:val="28"/>
              </w:rPr>
            </w:pPr>
          </w:p>
        </w:tc>
        <w:tc>
          <w:tcPr>
            <w:tcW w:w="1728" w:type="dxa"/>
          </w:tcPr>
          <w:p w14:paraId="36F98705" w14:textId="77777777" w:rsidR="00E91A42" w:rsidRPr="00E91A42" w:rsidRDefault="00E91A42" w:rsidP="00A701F9">
            <w:pPr>
              <w:spacing w:after="0" w:line="312" w:lineRule="auto"/>
              <w:rPr>
                <w:color w:val="000000" w:themeColor="text1"/>
                <w:sz w:val="28"/>
                <w:szCs w:val="28"/>
              </w:rPr>
            </w:pPr>
          </w:p>
        </w:tc>
        <w:tc>
          <w:tcPr>
            <w:tcW w:w="1728" w:type="dxa"/>
          </w:tcPr>
          <w:p w14:paraId="1DBD906D" w14:textId="77777777" w:rsidR="00E91A42" w:rsidRPr="00E91A42" w:rsidRDefault="00E91A42" w:rsidP="00A701F9">
            <w:pPr>
              <w:spacing w:after="0" w:line="312" w:lineRule="auto"/>
              <w:rPr>
                <w:color w:val="000000" w:themeColor="text1"/>
                <w:sz w:val="28"/>
                <w:szCs w:val="28"/>
              </w:rPr>
            </w:pPr>
          </w:p>
        </w:tc>
        <w:tc>
          <w:tcPr>
            <w:tcW w:w="1728" w:type="dxa"/>
          </w:tcPr>
          <w:p w14:paraId="0C5A75A0" w14:textId="77777777" w:rsidR="00E91A42" w:rsidRPr="00E91A42" w:rsidRDefault="00E91A42" w:rsidP="00A701F9">
            <w:pPr>
              <w:spacing w:after="0" w:line="312" w:lineRule="auto"/>
              <w:rPr>
                <w:color w:val="000000" w:themeColor="text1"/>
                <w:sz w:val="28"/>
                <w:szCs w:val="28"/>
              </w:rPr>
            </w:pPr>
          </w:p>
        </w:tc>
        <w:tc>
          <w:tcPr>
            <w:tcW w:w="1728" w:type="dxa"/>
          </w:tcPr>
          <w:p w14:paraId="055F2E4E" w14:textId="77777777" w:rsidR="00E91A42" w:rsidRPr="00E91A42" w:rsidRDefault="00E91A42" w:rsidP="00A701F9">
            <w:pPr>
              <w:spacing w:after="0" w:line="312" w:lineRule="auto"/>
              <w:rPr>
                <w:color w:val="000000" w:themeColor="text1"/>
                <w:sz w:val="28"/>
                <w:szCs w:val="28"/>
              </w:rPr>
            </w:pPr>
          </w:p>
        </w:tc>
      </w:tr>
      <w:tr w:rsidR="00E91A42" w:rsidRPr="00E91A42" w14:paraId="74E1D258" w14:textId="77777777" w:rsidTr="00A701F9">
        <w:tc>
          <w:tcPr>
            <w:tcW w:w="1728" w:type="dxa"/>
          </w:tcPr>
          <w:p w14:paraId="60C42E39" w14:textId="77777777" w:rsidR="00E91A42" w:rsidRPr="00E91A42" w:rsidRDefault="00E91A42" w:rsidP="00A701F9">
            <w:pPr>
              <w:spacing w:after="0" w:line="312" w:lineRule="auto"/>
              <w:rPr>
                <w:color w:val="000000" w:themeColor="text1"/>
                <w:sz w:val="28"/>
                <w:szCs w:val="28"/>
              </w:rPr>
            </w:pPr>
          </w:p>
        </w:tc>
        <w:tc>
          <w:tcPr>
            <w:tcW w:w="1728" w:type="dxa"/>
          </w:tcPr>
          <w:p w14:paraId="612E33CC" w14:textId="77777777" w:rsidR="00E91A42" w:rsidRPr="00E91A42" w:rsidRDefault="00E91A42" w:rsidP="00A701F9">
            <w:pPr>
              <w:spacing w:after="0" w:line="312" w:lineRule="auto"/>
              <w:rPr>
                <w:color w:val="000000" w:themeColor="text1"/>
                <w:sz w:val="28"/>
                <w:szCs w:val="28"/>
              </w:rPr>
            </w:pPr>
          </w:p>
        </w:tc>
        <w:tc>
          <w:tcPr>
            <w:tcW w:w="1728" w:type="dxa"/>
          </w:tcPr>
          <w:p w14:paraId="4485F2F3" w14:textId="77777777" w:rsidR="00E91A42" w:rsidRPr="00E91A42" w:rsidRDefault="00E91A42" w:rsidP="00A701F9">
            <w:pPr>
              <w:spacing w:after="0" w:line="312" w:lineRule="auto"/>
              <w:rPr>
                <w:color w:val="000000" w:themeColor="text1"/>
                <w:sz w:val="28"/>
                <w:szCs w:val="28"/>
              </w:rPr>
            </w:pPr>
          </w:p>
        </w:tc>
        <w:tc>
          <w:tcPr>
            <w:tcW w:w="1728" w:type="dxa"/>
          </w:tcPr>
          <w:p w14:paraId="61C625F3" w14:textId="77777777" w:rsidR="00E91A42" w:rsidRPr="00E91A42" w:rsidRDefault="00E91A42" w:rsidP="00A701F9">
            <w:pPr>
              <w:spacing w:after="0" w:line="312" w:lineRule="auto"/>
              <w:rPr>
                <w:color w:val="000000" w:themeColor="text1"/>
                <w:sz w:val="28"/>
                <w:szCs w:val="28"/>
              </w:rPr>
            </w:pPr>
          </w:p>
        </w:tc>
        <w:tc>
          <w:tcPr>
            <w:tcW w:w="1728" w:type="dxa"/>
          </w:tcPr>
          <w:p w14:paraId="09AAB4AC" w14:textId="77777777" w:rsidR="00E91A42" w:rsidRPr="00E91A42" w:rsidRDefault="00E91A42" w:rsidP="00A701F9">
            <w:pPr>
              <w:spacing w:after="0" w:line="312" w:lineRule="auto"/>
              <w:rPr>
                <w:color w:val="000000" w:themeColor="text1"/>
                <w:sz w:val="28"/>
                <w:szCs w:val="28"/>
              </w:rPr>
            </w:pPr>
          </w:p>
        </w:tc>
      </w:tr>
    </w:tbl>
    <w:p w14:paraId="164F6C16"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V. NĂNG LỰC TỔ CHỨC THỰC HIỆN NHIỆM VỤ HIỆN TẠI</w:t>
      </w:r>
    </w:p>
    <w:p w14:paraId="7FF2540A"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Cơ sở vật chất, thiết bị nghiên cứu hiện có: ..............................................</w:t>
      </w:r>
    </w:p>
    <w:p w14:paraId="0E8F11DA"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Nhân lực phối hợp: .....................................................</w:t>
      </w:r>
    </w:p>
    <w:p w14:paraId="21AC8262"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Kinh nghiệm liên kết với doanh nghiệp, địa phương: .................................</w:t>
      </w:r>
    </w:p>
    <w:p w14:paraId="7212A731"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lastRenderedPageBreak/>
        <w:t>VI. CAM KẾT CỦA CHỦ NHIỆM</w:t>
      </w:r>
    </w:p>
    <w:p w14:paraId="50A4E87A"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Tôi cam kết:</w:t>
      </w:r>
    </w:p>
    <w:p w14:paraId="61777CE4"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Các thông tin trên là trung thực, chính xác;</w:t>
      </w:r>
    </w:p>
    <w:p w14:paraId="3FFF183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Có đủ thời gian, năng lực và điều kiện để chủ trì, điều hành nhiệm vụ;</w:t>
      </w:r>
    </w:p>
    <w:p w14:paraId="385194BB"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Thực hiện nhiệm vụ đúng quy định của pháp luật, chịu trách nhiệm về kết quả và sử dụng kinh phí theo hợp đồng được ký với cơ quan quản lý nhiệm vụ.</w:t>
      </w:r>
    </w:p>
    <w:p w14:paraId="2CC3A918" w14:textId="77777777" w:rsidR="00E91A42" w:rsidRPr="00E91A42" w:rsidRDefault="00E91A42" w:rsidP="00E91A42">
      <w:pPr>
        <w:rPr>
          <w:sz w:val="28"/>
          <w:szCs w:val="28"/>
        </w:rPr>
      </w:pPr>
      <w:r w:rsidRPr="00E91A42">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340"/>
      </w:tblGrid>
      <w:tr w:rsidR="00E91A42" w:rsidRPr="00E91A42" w14:paraId="009E318D" w14:textId="77777777" w:rsidTr="00A701F9">
        <w:tc>
          <w:tcPr>
            <w:tcW w:w="4300" w:type="dxa"/>
          </w:tcPr>
          <w:p w14:paraId="693ACB6B" w14:textId="77777777" w:rsidR="00E91A42" w:rsidRPr="00E91A42" w:rsidRDefault="00E91A42" w:rsidP="00A701F9">
            <w:pPr>
              <w:spacing w:line="312" w:lineRule="auto"/>
              <w:rPr>
                <w:color w:val="000000" w:themeColor="text1"/>
                <w:sz w:val="28"/>
                <w:szCs w:val="28"/>
              </w:rPr>
            </w:pPr>
          </w:p>
        </w:tc>
        <w:tc>
          <w:tcPr>
            <w:tcW w:w="4340" w:type="dxa"/>
          </w:tcPr>
          <w:p w14:paraId="0F9AAF93" w14:textId="77777777" w:rsidR="00E91A42" w:rsidRPr="00E91A42" w:rsidRDefault="00E91A42" w:rsidP="00A701F9">
            <w:pPr>
              <w:spacing w:line="312" w:lineRule="auto"/>
              <w:jc w:val="center"/>
              <w:rPr>
                <w:color w:val="000000" w:themeColor="text1"/>
                <w:sz w:val="28"/>
                <w:szCs w:val="28"/>
              </w:rPr>
            </w:pPr>
            <w:r w:rsidRPr="00E91A42">
              <w:rPr>
                <w:color w:val="000000" w:themeColor="text1"/>
                <w:sz w:val="28"/>
                <w:szCs w:val="28"/>
              </w:rPr>
              <w:t>Ngày .... tháng .... năm ....</w:t>
            </w:r>
          </w:p>
          <w:p w14:paraId="3C4E5CDD" w14:textId="77777777" w:rsidR="00E91A42" w:rsidRPr="00E91A42" w:rsidRDefault="00E91A42" w:rsidP="00A701F9">
            <w:pPr>
              <w:pStyle w:val="ListBullet"/>
              <w:numPr>
                <w:ilvl w:val="0"/>
                <w:numId w:val="0"/>
              </w:numPr>
              <w:spacing w:line="312" w:lineRule="auto"/>
              <w:ind w:left="360"/>
              <w:jc w:val="center"/>
              <w:rPr>
                <w:b/>
                <w:bCs/>
                <w:color w:val="000000" w:themeColor="text1"/>
                <w:sz w:val="28"/>
                <w:szCs w:val="28"/>
              </w:rPr>
            </w:pPr>
            <w:r w:rsidRPr="00E91A42">
              <w:rPr>
                <w:b/>
                <w:bCs/>
                <w:color w:val="000000" w:themeColor="text1"/>
                <w:sz w:val="28"/>
                <w:szCs w:val="28"/>
              </w:rPr>
              <w:t>CHỦ NHIỆM NHIỆM VỤ</w:t>
            </w:r>
          </w:p>
          <w:p w14:paraId="254D688C" w14:textId="77777777" w:rsidR="00E91A42" w:rsidRPr="00E91A42" w:rsidRDefault="00E91A42" w:rsidP="00A701F9">
            <w:pPr>
              <w:pStyle w:val="ListBullet"/>
              <w:numPr>
                <w:ilvl w:val="0"/>
                <w:numId w:val="0"/>
              </w:numPr>
              <w:spacing w:line="312" w:lineRule="auto"/>
              <w:ind w:left="360"/>
              <w:jc w:val="center"/>
              <w:rPr>
                <w:color w:val="000000" w:themeColor="text1"/>
                <w:sz w:val="28"/>
                <w:szCs w:val="28"/>
              </w:rPr>
            </w:pPr>
            <w:r w:rsidRPr="00E91A42">
              <w:rPr>
                <w:color w:val="000000" w:themeColor="text1"/>
                <w:sz w:val="28"/>
                <w:szCs w:val="28"/>
              </w:rPr>
              <w:t>(Ký, ghi rõ họ tên)</w:t>
            </w:r>
          </w:p>
          <w:p w14:paraId="25B089AB" w14:textId="77777777" w:rsidR="00E91A42" w:rsidRPr="00E91A42" w:rsidRDefault="00E91A42" w:rsidP="00A701F9">
            <w:pPr>
              <w:spacing w:line="312" w:lineRule="auto"/>
              <w:rPr>
                <w:color w:val="000000" w:themeColor="text1"/>
                <w:sz w:val="28"/>
                <w:szCs w:val="28"/>
              </w:rPr>
            </w:pPr>
          </w:p>
        </w:tc>
      </w:tr>
    </w:tbl>
    <w:p w14:paraId="4FDFAC30" w14:textId="77777777" w:rsidR="00E91A42" w:rsidRPr="00E91A42" w:rsidRDefault="00E91A42" w:rsidP="00E91A42">
      <w:pPr>
        <w:rPr>
          <w:sz w:val="28"/>
          <w:szCs w:val="28"/>
        </w:rPr>
      </w:pPr>
      <w:r w:rsidRPr="00E91A42">
        <w:rPr>
          <w:sz w:val="28"/>
          <w:szCs w:val="28"/>
        </w:rPr>
        <w:br w:type="page"/>
      </w:r>
    </w:p>
    <w:tbl>
      <w:tblPr>
        <w:tblW w:w="10065" w:type="dxa"/>
        <w:tblInd w:w="-601" w:type="dxa"/>
        <w:tblLayout w:type="fixed"/>
        <w:tblLook w:val="0000" w:firstRow="0" w:lastRow="0" w:firstColumn="0" w:lastColumn="0" w:noHBand="0" w:noVBand="0"/>
      </w:tblPr>
      <w:tblGrid>
        <w:gridCol w:w="3936"/>
        <w:gridCol w:w="6129"/>
      </w:tblGrid>
      <w:tr w:rsidR="00E91A42" w:rsidRPr="00E91A42" w14:paraId="2EF2A71E" w14:textId="77777777" w:rsidTr="00A701F9">
        <w:tc>
          <w:tcPr>
            <w:tcW w:w="3936" w:type="dxa"/>
            <w:tcBorders>
              <w:top w:val="nil"/>
              <w:left w:val="nil"/>
              <w:bottom w:val="nil"/>
              <w:right w:val="nil"/>
            </w:tcBorders>
          </w:tcPr>
          <w:p w14:paraId="52DD8F98"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lastRenderedPageBreak/>
              <w:br w:type="page"/>
            </w:r>
          </w:p>
          <w:p w14:paraId="18DA9D94" w14:textId="77777777" w:rsidR="00E91A42" w:rsidRPr="00E91A42" w:rsidRDefault="00E91A42" w:rsidP="00A701F9">
            <w:pPr>
              <w:spacing w:after="0" w:line="240" w:lineRule="auto"/>
              <w:ind w:left="-57" w:right="-57"/>
              <w:jc w:val="center"/>
              <w:rPr>
                <w:b/>
                <w:bCs/>
                <w:sz w:val="28"/>
                <w:szCs w:val="28"/>
              </w:rPr>
            </w:pPr>
          </w:p>
          <w:p w14:paraId="15DBE4B3"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2FE167C4"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62336" behindDoc="0" locked="0" layoutInCell="1" allowOverlap="1" wp14:anchorId="066D05E0" wp14:editId="1F8719AD">
                      <wp:simplePos x="0" y="0"/>
                      <wp:positionH relativeFrom="column">
                        <wp:posOffset>558165</wp:posOffset>
                      </wp:positionH>
                      <wp:positionV relativeFrom="paragraph">
                        <wp:posOffset>60959</wp:posOffset>
                      </wp:positionV>
                      <wp:extent cx="12954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BB885" id="Straight Connector 10"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7556A1A4"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17840FCF"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405F3C29"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2093C112"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5F6290A6"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63360" behindDoc="0" locked="0" layoutInCell="1" allowOverlap="1" wp14:anchorId="1CF0B746" wp14:editId="59B3BF76">
                      <wp:simplePos x="0" y="0"/>
                      <wp:positionH relativeFrom="column">
                        <wp:posOffset>859155</wp:posOffset>
                      </wp:positionH>
                      <wp:positionV relativeFrom="paragraph">
                        <wp:posOffset>80644</wp:posOffset>
                      </wp:positionV>
                      <wp:extent cx="196215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1A86" id="Straight Connector 22"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63542A96"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2E01EF95" w14:textId="77777777" w:rsidR="00E91A42" w:rsidRPr="00E91A42" w:rsidRDefault="00E91A42" w:rsidP="00E91A42">
      <w:pPr>
        <w:pStyle w:val="Heading1"/>
        <w:ind w:right="44"/>
        <w:rPr>
          <w:rFonts w:ascii="Times New Roman" w:hAnsi="Times New Roman" w:cs="Times New Roman"/>
        </w:rPr>
      </w:pPr>
    </w:p>
    <w:p w14:paraId="1B50FE20" w14:textId="77777777" w:rsidR="00E91A42" w:rsidRPr="00E91A42" w:rsidRDefault="00E91A42" w:rsidP="00E91A42">
      <w:pPr>
        <w:pStyle w:val="Heading1"/>
        <w:ind w:right="44"/>
        <w:rPr>
          <w:rFonts w:ascii="Times New Roman" w:hAnsi="Times New Roman" w:cs="Times New Roman"/>
        </w:rPr>
      </w:pPr>
      <w:r w:rsidRPr="00E91A42">
        <w:rPr>
          <w:rFonts w:ascii="Times New Roman" w:hAnsi="Times New Roman" w:cs="Times New Roman"/>
        </w:rPr>
        <w:t>BIÊN BẢN MỞ HỒ SƠ ĐĂNG KÝ</w:t>
      </w:r>
    </w:p>
    <w:p w14:paraId="0D31C0AF" w14:textId="77777777" w:rsidR="00E91A42" w:rsidRPr="00E91A42" w:rsidRDefault="00E91A42" w:rsidP="00E91A42">
      <w:pPr>
        <w:pStyle w:val="Heading1"/>
        <w:ind w:right="44"/>
        <w:rPr>
          <w:rFonts w:ascii="Times New Roman" w:hAnsi="Times New Roman" w:cs="Times New Roman"/>
          <w:lang w:val="vi-VN"/>
        </w:rPr>
      </w:pPr>
      <w:r w:rsidRPr="00E91A42">
        <w:rPr>
          <w:rFonts w:ascii="Times New Roman" w:hAnsi="Times New Roman" w:cs="Times New Roman"/>
          <w:lang w:val="pt-PT"/>
        </w:rPr>
        <w:t xml:space="preserve"> </w:t>
      </w:r>
      <w:r w:rsidRPr="0028776E">
        <w:rPr>
          <w:rFonts w:ascii="Times New Roman" w:hAnsi="Times New Roman" w:cs="Times New Roman"/>
          <w:lang w:val="pt-PT"/>
        </w:rPr>
        <w:t>NHIỆM VỤ HỢP</w:t>
      </w:r>
      <w:r w:rsidRPr="00E91A42">
        <w:rPr>
          <w:rFonts w:ascii="Times New Roman" w:hAnsi="Times New Roman" w:cs="Times New Roman"/>
          <w:lang w:val="vi-VN"/>
        </w:rPr>
        <w:t xml:space="preserve"> TÁC QUỐC TẾ</w:t>
      </w:r>
    </w:p>
    <w:p w14:paraId="48B9AFBF" w14:textId="77777777" w:rsidR="00E91A42" w:rsidRPr="0028776E" w:rsidRDefault="00E91A42" w:rsidP="00E91A42">
      <w:pPr>
        <w:pStyle w:val="Heading5"/>
        <w:spacing w:before="0" w:after="120"/>
        <w:rPr>
          <w:rFonts w:ascii="Times New Roman" w:hAnsi="Times New Roman" w:cs="Times New Roman"/>
          <w:i/>
          <w:sz w:val="28"/>
          <w:szCs w:val="28"/>
          <w:lang w:val="vi-VN"/>
        </w:rPr>
      </w:pPr>
      <w:r w:rsidRPr="0028776E">
        <w:rPr>
          <w:rFonts w:ascii="Times New Roman" w:hAnsi="Times New Roman" w:cs="Times New Roman"/>
          <w:sz w:val="28"/>
          <w:szCs w:val="28"/>
          <w:lang w:val="vi-VN"/>
        </w:rPr>
        <w:t>1. Tên hồ sơ:</w:t>
      </w:r>
    </w:p>
    <w:p w14:paraId="169818BE" w14:textId="77777777" w:rsidR="00E91A42" w:rsidRPr="0028776E" w:rsidRDefault="00E91A42" w:rsidP="00E91A42">
      <w:pPr>
        <w:spacing w:after="120"/>
        <w:rPr>
          <w:b/>
          <w:bCs/>
          <w:sz w:val="28"/>
          <w:szCs w:val="28"/>
          <w:lang w:val="vi-VN"/>
        </w:rPr>
      </w:pPr>
    </w:p>
    <w:p w14:paraId="63F9E925" w14:textId="77777777" w:rsidR="00E91A42" w:rsidRPr="0028776E" w:rsidRDefault="00E91A42" w:rsidP="00E91A42">
      <w:pPr>
        <w:spacing w:after="120"/>
        <w:rPr>
          <w:b/>
          <w:bCs/>
          <w:sz w:val="28"/>
          <w:szCs w:val="28"/>
          <w:lang w:val="vi-VN"/>
        </w:rPr>
      </w:pPr>
      <w:r w:rsidRPr="0028776E">
        <w:rPr>
          <w:b/>
          <w:bCs/>
          <w:sz w:val="28"/>
          <w:szCs w:val="28"/>
          <w:lang w:val="vi-VN"/>
        </w:rPr>
        <w:t>2. Địa điểm và thời gian mở hồ sơ:</w:t>
      </w:r>
    </w:p>
    <w:p w14:paraId="05720C28" w14:textId="77777777" w:rsidR="00E91A42" w:rsidRPr="0028776E" w:rsidRDefault="00E91A42" w:rsidP="00E91A42">
      <w:pPr>
        <w:spacing w:after="120"/>
        <w:ind w:firstLine="567"/>
        <w:rPr>
          <w:sz w:val="28"/>
          <w:szCs w:val="28"/>
          <w:lang w:val="vi-VN"/>
        </w:rPr>
      </w:pPr>
      <w:r w:rsidRPr="0028776E">
        <w:rPr>
          <w:sz w:val="28"/>
          <w:szCs w:val="28"/>
          <w:lang w:val="vi-VN"/>
        </w:rPr>
        <w:t xml:space="preserve">- Địa điểm: </w:t>
      </w:r>
    </w:p>
    <w:p w14:paraId="03491A99" w14:textId="77777777" w:rsidR="00E91A42" w:rsidRPr="0028776E" w:rsidRDefault="00E91A42" w:rsidP="00E91A42">
      <w:pPr>
        <w:spacing w:after="120"/>
        <w:ind w:firstLine="567"/>
        <w:rPr>
          <w:sz w:val="28"/>
          <w:szCs w:val="28"/>
          <w:lang w:val="vi-VN"/>
        </w:rPr>
      </w:pPr>
      <w:r w:rsidRPr="0028776E">
        <w:rPr>
          <w:sz w:val="28"/>
          <w:szCs w:val="28"/>
          <w:lang w:val="vi-VN"/>
        </w:rPr>
        <w:t xml:space="preserve">- Thời gian:          </w:t>
      </w:r>
    </w:p>
    <w:p w14:paraId="268E1EAC" w14:textId="77777777" w:rsidR="00E91A42" w:rsidRPr="00E91A42" w:rsidRDefault="00E91A42" w:rsidP="00E91A42">
      <w:pPr>
        <w:spacing w:after="120"/>
        <w:rPr>
          <w:b/>
          <w:bCs/>
          <w:sz w:val="28"/>
          <w:szCs w:val="28"/>
          <w:lang w:val="pt-PT"/>
        </w:rPr>
      </w:pPr>
      <w:r w:rsidRPr="00E91A42">
        <w:rPr>
          <w:b/>
          <w:bCs/>
          <w:sz w:val="28"/>
          <w:szCs w:val="28"/>
          <w:lang w:val="pt-PT"/>
        </w:rPr>
        <w:t>3. Đại diện các cơ quan và tổ chức liên quan tham gia mở hồ sơ:</w:t>
      </w:r>
    </w:p>
    <w:p w14:paraId="353B8414" w14:textId="77777777" w:rsidR="00E91A42" w:rsidRPr="00E91A42" w:rsidRDefault="00E91A42" w:rsidP="00E91A42">
      <w:pPr>
        <w:spacing w:after="120"/>
        <w:rPr>
          <w:b/>
          <w:sz w:val="28"/>
          <w:szCs w:val="28"/>
          <w:lang w:val="pt-PT"/>
        </w:rPr>
      </w:pPr>
    </w:p>
    <w:tbl>
      <w:tblPr>
        <w:tblW w:w="9549" w:type="dxa"/>
        <w:tblInd w:w="-1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710"/>
        <w:gridCol w:w="4819"/>
        <w:gridCol w:w="4020"/>
      </w:tblGrid>
      <w:tr w:rsidR="00E91A42" w:rsidRPr="0028776E" w14:paraId="72834EA3" w14:textId="77777777" w:rsidTr="00A701F9">
        <w:tc>
          <w:tcPr>
            <w:tcW w:w="710" w:type="dxa"/>
          </w:tcPr>
          <w:p w14:paraId="4746CAB5" w14:textId="77777777" w:rsidR="00E91A42" w:rsidRPr="00E91A42" w:rsidRDefault="00E91A42" w:rsidP="00A701F9">
            <w:pPr>
              <w:spacing w:after="120"/>
              <w:jc w:val="center"/>
              <w:rPr>
                <w:b/>
                <w:iCs/>
                <w:sz w:val="28"/>
                <w:szCs w:val="28"/>
                <w:lang w:val="pt-PT"/>
              </w:rPr>
            </w:pPr>
            <w:r w:rsidRPr="00E91A42">
              <w:rPr>
                <w:b/>
                <w:iCs/>
                <w:sz w:val="28"/>
                <w:szCs w:val="28"/>
                <w:lang w:val="pt-PT"/>
              </w:rPr>
              <w:t>TT</w:t>
            </w:r>
          </w:p>
        </w:tc>
        <w:tc>
          <w:tcPr>
            <w:tcW w:w="4819" w:type="dxa"/>
          </w:tcPr>
          <w:p w14:paraId="01DB5A9F" w14:textId="77777777" w:rsidR="00E91A42" w:rsidRPr="00E91A42" w:rsidRDefault="00E91A42" w:rsidP="00A701F9">
            <w:pPr>
              <w:spacing w:after="120"/>
              <w:jc w:val="center"/>
              <w:rPr>
                <w:b/>
                <w:iCs/>
                <w:sz w:val="28"/>
                <w:szCs w:val="28"/>
                <w:lang w:val="pt-PT"/>
              </w:rPr>
            </w:pPr>
            <w:r w:rsidRPr="00E91A42">
              <w:rPr>
                <w:b/>
                <w:iCs/>
                <w:sz w:val="28"/>
                <w:szCs w:val="28"/>
                <w:lang w:val="pt-PT"/>
              </w:rPr>
              <w:t>Tên cơ quan, tổ chức</w:t>
            </w:r>
          </w:p>
        </w:tc>
        <w:tc>
          <w:tcPr>
            <w:tcW w:w="4020" w:type="dxa"/>
          </w:tcPr>
          <w:p w14:paraId="57304992" w14:textId="77777777" w:rsidR="00E91A42" w:rsidRPr="00E91A42" w:rsidRDefault="00E91A42" w:rsidP="00A701F9">
            <w:pPr>
              <w:spacing w:after="120"/>
              <w:jc w:val="center"/>
              <w:rPr>
                <w:b/>
                <w:iCs/>
                <w:sz w:val="28"/>
                <w:szCs w:val="28"/>
                <w:lang w:val="pt-PT"/>
              </w:rPr>
            </w:pPr>
            <w:r w:rsidRPr="00E91A42">
              <w:rPr>
                <w:b/>
                <w:iCs/>
                <w:sz w:val="28"/>
                <w:szCs w:val="28"/>
                <w:lang w:val="pt-PT"/>
              </w:rPr>
              <w:t>Họ và tên đại biểu</w:t>
            </w:r>
          </w:p>
        </w:tc>
      </w:tr>
      <w:tr w:rsidR="00E91A42" w:rsidRPr="0028776E" w14:paraId="5BA5BA1C" w14:textId="77777777" w:rsidTr="00A701F9">
        <w:tc>
          <w:tcPr>
            <w:tcW w:w="710" w:type="dxa"/>
            <w:vMerge w:val="restart"/>
            <w:vAlign w:val="center"/>
          </w:tcPr>
          <w:p w14:paraId="326CC9F0" w14:textId="77777777" w:rsidR="00E91A42" w:rsidRPr="00E91A42" w:rsidRDefault="00E91A42" w:rsidP="00A701F9">
            <w:pPr>
              <w:spacing w:before="120" w:after="60"/>
              <w:jc w:val="center"/>
              <w:rPr>
                <w:sz w:val="28"/>
                <w:szCs w:val="28"/>
                <w:lang w:val="pt-PT"/>
              </w:rPr>
            </w:pPr>
            <w:r w:rsidRPr="00E91A42">
              <w:rPr>
                <w:sz w:val="28"/>
                <w:szCs w:val="28"/>
                <w:lang w:val="pt-PT"/>
              </w:rPr>
              <w:t>1</w:t>
            </w:r>
          </w:p>
        </w:tc>
        <w:tc>
          <w:tcPr>
            <w:tcW w:w="4819" w:type="dxa"/>
            <w:vMerge w:val="restart"/>
            <w:vAlign w:val="center"/>
          </w:tcPr>
          <w:p w14:paraId="128BC672" w14:textId="77777777" w:rsidR="00E91A42" w:rsidRPr="0028776E" w:rsidRDefault="00E91A42" w:rsidP="00A701F9">
            <w:pPr>
              <w:spacing w:before="120" w:after="60"/>
              <w:rPr>
                <w:sz w:val="28"/>
                <w:szCs w:val="28"/>
                <w:lang w:val="pt-PT"/>
              </w:rPr>
            </w:pPr>
            <w:r w:rsidRPr="0028776E">
              <w:rPr>
                <w:sz w:val="28"/>
                <w:szCs w:val="28"/>
                <w:lang w:val="pt-PT"/>
              </w:rPr>
              <w:t>Cơ quan quản lý nhiệm vụ</w:t>
            </w:r>
          </w:p>
        </w:tc>
        <w:tc>
          <w:tcPr>
            <w:tcW w:w="4020" w:type="dxa"/>
            <w:vAlign w:val="center"/>
          </w:tcPr>
          <w:p w14:paraId="1748B71E" w14:textId="77777777" w:rsidR="00E91A42" w:rsidRPr="00E91A42" w:rsidRDefault="00E91A42" w:rsidP="00A701F9">
            <w:pPr>
              <w:spacing w:before="120" w:after="60"/>
              <w:jc w:val="both"/>
              <w:rPr>
                <w:sz w:val="28"/>
                <w:szCs w:val="28"/>
                <w:lang w:val="it-IT"/>
              </w:rPr>
            </w:pPr>
          </w:p>
        </w:tc>
      </w:tr>
      <w:tr w:rsidR="00E91A42" w:rsidRPr="0028776E" w14:paraId="5E2A5EAC" w14:textId="77777777" w:rsidTr="00A701F9">
        <w:tc>
          <w:tcPr>
            <w:tcW w:w="710" w:type="dxa"/>
            <w:vMerge/>
            <w:vAlign w:val="center"/>
          </w:tcPr>
          <w:p w14:paraId="7FE1B78F" w14:textId="77777777" w:rsidR="00E91A42" w:rsidRPr="00E91A42" w:rsidRDefault="00E91A42" w:rsidP="00A701F9">
            <w:pPr>
              <w:spacing w:before="120" w:after="60"/>
              <w:jc w:val="center"/>
              <w:rPr>
                <w:sz w:val="28"/>
                <w:szCs w:val="28"/>
                <w:lang w:val="pt-PT"/>
              </w:rPr>
            </w:pPr>
          </w:p>
        </w:tc>
        <w:tc>
          <w:tcPr>
            <w:tcW w:w="4819" w:type="dxa"/>
            <w:vMerge/>
          </w:tcPr>
          <w:p w14:paraId="114BDEAA" w14:textId="77777777" w:rsidR="00E91A42" w:rsidRPr="00E91A42" w:rsidRDefault="00E91A42" w:rsidP="00A701F9">
            <w:pPr>
              <w:spacing w:before="120" w:after="60"/>
              <w:rPr>
                <w:sz w:val="28"/>
                <w:szCs w:val="28"/>
                <w:lang w:val="pt-PT"/>
              </w:rPr>
            </w:pPr>
          </w:p>
        </w:tc>
        <w:tc>
          <w:tcPr>
            <w:tcW w:w="4020" w:type="dxa"/>
            <w:vAlign w:val="center"/>
          </w:tcPr>
          <w:p w14:paraId="26A9E106" w14:textId="77777777" w:rsidR="00E91A42" w:rsidRPr="00E91A42" w:rsidRDefault="00E91A42" w:rsidP="00A701F9">
            <w:pPr>
              <w:spacing w:before="120" w:after="60"/>
              <w:jc w:val="both"/>
              <w:rPr>
                <w:sz w:val="28"/>
                <w:szCs w:val="28"/>
                <w:lang w:val="pt-PT"/>
              </w:rPr>
            </w:pPr>
          </w:p>
        </w:tc>
      </w:tr>
      <w:tr w:rsidR="00E91A42" w:rsidRPr="0028776E" w14:paraId="37FCAA56" w14:textId="77777777" w:rsidTr="00A701F9">
        <w:tc>
          <w:tcPr>
            <w:tcW w:w="710" w:type="dxa"/>
            <w:vAlign w:val="center"/>
          </w:tcPr>
          <w:p w14:paraId="1A7ECEDE" w14:textId="77777777" w:rsidR="00E91A42" w:rsidRPr="00E91A42" w:rsidRDefault="00E91A42" w:rsidP="00A701F9">
            <w:pPr>
              <w:spacing w:before="120" w:after="60"/>
              <w:jc w:val="center"/>
              <w:rPr>
                <w:sz w:val="28"/>
                <w:szCs w:val="28"/>
                <w:lang w:val="pt-PT"/>
              </w:rPr>
            </w:pPr>
            <w:r w:rsidRPr="00E91A42">
              <w:rPr>
                <w:sz w:val="28"/>
                <w:szCs w:val="28"/>
                <w:lang w:val="pt-PT"/>
              </w:rPr>
              <w:t>2</w:t>
            </w:r>
          </w:p>
        </w:tc>
        <w:tc>
          <w:tcPr>
            <w:tcW w:w="4819" w:type="dxa"/>
          </w:tcPr>
          <w:p w14:paraId="0DD2E116" w14:textId="77777777" w:rsidR="00E91A42" w:rsidRPr="00E91A42" w:rsidRDefault="00E91A42" w:rsidP="00A701F9">
            <w:pPr>
              <w:spacing w:before="120" w:after="60"/>
              <w:rPr>
                <w:sz w:val="28"/>
                <w:szCs w:val="28"/>
                <w:lang w:val="pt-PT"/>
              </w:rPr>
            </w:pPr>
            <w:r w:rsidRPr="00E91A42">
              <w:rPr>
                <w:sz w:val="28"/>
                <w:szCs w:val="28"/>
                <w:lang w:val="it-IT"/>
              </w:rPr>
              <w:t>Đại diện đơn vị liên quan khác</w:t>
            </w:r>
          </w:p>
        </w:tc>
        <w:tc>
          <w:tcPr>
            <w:tcW w:w="4020" w:type="dxa"/>
            <w:vAlign w:val="center"/>
          </w:tcPr>
          <w:p w14:paraId="6E11B293" w14:textId="77777777" w:rsidR="00E91A42" w:rsidRPr="00E91A42" w:rsidRDefault="00E91A42" w:rsidP="00A701F9">
            <w:pPr>
              <w:spacing w:before="120" w:after="60"/>
              <w:jc w:val="both"/>
              <w:rPr>
                <w:sz w:val="28"/>
                <w:szCs w:val="28"/>
                <w:lang w:val="pt-PT"/>
              </w:rPr>
            </w:pPr>
          </w:p>
        </w:tc>
      </w:tr>
      <w:tr w:rsidR="00E91A42" w:rsidRPr="00E91A42" w14:paraId="0DA37099" w14:textId="77777777" w:rsidTr="00A701F9">
        <w:tc>
          <w:tcPr>
            <w:tcW w:w="710" w:type="dxa"/>
            <w:vAlign w:val="center"/>
          </w:tcPr>
          <w:p w14:paraId="731F85AC" w14:textId="77777777" w:rsidR="00E91A42" w:rsidRPr="00E91A42" w:rsidRDefault="00E91A42" w:rsidP="00A701F9">
            <w:pPr>
              <w:spacing w:before="120" w:after="60"/>
              <w:jc w:val="center"/>
              <w:rPr>
                <w:sz w:val="28"/>
                <w:szCs w:val="28"/>
                <w:lang w:val="pt-PT"/>
              </w:rPr>
            </w:pPr>
            <w:r w:rsidRPr="00E91A42">
              <w:rPr>
                <w:sz w:val="28"/>
                <w:szCs w:val="28"/>
                <w:lang w:val="pt-PT"/>
              </w:rPr>
              <w:t>3</w:t>
            </w:r>
          </w:p>
        </w:tc>
        <w:tc>
          <w:tcPr>
            <w:tcW w:w="4819" w:type="dxa"/>
          </w:tcPr>
          <w:p w14:paraId="1B580EEC" w14:textId="77777777" w:rsidR="00E91A42" w:rsidRPr="00E91A42" w:rsidRDefault="00E91A42" w:rsidP="00A701F9">
            <w:pPr>
              <w:spacing w:before="120" w:after="60"/>
              <w:rPr>
                <w:color w:val="000000" w:themeColor="text1"/>
                <w:sz w:val="28"/>
                <w:szCs w:val="28"/>
                <w:lang w:val="pt-PT"/>
              </w:rPr>
            </w:pPr>
            <w:r w:rsidRPr="00E91A42">
              <w:rPr>
                <w:sz w:val="28"/>
                <w:szCs w:val="28"/>
                <w:lang w:val="it-IT"/>
              </w:rPr>
              <w:t>....</w:t>
            </w:r>
          </w:p>
        </w:tc>
        <w:tc>
          <w:tcPr>
            <w:tcW w:w="4020" w:type="dxa"/>
            <w:vAlign w:val="center"/>
          </w:tcPr>
          <w:p w14:paraId="1C413BE5" w14:textId="77777777" w:rsidR="00E91A42" w:rsidRPr="00E91A42" w:rsidRDefault="00E91A42" w:rsidP="00A701F9">
            <w:pPr>
              <w:spacing w:before="120" w:after="60"/>
              <w:jc w:val="both"/>
              <w:rPr>
                <w:sz w:val="28"/>
                <w:szCs w:val="28"/>
                <w:lang w:val="pt-PT"/>
              </w:rPr>
            </w:pPr>
          </w:p>
        </w:tc>
      </w:tr>
    </w:tbl>
    <w:p w14:paraId="52235E18" w14:textId="77777777" w:rsidR="00E91A42" w:rsidRPr="00E91A42" w:rsidRDefault="00E91A42" w:rsidP="00E91A42">
      <w:pPr>
        <w:pStyle w:val="Heading7"/>
        <w:spacing w:before="0" w:after="120"/>
        <w:jc w:val="both"/>
        <w:rPr>
          <w:rFonts w:ascii="Times New Roman" w:hAnsi="Times New Roman" w:cs="Times New Roman"/>
          <w:b/>
          <w:i w:val="0"/>
          <w:iCs w:val="0"/>
          <w:color w:val="auto"/>
          <w:sz w:val="28"/>
          <w:szCs w:val="28"/>
          <w:lang w:val="it-IT"/>
        </w:rPr>
      </w:pPr>
    </w:p>
    <w:p w14:paraId="31DDA79F" w14:textId="77777777" w:rsidR="00E91A42" w:rsidRPr="00E91A42" w:rsidRDefault="00E91A42" w:rsidP="00E91A42">
      <w:pPr>
        <w:pStyle w:val="Heading7"/>
        <w:spacing w:before="0" w:after="120"/>
        <w:jc w:val="both"/>
        <w:rPr>
          <w:rFonts w:ascii="Times New Roman" w:hAnsi="Times New Roman" w:cs="Times New Roman"/>
          <w:b/>
          <w:i w:val="0"/>
          <w:iCs w:val="0"/>
          <w:color w:val="auto"/>
          <w:sz w:val="28"/>
          <w:szCs w:val="28"/>
          <w:lang w:val="it-IT"/>
        </w:rPr>
      </w:pPr>
      <w:r w:rsidRPr="00E91A42">
        <w:rPr>
          <w:rFonts w:ascii="Times New Roman" w:hAnsi="Times New Roman" w:cs="Times New Roman"/>
          <w:b/>
          <w:i w:val="0"/>
          <w:iCs w:val="0"/>
          <w:color w:val="auto"/>
          <w:sz w:val="28"/>
          <w:szCs w:val="28"/>
          <w:lang w:val="it-IT"/>
        </w:rPr>
        <w:t>4. Tình trạng của các hồ sơ:</w:t>
      </w:r>
    </w:p>
    <w:p w14:paraId="1F743DA1" w14:textId="77777777" w:rsidR="00E91A42" w:rsidRPr="00E91A42" w:rsidRDefault="00E91A42" w:rsidP="00E91A42">
      <w:pPr>
        <w:pStyle w:val="BodyText"/>
        <w:jc w:val="both"/>
        <w:rPr>
          <w:sz w:val="28"/>
          <w:szCs w:val="28"/>
          <w:lang w:val="it-IT"/>
        </w:rPr>
      </w:pPr>
      <w:r w:rsidRPr="00E91A42">
        <w:rPr>
          <w:b/>
          <w:bCs/>
          <w:sz w:val="28"/>
          <w:szCs w:val="28"/>
          <w:lang w:val="it-IT"/>
        </w:rPr>
        <w:t>-</w:t>
      </w:r>
      <w:r w:rsidRPr="00E91A42">
        <w:rPr>
          <w:sz w:val="28"/>
          <w:szCs w:val="28"/>
          <w:lang w:val="it-IT"/>
        </w:rPr>
        <w:t xml:space="preserve"> Về hiện trạng niêm phong của hồ sơ:</w:t>
      </w:r>
    </w:p>
    <w:p w14:paraId="496D0C2D" w14:textId="77777777" w:rsidR="00E91A42" w:rsidRPr="00E91A42" w:rsidRDefault="00E91A42" w:rsidP="00E91A42">
      <w:pPr>
        <w:pStyle w:val="BodyText"/>
        <w:jc w:val="both"/>
        <w:rPr>
          <w:sz w:val="28"/>
          <w:szCs w:val="28"/>
          <w:lang w:val="it-IT"/>
        </w:rPr>
      </w:pPr>
      <w:r w:rsidRPr="00E91A42">
        <w:rPr>
          <w:sz w:val="28"/>
          <w:szCs w:val="28"/>
          <w:lang w:val="it-IT"/>
        </w:rPr>
        <w:tab/>
        <w:t>...</w:t>
      </w:r>
    </w:p>
    <w:p w14:paraId="7778E725" w14:textId="77777777" w:rsidR="00E91A42" w:rsidRPr="00E91A42" w:rsidRDefault="00E91A42" w:rsidP="00E91A42">
      <w:pPr>
        <w:pStyle w:val="BodyText"/>
        <w:jc w:val="both"/>
        <w:rPr>
          <w:sz w:val="28"/>
          <w:szCs w:val="28"/>
          <w:lang w:val="it-IT"/>
        </w:rPr>
      </w:pPr>
      <w:r w:rsidRPr="00E91A42">
        <w:rPr>
          <w:sz w:val="28"/>
          <w:szCs w:val="28"/>
          <w:lang w:val="it-IT"/>
        </w:rPr>
        <w:t>- Danh sách tài liệu của hồ sơ:</w:t>
      </w:r>
    </w:p>
    <w:tbl>
      <w:tblPr>
        <w:tblStyle w:val="TableGrid"/>
        <w:tblW w:w="9990" w:type="dxa"/>
        <w:tblInd w:w="-252" w:type="dxa"/>
        <w:tblLook w:val="04A0" w:firstRow="1" w:lastRow="0" w:firstColumn="1" w:lastColumn="0" w:noHBand="0" w:noVBand="1"/>
      </w:tblPr>
      <w:tblGrid>
        <w:gridCol w:w="590"/>
        <w:gridCol w:w="6168"/>
        <w:gridCol w:w="3232"/>
      </w:tblGrid>
      <w:tr w:rsidR="00E91A42" w:rsidRPr="00E91A42" w14:paraId="7103778C" w14:textId="77777777" w:rsidTr="00A701F9">
        <w:tc>
          <w:tcPr>
            <w:tcW w:w="563" w:type="dxa"/>
          </w:tcPr>
          <w:p w14:paraId="74487D9C" w14:textId="77777777" w:rsidR="00E91A42" w:rsidRPr="00E91A42" w:rsidRDefault="00E91A42" w:rsidP="00A701F9">
            <w:pPr>
              <w:pStyle w:val="BodyText"/>
              <w:jc w:val="both"/>
              <w:rPr>
                <w:b/>
                <w:bCs/>
                <w:sz w:val="28"/>
                <w:szCs w:val="28"/>
              </w:rPr>
            </w:pPr>
            <w:r w:rsidRPr="00E91A42">
              <w:rPr>
                <w:b/>
                <w:bCs/>
                <w:sz w:val="28"/>
                <w:szCs w:val="28"/>
              </w:rPr>
              <w:lastRenderedPageBreak/>
              <w:t>TT</w:t>
            </w:r>
          </w:p>
        </w:tc>
        <w:tc>
          <w:tcPr>
            <w:tcW w:w="6187" w:type="dxa"/>
          </w:tcPr>
          <w:p w14:paraId="1C07BD97" w14:textId="77777777" w:rsidR="00E91A42" w:rsidRPr="00E91A42" w:rsidRDefault="00E91A42" w:rsidP="00A701F9">
            <w:pPr>
              <w:pStyle w:val="BodyText"/>
              <w:jc w:val="center"/>
              <w:rPr>
                <w:b/>
                <w:bCs/>
                <w:sz w:val="28"/>
                <w:szCs w:val="28"/>
              </w:rPr>
            </w:pPr>
            <w:r w:rsidRPr="00E91A42">
              <w:rPr>
                <w:b/>
                <w:bCs/>
                <w:sz w:val="28"/>
                <w:szCs w:val="28"/>
              </w:rPr>
              <w:t>Danh sách tài liệu của hồ sơ</w:t>
            </w:r>
          </w:p>
        </w:tc>
        <w:tc>
          <w:tcPr>
            <w:tcW w:w="3240" w:type="dxa"/>
          </w:tcPr>
          <w:p w14:paraId="7000FD54" w14:textId="77777777" w:rsidR="00E91A42" w:rsidRPr="00E91A42" w:rsidRDefault="00E91A42" w:rsidP="00A701F9">
            <w:pPr>
              <w:pStyle w:val="BodyText"/>
              <w:jc w:val="center"/>
              <w:rPr>
                <w:b/>
                <w:bCs/>
                <w:sz w:val="28"/>
                <w:szCs w:val="28"/>
              </w:rPr>
            </w:pPr>
            <w:r w:rsidRPr="00E91A42">
              <w:rPr>
                <w:b/>
                <w:bCs/>
                <w:sz w:val="28"/>
                <w:szCs w:val="28"/>
              </w:rPr>
              <w:t>Tình trạng hồ sơ</w:t>
            </w:r>
          </w:p>
        </w:tc>
      </w:tr>
      <w:tr w:rsidR="00E91A42" w:rsidRPr="00E91A42" w14:paraId="01F5F2FF" w14:textId="77777777" w:rsidTr="00A701F9">
        <w:tc>
          <w:tcPr>
            <w:tcW w:w="563" w:type="dxa"/>
          </w:tcPr>
          <w:p w14:paraId="2D0E35C3" w14:textId="77777777" w:rsidR="00E91A42" w:rsidRPr="00E91A42" w:rsidRDefault="00E91A42" w:rsidP="00A701F9">
            <w:pPr>
              <w:pStyle w:val="BodyText"/>
              <w:spacing w:after="240"/>
              <w:jc w:val="both"/>
              <w:rPr>
                <w:b/>
                <w:bCs/>
                <w:sz w:val="28"/>
                <w:szCs w:val="28"/>
              </w:rPr>
            </w:pPr>
            <w:r w:rsidRPr="00E91A42">
              <w:rPr>
                <w:b/>
                <w:bCs/>
                <w:sz w:val="28"/>
                <w:szCs w:val="28"/>
              </w:rPr>
              <w:t>1</w:t>
            </w:r>
          </w:p>
        </w:tc>
        <w:tc>
          <w:tcPr>
            <w:tcW w:w="6187" w:type="dxa"/>
          </w:tcPr>
          <w:p w14:paraId="15315614" w14:textId="77777777" w:rsidR="00E91A42" w:rsidRPr="00E91A42" w:rsidRDefault="00E91A42" w:rsidP="00A701F9">
            <w:pPr>
              <w:pStyle w:val="BodyText"/>
              <w:spacing w:after="240"/>
              <w:jc w:val="both"/>
              <w:rPr>
                <w:bCs/>
                <w:sz w:val="28"/>
                <w:szCs w:val="28"/>
              </w:rPr>
            </w:pPr>
          </w:p>
        </w:tc>
        <w:tc>
          <w:tcPr>
            <w:tcW w:w="3240" w:type="dxa"/>
          </w:tcPr>
          <w:p w14:paraId="20C007BF" w14:textId="77777777" w:rsidR="00E91A42" w:rsidRPr="00E91A42" w:rsidRDefault="00E91A42" w:rsidP="00A701F9">
            <w:pPr>
              <w:pStyle w:val="BodyText"/>
              <w:spacing w:after="240"/>
              <w:jc w:val="both"/>
              <w:rPr>
                <w:b/>
                <w:bCs/>
                <w:sz w:val="28"/>
                <w:szCs w:val="28"/>
              </w:rPr>
            </w:pPr>
          </w:p>
        </w:tc>
      </w:tr>
      <w:tr w:rsidR="00E91A42" w:rsidRPr="00E91A42" w14:paraId="5912117A" w14:textId="77777777" w:rsidTr="00A701F9">
        <w:tc>
          <w:tcPr>
            <w:tcW w:w="563" w:type="dxa"/>
          </w:tcPr>
          <w:p w14:paraId="5377D47C" w14:textId="77777777" w:rsidR="00E91A42" w:rsidRPr="00E91A42" w:rsidRDefault="00E91A42" w:rsidP="00A701F9">
            <w:pPr>
              <w:pStyle w:val="BodyText"/>
              <w:spacing w:after="240"/>
              <w:jc w:val="both"/>
              <w:rPr>
                <w:b/>
                <w:bCs/>
                <w:sz w:val="28"/>
                <w:szCs w:val="28"/>
              </w:rPr>
            </w:pPr>
            <w:r w:rsidRPr="00E91A42">
              <w:rPr>
                <w:b/>
                <w:bCs/>
                <w:sz w:val="28"/>
                <w:szCs w:val="28"/>
              </w:rPr>
              <w:t>2</w:t>
            </w:r>
          </w:p>
        </w:tc>
        <w:tc>
          <w:tcPr>
            <w:tcW w:w="6187" w:type="dxa"/>
          </w:tcPr>
          <w:p w14:paraId="371F8D90" w14:textId="77777777" w:rsidR="00E91A42" w:rsidRPr="00E91A42" w:rsidRDefault="00E91A42" w:rsidP="00A701F9">
            <w:pPr>
              <w:pStyle w:val="BodyText"/>
              <w:spacing w:after="240"/>
              <w:jc w:val="both"/>
              <w:rPr>
                <w:bCs/>
                <w:sz w:val="28"/>
                <w:szCs w:val="28"/>
              </w:rPr>
            </w:pPr>
          </w:p>
        </w:tc>
        <w:tc>
          <w:tcPr>
            <w:tcW w:w="3240" w:type="dxa"/>
          </w:tcPr>
          <w:p w14:paraId="5086A919" w14:textId="77777777" w:rsidR="00E91A42" w:rsidRPr="00E91A42" w:rsidRDefault="00E91A42" w:rsidP="00A701F9">
            <w:pPr>
              <w:pStyle w:val="BodyText"/>
              <w:spacing w:after="240"/>
              <w:jc w:val="both"/>
              <w:rPr>
                <w:b/>
                <w:bCs/>
                <w:sz w:val="28"/>
                <w:szCs w:val="28"/>
              </w:rPr>
            </w:pPr>
          </w:p>
        </w:tc>
      </w:tr>
      <w:tr w:rsidR="00E91A42" w:rsidRPr="00E91A42" w14:paraId="2AAA23AE" w14:textId="77777777" w:rsidTr="00A701F9">
        <w:tc>
          <w:tcPr>
            <w:tcW w:w="563" w:type="dxa"/>
          </w:tcPr>
          <w:p w14:paraId="253556A7" w14:textId="77777777" w:rsidR="00E91A42" w:rsidRPr="00E91A42" w:rsidRDefault="00E91A42" w:rsidP="00A701F9">
            <w:pPr>
              <w:pStyle w:val="BodyText"/>
              <w:spacing w:after="240"/>
              <w:jc w:val="both"/>
              <w:rPr>
                <w:b/>
                <w:bCs/>
                <w:sz w:val="28"/>
                <w:szCs w:val="28"/>
              </w:rPr>
            </w:pPr>
            <w:r w:rsidRPr="00E91A42">
              <w:rPr>
                <w:b/>
                <w:bCs/>
                <w:sz w:val="28"/>
                <w:szCs w:val="28"/>
              </w:rPr>
              <w:t>3</w:t>
            </w:r>
          </w:p>
        </w:tc>
        <w:tc>
          <w:tcPr>
            <w:tcW w:w="6187" w:type="dxa"/>
          </w:tcPr>
          <w:p w14:paraId="0A4A1CA3" w14:textId="77777777" w:rsidR="00E91A42" w:rsidRPr="00E91A42" w:rsidRDefault="00E91A42" w:rsidP="00A701F9">
            <w:pPr>
              <w:pStyle w:val="BodyText"/>
              <w:spacing w:after="240"/>
              <w:jc w:val="both"/>
              <w:rPr>
                <w:bCs/>
                <w:sz w:val="28"/>
                <w:szCs w:val="28"/>
              </w:rPr>
            </w:pPr>
          </w:p>
        </w:tc>
        <w:tc>
          <w:tcPr>
            <w:tcW w:w="3240" w:type="dxa"/>
          </w:tcPr>
          <w:p w14:paraId="58395621" w14:textId="77777777" w:rsidR="00E91A42" w:rsidRPr="00E91A42" w:rsidRDefault="00E91A42" w:rsidP="00A701F9">
            <w:pPr>
              <w:pStyle w:val="BodyText"/>
              <w:spacing w:after="240"/>
              <w:jc w:val="both"/>
              <w:rPr>
                <w:b/>
                <w:bCs/>
                <w:sz w:val="28"/>
                <w:szCs w:val="28"/>
              </w:rPr>
            </w:pPr>
          </w:p>
        </w:tc>
      </w:tr>
      <w:tr w:rsidR="00E91A42" w:rsidRPr="00E91A42" w14:paraId="525CDF27" w14:textId="77777777" w:rsidTr="00A701F9">
        <w:tc>
          <w:tcPr>
            <w:tcW w:w="563" w:type="dxa"/>
          </w:tcPr>
          <w:p w14:paraId="5C278F12" w14:textId="77777777" w:rsidR="00E91A42" w:rsidRPr="00E91A42" w:rsidRDefault="00E91A42" w:rsidP="00A701F9">
            <w:pPr>
              <w:pStyle w:val="BodyText"/>
              <w:spacing w:after="240"/>
              <w:jc w:val="both"/>
              <w:rPr>
                <w:b/>
                <w:bCs/>
                <w:sz w:val="28"/>
                <w:szCs w:val="28"/>
              </w:rPr>
            </w:pPr>
            <w:r w:rsidRPr="00E91A42">
              <w:rPr>
                <w:b/>
                <w:bCs/>
                <w:sz w:val="28"/>
                <w:szCs w:val="28"/>
              </w:rPr>
              <w:t>4</w:t>
            </w:r>
          </w:p>
        </w:tc>
        <w:tc>
          <w:tcPr>
            <w:tcW w:w="6187" w:type="dxa"/>
          </w:tcPr>
          <w:p w14:paraId="74A87C9A" w14:textId="77777777" w:rsidR="00E91A42" w:rsidRPr="00E91A42" w:rsidRDefault="00E91A42" w:rsidP="00A701F9">
            <w:pPr>
              <w:pStyle w:val="BodyText"/>
              <w:spacing w:after="240"/>
              <w:jc w:val="both"/>
              <w:rPr>
                <w:bCs/>
                <w:sz w:val="28"/>
                <w:szCs w:val="28"/>
              </w:rPr>
            </w:pPr>
          </w:p>
        </w:tc>
        <w:tc>
          <w:tcPr>
            <w:tcW w:w="3240" w:type="dxa"/>
          </w:tcPr>
          <w:p w14:paraId="7EC122B1" w14:textId="77777777" w:rsidR="00E91A42" w:rsidRPr="00E91A42" w:rsidRDefault="00E91A42" w:rsidP="00A701F9">
            <w:pPr>
              <w:pStyle w:val="BodyText"/>
              <w:spacing w:after="240"/>
              <w:jc w:val="both"/>
              <w:rPr>
                <w:b/>
                <w:bCs/>
                <w:sz w:val="28"/>
                <w:szCs w:val="28"/>
              </w:rPr>
            </w:pPr>
          </w:p>
        </w:tc>
      </w:tr>
      <w:tr w:rsidR="00E91A42" w:rsidRPr="00E91A42" w14:paraId="3118AA94" w14:textId="77777777" w:rsidTr="00A701F9">
        <w:tc>
          <w:tcPr>
            <w:tcW w:w="563" w:type="dxa"/>
          </w:tcPr>
          <w:p w14:paraId="4FE9C8F0" w14:textId="77777777" w:rsidR="00E91A42" w:rsidRPr="00E91A42" w:rsidRDefault="00E91A42" w:rsidP="00A701F9">
            <w:pPr>
              <w:pStyle w:val="BodyText"/>
              <w:spacing w:after="240"/>
              <w:jc w:val="both"/>
              <w:rPr>
                <w:b/>
                <w:bCs/>
                <w:sz w:val="28"/>
                <w:szCs w:val="28"/>
              </w:rPr>
            </w:pPr>
            <w:r w:rsidRPr="00E91A42">
              <w:rPr>
                <w:b/>
                <w:bCs/>
                <w:sz w:val="28"/>
                <w:szCs w:val="28"/>
              </w:rPr>
              <w:t>5</w:t>
            </w:r>
          </w:p>
        </w:tc>
        <w:tc>
          <w:tcPr>
            <w:tcW w:w="6187" w:type="dxa"/>
          </w:tcPr>
          <w:p w14:paraId="56CE7CFF" w14:textId="77777777" w:rsidR="00E91A42" w:rsidRPr="00E91A42" w:rsidRDefault="00E91A42" w:rsidP="00A701F9">
            <w:pPr>
              <w:pStyle w:val="BodyText"/>
              <w:spacing w:after="240"/>
              <w:jc w:val="both"/>
              <w:rPr>
                <w:bCs/>
                <w:sz w:val="28"/>
                <w:szCs w:val="28"/>
              </w:rPr>
            </w:pPr>
          </w:p>
        </w:tc>
        <w:tc>
          <w:tcPr>
            <w:tcW w:w="3240" w:type="dxa"/>
          </w:tcPr>
          <w:p w14:paraId="4A9E2C5C" w14:textId="77777777" w:rsidR="00E91A42" w:rsidRPr="00E91A42" w:rsidRDefault="00E91A42" w:rsidP="00A701F9">
            <w:pPr>
              <w:pStyle w:val="BodyText"/>
              <w:spacing w:after="240"/>
              <w:jc w:val="both"/>
              <w:rPr>
                <w:b/>
                <w:bCs/>
                <w:sz w:val="28"/>
                <w:szCs w:val="28"/>
              </w:rPr>
            </w:pPr>
          </w:p>
        </w:tc>
      </w:tr>
      <w:tr w:rsidR="00E91A42" w:rsidRPr="00E91A42" w14:paraId="5841521D" w14:textId="77777777" w:rsidTr="00A701F9">
        <w:tc>
          <w:tcPr>
            <w:tcW w:w="563" w:type="dxa"/>
          </w:tcPr>
          <w:p w14:paraId="1A54AB7C" w14:textId="77777777" w:rsidR="00E91A42" w:rsidRPr="00E91A42" w:rsidRDefault="00E91A42" w:rsidP="00A701F9">
            <w:pPr>
              <w:pStyle w:val="BodyText"/>
              <w:spacing w:after="240"/>
              <w:jc w:val="both"/>
              <w:rPr>
                <w:b/>
                <w:bCs/>
                <w:sz w:val="28"/>
                <w:szCs w:val="28"/>
              </w:rPr>
            </w:pPr>
            <w:r w:rsidRPr="00E91A42">
              <w:rPr>
                <w:b/>
                <w:bCs/>
                <w:sz w:val="28"/>
                <w:szCs w:val="28"/>
              </w:rPr>
              <w:t>6</w:t>
            </w:r>
          </w:p>
        </w:tc>
        <w:tc>
          <w:tcPr>
            <w:tcW w:w="6187" w:type="dxa"/>
          </w:tcPr>
          <w:p w14:paraId="3D4384F8" w14:textId="77777777" w:rsidR="00E91A42" w:rsidRPr="00E91A42" w:rsidRDefault="00E91A42" w:rsidP="00A701F9">
            <w:pPr>
              <w:pStyle w:val="BodyText"/>
              <w:spacing w:after="240"/>
              <w:jc w:val="both"/>
              <w:rPr>
                <w:bCs/>
                <w:sz w:val="28"/>
                <w:szCs w:val="28"/>
              </w:rPr>
            </w:pPr>
          </w:p>
        </w:tc>
        <w:tc>
          <w:tcPr>
            <w:tcW w:w="3240" w:type="dxa"/>
          </w:tcPr>
          <w:p w14:paraId="6250FE86" w14:textId="77777777" w:rsidR="00E91A42" w:rsidRPr="00E91A42" w:rsidRDefault="00E91A42" w:rsidP="00A701F9">
            <w:pPr>
              <w:pStyle w:val="BodyText"/>
              <w:spacing w:after="240"/>
              <w:jc w:val="both"/>
              <w:rPr>
                <w:b/>
                <w:bCs/>
                <w:sz w:val="28"/>
                <w:szCs w:val="28"/>
              </w:rPr>
            </w:pPr>
          </w:p>
        </w:tc>
      </w:tr>
      <w:tr w:rsidR="00E91A42" w:rsidRPr="00E91A42" w14:paraId="6EFE0108" w14:textId="77777777" w:rsidTr="00A701F9">
        <w:tc>
          <w:tcPr>
            <w:tcW w:w="563" w:type="dxa"/>
          </w:tcPr>
          <w:p w14:paraId="5CF810E7" w14:textId="77777777" w:rsidR="00E91A42" w:rsidRPr="00E91A42" w:rsidRDefault="00E91A42" w:rsidP="00A701F9">
            <w:pPr>
              <w:pStyle w:val="BodyText"/>
              <w:spacing w:after="240"/>
              <w:jc w:val="both"/>
              <w:rPr>
                <w:b/>
                <w:bCs/>
                <w:sz w:val="28"/>
                <w:szCs w:val="28"/>
              </w:rPr>
            </w:pPr>
            <w:r w:rsidRPr="00E91A42">
              <w:rPr>
                <w:b/>
                <w:bCs/>
                <w:sz w:val="28"/>
                <w:szCs w:val="28"/>
              </w:rPr>
              <w:t>…</w:t>
            </w:r>
          </w:p>
        </w:tc>
        <w:tc>
          <w:tcPr>
            <w:tcW w:w="6187" w:type="dxa"/>
          </w:tcPr>
          <w:p w14:paraId="33AD5D1D" w14:textId="77777777" w:rsidR="00E91A42" w:rsidRPr="00E91A42" w:rsidRDefault="00E91A42" w:rsidP="00A701F9">
            <w:pPr>
              <w:pStyle w:val="BodyText"/>
              <w:spacing w:after="240"/>
              <w:jc w:val="both"/>
              <w:rPr>
                <w:bCs/>
                <w:sz w:val="28"/>
                <w:szCs w:val="28"/>
              </w:rPr>
            </w:pPr>
          </w:p>
        </w:tc>
        <w:tc>
          <w:tcPr>
            <w:tcW w:w="3240" w:type="dxa"/>
          </w:tcPr>
          <w:p w14:paraId="1CD9EA4B" w14:textId="77777777" w:rsidR="00E91A42" w:rsidRPr="00E91A42" w:rsidRDefault="00E91A42" w:rsidP="00A701F9">
            <w:pPr>
              <w:pStyle w:val="BodyText"/>
              <w:spacing w:after="240"/>
              <w:jc w:val="both"/>
              <w:rPr>
                <w:b/>
                <w:bCs/>
                <w:sz w:val="28"/>
                <w:szCs w:val="28"/>
              </w:rPr>
            </w:pPr>
          </w:p>
        </w:tc>
      </w:tr>
    </w:tbl>
    <w:p w14:paraId="217A7C2E" w14:textId="77777777" w:rsidR="00E91A42" w:rsidRPr="00E91A42" w:rsidRDefault="00E91A42" w:rsidP="00E91A42">
      <w:pPr>
        <w:pStyle w:val="BodyText"/>
        <w:jc w:val="both"/>
        <w:rPr>
          <w:sz w:val="28"/>
          <w:szCs w:val="28"/>
          <w:lang w:val="it-IT"/>
        </w:rPr>
      </w:pPr>
    </w:p>
    <w:p w14:paraId="72FAB651" w14:textId="77777777" w:rsidR="00E91A42" w:rsidRPr="00E91A42" w:rsidRDefault="00E91A42" w:rsidP="00E91A42">
      <w:pPr>
        <w:pStyle w:val="BodyText"/>
        <w:jc w:val="both"/>
        <w:rPr>
          <w:sz w:val="28"/>
          <w:szCs w:val="28"/>
          <w:lang w:val="it-IT"/>
        </w:rPr>
      </w:pPr>
      <w:r w:rsidRPr="00E91A42">
        <w:rPr>
          <w:sz w:val="28"/>
          <w:szCs w:val="28"/>
          <w:lang w:val="it-IT"/>
        </w:rPr>
        <w:t>- Tình trạng của hồ sơ đăng ký tuyển chọn được thể hiện trong Bảng sau:</w:t>
      </w:r>
    </w:p>
    <w:tbl>
      <w:tblPr>
        <w:tblW w:w="9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6"/>
        <w:gridCol w:w="2603"/>
        <w:gridCol w:w="3780"/>
      </w:tblGrid>
      <w:tr w:rsidR="00E91A42" w:rsidRPr="00E91A42" w14:paraId="24B5C1D7" w14:textId="77777777" w:rsidTr="00A701F9">
        <w:trPr>
          <w:trHeight w:val="913"/>
        </w:trPr>
        <w:tc>
          <w:tcPr>
            <w:tcW w:w="567" w:type="dxa"/>
            <w:vMerge w:val="restart"/>
            <w:tcBorders>
              <w:top w:val="single" w:sz="4" w:space="0" w:color="auto"/>
              <w:left w:val="single" w:sz="4" w:space="0" w:color="auto"/>
              <w:right w:val="single" w:sz="4" w:space="0" w:color="auto"/>
            </w:tcBorders>
          </w:tcPr>
          <w:p w14:paraId="173137D1" w14:textId="77777777" w:rsidR="00E91A42" w:rsidRPr="00E91A42" w:rsidRDefault="00E91A42" w:rsidP="00A701F9">
            <w:pPr>
              <w:pStyle w:val="BodyText"/>
              <w:jc w:val="center"/>
              <w:rPr>
                <w:b/>
                <w:sz w:val="28"/>
                <w:szCs w:val="28"/>
                <w:lang w:val="it-IT"/>
              </w:rPr>
            </w:pPr>
          </w:p>
          <w:p w14:paraId="5637001A" w14:textId="77777777" w:rsidR="00E91A42" w:rsidRPr="00E91A42" w:rsidRDefault="00E91A42" w:rsidP="00A701F9">
            <w:pPr>
              <w:pStyle w:val="BodyText"/>
              <w:jc w:val="center"/>
              <w:rPr>
                <w:b/>
                <w:sz w:val="28"/>
                <w:szCs w:val="28"/>
                <w:lang w:val="it-IT"/>
              </w:rPr>
            </w:pPr>
          </w:p>
          <w:p w14:paraId="170BC19C" w14:textId="77777777" w:rsidR="00E91A42" w:rsidRPr="00E91A42" w:rsidRDefault="00E91A42" w:rsidP="00A701F9">
            <w:pPr>
              <w:pStyle w:val="BodyText"/>
              <w:jc w:val="center"/>
              <w:rPr>
                <w:b/>
                <w:sz w:val="28"/>
                <w:szCs w:val="28"/>
              </w:rPr>
            </w:pPr>
            <w:r w:rsidRPr="00E91A42">
              <w:rPr>
                <w:b/>
                <w:sz w:val="28"/>
                <w:szCs w:val="28"/>
              </w:rPr>
              <w:t>TT</w:t>
            </w:r>
          </w:p>
        </w:tc>
        <w:tc>
          <w:tcPr>
            <w:tcW w:w="2836" w:type="dxa"/>
            <w:vMerge w:val="restart"/>
            <w:tcBorders>
              <w:top w:val="single" w:sz="4" w:space="0" w:color="auto"/>
              <w:left w:val="single" w:sz="4" w:space="0" w:color="auto"/>
              <w:right w:val="single" w:sz="4" w:space="0" w:color="auto"/>
            </w:tcBorders>
          </w:tcPr>
          <w:p w14:paraId="390F412F" w14:textId="77777777" w:rsidR="00E91A42" w:rsidRPr="00E91A42" w:rsidRDefault="00E91A42" w:rsidP="00A701F9">
            <w:pPr>
              <w:pStyle w:val="BodyText"/>
              <w:spacing w:after="0"/>
              <w:jc w:val="center"/>
              <w:rPr>
                <w:b/>
                <w:iCs/>
                <w:sz w:val="28"/>
                <w:szCs w:val="28"/>
              </w:rPr>
            </w:pPr>
          </w:p>
          <w:p w14:paraId="194474CE" w14:textId="77777777" w:rsidR="00E91A42" w:rsidRPr="00E91A42" w:rsidRDefault="00E91A42" w:rsidP="00A701F9">
            <w:pPr>
              <w:pStyle w:val="BodyText"/>
              <w:spacing w:after="0"/>
              <w:jc w:val="center"/>
              <w:rPr>
                <w:b/>
                <w:iCs/>
                <w:sz w:val="28"/>
                <w:szCs w:val="28"/>
              </w:rPr>
            </w:pPr>
            <w:r w:rsidRPr="00E91A42">
              <w:rPr>
                <w:b/>
                <w:iCs/>
                <w:sz w:val="28"/>
                <w:szCs w:val="28"/>
              </w:rPr>
              <w:t xml:space="preserve">Tên nhiệm vụ, tổ chức, cá nhân đăng ký </w:t>
            </w:r>
          </w:p>
          <w:p w14:paraId="7241B64F" w14:textId="77777777" w:rsidR="00E91A42" w:rsidRPr="00E91A42" w:rsidRDefault="00E91A42" w:rsidP="00A701F9">
            <w:pPr>
              <w:pStyle w:val="BodyText"/>
              <w:spacing w:after="0"/>
              <w:jc w:val="center"/>
              <w:rPr>
                <w:b/>
                <w:sz w:val="28"/>
                <w:szCs w:val="28"/>
              </w:rPr>
            </w:pPr>
            <w:r w:rsidRPr="00E91A42">
              <w:rPr>
                <w:b/>
                <w:iCs/>
                <w:sz w:val="28"/>
                <w:szCs w:val="28"/>
              </w:rPr>
              <w:t>tuyển chọn</w:t>
            </w:r>
          </w:p>
        </w:tc>
        <w:tc>
          <w:tcPr>
            <w:tcW w:w="6383" w:type="dxa"/>
            <w:gridSpan w:val="2"/>
            <w:tcBorders>
              <w:top w:val="single" w:sz="4" w:space="0" w:color="auto"/>
              <w:left w:val="single" w:sz="4" w:space="0" w:color="auto"/>
              <w:right w:val="single" w:sz="4" w:space="0" w:color="auto"/>
            </w:tcBorders>
          </w:tcPr>
          <w:p w14:paraId="5DFBECBC" w14:textId="77777777" w:rsidR="00E91A42" w:rsidRPr="00E91A42" w:rsidRDefault="00E91A42" w:rsidP="00A701F9">
            <w:pPr>
              <w:pStyle w:val="BodyText"/>
              <w:jc w:val="center"/>
              <w:rPr>
                <w:b/>
                <w:bCs/>
                <w:sz w:val="28"/>
                <w:szCs w:val="28"/>
              </w:rPr>
            </w:pPr>
            <w:r w:rsidRPr="00E91A42">
              <w:rPr>
                <w:b/>
                <w:iCs/>
                <w:sz w:val="28"/>
                <w:szCs w:val="28"/>
              </w:rPr>
              <w:t>Thông tin về tình trạng</w:t>
            </w:r>
          </w:p>
        </w:tc>
      </w:tr>
      <w:tr w:rsidR="00E91A42" w:rsidRPr="00E91A42" w14:paraId="77A9C1AB" w14:textId="77777777" w:rsidTr="00A701F9">
        <w:trPr>
          <w:trHeight w:val="863"/>
        </w:trPr>
        <w:tc>
          <w:tcPr>
            <w:tcW w:w="567" w:type="dxa"/>
            <w:vMerge/>
            <w:tcBorders>
              <w:left w:val="single" w:sz="4" w:space="0" w:color="auto"/>
              <w:bottom w:val="single" w:sz="4" w:space="0" w:color="auto"/>
              <w:right w:val="single" w:sz="4" w:space="0" w:color="auto"/>
            </w:tcBorders>
          </w:tcPr>
          <w:p w14:paraId="6BDA0AE7" w14:textId="77777777" w:rsidR="00E91A42" w:rsidRPr="00E91A42" w:rsidRDefault="00E91A42" w:rsidP="00A701F9">
            <w:pPr>
              <w:pStyle w:val="BodyText"/>
              <w:jc w:val="both"/>
              <w:rPr>
                <w:i/>
                <w:iCs/>
                <w:sz w:val="28"/>
                <w:szCs w:val="28"/>
              </w:rPr>
            </w:pPr>
          </w:p>
        </w:tc>
        <w:tc>
          <w:tcPr>
            <w:tcW w:w="2836" w:type="dxa"/>
            <w:vMerge/>
            <w:tcBorders>
              <w:left w:val="single" w:sz="4" w:space="0" w:color="auto"/>
              <w:bottom w:val="single" w:sz="4" w:space="0" w:color="auto"/>
              <w:right w:val="single" w:sz="4" w:space="0" w:color="auto"/>
            </w:tcBorders>
          </w:tcPr>
          <w:p w14:paraId="26E129CB" w14:textId="77777777" w:rsidR="00E91A42" w:rsidRPr="00E91A42" w:rsidRDefault="00E91A42" w:rsidP="00A701F9">
            <w:pPr>
              <w:pStyle w:val="BodyText"/>
              <w:jc w:val="both"/>
              <w:rPr>
                <w:i/>
                <w:iCs/>
                <w:sz w:val="28"/>
                <w:szCs w:val="28"/>
              </w:rPr>
            </w:pPr>
          </w:p>
        </w:tc>
        <w:tc>
          <w:tcPr>
            <w:tcW w:w="2603" w:type="dxa"/>
            <w:tcBorders>
              <w:top w:val="single" w:sz="4" w:space="0" w:color="auto"/>
              <w:left w:val="single" w:sz="4" w:space="0" w:color="auto"/>
              <w:bottom w:val="single" w:sz="4" w:space="0" w:color="auto"/>
              <w:right w:val="single" w:sz="4" w:space="0" w:color="auto"/>
            </w:tcBorders>
          </w:tcPr>
          <w:p w14:paraId="270D1D8D" w14:textId="77777777" w:rsidR="00E91A42" w:rsidRPr="00E91A42" w:rsidRDefault="00E91A42" w:rsidP="00A701F9">
            <w:pPr>
              <w:pStyle w:val="BodyText"/>
              <w:jc w:val="center"/>
              <w:rPr>
                <w:iCs/>
                <w:sz w:val="28"/>
                <w:szCs w:val="28"/>
              </w:rPr>
            </w:pPr>
            <w:r w:rsidRPr="00E91A42">
              <w:rPr>
                <w:iCs/>
                <w:sz w:val="28"/>
                <w:szCs w:val="28"/>
              </w:rPr>
              <w:t xml:space="preserve">Thời gian nộp </w:t>
            </w:r>
            <w:r w:rsidRPr="00E91A42">
              <w:rPr>
                <w:rStyle w:val="FootnoteReference"/>
                <w:iCs/>
                <w:sz w:val="28"/>
                <w:szCs w:val="28"/>
              </w:rPr>
              <w:footnoteReference w:id="6"/>
            </w:r>
          </w:p>
        </w:tc>
        <w:tc>
          <w:tcPr>
            <w:tcW w:w="3780" w:type="dxa"/>
            <w:tcBorders>
              <w:top w:val="single" w:sz="4" w:space="0" w:color="auto"/>
              <w:left w:val="single" w:sz="4" w:space="0" w:color="auto"/>
              <w:bottom w:val="single" w:sz="4" w:space="0" w:color="auto"/>
              <w:right w:val="single" w:sz="4" w:space="0" w:color="auto"/>
            </w:tcBorders>
          </w:tcPr>
          <w:p w14:paraId="3D3364AB" w14:textId="77777777" w:rsidR="00E91A42" w:rsidRPr="00E91A42" w:rsidRDefault="00E91A42" w:rsidP="00A701F9">
            <w:pPr>
              <w:pStyle w:val="BodyText"/>
              <w:jc w:val="center"/>
              <w:rPr>
                <w:iCs/>
                <w:sz w:val="28"/>
                <w:szCs w:val="28"/>
              </w:rPr>
            </w:pPr>
            <w:r w:rsidRPr="00E91A42">
              <w:rPr>
                <w:iCs/>
                <w:sz w:val="28"/>
                <w:szCs w:val="28"/>
              </w:rPr>
              <w:t xml:space="preserve">Số lượng các tài liệu của hồ sơ </w:t>
            </w:r>
            <w:r w:rsidRPr="00E91A42">
              <w:rPr>
                <w:rStyle w:val="FootnoteReference"/>
                <w:iCs/>
                <w:sz w:val="28"/>
                <w:szCs w:val="28"/>
              </w:rPr>
              <w:footnoteReference w:id="7"/>
            </w:r>
          </w:p>
        </w:tc>
      </w:tr>
      <w:tr w:rsidR="00E91A42" w:rsidRPr="00E91A42" w14:paraId="72B7AF66" w14:textId="77777777" w:rsidTr="00A701F9">
        <w:tc>
          <w:tcPr>
            <w:tcW w:w="567" w:type="dxa"/>
            <w:tcBorders>
              <w:top w:val="single" w:sz="4" w:space="0" w:color="auto"/>
              <w:left w:val="single" w:sz="4" w:space="0" w:color="auto"/>
              <w:bottom w:val="single" w:sz="4" w:space="0" w:color="auto"/>
              <w:right w:val="single" w:sz="4" w:space="0" w:color="auto"/>
            </w:tcBorders>
          </w:tcPr>
          <w:p w14:paraId="4677BD40" w14:textId="77777777" w:rsidR="00E91A42" w:rsidRPr="00E91A42" w:rsidRDefault="00E91A42" w:rsidP="00A701F9">
            <w:pPr>
              <w:pStyle w:val="BodyText"/>
              <w:jc w:val="center"/>
              <w:rPr>
                <w:sz w:val="28"/>
                <w:szCs w:val="28"/>
              </w:rPr>
            </w:pPr>
            <w:r w:rsidRPr="00E91A42">
              <w:rPr>
                <w:sz w:val="28"/>
                <w:szCs w:val="28"/>
              </w:rPr>
              <w:t>1</w:t>
            </w:r>
          </w:p>
        </w:tc>
        <w:tc>
          <w:tcPr>
            <w:tcW w:w="2836" w:type="dxa"/>
            <w:tcBorders>
              <w:top w:val="single" w:sz="4" w:space="0" w:color="auto"/>
              <w:left w:val="single" w:sz="4" w:space="0" w:color="auto"/>
              <w:bottom w:val="single" w:sz="4" w:space="0" w:color="auto"/>
              <w:right w:val="single" w:sz="4" w:space="0" w:color="auto"/>
            </w:tcBorders>
          </w:tcPr>
          <w:p w14:paraId="7AA40B1A" w14:textId="77777777" w:rsidR="00E91A42" w:rsidRPr="00E91A42" w:rsidRDefault="00E91A42" w:rsidP="00A701F9">
            <w:pPr>
              <w:pStyle w:val="BodyText"/>
              <w:rPr>
                <w:sz w:val="28"/>
                <w:szCs w:val="28"/>
              </w:rPr>
            </w:pPr>
          </w:p>
          <w:p w14:paraId="024ACFE6" w14:textId="77777777" w:rsidR="00E91A42" w:rsidRPr="00E91A42" w:rsidRDefault="00E91A42" w:rsidP="00A701F9">
            <w:pPr>
              <w:pStyle w:val="BodyText"/>
              <w:rPr>
                <w:sz w:val="28"/>
                <w:szCs w:val="28"/>
              </w:rPr>
            </w:pPr>
          </w:p>
          <w:p w14:paraId="0B1649F4" w14:textId="77777777" w:rsidR="00E91A42" w:rsidRPr="00E91A42" w:rsidRDefault="00E91A42" w:rsidP="00A701F9">
            <w:pPr>
              <w:pStyle w:val="BodyText"/>
              <w:rPr>
                <w:sz w:val="28"/>
                <w:szCs w:val="28"/>
              </w:rPr>
            </w:pPr>
          </w:p>
          <w:p w14:paraId="711FCD3D" w14:textId="77777777" w:rsidR="00E91A42" w:rsidRPr="00E91A42" w:rsidRDefault="00E91A42" w:rsidP="00A701F9">
            <w:pPr>
              <w:pStyle w:val="BodyText"/>
              <w:rPr>
                <w:sz w:val="28"/>
                <w:szCs w:val="28"/>
              </w:rPr>
            </w:pPr>
          </w:p>
        </w:tc>
        <w:tc>
          <w:tcPr>
            <w:tcW w:w="2603" w:type="dxa"/>
            <w:tcBorders>
              <w:top w:val="single" w:sz="4" w:space="0" w:color="auto"/>
              <w:left w:val="single" w:sz="4" w:space="0" w:color="auto"/>
              <w:bottom w:val="single" w:sz="4" w:space="0" w:color="auto"/>
              <w:right w:val="single" w:sz="4" w:space="0" w:color="auto"/>
            </w:tcBorders>
          </w:tcPr>
          <w:p w14:paraId="6C118573" w14:textId="77777777" w:rsidR="00E91A42" w:rsidRPr="00E91A42" w:rsidRDefault="00E91A42" w:rsidP="00A701F9">
            <w:pPr>
              <w:pStyle w:val="BodyText"/>
              <w:jc w:val="both"/>
              <w:rPr>
                <w:bCs/>
                <w:sz w:val="28"/>
                <w:szCs w:val="28"/>
              </w:rPr>
            </w:pPr>
          </w:p>
        </w:tc>
        <w:tc>
          <w:tcPr>
            <w:tcW w:w="3780" w:type="dxa"/>
            <w:tcBorders>
              <w:top w:val="single" w:sz="4" w:space="0" w:color="auto"/>
              <w:left w:val="single" w:sz="4" w:space="0" w:color="auto"/>
              <w:bottom w:val="single" w:sz="4" w:space="0" w:color="auto"/>
              <w:right w:val="single" w:sz="4" w:space="0" w:color="auto"/>
            </w:tcBorders>
          </w:tcPr>
          <w:p w14:paraId="773977D9" w14:textId="77777777" w:rsidR="00E91A42" w:rsidRPr="00E91A42" w:rsidRDefault="00E91A42" w:rsidP="00A701F9">
            <w:pPr>
              <w:pStyle w:val="BodyText"/>
              <w:jc w:val="both"/>
              <w:rPr>
                <w:b/>
                <w:bCs/>
                <w:sz w:val="28"/>
                <w:szCs w:val="28"/>
              </w:rPr>
            </w:pPr>
          </w:p>
        </w:tc>
      </w:tr>
    </w:tbl>
    <w:p w14:paraId="0BD0C7BB" w14:textId="77777777" w:rsidR="00E91A42" w:rsidRPr="00E91A42" w:rsidRDefault="00E91A42" w:rsidP="00E91A42">
      <w:pPr>
        <w:pStyle w:val="BodyText"/>
        <w:jc w:val="both"/>
        <w:rPr>
          <w:b/>
          <w:bCs/>
          <w:sz w:val="28"/>
          <w:szCs w:val="28"/>
        </w:rPr>
      </w:pPr>
    </w:p>
    <w:p w14:paraId="638B0528" w14:textId="77777777" w:rsidR="00E91A42" w:rsidRPr="00E91A42" w:rsidRDefault="00E91A42" w:rsidP="00E91A42">
      <w:pPr>
        <w:pStyle w:val="BodyText"/>
        <w:jc w:val="both"/>
        <w:rPr>
          <w:bCs/>
          <w:sz w:val="28"/>
          <w:szCs w:val="28"/>
        </w:rPr>
      </w:pPr>
      <w:r w:rsidRPr="00E91A42">
        <w:rPr>
          <w:b/>
          <w:bCs/>
          <w:sz w:val="28"/>
          <w:szCs w:val="28"/>
        </w:rPr>
        <w:t>5. Kết luận</w:t>
      </w:r>
      <w:r w:rsidRPr="00E91A42">
        <w:rPr>
          <w:bCs/>
          <w:sz w:val="28"/>
          <w:szCs w:val="28"/>
        </w:rPr>
        <w:t>:</w:t>
      </w:r>
    </w:p>
    <w:p w14:paraId="6751C085" w14:textId="77777777" w:rsidR="00E91A42" w:rsidRPr="00E91A42" w:rsidRDefault="00E91A42" w:rsidP="00E91A42">
      <w:pPr>
        <w:pStyle w:val="BodyText"/>
        <w:spacing w:after="0"/>
        <w:ind w:firstLine="720"/>
        <w:jc w:val="both"/>
        <w:rPr>
          <w:sz w:val="28"/>
          <w:szCs w:val="28"/>
        </w:rPr>
      </w:pPr>
      <w:r w:rsidRPr="00E91A42">
        <w:rPr>
          <w:sz w:val="28"/>
          <w:szCs w:val="28"/>
        </w:rPr>
        <w:t>…..</w:t>
      </w:r>
    </w:p>
    <w:p w14:paraId="4653AB39" w14:textId="77777777" w:rsidR="00E91A42" w:rsidRPr="00E91A42" w:rsidRDefault="00E91A42" w:rsidP="00E91A42">
      <w:pPr>
        <w:pStyle w:val="BodyText"/>
        <w:spacing w:after="0"/>
        <w:ind w:firstLine="720"/>
        <w:jc w:val="both"/>
        <w:rPr>
          <w:sz w:val="28"/>
          <w:szCs w:val="28"/>
        </w:rPr>
      </w:pPr>
    </w:p>
    <w:p w14:paraId="12DC7BAF" w14:textId="77777777" w:rsidR="00E91A42" w:rsidRPr="00E91A42" w:rsidRDefault="00E91A42" w:rsidP="00E91A42">
      <w:pPr>
        <w:pStyle w:val="BodyText"/>
        <w:spacing w:after="0"/>
        <w:ind w:firstLine="720"/>
        <w:jc w:val="both"/>
        <w:rPr>
          <w:sz w:val="28"/>
          <w:szCs w:val="28"/>
        </w:rPr>
      </w:pPr>
    </w:p>
    <w:p w14:paraId="2F81911D" w14:textId="77777777" w:rsidR="00E91A42" w:rsidRPr="00E91A42" w:rsidRDefault="00E91A42" w:rsidP="00E91A42">
      <w:pPr>
        <w:pStyle w:val="BodyText"/>
        <w:spacing w:after="0"/>
        <w:ind w:firstLine="720"/>
        <w:jc w:val="both"/>
        <w:rPr>
          <w:sz w:val="28"/>
          <w:szCs w:val="28"/>
        </w:rPr>
      </w:pPr>
      <w:r w:rsidRPr="00E91A42">
        <w:rPr>
          <w:sz w:val="28"/>
          <w:szCs w:val="28"/>
        </w:rPr>
        <w:lastRenderedPageBreak/>
        <w:t>Đại diện của các bên tham gia ký xác nhận tình trạng của các hồ sơ tham gia tài</w:t>
      </w:r>
      <w:r w:rsidRPr="00E91A42">
        <w:rPr>
          <w:sz w:val="28"/>
          <w:szCs w:val="28"/>
          <w:lang w:val="vi-VN"/>
        </w:rPr>
        <w:t xml:space="preserve"> trợ/xét chọn</w:t>
      </w:r>
      <w:r w:rsidRPr="00E91A42">
        <w:rPr>
          <w:sz w:val="28"/>
          <w:szCs w:val="28"/>
        </w:rPr>
        <w:t xml:space="preserve">: </w:t>
      </w:r>
    </w:p>
    <w:p w14:paraId="18A8C347" w14:textId="77777777" w:rsidR="00E91A42" w:rsidRPr="00E91A42" w:rsidRDefault="00E91A42" w:rsidP="00E91A42">
      <w:pPr>
        <w:pStyle w:val="BodyText"/>
        <w:spacing w:after="0"/>
        <w:ind w:firstLine="720"/>
        <w:jc w:val="both"/>
        <w:rPr>
          <w:sz w:val="28"/>
          <w:szCs w:val="28"/>
        </w:rPr>
      </w:pPr>
    </w:p>
    <w:p w14:paraId="1D58480C" w14:textId="77777777" w:rsidR="00E91A42" w:rsidRPr="00E91A42" w:rsidRDefault="00E91A42" w:rsidP="00E91A42">
      <w:pPr>
        <w:pStyle w:val="BodyText"/>
        <w:spacing w:after="0"/>
        <w:ind w:firstLine="720"/>
        <w:jc w:val="both"/>
        <w:rPr>
          <w:sz w:val="28"/>
          <w:szCs w:val="28"/>
        </w:rPr>
      </w:pPr>
    </w:p>
    <w:tbl>
      <w:tblPr>
        <w:tblW w:w="9288" w:type="dxa"/>
        <w:tblInd w:w="-72" w:type="dxa"/>
        <w:tblLook w:val="01E0" w:firstRow="1" w:lastRow="1" w:firstColumn="1" w:lastColumn="1" w:noHBand="0" w:noVBand="0"/>
      </w:tblPr>
      <w:tblGrid>
        <w:gridCol w:w="2970"/>
        <w:gridCol w:w="3092"/>
        <w:gridCol w:w="3226"/>
      </w:tblGrid>
      <w:tr w:rsidR="00E91A42" w:rsidRPr="00E91A42" w14:paraId="2D4B66CD" w14:textId="77777777" w:rsidTr="00A701F9">
        <w:tc>
          <w:tcPr>
            <w:tcW w:w="2970" w:type="dxa"/>
            <w:hideMark/>
          </w:tcPr>
          <w:p w14:paraId="5ED0B240" w14:textId="77777777" w:rsidR="00E91A42" w:rsidRPr="00E91A42" w:rsidRDefault="00E91A42" w:rsidP="00A701F9">
            <w:pPr>
              <w:pStyle w:val="BodyText"/>
              <w:spacing w:after="0"/>
              <w:jc w:val="center"/>
              <w:rPr>
                <w:b/>
                <w:sz w:val="28"/>
                <w:szCs w:val="28"/>
              </w:rPr>
            </w:pPr>
            <w:r w:rsidRPr="00E91A42">
              <w:rPr>
                <w:b/>
                <w:sz w:val="28"/>
                <w:szCs w:val="28"/>
              </w:rPr>
              <w:t>Đại diện cho ….</w:t>
            </w:r>
          </w:p>
          <w:p w14:paraId="07531C71" w14:textId="77777777" w:rsidR="00E91A42" w:rsidRPr="00E91A42" w:rsidRDefault="00E91A42" w:rsidP="00A701F9">
            <w:pPr>
              <w:pStyle w:val="BodyText3"/>
              <w:spacing w:after="0"/>
              <w:rPr>
                <w:i/>
                <w:sz w:val="28"/>
                <w:szCs w:val="28"/>
              </w:rPr>
            </w:pPr>
            <w:r w:rsidRPr="00E91A42">
              <w:rPr>
                <w:i/>
                <w:sz w:val="28"/>
                <w:szCs w:val="28"/>
              </w:rPr>
              <w:t xml:space="preserve">     (</w:t>
            </w:r>
            <w:r w:rsidRPr="00E91A42">
              <w:rPr>
                <w:i/>
                <w:iCs/>
                <w:sz w:val="28"/>
                <w:szCs w:val="28"/>
              </w:rPr>
              <w:t>Ký và ghi rõ họ tên</w:t>
            </w:r>
            <w:r w:rsidRPr="00E91A42">
              <w:rPr>
                <w:i/>
                <w:sz w:val="28"/>
                <w:szCs w:val="28"/>
              </w:rPr>
              <w:t>)</w:t>
            </w:r>
          </w:p>
          <w:p w14:paraId="1A76D0B4" w14:textId="77777777" w:rsidR="00E91A42" w:rsidRPr="00E91A42" w:rsidRDefault="00E91A42" w:rsidP="00A701F9">
            <w:pPr>
              <w:pStyle w:val="BodyText"/>
              <w:tabs>
                <w:tab w:val="left" w:pos="882"/>
              </w:tabs>
              <w:spacing w:after="0"/>
              <w:ind w:left="-180"/>
              <w:rPr>
                <w:sz w:val="28"/>
                <w:szCs w:val="28"/>
              </w:rPr>
            </w:pPr>
          </w:p>
        </w:tc>
        <w:tc>
          <w:tcPr>
            <w:tcW w:w="3092" w:type="dxa"/>
            <w:hideMark/>
          </w:tcPr>
          <w:p w14:paraId="5B313EF7" w14:textId="77777777" w:rsidR="00E91A42" w:rsidRPr="00E91A42" w:rsidRDefault="00E91A42" w:rsidP="00A701F9">
            <w:pPr>
              <w:pStyle w:val="BodyText"/>
              <w:spacing w:after="0"/>
              <w:jc w:val="center"/>
              <w:rPr>
                <w:b/>
                <w:sz w:val="28"/>
                <w:szCs w:val="28"/>
              </w:rPr>
            </w:pPr>
            <w:r w:rsidRPr="00E91A42">
              <w:rPr>
                <w:b/>
                <w:sz w:val="28"/>
                <w:szCs w:val="28"/>
              </w:rPr>
              <w:t>Đại diện cho ….</w:t>
            </w:r>
          </w:p>
          <w:p w14:paraId="0B495EB4" w14:textId="77777777" w:rsidR="00E91A42" w:rsidRPr="00E91A42" w:rsidRDefault="00E91A42" w:rsidP="00A701F9">
            <w:pPr>
              <w:pStyle w:val="BodyText3"/>
              <w:spacing w:after="0"/>
              <w:jc w:val="center"/>
              <w:rPr>
                <w:i/>
                <w:sz w:val="28"/>
                <w:szCs w:val="28"/>
              </w:rPr>
            </w:pPr>
            <w:r w:rsidRPr="00E91A42">
              <w:rPr>
                <w:i/>
                <w:sz w:val="28"/>
                <w:szCs w:val="28"/>
              </w:rPr>
              <w:t xml:space="preserve"> (</w:t>
            </w:r>
            <w:r w:rsidRPr="00E91A42">
              <w:rPr>
                <w:i/>
                <w:iCs/>
                <w:sz w:val="28"/>
                <w:szCs w:val="28"/>
              </w:rPr>
              <w:t>Ký và ghi rõ họ tên</w:t>
            </w:r>
            <w:r w:rsidRPr="00E91A42">
              <w:rPr>
                <w:i/>
                <w:sz w:val="28"/>
                <w:szCs w:val="28"/>
              </w:rPr>
              <w:t>)</w:t>
            </w:r>
          </w:p>
          <w:p w14:paraId="18C2D21F" w14:textId="77777777" w:rsidR="00E91A42" w:rsidRPr="00E91A42" w:rsidRDefault="00E91A42" w:rsidP="00A701F9">
            <w:pPr>
              <w:pStyle w:val="BodyText"/>
              <w:spacing w:after="0"/>
              <w:jc w:val="center"/>
              <w:rPr>
                <w:b/>
                <w:sz w:val="28"/>
                <w:szCs w:val="28"/>
              </w:rPr>
            </w:pPr>
          </w:p>
        </w:tc>
        <w:tc>
          <w:tcPr>
            <w:tcW w:w="3226" w:type="dxa"/>
          </w:tcPr>
          <w:p w14:paraId="0503A19E" w14:textId="77777777" w:rsidR="00E91A42" w:rsidRPr="00E91A42" w:rsidRDefault="00E91A42" w:rsidP="00A701F9">
            <w:pPr>
              <w:pStyle w:val="BodyText"/>
              <w:spacing w:after="0"/>
              <w:jc w:val="center"/>
              <w:rPr>
                <w:b/>
                <w:sz w:val="28"/>
                <w:szCs w:val="28"/>
              </w:rPr>
            </w:pPr>
            <w:r w:rsidRPr="00E91A42">
              <w:rPr>
                <w:b/>
                <w:sz w:val="28"/>
                <w:szCs w:val="28"/>
              </w:rPr>
              <w:t>Đại diện cho….</w:t>
            </w:r>
          </w:p>
          <w:p w14:paraId="775BE045" w14:textId="77777777" w:rsidR="00E91A42" w:rsidRPr="00E91A42" w:rsidRDefault="00E91A42" w:rsidP="00A701F9">
            <w:pPr>
              <w:pStyle w:val="BodyText3"/>
              <w:spacing w:after="0"/>
              <w:jc w:val="center"/>
              <w:rPr>
                <w:i/>
                <w:sz w:val="28"/>
                <w:szCs w:val="28"/>
              </w:rPr>
            </w:pPr>
            <w:r w:rsidRPr="00E91A42">
              <w:rPr>
                <w:i/>
                <w:sz w:val="28"/>
                <w:szCs w:val="28"/>
              </w:rPr>
              <w:t xml:space="preserve"> (</w:t>
            </w:r>
            <w:r w:rsidRPr="00E91A42">
              <w:rPr>
                <w:i/>
                <w:iCs/>
                <w:sz w:val="28"/>
                <w:szCs w:val="28"/>
              </w:rPr>
              <w:t>Ký và ghi rõ họ tên</w:t>
            </w:r>
            <w:r w:rsidRPr="00E91A42">
              <w:rPr>
                <w:i/>
                <w:sz w:val="28"/>
                <w:szCs w:val="28"/>
              </w:rPr>
              <w:t>)</w:t>
            </w:r>
          </w:p>
          <w:p w14:paraId="1AB7A7E9" w14:textId="77777777" w:rsidR="00E91A42" w:rsidRPr="00E91A42" w:rsidRDefault="00E91A42" w:rsidP="00A701F9">
            <w:pPr>
              <w:pStyle w:val="BodyText"/>
              <w:spacing w:after="0"/>
              <w:jc w:val="center"/>
              <w:rPr>
                <w:b/>
                <w:sz w:val="28"/>
                <w:szCs w:val="28"/>
              </w:rPr>
            </w:pPr>
          </w:p>
          <w:p w14:paraId="12B15E67" w14:textId="77777777" w:rsidR="00E91A42" w:rsidRPr="00E91A42" w:rsidRDefault="00E91A42" w:rsidP="00A701F9">
            <w:pPr>
              <w:pStyle w:val="BodyText"/>
              <w:spacing w:after="0"/>
              <w:jc w:val="center"/>
              <w:rPr>
                <w:sz w:val="28"/>
                <w:szCs w:val="28"/>
              </w:rPr>
            </w:pPr>
          </w:p>
          <w:p w14:paraId="397F5735" w14:textId="77777777" w:rsidR="00E91A42" w:rsidRPr="00E91A42" w:rsidRDefault="00E91A42" w:rsidP="00A701F9">
            <w:pPr>
              <w:pStyle w:val="BodyText"/>
              <w:spacing w:after="0"/>
              <w:jc w:val="center"/>
              <w:rPr>
                <w:sz w:val="28"/>
                <w:szCs w:val="28"/>
              </w:rPr>
            </w:pPr>
          </w:p>
          <w:p w14:paraId="65415229" w14:textId="77777777" w:rsidR="00E91A42" w:rsidRPr="00E91A42" w:rsidRDefault="00E91A42" w:rsidP="00A701F9">
            <w:pPr>
              <w:pStyle w:val="BodyText"/>
              <w:spacing w:after="0"/>
              <w:jc w:val="center"/>
              <w:rPr>
                <w:sz w:val="28"/>
                <w:szCs w:val="28"/>
              </w:rPr>
            </w:pPr>
          </w:p>
          <w:p w14:paraId="15F9DACB" w14:textId="77777777" w:rsidR="00E91A42" w:rsidRPr="00E91A42" w:rsidRDefault="00E91A42" w:rsidP="00A701F9">
            <w:pPr>
              <w:pStyle w:val="BodyText"/>
              <w:spacing w:after="0"/>
              <w:rPr>
                <w:sz w:val="28"/>
                <w:szCs w:val="28"/>
              </w:rPr>
            </w:pPr>
          </w:p>
        </w:tc>
      </w:tr>
    </w:tbl>
    <w:p w14:paraId="40B3A422" w14:textId="77777777" w:rsidR="00E91A42" w:rsidRPr="00E91A42" w:rsidRDefault="00E91A42" w:rsidP="00E91A42">
      <w:pPr>
        <w:spacing w:line="259" w:lineRule="auto"/>
        <w:rPr>
          <w:rFonts w:eastAsia="MS Mincho"/>
          <w:b/>
          <w:sz w:val="28"/>
          <w:szCs w:val="28"/>
          <w:lang w:val="en-US"/>
        </w:rPr>
      </w:pPr>
    </w:p>
    <w:tbl>
      <w:tblPr>
        <w:tblW w:w="10065" w:type="dxa"/>
        <w:tblInd w:w="-601" w:type="dxa"/>
        <w:tblLayout w:type="fixed"/>
        <w:tblLook w:val="0000" w:firstRow="0" w:lastRow="0" w:firstColumn="0" w:lastColumn="0" w:noHBand="0" w:noVBand="0"/>
      </w:tblPr>
      <w:tblGrid>
        <w:gridCol w:w="3936"/>
        <w:gridCol w:w="6129"/>
      </w:tblGrid>
      <w:tr w:rsidR="00E91A42" w:rsidRPr="00E91A42" w14:paraId="458BB29B" w14:textId="77777777" w:rsidTr="00A701F9">
        <w:tc>
          <w:tcPr>
            <w:tcW w:w="3936" w:type="dxa"/>
            <w:tcBorders>
              <w:top w:val="nil"/>
              <w:left w:val="nil"/>
              <w:bottom w:val="nil"/>
              <w:right w:val="nil"/>
            </w:tcBorders>
          </w:tcPr>
          <w:p w14:paraId="46AC8823"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br w:type="page"/>
            </w:r>
          </w:p>
          <w:p w14:paraId="63EF941C" w14:textId="77777777" w:rsidR="00E91A42" w:rsidRPr="00E91A42" w:rsidRDefault="00E91A42" w:rsidP="00A701F9">
            <w:pPr>
              <w:spacing w:after="0" w:line="240" w:lineRule="auto"/>
              <w:ind w:left="-57" w:right="-57"/>
              <w:jc w:val="center"/>
              <w:rPr>
                <w:b/>
                <w:bCs/>
                <w:sz w:val="28"/>
                <w:szCs w:val="28"/>
              </w:rPr>
            </w:pPr>
          </w:p>
          <w:p w14:paraId="7911D780"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3C8547D4"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64384" behindDoc="0" locked="0" layoutInCell="1" allowOverlap="1" wp14:anchorId="5FC4F333" wp14:editId="21B2C37F">
                      <wp:simplePos x="0" y="0"/>
                      <wp:positionH relativeFrom="column">
                        <wp:posOffset>558165</wp:posOffset>
                      </wp:positionH>
                      <wp:positionV relativeFrom="paragraph">
                        <wp:posOffset>60959</wp:posOffset>
                      </wp:positionV>
                      <wp:extent cx="1295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F3601" id="Straight Connector 1"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60217372"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7E56B7AC"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5FD14AD4"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7B307EE7"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0E816699"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65408" behindDoc="0" locked="0" layoutInCell="1" allowOverlap="1" wp14:anchorId="62029C0D" wp14:editId="1929926A">
                      <wp:simplePos x="0" y="0"/>
                      <wp:positionH relativeFrom="column">
                        <wp:posOffset>859155</wp:posOffset>
                      </wp:positionH>
                      <wp:positionV relativeFrom="paragraph">
                        <wp:posOffset>80644</wp:posOffset>
                      </wp:positionV>
                      <wp:extent cx="19621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C59B5" id="Straight Connector 2"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1549A6AB"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1B4FBEE6" w14:textId="77777777" w:rsidR="00E91A42" w:rsidRPr="00E91A42" w:rsidRDefault="00E91A42" w:rsidP="00E91A42">
      <w:pPr>
        <w:spacing w:after="0"/>
        <w:jc w:val="center"/>
        <w:rPr>
          <w:rFonts w:eastAsia="MS Mincho"/>
          <w:b/>
          <w:sz w:val="28"/>
          <w:szCs w:val="28"/>
          <w:lang w:val="en-US"/>
        </w:rPr>
      </w:pPr>
    </w:p>
    <w:p w14:paraId="5D5B482F" w14:textId="77777777" w:rsidR="00E91A42" w:rsidRPr="00E91A42" w:rsidRDefault="00E91A42" w:rsidP="00E91A42">
      <w:pPr>
        <w:spacing w:after="0"/>
        <w:jc w:val="center"/>
        <w:rPr>
          <w:rFonts w:eastAsia="MS Mincho"/>
          <w:sz w:val="28"/>
          <w:szCs w:val="28"/>
          <w:lang w:val="en-US"/>
        </w:rPr>
      </w:pPr>
      <w:r w:rsidRPr="00E91A42">
        <w:rPr>
          <w:rFonts w:eastAsia="MS Mincho"/>
          <w:b/>
          <w:sz w:val="28"/>
          <w:szCs w:val="28"/>
          <w:lang w:val="en-US"/>
        </w:rPr>
        <w:t>BÁO CÁO KẾT QUẢ ĐỊNH KỲ</w:t>
      </w:r>
    </w:p>
    <w:p w14:paraId="11ED099F" w14:textId="77777777" w:rsidR="00E91A42" w:rsidRPr="00E91A42" w:rsidRDefault="00E91A42" w:rsidP="00E91A42">
      <w:pPr>
        <w:spacing w:after="0"/>
        <w:jc w:val="center"/>
        <w:rPr>
          <w:rFonts w:eastAsia="MS Mincho"/>
          <w:sz w:val="28"/>
          <w:szCs w:val="28"/>
          <w:lang w:val="en-US"/>
        </w:rPr>
      </w:pPr>
      <w:r w:rsidRPr="00E91A42">
        <w:rPr>
          <w:rFonts w:eastAsia="MS Mincho"/>
          <w:b/>
          <w:bCs/>
          <w:sz w:val="28"/>
          <w:szCs w:val="28"/>
          <w:lang w:val="en-US"/>
        </w:rPr>
        <w:t>NHIỆM VỤ HỢP</w:t>
      </w:r>
      <w:r w:rsidRPr="00E91A42">
        <w:rPr>
          <w:rFonts w:eastAsia="MS Mincho"/>
          <w:b/>
          <w:bCs/>
          <w:sz w:val="28"/>
          <w:szCs w:val="28"/>
        </w:rPr>
        <w:t xml:space="preserve"> TÁC QUỐC TẾ</w:t>
      </w:r>
      <w:r w:rsidRPr="00E91A42">
        <w:rPr>
          <w:rFonts w:eastAsia="MS Mincho"/>
          <w:sz w:val="28"/>
          <w:szCs w:val="28"/>
          <w:lang w:val="en-US"/>
        </w:rPr>
        <w:br/>
        <w:t>(Áp dụng cho báo cáo 6 tháng hoặc năm)</w:t>
      </w:r>
      <w:r w:rsidRPr="00E91A42">
        <w:rPr>
          <w:rFonts w:eastAsia="MS Mincho"/>
          <w:sz w:val="28"/>
          <w:szCs w:val="28"/>
          <w:lang w:val="en-US"/>
        </w:rPr>
        <w:br/>
      </w:r>
    </w:p>
    <w:p w14:paraId="4D96C45F"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Tên nhiệm vụ: ................................................................................................................</w:t>
      </w:r>
    </w:p>
    <w:p w14:paraId="2BF83F6A"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Mã số: ............................................................................................................................</w:t>
      </w:r>
    </w:p>
    <w:p w14:paraId="6DA5833F" w14:textId="77777777" w:rsidR="00E91A42" w:rsidRPr="00E91A42" w:rsidRDefault="00E91A42" w:rsidP="00E91A42">
      <w:pPr>
        <w:spacing w:after="0" w:line="312" w:lineRule="auto"/>
        <w:rPr>
          <w:sz w:val="28"/>
          <w:szCs w:val="28"/>
          <w:lang w:val="en-US"/>
        </w:rPr>
      </w:pPr>
      <w:r w:rsidRPr="00E91A42">
        <w:rPr>
          <w:sz w:val="28"/>
          <w:szCs w:val="28"/>
        </w:rPr>
        <w:t>Phân loại theo tính chất hoạt động KH&amp;CN: Nhiệm vụ Hợp tác quốc tế</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767"/>
        <w:gridCol w:w="873"/>
      </w:tblGrid>
      <w:tr w:rsidR="00E91A42" w:rsidRPr="00E91A42" w14:paraId="0C7B442D" w14:textId="77777777" w:rsidTr="00A701F9">
        <w:trPr>
          <w:tblCellSpacing w:w="0" w:type="dxa"/>
        </w:trPr>
        <w:tc>
          <w:tcPr>
            <w:tcW w:w="4495" w:type="pct"/>
            <w:shd w:val="clear" w:color="auto" w:fill="FFFFFF"/>
            <w:hideMark/>
          </w:tcPr>
          <w:p w14:paraId="01A8FB81" w14:textId="77777777" w:rsidR="00E91A42" w:rsidRPr="00E91A42" w:rsidRDefault="00E91A42" w:rsidP="00A701F9">
            <w:pPr>
              <w:spacing w:after="0" w:line="312" w:lineRule="auto"/>
              <w:rPr>
                <w:sz w:val="28"/>
                <w:szCs w:val="28"/>
              </w:rPr>
            </w:pPr>
            <w:r w:rsidRPr="00E91A42">
              <w:rPr>
                <w:sz w:val="28"/>
                <w:szCs w:val="28"/>
              </w:rPr>
              <w:t>- Thuộc chương trình: Ghi mã số chương trình (nếu có).</w:t>
            </w:r>
          </w:p>
        </w:tc>
        <w:tc>
          <w:tcPr>
            <w:tcW w:w="505" w:type="pct"/>
            <w:shd w:val="clear" w:color="auto" w:fill="FFFFFF"/>
            <w:hideMark/>
          </w:tcPr>
          <w:p w14:paraId="4AC541D4" w14:textId="77777777" w:rsidR="00E91A42" w:rsidRPr="00E91A42" w:rsidRDefault="00E91A42" w:rsidP="00A701F9">
            <w:pPr>
              <w:spacing w:after="0" w:line="312" w:lineRule="auto"/>
              <w:rPr>
                <w:sz w:val="28"/>
                <w:szCs w:val="28"/>
              </w:rPr>
            </w:pPr>
            <w:r w:rsidRPr="00E91A42">
              <w:rPr>
                <w:noProof/>
                <w:sz w:val="28"/>
                <w:szCs w:val="28"/>
              </w:rPr>
              <w:drawing>
                <wp:inline distT="0" distB="0" distL="0" distR="0" wp14:anchorId="6AE2B15D" wp14:editId="15BB3A38">
                  <wp:extent cx="161925" cy="209550"/>
                  <wp:effectExtent l="0" t="0" r="9525" b="0"/>
                  <wp:docPr id="60493494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p>
        </w:tc>
      </w:tr>
    </w:tbl>
    <w:p w14:paraId="6FF32F56" w14:textId="77777777" w:rsidR="00E91A42" w:rsidRPr="00E91A42" w:rsidRDefault="00E91A42" w:rsidP="00E91A42">
      <w:pPr>
        <w:spacing w:after="0" w:line="312" w:lineRule="auto"/>
        <w:jc w:val="center"/>
        <w:rPr>
          <w:sz w:val="28"/>
          <w:szCs w:val="28"/>
        </w:rPr>
      </w:pPr>
      <w:r w:rsidRPr="00E91A42">
        <w:rPr>
          <w:sz w:val="28"/>
          <w:szCs w:val="28"/>
        </w:rPr>
        <w:t>----- ghi rõ chương trình</w:t>
      </w:r>
    </w:p>
    <w:p w14:paraId="5F6BF0E6" w14:textId="77777777" w:rsidR="00E91A42" w:rsidRPr="00E91A42" w:rsidRDefault="00E91A42" w:rsidP="00E91A42">
      <w:pPr>
        <w:spacing w:after="0" w:line="312" w:lineRule="auto"/>
        <w:rPr>
          <w:sz w:val="28"/>
          <w:szCs w:val="28"/>
        </w:rPr>
      </w:pPr>
      <w:r w:rsidRPr="00E91A42">
        <w:rPr>
          <w:sz w:val="28"/>
          <w:szCs w:val="28"/>
        </w:rPr>
        <w:t xml:space="preserve"> Loại hình nhiệm vụ: </w:t>
      </w:r>
      <w:r w:rsidRPr="00E91A42">
        <w:rPr>
          <w:rFonts w:ascii="Segoe UI Symbol" w:hAnsi="Segoe UI Symbol" w:cs="Segoe UI Symbol"/>
          <w:sz w:val="28"/>
          <w:szCs w:val="28"/>
        </w:rPr>
        <w:t>☐</w:t>
      </w:r>
      <w:r w:rsidRPr="00E91A42">
        <w:rPr>
          <w:sz w:val="28"/>
          <w:szCs w:val="28"/>
        </w:rPr>
        <w:t xml:space="preserve"> Nghị định thư</w:t>
      </w:r>
      <w:r w:rsidRPr="00E91A42">
        <w:rPr>
          <w:sz w:val="28"/>
          <w:szCs w:val="28"/>
        </w:rPr>
        <w:t> </w:t>
      </w:r>
      <w:r w:rsidRPr="00E91A42">
        <w:rPr>
          <w:rFonts w:ascii="Segoe UI Symbol" w:hAnsi="Segoe UI Symbol" w:cs="Segoe UI Symbol"/>
          <w:sz w:val="28"/>
          <w:szCs w:val="28"/>
        </w:rPr>
        <w:t>☐</w:t>
      </w:r>
      <w:r w:rsidRPr="00E91A42">
        <w:rPr>
          <w:sz w:val="28"/>
          <w:szCs w:val="28"/>
        </w:rPr>
        <w:t xml:space="preserve"> SPĐP</w:t>
      </w:r>
      <w:r w:rsidRPr="00E91A42">
        <w:rPr>
          <w:sz w:val="28"/>
          <w:szCs w:val="28"/>
        </w:rPr>
        <w:t> </w:t>
      </w:r>
      <w:r w:rsidRPr="00E91A42">
        <w:rPr>
          <w:rFonts w:ascii="Segoe UI Symbol" w:hAnsi="Segoe UI Symbol" w:cs="Segoe UI Symbol"/>
          <w:sz w:val="28"/>
          <w:szCs w:val="28"/>
        </w:rPr>
        <w:t>☐</w:t>
      </w:r>
      <w:r w:rsidRPr="00E91A42">
        <w:rPr>
          <w:sz w:val="28"/>
          <w:szCs w:val="28"/>
        </w:rPr>
        <w:t xml:space="preserve"> Khác</w:t>
      </w:r>
    </w:p>
    <w:p w14:paraId="4B058EBB"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Tổ chức chủ trì: ...............................................................................................................</w:t>
      </w:r>
    </w:p>
    <w:p w14:paraId="2F417A58"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lastRenderedPageBreak/>
        <w:t>Chủ nhiệm: ....................................................................................................................</w:t>
      </w:r>
    </w:p>
    <w:p w14:paraId="7DFF56B6"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Thời gian thực hiện: từ .../.../... đến .../.../...</w:t>
      </w:r>
    </w:p>
    <w:p w14:paraId="47AE6EAA"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 xml:space="preserve">Kỳ báo cáo: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6 tháng đầu</w:t>
      </w:r>
      <w:r w:rsidRPr="00E91A42">
        <w:rPr>
          <w:rFonts w:eastAsia="MS Mincho"/>
          <w:sz w:val="28"/>
          <w:szCs w:val="28"/>
          <w:lang w:val="en-US"/>
        </w:rPr>
        <w:t>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6 tháng cuối</w:t>
      </w:r>
      <w:r w:rsidRPr="00E91A42">
        <w:rPr>
          <w:rFonts w:eastAsia="MS Mincho"/>
          <w:sz w:val="28"/>
          <w:szCs w:val="28"/>
          <w:lang w:val="en-US"/>
        </w:rPr>
        <w:t>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Năm thứ ....</w:t>
      </w:r>
      <w:r w:rsidRPr="00E91A42">
        <w:rPr>
          <w:rFonts w:eastAsia="MS Mincho"/>
          <w:b/>
          <w:sz w:val="28"/>
          <w:szCs w:val="28"/>
          <w:lang w:val="en-US"/>
        </w:rPr>
        <w:br/>
        <w:t>I. TÌNH HÌNH TRIỂN KHAI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747"/>
        <w:gridCol w:w="1732"/>
        <w:gridCol w:w="1708"/>
        <w:gridCol w:w="1708"/>
      </w:tblGrid>
      <w:tr w:rsidR="00E91A42" w:rsidRPr="00E91A42" w14:paraId="2C5A2D6E" w14:textId="77777777" w:rsidTr="00A701F9">
        <w:tc>
          <w:tcPr>
            <w:tcW w:w="1881" w:type="dxa"/>
          </w:tcPr>
          <w:p w14:paraId="09D854FD"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Nội dung / Hạng mục công việc</w:t>
            </w:r>
          </w:p>
        </w:tc>
        <w:tc>
          <w:tcPr>
            <w:tcW w:w="1881" w:type="dxa"/>
          </w:tcPr>
          <w:p w14:paraId="4B413099"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Theo thuyết minh</w:t>
            </w:r>
          </w:p>
        </w:tc>
        <w:tc>
          <w:tcPr>
            <w:tcW w:w="1881" w:type="dxa"/>
          </w:tcPr>
          <w:p w14:paraId="1EF22A63"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Thực hiện đến kỳ báo cáo</w:t>
            </w:r>
          </w:p>
        </w:tc>
        <w:tc>
          <w:tcPr>
            <w:tcW w:w="1881" w:type="dxa"/>
          </w:tcPr>
          <w:p w14:paraId="4B50D269"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Tỷ lệ (%)</w:t>
            </w:r>
          </w:p>
        </w:tc>
        <w:tc>
          <w:tcPr>
            <w:tcW w:w="1881" w:type="dxa"/>
          </w:tcPr>
          <w:p w14:paraId="76A4D3B1"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Ghi chú</w:t>
            </w:r>
          </w:p>
        </w:tc>
      </w:tr>
      <w:tr w:rsidR="00E91A42" w:rsidRPr="00E91A42" w14:paraId="4B570F80" w14:textId="77777777" w:rsidTr="00A701F9">
        <w:tc>
          <w:tcPr>
            <w:tcW w:w="1881" w:type="dxa"/>
          </w:tcPr>
          <w:p w14:paraId="1A8D9FD1" w14:textId="77777777" w:rsidR="00E91A42" w:rsidRPr="00E91A42" w:rsidRDefault="00E91A42" w:rsidP="00A701F9">
            <w:pPr>
              <w:spacing w:after="0"/>
              <w:rPr>
                <w:rFonts w:eastAsia="MS Mincho"/>
                <w:sz w:val="28"/>
                <w:szCs w:val="28"/>
                <w:lang w:val="en-US"/>
              </w:rPr>
            </w:pPr>
          </w:p>
        </w:tc>
        <w:tc>
          <w:tcPr>
            <w:tcW w:w="1881" w:type="dxa"/>
          </w:tcPr>
          <w:p w14:paraId="4638DA02" w14:textId="77777777" w:rsidR="00E91A42" w:rsidRPr="00E91A42" w:rsidRDefault="00E91A42" w:rsidP="00A701F9">
            <w:pPr>
              <w:spacing w:after="0"/>
              <w:rPr>
                <w:rFonts w:eastAsia="MS Mincho"/>
                <w:sz w:val="28"/>
                <w:szCs w:val="28"/>
                <w:lang w:val="en-US"/>
              </w:rPr>
            </w:pPr>
          </w:p>
        </w:tc>
        <w:tc>
          <w:tcPr>
            <w:tcW w:w="1881" w:type="dxa"/>
          </w:tcPr>
          <w:p w14:paraId="0E106AB4" w14:textId="77777777" w:rsidR="00E91A42" w:rsidRPr="00E91A42" w:rsidRDefault="00E91A42" w:rsidP="00A701F9">
            <w:pPr>
              <w:spacing w:after="0"/>
              <w:rPr>
                <w:rFonts w:eastAsia="MS Mincho"/>
                <w:sz w:val="28"/>
                <w:szCs w:val="28"/>
                <w:lang w:val="en-US"/>
              </w:rPr>
            </w:pPr>
          </w:p>
        </w:tc>
        <w:tc>
          <w:tcPr>
            <w:tcW w:w="1881" w:type="dxa"/>
          </w:tcPr>
          <w:p w14:paraId="26DA250D" w14:textId="77777777" w:rsidR="00E91A42" w:rsidRPr="00E91A42" w:rsidRDefault="00E91A42" w:rsidP="00A701F9">
            <w:pPr>
              <w:spacing w:after="0"/>
              <w:rPr>
                <w:rFonts w:eastAsia="MS Mincho"/>
                <w:sz w:val="28"/>
                <w:szCs w:val="28"/>
                <w:lang w:val="en-US"/>
              </w:rPr>
            </w:pPr>
          </w:p>
        </w:tc>
        <w:tc>
          <w:tcPr>
            <w:tcW w:w="1881" w:type="dxa"/>
          </w:tcPr>
          <w:p w14:paraId="19CC3D44" w14:textId="77777777" w:rsidR="00E91A42" w:rsidRPr="00E91A42" w:rsidRDefault="00E91A42" w:rsidP="00A701F9">
            <w:pPr>
              <w:spacing w:after="0"/>
              <w:rPr>
                <w:rFonts w:eastAsia="MS Mincho"/>
                <w:sz w:val="28"/>
                <w:szCs w:val="28"/>
                <w:lang w:val="en-US"/>
              </w:rPr>
            </w:pPr>
          </w:p>
        </w:tc>
      </w:tr>
      <w:tr w:rsidR="00E91A42" w:rsidRPr="00E91A42" w14:paraId="2A71F688" w14:textId="77777777" w:rsidTr="00A701F9">
        <w:tc>
          <w:tcPr>
            <w:tcW w:w="1881" w:type="dxa"/>
          </w:tcPr>
          <w:p w14:paraId="65FA8B5F" w14:textId="77777777" w:rsidR="00E91A42" w:rsidRPr="00E91A42" w:rsidRDefault="00E91A42" w:rsidP="00A701F9">
            <w:pPr>
              <w:spacing w:after="0"/>
              <w:rPr>
                <w:rFonts w:eastAsia="MS Mincho"/>
                <w:sz w:val="28"/>
                <w:szCs w:val="28"/>
                <w:lang w:val="en-US"/>
              </w:rPr>
            </w:pPr>
          </w:p>
        </w:tc>
        <w:tc>
          <w:tcPr>
            <w:tcW w:w="1881" w:type="dxa"/>
          </w:tcPr>
          <w:p w14:paraId="57C1AE9A" w14:textId="77777777" w:rsidR="00E91A42" w:rsidRPr="00E91A42" w:rsidRDefault="00E91A42" w:rsidP="00A701F9">
            <w:pPr>
              <w:spacing w:after="0"/>
              <w:rPr>
                <w:rFonts w:eastAsia="MS Mincho"/>
                <w:sz w:val="28"/>
                <w:szCs w:val="28"/>
                <w:lang w:val="en-US"/>
              </w:rPr>
            </w:pPr>
          </w:p>
        </w:tc>
        <w:tc>
          <w:tcPr>
            <w:tcW w:w="1881" w:type="dxa"/>
          </w:tcPr>
          <w:p w14:paraId="3C5423C9" w14:textId="77777777" w:rsidR="00E91A42" w:rsidRPr="00E91A42" w:rsidRDefault="00E91A42" w:rsidP="00A701F9">
            <w:pPr>
              <w:spacing w:after="0"/>
              <w:rPr>
                <w:rFonts w:eastAsia="MS Mincho"/>
                <w:sz w:val="28"/>
                <w:szCs w:val="28"/>
                <w:lang w:val="en-US"/>
              </w:rPr>
            </w:pPr>
          </w:p>
        </w:tc>
        <w:tc>
          <w:tcPr>
            <w:tcW w:w="1881" w:type="dxa"/>
          </w:tcPr>
          <w:p w14:paraId="02EDA7B2" w14:textId="77777777" w:rsidR="00E91A42" w:rsidRPr="00E91A42" w:rsidRDefault="00E91A42" w:rsidP="00A701F9">
            <w:pPr>
              <w:spacing w:after="0"/>
              <w:rPr>
                <w:rFonts w:eastAsia="MS Mincho"/>
                <w:sz w:val="28"/>
                <w:szCs w:val="28"/>
                <w:lang w:val="en-US"/>
              </w:rPr>
            </w:pPr>
          </w:p>
        </w:tc>
        <w:tc>
          <w:tcPr>
            <w:tcW w:w="1881" w:type="dxa"/>
          </w:tcPr>
          <w:p w14:paraId="72470AB0" w14:textId="77777777" w:rsidR="00E91A42" w:rsidRPr="00E91A42" w:rsidRDefault="00E91A42" w:rsidP="00A701F9">
            <w:pPr>
              <w:spacing w:after="0"/>
              <w:rPr>
                <w:rFonts w:eastAsia="MS Mincho"/>
                <w:sz w:val="28"/>
                <w:szCs w:val="28"/>
                <w:lang w:val="en-US"/>
              </w:rPr>
            </w:pPr>
          </w:p>
        </w:tc>
      </w:tr>
      <w:tr w:rsidR="00E91A42" w:rsidRPr="00E91A42" w14:paraId="5B774569" w14:textId="77777777" w:rsidTr="00A701F9">
        <w:tc>
          <w:tcPr>
            <w:tcW w:w="1881" w:type="dxa"/>
          </w:tcPr>
          <w:p w14:paraId="710B7BDF" w14:textId="77777777" w:rsidR="00E91A42" w:rsidRPr="00E91A42" w:rsidRDefault="00E91A42" w:rsidP="00A701F9">
            <w:pPr>
              <w:spacing w:after="0"/>
              <w:rPr>
                <w:rFonts w:eastAsia="MS Mincho"/>
                <w:sz w:val="28"/>
                <w:szCs w:val="28"/>
                <w:lang w:val="en-US"/>
              </w:rPr>
            </w:pPr>
          </w:p>
        </w:tc>
        <w:tc>
          <w:tcPr>
            <w:tcW w:w="1881" w:type="dxa"/>
          </w:tcPr>
          <w:p w14:paraId="609C0A41" w14:textId="77777777" w:rsidR="00E91A42" w:rsidRPr="00E91A42" w:rsidRDefault="00E91A42" w:rsidP="00A701F9">
            <w:pPr>
              <w:spacing w:after="0"/>
              <w:rPr>
                <w:rFonts w:eastAsia="MS Mincho"/>
                <w:sz w:val="28"/>
                <w:szCs w:val="28"/>
                <w:lang w:val="en-US"/>
              </w:rPr>
            </w:pPr>
          </w:p>
        </w:tc>
        <w:tc>
          <w:tcPr>
            <w:tcW w:w="1881" w:type="dxa"/>
          </w:tcPr>
          <w:p w14:paraId="5D423D59" w14:textId="77777777" w:rsidR="00E91A42" w:rsidRPr="00E91A42" w:rsidRDefault="00E91A42" w:rsidP="00A701F9">
            <w:pPr>
              <w:spacing w:after="0"/>
              <w:rPr>
                <w:rFonts w:eastAsia="MS Mincho"/>
                <w:sz w:val="28"/>
                <w:szCs w:val="28"/>
                <w:lang w:val="en-US"/>
              </w:rPr>
            </w:pPr>
          </w:p>
        </w:tc>
        <w:tc>
          <w:tcPr>
            <w:tcW w:w="1881" w:type="dxa"/>
          </w:tcPr>
          <w:p w14:paraId="51386216" w14:textId="77777777" w:rsidR="00E91A42" w:rsidRPr="00E91A42" w:rsidRDefault="00E91A42" w:rsidP="00A701F9">
            <w:pPr>
              <w:spacing w:after="0"/>
              <w:rPr>
                <w:rFonts w:eastAsia="MS Mincho"/>
                <w:sz w:val="28"/>
                <w:szCs w:val="28"/>
                <w:lang w:val="en-US"/>
              </w:rPr>
            </w:pPr>
          </w:p>
        </w:tc>
        <w:tc>
          <w:tcPr>
            <w:tcW w:w="1881" w:type="dxa"/>
          </w:tcPr>
          <w:p w14:paraId="7B17CF43" w14:textId="77777777" w:rsidR="00E91A42" w:rsidRPr="00E91A42" w:rsidRDefault="00E91A42" w:rsidP="00A701F9">
            <w:pPr>
              <w:spacing w:after="0"/>
              <w:rPr>
                <w:rFonts w:eastAsia="MS Mincho"/>
                <w:sz w:val="28"/>
                <w:szCs w:val="28"/>
                <w:lang w:val="en-US"/>
              </w:rPr>
            </w:pPr>
          </w:p>
        </w:tc>
      </w:tr>
      <w:tr w:rsidR="00E91A42" w:rsidRPr="00E91A42" w14:paraId="3532CB1D" w14:textId="77777777" w:rsidTr="00A701F9">
        <w:tc>
          <w:tcPr>
            <w:tcW w:w="1881" w:type="dxa"/>
          </w:tcPr>
          <w:p w14:paraId="09AEA198" w14:textId="77777777" w:rsidR="00E91A42" w:rsidRPr="00E91A42" w:rsidRDefault="00E91A42" w:rsidP="00A701F9">
            <w:pPr>
              <w:spacing w:after="0"/>
              <w:rPr>
                <w:rFonts w:eastAsia="MS Mincho"/>
                <w:sz w:val="28"/>
                <w:szCs w:val="28"/>
                <w:lang w:val="en-US"/>
              </w:rPr>
            </w:pPr>
          </w:p>
        </w:tc>
        <w:tc>
          <w:tcPr>
            <w:tcW w:w="1881" w:type="dxa"/>
          </w:tcPr>
          <w:p w14:paraId="0B79EC89" w14:textId="77777777" w:rsidR="00E91A42" w:rsidRPr="00E91A42" w:rsidRDefault="00E91A42" w:rsidP="00A701F9">
            <w:pPr>
              <w:spacing w:after="0"/>
              <w:rPr>
                <w:rFonts w:eastAsia="MS Mincho"/>
                <w:sz w:val="28"/>
                <w:szCs w:val="28"/>
                <w:lang w:val="en-US"/>
              </w:rPr>
            </w:pPr>
          </w:p>
        </w:tc>
        <w:tc>
          <w:tcPr>
            <w:tcW w:w="1881" w:type="dxa"/>
          </w:tcPr>
          <w:p w14:paraId="5F73EC9B" w14:textId="77777777" w:rsidR="00E91A42" w:rsidRPr="00E91A42" w:rsidRDefault="00E91A42" w:rsidP="00A701F9">
            <w:pPr>
              <w:spacing w:after="0"/>
              <w:rPr>
                <w:rFonts w:eastAsia="MS Mincho"/>
                <w:sz w:val="28"/>
                <w:szCs w:val="28"/>
                <w:lang w:val="en-US"/>
              </w:rPr>
            </w:pPr>
          </w:p>
        </w:tc>
        <w:tc>
          <w:tcPr>
            <w:tcW w:w="1881" w:type="dxa"/>
          </w:tcPr>
          <w:p w14:paraId="7D48CFEB" w14:textId="77777777" w:rsidR="00E91A42" w:rsidRPr="00E91A42" w:rsidRDefault="00E91A42" w:rsidP="00A701F9">
            <w:pPr>
              <w:spacing w:after="0"/>
              <w:rPr>
                <w:rFonts w:eastAsia="MS Mincho"/>
                <w:sz w:val="28"/>
                <w:szCs w:val="28"/>
                <w:lang w:val="en-US"/>
              </w:rPr>
            </w:pPr>
          </w:p>
        </w:tc>
        <w:tc>
          <w:tcPr>
            <w:tcW w:w="1881" w:type="dxa"/>
          </w:tcPr>
          <w:p w14:paraId="6D5D73DD" w14:textId="77777777" w:rsidR="00E91A42" w:rsidRPr="00E91A42" w:rsidRDefault="00E91A42" w:rsidP="00A701F9">
            <w:pPr>
              <w:spacing w:after="0"/>
              <w:rPr>
                <w:rFonts w:eastAsia="MS Mincho"/>
                <w:sz w:val="28"/>
                <w:szCs w:val="28"/>
                <w:lang w:val="en-US"/>
              </w:rPr>
            </w:pPr>
          </w:p>
        </w:tc>
      </w:tr>
      <w:tr w:rsidR="00E91A42" w:rsidRPr="00E91A42" w14:paraId="20A8AE66" w14:textId="77777777" w:rsidTr="00A701F9">
        <w:tc>
          <w:tcPr>
            <w:tcW w:w="1881" w:type="dxa"/>
          </w:tcPr>
          <w:p w14:paraId="78A6EBAD" w14:textId="77777777" w:rsidR="00E91A42" w:rsidRPr="00E91A42" w:rsidRDefault="00E91A42" w:rsidP="00A701F9">
            <w:pPr>
              <w:spacing w:after="0"/>
              <w:rPr>
                <w:rFonts w:eastAsia="MS Mincho"/>
                <w:sz w:val="28"/>
                <w:szCs w:val="28"/>
                <w:lang w:val="en-US"/>
              </w:rPr>
            </w:pPr>
          </w:p>
        </w:tc>
        <w:tc>
          <w:tcPr>
            <w:tcW w:w="1881" w:type="dxa"/>
          </w:tcPr>
          <w:p w14:paraId="36AC4B60" w14:textId="77777777" w:rsidR="00E91A42" w:rsidRPr="00E91A42" w:rsidRDefault="00E91A42" w:rsidP="00A701F9">
            <w:pPr>
              <w:spacing w:after="0"/>
              <w:rPr>
                <w:rFonts w:eastAsia="MS Mincho"/>
                <w:sz w:val="28"/>
                <w:szCs w:val="28"/>
                <w:lang w:val="en-US"/>
              </w:rPr>
            </w:pPr>
          </w:p>
        </w:tc>
        <w:tc>
          <w:tcPr>
            <w:tcW w:w="1881" w:type="dxa"/>
          </w:tcPr>
          <w:p w14:paraId="0AD481B6" w14:textId="77777777" w:rsidR="00E91A42" w:rsidRPr="00E91A42" w:rsidRDefault="00E91A42" w:rsidP="00A701F9">
            <w:pPr>
              <w:spacing w:after="0"/>
              <w:rPr>
                <w:rFonts w:eastAsia="MS Mincho"/>
                <w:sz w:val="28"/>
                <w:szCs w:val="28"/>
                <w:lang w:val="en-US"/>
              </w:rPr>
            </w:pPr>
          </w:p>
        </w:tc>
        <w:tc>
          <w:tcPr>
            <w:tcW w:w="1881" w:type="dxa"/>
          </w:tcPr>
          <w:p w14:paraId="1580E2CF" w14:textId="77777777" w:rsidR="00E91A42" w:rsidRPr="00E91A42" w:rsidRDefault="00E91A42" w:rsidP="00A701F9">
            <w:pPr>
              <w:spacing w:after="0"/>
              <w:rPr>
                <w:rFonts w:eastAsia="MS Mincho"/>
                <w:sz w:val="28"/>
                <w:szCs w:val="28"/>
                <w:lang w:val="en-US"/>
              </w:rPr>
            </w:pPr>
          </w:p>
        </w:tc>
        <w:tc>
          <w:tcPr>
            <w:tcW w:w="1881" w:type="dxa"/>
          </w:tcPr>
          <w:p w14:paraId="0C89E1D0" w14:textId="77777777" w:rsidR="00E91A42" w:rsidRPr="00E91A42" w:rsidRDefault="00E91A42" w:rsidP="00A701F9">
            <w:pPr>
              <w:spacing w:after="0"/>
              <w:rPr>
                <w:rFonts w:eastAsia="MS Mincho"/>
                <w:sz w:val="28"/>
                <w:szCs w:val="28"/>
                <w:lang w:val="en-US"/>
              </w:rPr>
            </w:pPr>
          </w:p>
        </w:tc>
      </w:tr>
    </w:tbl>
    <w:p w14:paraId="02373DA0"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Tổng hợp tiến độ:</w:t>
      </w:r>
      <w:r w:rsidRPr="00E91A42">
        <w:rPr>
          <w:rFonts w:eastAsia="MS Mincho"/>
          <w:sz w:val="28"/>
          <w:szCs w:val="28"/>
          <w:lang w:val="en-US"/>
        </w:rPr>
        <w:br/>
        <w:t>- Đã hoàn thành ........../.......... nội dung theo kế hoạch (đạt .......%).</w:t>
      </w:r>
      <w:r w:rsidRPr="00E91A42">
        <w:rPr>
          <w:rFonts w:eastAsia="MS Mincho"/>
          <w:sz w:val="28"/>
          <w:szCs w:val="28"/>
          <w:lang w:val="en-US"/>
        </w:rPr>
        <w:br/>
        <w:t>- Các nội dung chậm tiến độ: ......................................................</w:t>
      </w:r>
      <w:r w:rsidRPr="00E91A42">
        <w:rPr>
          <w:rFonts w:eastAsia="MS Mincho"/>
          <w:sz w:val="28"/>
          <w:szCs w:val="28"/>
          <w:lang w:val="en-US"/>
        </w:rPr>
        <w:br/>
        <w:t>- Nguyên nhân: ...............................................................</w:t>
      </w:r>
      <w:r w:rsidRPr="00E91A42">
        <w:rPr>
          <w:rFonts w:eastAsia="MS Mincho"/>
          <w:b/>
          <w:sz w:val="28"/>
          <w:szCs w:val="28"/>
          <w:lang w:val="en-US"/>
        </w:rPr>
        <w:br/>
        <w:t>II. KẾT QUẢ ĐÃ ĐẠT ĐƯỢC ĐẾN KỲ BÁO CÁO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619"/>
        <w:gridCol w:w="1292"/>
        <w:gridCol w:w="1211"/>
        <w:gridCol w:w="1244"/>
        <w:gridCol w:w="1237"/>
        <w:gridCol w:w="1196"/>
      </w:tblGrid>
      <w:tr w:rsidR="00E91A42" w:rsidRPr="00E91A42" w14:paraId="60F6499F" w14:textId="77777777" w:rsidTr="00A701F9">
        <w:tc>
          <w:tcPr>
            <w:tcW w:w="846" w:type="dxa"/>
          </w:tcPr>
          <w:p w14:paraId="1C43C9F1"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STT</w:t>
            </w:r>
          </w:p>
        </w:tc>
        <w:tc>
          <w:tcPr>
            <w:tcW w:w="1723" w:type="dxa"/>
          </w:tcPr>
          <w:p w14:paraId="6FA6D979"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Tên sản phẩm</w:t>
            </w:r>
          </w:p>
        </w:tc>
        <w:tc>
          <w:tcPr>
            <w:tcW w:w="1315" w:type="dxa"/>
          </w:tcPr>
          <w:p w14:paraId="6EF1ED44"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Loại sản phẩm (KH, CN, ĐT, KHXH)</w:t>
            </w:r>
          </w:p>
        </w:tc>
        <w:tc>
          <w:tcPr>
            <w:tcW w:w="1278" w:type="dxa"/>
          </w:tcPr>
          <w:p w14:paraId="522842B6"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Đơn vị tính</w:t>
            </w:r>
          </w:p>
        </w:tc>
        <w:tc>
          <w:tcPr>
            <w:tcW w:w="1293" w:type="dxa"/>
          </w:tcPr>
          <w:p w14:paraId="6D942771"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Số lượng</w:t>
            </w:r>
          </w:p>
        </w:tc>
        <w:tc>
          <w:tcPr>
            <w:tcW w:w="1290" w:type="dxa"/>
          </w:tcPr>
          <w:p w14:paraId="67BA0665"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Tình trạng / Mức độ hoàn thành</w:t>
            </w:r>
          </w:p>
        </w:tc>
        <w:tc>
          <w:tcPr>
            <w:tcW w:w="1271" w:type="dxa"/>
          </w:tcPr>
          <w:p w14:paraId="669443B4"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Ghi chú</w:t>
            </w:r>
          </w:p>
        </w:tc>
      </w:tr>
      <w:tr w:rsidR="00E91A42" w:rsidRPr="00E91A42" w14:paraId="500C38D2" w14:textId="77777777" w:rsidTr="00A701F9">
        <w:tc>
          <w:tcPr>
            <w:tcW w:w="846" w:type="dxa"/>
          </w:tcPr>
          <w:p w14:paraId="637354EB" w14:textId="77777777" w:rsidR="00E91A42" w:rsidRPr="00E91A42" w:rsidRDefault="00E91A42" w:rsidP="00A701F9">
            <w:pPr>
              <w:spacing w:after="0"/>
              <w:rPr>
                <w:rFonts w:eastAsia="MS Mincho"/>
                <w:sz w:val="28"/>
                <w:szCs w:val="28"/>
                <w:lang w:val="en-US"/>
              </w:rPr>
            </w:pPr>
          </w:p>
        </w:tc>
        <w:tc>
          <w:tcPr>
            <w:tcW w:w="1723" w:type="dxa"/>
          </w:tcPr>
          <w:p w14:paraId="5A8D9462" w14:textId="77777777" w:rsidR="00E91A42" w:rsidRPr="00E91A42" w:rsidRDefault="00E91A42" w:rsidP="00A701F9">
            <w:pPr>
              <w:spacing w:after="0"/>
              <w:rPr>
                <w:rFonts w:eastAsia="MS Mincho"/>
                <w:sz w:val="28"/>
                <w:szCs w:val="28"/>
                <w:lang w:val="en-US"/>
              </w:rPr>
            </w:pPr>
          </w:p>
        </w:tc>
        <w:tc>
          <w:tcPr>
            <w:tcW w:w="1315" w:type="dxa"/>
          </w:tcPr>
          <w:p w14:paraId="04826BB7" w14:textId="77777777" w:rsidR="00E91A42" w:rsidRPr="00E91A42" w:rsidRDefault="00E91A42" w:rsidP="00A701F9">
            <w:pPr>
              <w:spacing w:after="0"/>
              <w:rPr>
                <w:rFonts w:eastAsia="MS Mincho"/>
                <w:sz w:val="28"/>
                <w:szCs w:val="28"/>
                <w:lang w:val="en-US"/>
              </w:rPr>
            </w:pPr>
          </w:p>
        </w:tc>
        <w:tc>
          <w:tcPr>
            <w:tcW w:w="1278" w:type="dxa"/>
          </w:tcPr>
          <w:p w14:paraId="1A6B057A" w14:textId="77777777" w:rsidR="00E91A42" w:rsidRPr="00E91A42" w:rsidRDefault="00E91A42" w:rsidP="00A701F9">
            <w:pPr>
              <w:spacing w:after="0"/>
              <w:rPr>
                <w:rFonts w:eastAsia="MS Mincho"/>
                <w:sz w:val="28"/>
                <w:szCs w:val="28"/>
                <w:lang w:val="en-US"/>
              </w:rPr>
            </w:pPr>
          </w:p>
        </w:tc>
        <w:tc>
          <w:tcPr>
            <w:tcW w:w="1293" w:type="dxa"/>
          </w:tcPr>
          <w:p w14:paraId="16BDE36D" w14:textId="77777777" w:rsidR="00E91A42" w:rsidRPr="00E91A42" w:rsidRDefault="00E91A42" w:rsidP="00A701F9">
            <w:pPr>
              <w:spacing w:after="0"/>
              <w:rPr>
                <w:rFonts w:eastAsia="MS Mincho"/>
                <w:sz w:val="28"/>
                <w:szCs w:val="28"/>
                <w:lang w:val="en-US"/>
              </w:rPr>
            </w:pPr>
          </w:p>
        </w:tc>
        <w:tc>
          <w:tcPr>
            <w:tcW w:w="1290" w:type="dxa"/>
          </w:tcPr>
          <w:p w14:paraId="0DCA98BA" w14:textId="77777777" w:rsidR="00E91A42" w:rsidRPr="00E91A42" w:rsidRDefault="00E91A42" w:rsidP="00A701F9">
            <w:pPr>
              <w:spacing w:after="0"/>
              <w:rPr>
                <w:rFonts w:eastAsia="MS Mincho"/>
                <w:sz w:val="28"/>
                <w:szCs w:val="28"/>
                <w:lang w:val="en-US"/>
              </w:rPr>
            </w:pPr>
          </w:p>
        </w:tc>
        <w:tc>
          <w:tcPr>
            <w:tcW w:w="1271" w:type="dxa"/>
          </w:tcPr>
          <w:p w14:paraId="3051E007" w14:textId="77777777" w:rsidR="00E91A42" w:rsidRPr="00E91A42" w:rsidRDefault="00E91A42" w:rsidP="00A701F9">
            <w:pPr>
              <w:spacing w:after="0"/>
              <w:rPr>
                <w:rFonts w:eastAsia="MS Mincho"/>
                <w:sz w:val="28"/>
                <w:szCs w:val="28"/>
                <w:lang w:val="en-US"/>
              </w:rPr>
            </w:pPr>
          </w:p>
        </w:tc>
      </w:tr>
      <w:tr w:rsidR="00E91A42" w:rsidRPr="00E91A42" w14:paraId="3D893EA7" w14:textId="77777777" w:rsidTr="00A701F9">
        <w:tc>
          <w:tcPr>
            <w:tcW w:w="846" w:type="dxa"/>
          </w:tcPr>
          <w:p w14:paraId="7FECA6AE" w14:textId="77777777" w:rsidR="00E91A42" w:rsidRPr="00E91A42" w:rsidRDefault="00E91A42" w:rsidP="00A701F9">
            <w:pPr>
              <w:spacing w:after="0"/>
              <w:rPr>
                <w:rFonts w:eastAsia="MS Mincho"/>
                <w:sz w:val="28"/>
                <w:szCs w:val="28"/>
                <w:lang w:val="en-US"/>
              </w:rPr>
            </w:pPr>
          </w:p>
        </w:tc>
        <w:tc>
          <w:tcPr>
            <w:tcW w:w="1723" w:type="dxa"/>
          </w:tcPr>
          <w:p w14:paraId="34C34B9C" w14:textId="77777777" w:rsidR="00E91A42" w:rsidRPr="00E91A42" w:rsidRDefault="00E91A42" w:rsidP="00A701F9">
            <w:pPr>
              <w:spacing w:after="0"/>
              <w:rPr>
                <w:rFonts w:eastAsia="MS Mincho"/>
                <w:sz w:val="28"/>
                <w:szCs w:val="28"/>
                <w:lang w:val="en-US"/>
              </w:rPr>
            </w:pPr>
          </w:p>
        </w:tc>
        <w:tc>
          <w:tcPr>
            <w:tcW w:w="1315" w:type="dxa"/>
          </w:tcPr>
          <w:p w14:paraId="433876D0" w14:textId="77777777" w:rsidR="00E91A42" w:rsidRPr="00E91A42" w:rsidRDefault="00E91A42" w:rsidP="00A701F9">
            <w:pPr>
              <w:spacing w:after="0"/>
              <w:rPr>
                <w:rFonts w:eastAsia="MS Mincho"/>
                <w:sz w:val="28"/>
                <w:szCs w:val="28"/>
                <w:lang w:val="en-US"/>
              </w:rPr>
            </w:pPr>
          </w:p>
        </w:tc>
        <w:tc>
          <w:tcPr>
            <w:tcW w:w="1278" w:type="dxa"/>
          </w:tcPr>
          <w:p w14:paraId="6832ECEA" w14:textId="77777777" w:rsidR="00E91A42" w:rsidRPr="00E91A42" w:rsidRDefault="00E91A42" w:rsidP="00A701F9">
            <w:pPr>
              <w:spacing w:after="0"/>
              <w:rPr>
                <w:rFonts w:eastAsia="MS Mincho"/>
                <w:sz w:val="28"/>
                <w:szCs w:val="28"/>
                <w:lang w:val="en-US"/>
              </w:rPr>
            </w:pPr>
          </w:p>
        </w:tc>
        <w:tc>
          <w:tcPr>
            <w:tcW w:w="1293" w:type="dxa"/>
          </w:tcPr>
          <w:p w14:paraId="04B7C7AB" w14:textId="77777777" w:rsidR="00E91A42" w:rsidRPr="00E91A42" w:rsidRDefault="00E91A42" w:rsidP="00A701F9">
            <w:pPr>
              <w:spacing w:after="0"/>
              <w:rPr>
                <w:rFonts w:eastAsia="MS Mincho"/>
                <w:sz w:val="28"/>
                <w:szCs w:val="28"/>
                <w:lang w:val="en-US"/>
              </w:rPr>
            </w:pPr>
          </w:p>
        </w:tc>
        <w:tc>
          <w:tcPr>
            <w:tcW w:w="1290" w:type="dxa"/>
          </w:tcPr>
          <w:p w14:paraId="1973ABDD" w14:textId="77777777" w:rsidR="00E91A42" w:rsidRPr="00E91A42" w:rsidRDefault="00E91A42" w:rsidP="00A701F9">
            <w:pPr>
              <w:spacing w:after="0"/>
              <w:rPr>
                <w:rFonts w:eastAsia="MS Mincho"/>
                <w:sz w:val="28"/>
                <w:szCs w:val="28"/>
                <w:lang w:val="en-US"/>
              </w:rPr>
            </w:pPr>
          </w:p>
        </w:tc>
        <w:tc>
          <w:tcPr>
            <w:tcW w:w="1271" w:type="dxa"/>
          </w:tcPr>
          <w:p w14:paraId="0594EE5E" w14:textId="77777777" w:rsidR="00E91A42" w:rsidRPr="00E91A42" w:rsidRDefault="00E91A42" w:rsidP="00A701F9">
            <w:pPr>
              <w:spacing w:after="0"/>
              <w:rPr>
                <w:rFonts w:eastAsia="MS Mincho"/>
                <w:sz w:val="28"/>
                <w:szCs w:val="28"/>
                <w:lang w:val="en-US"/>
              </w:rPr>
            </w:pPr>
          </w:p>
        </w:tc>
      </w:tr>
      <w:tr w:rsidR="00E91A42" w:rsidRPr="00E91A42" w14:paraId="3793F40C" w14:textId="77777777" w:rsidTr="00A701F9">
        <w:tc>
          <w:tcPr>
            <w:tcW w:w="846" w:type="dxa"/>
          </w:tcPr>
          <w:p w14:paraId="5535507A" w14:textId="77777777" w:rsidR="00E91A42" w:rsidRPr="00E91A42" w:rsidRDefault="00E91A42" w:rsidP="00A701F9">
            <w:pPr>
              <w:spacing w:after="0"/>
              <w:rPr>
                <w:rFonts w:eastAsia="MS Mincho"/>
                <w:sz w:val="28"/>
                <w:szCs w:val="28"/>
                <w:lang w:val="en-US"/>
              </w:rPr>
            </w:pPr>
          </w:p>
        </w:tc>
        <w:tc>
          <w:tcPr>
            <w:tcW w:w="1723" w:type="dxa"/>
          </w:tcPr>
          <w:p w14:paraId="795D40EB" w14:textId="77777777" w:rsidR="00E91A42" w:rsidRPr="00E91A42" w:rsidRDefault="00E91A42" w:rsidP="00A701F9">
            <w:pPr>
              <w:spacing w:after="0"/>
              <w:rPr>
                <w:rFonts w:eastAsia="MS Mincho"/>
                <w:sz w:val="28"/>
                <w:szCs w:val="28"/>
                <w:lang w:val="en-US"/>
              </w:rPr>
            </w:pPr>
          </w:p>
        </w:tc>
        <w:tc>
          <w:tcPr>
            <w:tcW w:w="1315" w:type="dxa"/>
          </w:tcPr>
          <w:p w14:paraId="09906718" w14:textId="77777777" w:rsidR="00E91A42" w:rsidRPr="00E91A42" w:rsidRDefault="00E91A42" w:rsidP="00A701F9">
            <w:pPr>
              <w:spacing w:after="0"/>
              <w:rPr>
                <w:rFonts w:eastAsia="MS Mincho"/>
                <w:sz w:val="28"/>
                <w:szCs w:val="28"/>
                <w:lang w:val="en-US"/>
              </w:rPr>
            </w:pPr>
          </w:p>
        </w:tc>
        <w:tc>
          <w:tcPr>
            <w:tcW w:w="1278" w:type="dxa"/>
          </w:tcPr>
          <w:p w14:paraId="03CFB09B" w14:textId="77777777" w:rsidR="00E91A42" w:rsidRPr="00E91A42" w:rsidRDefault="00E91A42" w:rsidP="00A701F9">
            <w:pPr>
              <w:spacing w:after="0"/>
              <w:rPr>
                <w:rFonts w:eastAsia="MS Mincho"/>
                <w:sz w:val="28"/>
                <w:szCs w:val="28"/>
                <w:lang w:val="en-US"/>
              </w:rPr>
            </w:pPr>
          </w:p>
        </w:tc>
        <w:tc>
          <w:tcPr>
            <w:tcW w:w="1293" w:type="dxa"/>
          </w:tcPr>
          <w:p w14:paraId="51B6D637" w14:textId="77777777" w:rsidR="00E91A42" w:rsidRPr="00E91A42" w:rsidRDefault="00E91A42" w:rsidP="00A701F9">
            <w:pPr>
              <w:spacing w:after="0"/>
              <w:rPr>
                <w:rFonts w:eastAsia="MS Mincho"/>
                <w:sz w:val="28"/>
                <w:szCs w:val="28"/>
                <w:lang w:val="en-US"/>
              </w:rPr>
            </w:pPr>
          </w:p>
        </w:tc>
        <w:tc>
          <w:tcPr>
            <w:tcW w:w="1290" w:type="dxa"/>
          </w:tcPr>
          <w:p w14:paraId="6E44E6C0" w14:textId="77777777" w:rsidR="00E91A42" w:rsidRPr="00E91A42" w:rsidRDefault="00E91A42" w:rsidP="00A701F9">
            <w:pPr>
              <w:spacing w:after="0"/>
              <w:rPr>
                <w:rFonts w:eastAsia="MS Mincho"/>
                <w:sz w:val="28"/>
                <w:szCs w:val="28"/>
                <w:lang w:val="en-US"/>
              </w:rPr>
            </w:pPr>
          </w:p>
        </w:tc>
        <w:tc>
          <w:tcPr>
            <w:tcW w:w="1271" w:type="dxa"/>
          </w:tcPr>
          <w:p w14:paraId="64554DBB" w14:textId="77777777" w:rsidR="00E91A42" w:rsidRPr="00E91A42" w:rsidRDefault="00E91A42" w:rsidP="00A701F9">
            <w:pPr>
              <w:spacing w:after="0"/>
              <w:rPr>
                <w:rFonts w:eastAsia="MS Mincho"/>
                <w:sz w:val="28"/>
                <w:szCs w:val="28"/>
                <w:lang w:val="en-US"/>
              </w:rPr>
            </w:pPr>
          </w:p>
        </w:tc>
      </w:tr>
      <w:tr w:rsidR="00E91A42" w:rsidRPr="00E91A42" w14:paraId="78699B02" w14:textId="77777777" w:rsidTr="00A701F9">
        <w:tc>
          <w:tcPr>
            <w:tcW w:w="846" w:type="dxa"/>
          </w:tcPr>
          <w:p w14:paraId="42064687" w14:textId="77777777" w:rsidR="00E91A42" w:rsidRPr="00E91A42" w:rsidRDefault="00E91A42" w:rsidP="00A701F9">
            <w:pPr>
              <w:spacing w:after="0"/>
              <w:rPr>
                <w:rFonts w:eastAsia="MS Mincho"/>
                <w:sz w:val="28"/>
                <w:szCs w:val="28"/>
                <w:lang w:val="en-US"/>
              </w:rPr>
            </w:pPr>
          </w:p>
        </w:tc>
        <w:tc>
          <w:tcPr>
            <w:tcW w:w="1723" w:type="dxa"/>
          </w:tcPr>
          <w:p w14:paraId="05CC7E8A" w14:textId="77777777" w:rsidR="00E91A42" w:rsidRPr="00E91A42" w:rsidRDefault="00E91A42" w:rsidP="00A701F9">
            <w:pPr>
              <w:spacing w:after="0"/>
              <w:rPr>
                <w:rFonts w:eastAsia="MS Mincho"/>
                <w:sz w:val="28"/>
                <w:szCs w:val="28"/>
                <w:lang w:val="en-US"/>
              </w:rPr>
            </w:pPr>
          </w:p>
        </w:tc>
        <w:tc>
          <w:tcPr>
            <w:tcW w:w="1315" w:type="dxa"/>
          </w:tcPr>
          <w:p w14:paraId="111F3147" w14:textId="77777777" w:rsidR="00E91A42" w:rsidRPr="00E91A42" w:rsidRDefault="00E91A42" w:rsidP="00A701F9">
            <w:pPr>
              <w:spacing w:after="0"/>
              <w:rPr>
                <w:rFonts w:eastAsia="MS Mincho"/>
                <w:sz w:val="28"/>
                <w:szCs w:val="28"/>
                <w:lang w:val="en-US"/>
              </w:rPr>
            </w:pPr>
          </w:p>
        </w:tc>
        <w:tc>
          <w:tcPr>
            <w:tcW w:w="1278" w:type="dxa"/>
          </w:tcPr>
          <w:p w14:paraId="74B22CA8" w14:textId="77777777" w:rsidR="00E91A42" w:rsidRPr="00E91A42" w:rsidRDefault="00E91A42" w:rsidP="00A701F9">
            <w:pPr>
              <w:spacing w:after="0"/>
              <w:rPr>
                <w:rFonts w:eastAsia="MS Mincho"/>
                <w:sz w:val="28"/>
                <w:szCs w:val="28"/>
                <w:lang w:val="en-US"/>
              </w:rPr>
            </w:pPr>
          </w:p>
        </w:tc>
        <w:tc>
          <w:tcPr>
            <w:tcW w:w="1293" w:type="dxa"/>
          </w:tcPr>
          <w:p w14:paraId="72682E40" w14:textId="77777777" w:rsidR="00E91A42" w:rsidRPr="00E91A42" w:rsidRDefault="00E91A42" w:rsidP="00A701F9">
            <w:pPr>
              <w:spacing w:after="0"/>
              <w:rPr>
                <w:rFonts w:eastAsia="MS Mincho"/>
                <w:sz w:val="28"/>
                <w:szCs w:val="28"/>
                <w:lang w:val="en-US"/>
              </w:rPr>
            </w:pPr>
          </w:p>
        </w:tc>
        <w:tc>
          <w:tcPr>
            <w:tcW w:w="1290" w:type="dxa"/>
          </w:tcPr>
          <w:p w14:paraId="21C34BF5" w14:textId="77777777" w:rsidR="00E91A42" w:rsidRPr="00E91A42" w:rsidRDefault="00E91A42" w:rsidP="00A701F9">
            <w:pPr>
              <w:spacing w:after="0"/>
              <w:rPr>
                <w:rFonts w:eastAsia="MS Mincho"/>
                <w:sz w:val="28"/>
                <w:szCs w:val="28"/>
                <w:lang w:val="en-US"/>
              </w:rPr>
            </w:pPr>
          </w:p>
        </w:tc>
        <w:tc>
          <w:tcPr>
            <w:tcW w:w="1271" w:type="dxa"/>
          </w:tcPr>
          <w:p w14:paraId="5C45AF79" w14:textId="77777777" w:rsidR="00E91A42" w:rsidRPr="00E91A42" w:rsidRDefault="00E91A42" w:rsidP="00A701F9">
            <w:pPr>
              <w:spacing w:after="0"/>
              <w:rPr>
                <w:rFonts w:eastAsia="MS Mincho"/>
                <w:sz w:val="28"/>
                <w:szCs w:val="28"/>
                <w:lang w:val="en-US"/>
              </w:rPr>
            </w:pPr>
          </w:p>
        </w:tc>
      </w:tr>
      <w:tr w:rsidR="00E91A42" w:rsidRPr="00E91A42" w14:paraId="6C9D97B3" w14:textId="77777777" w:rsidTr="00A701F9">
        <w:tc>
          <w:tcPr>
            <w:tcW w:w="846" w:type="dxa"/>
          </w:tcPr>
          <w:p w14:paraId="066C84B4" w14:textId="77777777" w:rsidR="00E91A42" w:rsidRPr="00E91A42" w:rsidRDefault="00E91A42" w:rsidP="00A701F9">
            <w:pPr>
              <w:spacing w:after="0"/>
              <w:rPr>
                <w:rFonts w:eastAsia="MS Mincho"/>
                <w:sz w:val="28"/>
                <w:szCs w:val="28"/>
                <w:lang w:val="en-US"/>
              </w:rPr>
            </w:pPr>
          </w:p>
        </w:tc>
        <w:tc>
          <w:tcPr>
            <w:tcW w:w="1723" w:type="dxa"/>
          </w:tcPr>
          <w:p w14:paraId="0C2BB34D" w14:textId="77777777" w:rsidR="00E91A42" w:rsidRPr="00E91A42" w:rsidRDefault="00E91A42" w:rsidP="00A701F9">
            <w:pPr>
              <w:spacing w:after="0"/>
              <w:rPr>
                <w:rFonts w:eastAsia="MS Mincho"/>
                <w:sz w:val="28"/>
                <w:szCs w:val="28"/>
                <w:lang w:val="en-US"/>
              </w:rPr>
            </w:pPr>
          </w:p>
        </w:tc>
        <w:tc>
          <w:tcPr>
            <w:tcW w:w="1315" w:type="dxa"/>
          </w:tcPr>
          <w:p w14:paraId="038A5683" w14:textId="77777777" w:rsidR="00E91A42" w:rsidRPr="00E91A42" w:rsidRDefault="00E91A42" w:rsidP="00A701F9">
            <w:pPr>
              <w:spacing w:after="0"/>
              <w:rPr>
                <w:rFonts w:eastAsia="MS Mincho"/>
                <w:sz w:val="28"/>
                <w:szCs w:val="28"/>
                <w:lang w:val="en-US"/>
              </w:rPr>
            </w:pPr>
          </w:p>
        </w:tc>
        <w:tc>
          <w:tcPr>
            <w:tcW w:w="1278" w:type="dxa"/>
          </w:tcPr>
          <w:p w14:paraId="6D258247" w14:textId="77777777" w:rsidR="00E91A42" w:rsidRPr="00E91A42" w:rsidRDefault="00E91A42" w:rsidP="00A701F9">
            <w:pPr>
              <w:spacing w:after="0"/>
              <w:rPr>
                <w:rFonts w:eastAsia="MS Mincho"/>
                <w:sz w:val="28"/>
                <w:szCs w:val="28"/>
                <w:lang w:val="en-US"/>
              </w:rPr>
            </w:pPr>
          </w:p>
        </w:tc>
        <w:tc>
          <w:tcPr>
            <w:tcW w:w="1293" w:type="dxa"/>
          </w:tcPr>
          <w:p w14:paraId="5303E1D1" w14:textId="77777777" w:rsidR="00E91A42" w:rsidRPr="00E91A42" w:rsidRDefault="00E91A42" w:rsidP="00A701F9">
            <w:pPr>
              <w:spacing w:after="0"/>
              <w:rPr>
                <w:rFonts w:eastAsia="MS Mincho"/>
                <w:sz w:val="28"/>
                <w:szCs w:val="28"/>
                <w:lang w:val="en-US"/>
              </w:rPr>
            </w:pPr>
          </w:p>
        </w:tc>
        <w:tc>
          <w:tcPr>
            <w:tcW w:w="1290" w:type="dxa"/>
          </w:tcPr>
          <w:p w14:paraId="56FAEADD" w14:textId="77777777" w:rsidR="00E91A42" w:rsidRPr="00E91A42" w:rsidRDefault="00E91A42" w:rsidP="00A701F9">
            <w:pPr>
              <w:spacing w:after="0"/>
              <w:rPr>
                <w:rFonts w:eastAsia="MS Mincho"/>
                <w:sz w:val="28"/>
                <w:szCs w:val="28"/>
                <w:lang w:val="en-US"/>
              </w:rPr>
            </w:pPr>
          </w:p>
        </w:tc>
        <w:tc>
          <w:tcPr>
            <w:tcW w:w="1271" w:type="dxa"/>
          </w:tcPr>
          <w:p w14:paraId="7310F540" w14:textId="77777777" w:rsidR="00E91A42" w:rsidRPr="00E91A42" w:rsidRDefault="00E91A42" w:rsidP="00A701F9">
            <w:pPr>
              <w:spacing w:after="0"/>
              <w:rPr>
                <w:rFonts w:eastAsia="MS Mincho"/>
                <w:sz w:val="28"/>
                <w:szCs w:val="28"/>
                <w:lang w:val="en-US"/>
              </w:rPr>
            </w:pPr>
          </w:p>
        </w:tc>
      </w:tr>
    </w:tbl>
    <w:p w14:paraId="74D1AD2E"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Các kết quả nổi bật:</w:t>
      </w:r>
      <w:r w:rsidRPr="00E91A42">
        <w:rPr>
          <w:rFonts w:eastAsia="MS Mincho"/>
          <w:sz w:val="28"/>
          <w:szCs w:val="28"/>
          <w:lang w:val="en-US"/>
        </w:rPr>
        <w:br/>
        <w:t>....................................................................................</w:t>
      </w:r>
    </w:p>
    <w:p w14:paraId="2AEDA0FE" w14:textId="77777777" w:rsidR="00E91A42" w:rsidRPr="00E91A42" w:rsidRDefault="00E91A42" w:rsidP="00E91A42">
      <w:pPr>
        <w:spacing w:after="0"/>
        <w:rPr>
          <w:rFonts w:eastAsia="MS Mincho"/>
          <w:sz w:val="28"/>
          <w:szCs w:val="28"/>
        </w:rPr>
      </w:pPr>
      <w:r w:rsidRPr="00E91A42">
        <w:rPr>
          <w:rFonts w:eastAsia="MS Mincho"/>
          <w:sz w:val="28"/>
          <w:szCs w:val="28"/>
          <w:lang w:val="en-US"/>
        </w:rPr>
        <w:t>Các</w:t>
      </w:r>
      <w:r w:rsidRPr="00E91A42">
        <w:rPr>
          <w:rFonts w:eastAsia="MS Mincho"/>
          <w:sz w:val="28"/>
          <w:szCs w:val="28"/>
        </w:rPr>
        <w:t xml:space="preserve"> kết quả hợp tác quốc tế</w:t>
      </w:r>
    </w:p>
    <w:p w14:paraId="7945FDAC"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w:t>
      </w:r>
      <w:r w:rsidRPr="00E91A42">
        <w:rPr>
          <w:rFonts w:eastAsia="MS Mincho"/>
          <w:sz w:val="28"/>
          <w:szCs w:val="28"/>
          <w:lang w:val="en-US"/>
        </w:rPr>
        <w:br/>
      </w:r>
      <w:r w:rsidRPr="00E91A42">
        <w:rPr>
          <w:rFonts w:eastAsia="MS Mincho"/>
          <w:b/>
          <w:sz w:val="28"/>
          <w:szCs w:val="28"/>
          <w:lang w:val="en-US"/>
        </w:rPr>
        <w:t>III. TÌNH HÌNH SỬ DỤNG KINH PHÍ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729"/>
        <w:gridCol w:w="1729"/>
        <w:gridCol w:w="1694"/>
        <w:gridCol w:w="1694"/>
      </w:tblGrid>
      <w:tr w:rsidR="00E91A42" w:rsidRPr="00E91A42" w14:paraId="7980DB4E" w14:textId="77777777" w:rsidTr="00A701F9">
        <w:tc>
          <w:tcPr>
            <w:tcW w:w="1881" w:type="dxa"/>
          </w:tcPr>
          <w:p w14:paraId="0D21A1AE"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lastRenderedPageBreak/>
              <w:t>Nguồn kinh phí</w:t>
            </w:r>
          </w:p>
        </w:tc>
        <w:tc>
          <w:tcPr>
            <w:tcW w:w="1881" w:type="dxa"/>
          </w:tcPr>
          <w:p w14:paraId="5E443CCB"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Kinh phí được duyệt (triệu đồng)</w:t>
            </w:r>
          </w:p>
        </w:tc>
        <w:tc>
          <w:tcPr>
            <w:tcW w:w="1881" w:type="dxa"/>
          </w:tcPr>
          <w:p w14:paraId="7ADD1481"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Đã giải ngân (triệu đồng)</w:t>
            </w:r>
          </w:p>
        </w:tc>
        <w:tc>
          <w:tcPr>
            <w:tcW w:w="1881" w:type="dxa"/>
          </w:tcPr>
          <w:p w14:paraId="0E689420"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Tỷ lệ (%)</w:t>
            </w:r>
          </w:p>
        </w:tc>
        <w:tc>
          <w:tcPr>
            <w:tcW w:w="1881" w:type="dxa"/>
          </w:tcPr>
          <w:p w14:paraId="5D073B75"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Ghi chú</w:t>
            </w:r>
          </w:p>
        </w:tc>
      </w:tr>
      <w:tr w:rsidR="00E91A42" w:rsidRPr="00E91A42" w14:paraId="0E9FA5C1" w14:textId="77777777" w:rsidTr="00A701F9">
        <w:tc>
          <w:tcPr>
            <w:tcW w:w="1881" w:type="dxa"/>
          </w:tcPr>
          <w:p w14:paraId="5F6A3D70"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Ngân sách sự nghiệp KH&amp;CN</w:t>
            </w:r>
          </w:p>
        </w:tc>
        <w:tc>
          <w:tcPr>
            <w:tcW w:w="1881" w:type="dxa"/>
          </w:tcPr>
          <w:p w14:paraId="09C3E681" w14:textId="77777777" w:rsidR="00E91A42" w:rsidRPr="00E91A42" w:rsidRDefault="00E91A42" w:rsidP="00A701F9">
            <w:pPr>
              <w:spacing w:after="0"/>
              <w:rPr>
                <w:rFonts w:eastAsia="MS Mincho"/>
                <w:sz w:val="28"/>
                <w:szCs w:val="28"/>
                <w:lang w:val="en-US"/>
              </w:rPr>
            </w:pPr>
          </w:p>
        </w:tc>
        <w:tc>
          <w:tcPr>
            <w:tcW w:w="1881" w:type="dxa"/>
          </w:tcPr>
          <w:p w14:paraId="3B6E9D28" w14:textId="77777777" w:rsidR="00E91A42" w:rsidRPr="00E91A42" w:rsidRDefault="00E91A42" w:rsidP="00A701F9">
            <w:pPr>
              <w:spacing w:after="0"/>
              <w:rPr>
                <w:rFonts w:eastAsia="MS Mincho"/>
                <w:sz w:val="28"/>
                <w:szCs w:val="28"/>
                <w:lang w:val="en-US"/>
              </w:rPr>
            </w:pPr>
          </w:p>
        </w:tc>
        <w:tc>
          <w:tcPr>
            <w:tcW w:w="1881" w:type="dxa"/>
          </w:tcPr>
          <w:p w14:paraId="1D8FED83" w14:textId="77777777" w:rsidR="00E91A42" w:rsidRPr="00E91A42" w:rsidRDefault="00E91A42" w:rsidP="00A701F9">
            <w:pPr>
              <w:spacing w:after="0"/>
              <w:rPr>
                <w:rFonts w:eastAsia="MS Mincho"/>
                <w:sz w:val="28"/>
                <w:szCs w:val="28"/>
                <w:lang w:val="en-US"/>
              </w:rPr>
            </w:pPr>
          </w:p>
        </w:tc>
        <w:tc>
          <w:tcPr>
            <w:tcW w:w="1881" w:type="dxa"/>
          </w:tcPr>
          <w:p w14:paraId="3597763C" w14:textId="77777777" w:rsidR="00E91A42" w:rsidRPr="00E91A42" w:rsidRDefault="00E91A42" w:rsidP="00A701F9">
            <w:pPr>
              <w:spacing w:after="0"/>
              <w:rPr>
                <w:rFonts w:eastAsia="MS Mincho"/>
                <w:sz w:val="28"/>
                <w:szCs w:val="28"/>
                <w:lang w:val="en-US"/>
              </w:rPr>
            </w:pPr>
          </w:p>
        </w:tc>
      </w:tr>
      <w:tr w:rsidR="00E91A42" w:rsidRPr="00E91A42" w14:paraId="3180146B" w14:textId="77777777" w:rsidTr="00A701F9">
        <w:tc>
          <w:tcPr>
            <w:tcW w:w="1881" w:type="dxa"/>
          </w:tcPr>
          <w:p w14:paraId="1DA69B4E"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Nguồn đối ứng / Tổ chức chủ trì</w:t>
            </w:r>
          </w:p>
        </w:tc>
        <w:tc>
          <w:tcPr>
            <w:tcW w:w="1881" w:type="dxa"/>
          </w:tcPr>
          <w:p w14:paraId="1BA0D009" w14:textId="77777777" w:rsidR="00E91A42" w:rsidRPr="00E91A42" w:rsidRDefault="00E91A42" w:rsidP="00A701F9">
            <w:pPr>
              <w:spacing w:after="0"/>
              <w:rPr>
                <w:rFonts w:eastAsia="MS Mincho"/>
                <w:sz w:val="28"/>
                <w:szCs w:val="28"/>
                <w:lang w:val="en-US"/>
              </w:rPr>
            </w:pPr>
          </w:p>
        </w:tc>
        <w:tc>
          <w:tcPr>
            <w:tcW w:w="1881" w:type="dxa"/>
          </w:tcPr>
          <w:p w14:paraId="0359B4CD" w14:textId="77777777" w:rsidR="00E91A42" w:rsidRPr="00E91A42" w:rsidRDefault="00E91A42" w:rsidP="00A701F9">
            <w:pPr>
              <w:spacing w:after="0"/>
              <w:rPr>
                <w:rFonts w:eastAsia="MS Mincho"/>
                <w:sz w:val="28"/>
                <w:szCs w:val="28"/>
                <w:lang w:val="en-US"/>
              </w:rPr>
            </w:pPr>
          </w:p>
        </w:tc>
        <w:tc>
          <w:tcPr>
            <w:tcW w:w="1881" w:type="dxa"/>
          </w:tcPr>
          <w:p w14:paraId="2379D38C" w14:textId="77777777" w:rsidR="00E91A42" w:rsidRPr="00E91A42" w:rsidRDefault="00E91A42" w:rsidP="00A701F9">
            <w:pPr>
              <w:spacing w:after="0"/>
              <w:rPr>
                <w:rFonts w:eastAsia="MS Mincho"/>
                <w:sz w:val="28"/>
                <w:szCs w:val="28"/>
                <w:lang w:val="en-US"/>
              </w:rPr>
            </w:pPr>
          </w:p>
        </w:tc>
        <w:tc>
          <w:tcPr>
            <w:tcW w:w="1881" w:type="dxa"/>
          </w:tcPr>
          <w:p w14:paraId="13B568BF" w14:textId="77777777" w:rsidR="00E91A42" w:rsidRPr="00E91A42" w:rsidRDefault="00E91A42" w:rsidP="00A701F9">
            <w:pPr>
              <w:spacing w:after="0"/>
              <w:rPr>
                <w:rFonts w:eastAsia="MS Mincho"/>
                <w:sz w:val="28"/>
                <w:szCs w:val="28"/>
                <w:lang w:val="en-US"/>
              </w:rPr>
            </w:pPr>
          </w:p>
        </w:tc>
      </w:tr>
      <w:tr w:rsidR="00E91A42" w:rsidRPr="00E91A42" w14:paraId="4F01AA8B" w14:textId="77777777" w:rsidTr="00A701F9">
        <w:tc>
          <w:tcPr>
            <w:tcW w:w="1881" w:type="dxa"/>
          </w:tcPr>
          <w:p w14:paraId="199C2D15"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Doanh nghiệp phối hợp</w:t>
            </w:r>
          </w:p>
        </w:tc>
        <w:tc>
          <w:tcPr>
            <w:tcW w:w="1881" w:type="dxa"/>
          </w:tcPr>
          <w:p w14:paraId="177A3ACD" w14:textId="77777777" w:rsidR="00E91A42" w:rsidRPr="00E91A42" w:rsidRDefault="00E91A42" w:rsidP="00A701F9">
            <w:pPr>
              <w:spacing w:after="0"/>
              <w:rPr>
                <w:rFonts w:eastAsia="MS Mincho"/>
                <w:sz w:val="28"/>
                <w:szCs w:val="28"/>
                <w:lang w:val="en-US"/>
              </w:rPr>
            </w:pPr>
          </w:p>
        </w:tc>
        <w:tc>
          <w:tcPr>
            <w:tcW w:w="1881" w:type="dxa"/>
          </w:tcPr>
          <w:p w14:paraId="472E787B" w14:textId="77777777" w:rsidR="00E91A42" w:rsidRPr="00E91A42" w:rsidRDefault="00E91A42" w:rsidP="00A701F9">
            <w:pPr>
              <w:spacing w:after="0"/>
              <w:rPr>
                <w:rFonts w:eastAsia="MS Mincho"/>
                <w:sz w:val="28"/>
                <w:szCs w:val="28"/>
                <w:lang w:val="en-US"/>
              </w:rPr>
            </w:pPr>
          </w:p>
        </w:tc>
        <w:tc>
          <w:tcPr>
            <w:tcW w:w="1881" w:type="dxa"/>
          </w:tcPr>
          <w:p w14:paraId="5CD0CE63" w14:textId="77777777" w:rsidR="00E91A42" w:rsidRPr="00E91A42" w:rsidRDefault="00E91A42" w:rsidP="00A701F9">
            <w:pPr>
              <w:spacing w:after="0"/>
              <w:rPr>
                <w:rFonts w:eastAsia="MS Mincho"/>
                <w:sz w:val="28"/>
                <w:szCs w:val="28"/>
                <w:lang w:val="en-US"/>
              </w:rPr>
            </w:pPr>
          </w:p>
        </w:tc>
        <w:tc>
          <w:tcPr>
            <w:tcW w:w="1881" w:type="dxa"/>
          </w:tcPr>
          <w:p w14:paraId="518AA5A6" w14:textId="77777777" w:rsidR="00E91A42" w:rsidRPr="00E91A42" w:rsidRDefault="00E91A42" w:rsidP="00A701F9">
            <w:pPr>
              <w:spacing w:after="0"/>
              <w:rPr>
                <w:rFonts w:eastAsia="MS Mincho"/>
                <w:sz w:val="28"/>
                <w:szCs w:val="28"/>
                <w:lang w:val="en-US"/>
              </w:rPr>
            </w:pPr>
          </w:p>
        </w:tc>
      </w:tr>
      <w:tr w:rsidR="00E91A42" w:rsidRPr="00E91A42" w14:paraId="4B9DCD9F" w14:textId="77777777" w:rsidTr="00A701F9">
        <w:tc>
          <w:tcPr>
            <w:tcW w:w="1881" w:type="dxa"/>
          </w:tcPr>
          <w:p w14:paraId="0DF87D27"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Hợp tác quốc tế</w:t>
            </w:r>
          </w:p>
        </w:tc>
        <w:tc>
          <w:tcPr>
            <w:tcW w:w="1881" w:type="dxa"/>
          </w:tcPr>
          <w:p w14:paraId="10E5EECD" w14:textId="77777777" w:rsidR="00E91A42" w:rsidRPr="00E91A42" w:rsidRDefault="00E91A42" w:rsidP="00A701F9">
            <w:pPr>
              <w:spacing w:after="0"/>
              <w:rPr>
                <w:rFonts w:eastAsia="MS Mincho"/>
                <w:sz w:val="28"/>
                <w:szCs w:val="28"/>
                <w:lang w:val="en-US"/>
              </w:rPr>
            </w:pPr>
          </w:p>
        </w:tc>
        <w:tc>
          <w:tcPr>
            <w:tcW w:w="1881" w:type="dxa"/>
          </w:tcPr>
          <w:p w14:paraId="6006F9B3" w14:textId="77777777" w:rsidR="00E91A42" w:rsidRPr="00E91A42" w:rsidRDefault="00E91A42" w:rsidP="00A701F9">
            <w:pPr>
              <w:spacing w:after="0"/>
              <w:rPr>
                <w:rFonts w:eastAsia="MS Mincho"/>
                <w:sz w:val="28"/>
                <w:szCs w:val="28"/>
                <w:lang w:val="en-US"/>
              </w:rPr>
            </w:pPr>
          </w:p>
        </w:tc>
        <w:tc>
          <w:tcPr>
            <w:tcW w:w="1881" w:type="dxa"/>
          </w:tcPr>
          <w:p w14:paraId="06A62FF5" w14:textId="77777777" w:rsidR="00E91A42" w:rsidRPr="00E91A42" w:rsidRDefault="00E91A42" w:rsidP="00A701F9">
            <w:pPr>
              <w:spacing w:after="0"/>
              <w:rPr>
                <w:rFonts w:eastAsia="MS Mincho"/>
                <w:sz w:val="28"/>
                <w:szCs w:val="28"/>
                <w:lang w:val="en-US"/>
              </w:rPr>
            </w:pPr>
          </w:p>
        </w:tc>
        <w:tc>
          <w:tcPr>
            <w:tcW w:w="1881" w:type="dxa"/>
          </w:tcPr>
          <w:p w14:paraId="308A7B02" w14:textId="77777777" w:rsidR="00E91A42" w:rsidRPr="00E91A42" w:rsidRDefault="00E91A42" w:rsidP="00A701F9">
            <w:pPr>
              <w:spacing w:after="0"/>
              <w:rPr>
                <w:rFonts w:eastAsia="MS Mincho"/>
                <w:sz w:val="28"/>
                <w:szCs w:val="28"/>
                <w:lang w:val="en-US"/>
              </w:rPr>
            </w:pPr>
          </w:p>
        </w:tc>
      </w:tr>
      <w:tr w:rsidR="00E91A42" w:rsidRPr="00E91A42" w14:paraId="58CC733C" w14:textId="77777777" w:rsidTr="00A701F9">
        <w:tc>
          <w:tcPr>
            <w:tcW w:w="1881" w:type="dxa"/>
          </w:tcPr>
          <w:p w14:paraId="7FE63B0D" w14:textId="77777777" w:rsidR="00E91A42" w:rsidRPr="00E91A42" w:rsidRDefault="00E91A42" w:rsidP="00A701F9">
            <w:pPr>
              <w:spacing w:after="0"/>
              <w:rPr>
                <w:rFonts w:eastAsia="MS Mincho"/>
                <w:sz w:val="28"/>
                <w:szCs w:val="28"/>
                <w:lang w:val="en-US"/>
              </w:rPr>
            </w:pPr>
            <w:r w:rsidRPr="00E91A42">
              <w:rPr>
                <w:rFonts w:eastAsia="MS Mincho"/>
                <w:sz w:val="28"/>
                <w:szCs w:val="28"/>
                <w:lang w:val="en-US"/>
              </w:rPr>
              <w:t>Tổng cộng</w:t>
            </w:r>
          </w:p>
        </w:tc>
        <w:tc>
          <w:tcPr>
            <w:tcW w:w="1881" w:type="dxa"/>
          </w:tcPr>
          <w:p w14:paraId="3E747050" w14:textId="77777777" w:rsidR="00E91A42" w:rsidRPr="00E91A42" w:rsidRDefault="00E91A42" w:rsidP="00A701F9">
            <w:pPr>
              <w:spacing w:after="0"/>
              <w:rPr>
                <w:rFonts w:eastAsia="MS Mincho"/>
                <w:sz w:val="28"/>
                <w:szCs w:val="28"/>
                <w:lang w:val="en-US"/>
              </w:rPr>
            </w:pPr>
          </w:p>
        </w:tc>
        <w:tc>
          <w:tcPr>
            <w:tcW w:w="1881" w:type="dxa"/>
          </w:tcPr>
          <w:p w14:paraId="14057A04" w14:textId="77777777" w:rsidR="00E91A42" w:rsidRPr="00E91A42" w:rsidRDefault="00E91A42" w:rsidP="00A701F9">
            <w:pPr>
              <w:spacing w:after="0"/>
              <w:rPr>
                <w:rFonts w:eastAsia="MS Mincho"/>
                <w:sz w:val="28"/>
                <w:szCs w:val="28"/>
                <w:lang w:val="en-US"/>
              </w:rPr>
            </w:pPr>
          </w:p>
        </w:tc>
        <w:tc>
          <w:tcPr>
            <w:tcW w:w="1881" w:type="dxa"/>
          </w:tcPr>
          <w:p w14:paraId="3126B3D6" w14:textId="77777777" w:rsidR="00E91A42" w:rsidRPr="00E91A42" w:rsidRDefault="00E91A42" w:rsidP="00A701F9">
            <w:pPr>
              <w:spacing w:after="0"/>
              <w:rPr>
                <w:rFonts w:eastAsia="MS Mincho"/>
                <w:sz w:val="28"/>
                <w:szCs w:val="28"/>
                <w:lang w:val="en-US"/>
              </w:rPr>
            </w:pPr>
          </w:p>
        </w:tc>
        <w:tc>
          <w:tcPr>
            <w:tcW w:w="1881" w:type="dxa"/>
          </w:tcPr>
          <w:p w14:paraId="34CDDE0D" w14:textId="77777777" w:rsidR="00E91A42" w:rsidRPr="00E91A42" w:rsidRDefault="00E91A42" w:rsidP="00A701F9">
            <w:pPr>
              <w:spacing w:after="0"/>
              <w:rPr>
                <w:rFonts w:eastAsia="MS Mincho"/>
                <w:sz w:val="28"/>
                <w:szCs w:val="28"/>
                <w:lang w:val="en-US"/>
              </w:rPr>
            </w:pPr>
          </w:p>
        </w:tc>
      </w:tr>
    </w:tbl>
    <w:p w14:paraId="366DAED2"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Nhận xét:</w:t>
      </w:r>
      <w:r w:rsidRPr="00E91A42">
        <w:rPr>
          <w:rFonts w:eastAsia="MS Mincho"/>
          <w:sz w:val="28"/>
          <w:szCs w:val="28"/>
          <w:lang w:val="en-US"/>
        </w:rPr>
        <w:br/>
        <w:t>....................................................................................</w:t>
      </w:r>
      <w:r w:rsidRPr="00E91A42">
        <w:rPr>
          <w:rFonts w:eastAsia="MS Mincho"/>
          <w:b/>
          <w:sz w:val="28"/>
          <w:szCs w:val="28"/>
          <w:lang w:val="en-US"/>
        </w:rPr>
        <w:br/>
        <w:t>IV. KHÓ KHĂN, VƯỚNG MẮC VÀ NGUYÊN NHÂN</w:t>
      </w:r>
    </w:p>
    <w:p w14:paraId="28D888F4"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 ....................................................................................</w:t>
      </w:r>
      <w:r w:rsidRPr="00E91A42">
        <w:rPr>
          <w:rFonts w:eastAsia="MS Mincho"/>
          <w:sz w:val="28"/>
          <w:szCs w:val="28"/>
          <w:lang w:val="en-US"/>
        </w:rPr>
        <w:br/>
        <w:t>- ....................................................................................</w:t>
      </w:r>
      <w:r w:rsidRPr="00E91A42">
        <w:rPr>
          <w:rFonts w:eastAsia="MS Mincho"/>
          <w:b/>
          <w:sz w:val="28"/>
          <w:szCs w:val="28"/>
          <w:lang w:val="en-US"/>
        </w:rPr>
        <w:br/>
        <w:t>V. ĐỀ XUẤT, KIẾN NGHỊ</w:t>
      </w:r>
    </w:p>
    <w:p w14:paraId="160ACA3E"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1. Đối với cơ quan quản lý: ......................................................</w:t>
      </w:r>
      <w:r w:rsidRPr="00E91A42">
        <w:rPr>
          <w:rFonts w:eastAsia="MS Mincho"/>
          <w:sz w:val="28"/>
          <w:szCs w:val="28"/>
          <w:lang w:val="en-US"/>
        </w:rPr>
        <w:br/>
        <w:t>2. Đối với Quỹ / Bộ KH&amp;CN: ......................................................</w:t>
      </w:r>
      <w:r w:rsidRPr="00E91A42">
        <w:rPr>
          <w:rFonts w:eastAsia="MS Mincho"/>
          <w:sz w:val="28"/>
          <w:szCs w:val="28"/>
          <w:lang w:val="en-US"/>
        </w:rPr>
        <w:br/>
        <w:t>3. Đề xuất điều chỉnh (nếu có): ......................................................</w:t>
      </w:r>
      <w:r w:rsidRPr="00E91A42">
        <w:rPr>
          <w:rFonts w:eastAsia="MS Mincho"/>
          <w:b/>
          <w:sz w:val="28"/>
          <w:szCs w:val="28"/>
          <w:lang w:val="en-US"/>
        </w:rPr>
        <w:br/>
        <w:t>VI. ĐỊNH HƯỚNG THỜI GIAN TỚI</w:t>
      </w:r>
    </w:p>
    <w:p w14:paraId="36FD5895"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t>- Các nội dung sẽ triển khai trong kỳ tiếp theo: ......................................................</w:t>
      </w:r>
      <w:r w:rsidRPr="00E91A42">
        <w:rPr>
          <w:rFonts w:eastAsia="MS Mincho"/>
          <w:sz w:val="28"/>
          <w:szCs w:val="28"/>
          <w:lang w:val="en-US"/>
        </w:rPr>
        <w:br/>
        <w:t>- Dự kiến sản phẩm / kết quả trong kỳ tới: ......................................................</w:t>
      </w:r>
      <w:r w:rsidRPr="00E91A42">
        <w:rPr>
          <w:rFonts w:eastAsia="MS Mincho"/>
          <w:sz w:val="28"/>
          <w:szCs w:val="28"/>
          <w:lang w:val="en-US"/>
        </w:rPr>
        <w:br/>
        <w:t>- Kế hoạch khắc phục khó khăn: ......................................................</w:t>
      </w:r>
    </w:p>
    <w:p w14:paraId="303C1E7A" w14:textId="77777777" w:rsidR="00E91A42" w:rsidRPr="00E91A42" w:rsidRDefault="00E91A42" w:rsidP="00E91A42">
      <w:pPr>
        <w:spacing w:after="0" w:line="312" w:lineRule="auto"/>
        <w:jc w:val="right"/>
        <w:rPr>
          <w:i/>
          <w:iCs/>
          <w:sz w:val="28"/>
          <w:szCs w:val="28"/>
          <w:lang w:val="en-US"/>
        </w:rPr>
      </w:pPr>
      <w:r w:rsidRPr="00E91A42">
        <w:rPr>
          <w:sz w:val="28"/>
          <w:szCs w:val="28"/>
        </w:rPr>
        <w:t>..., ngày ... tháng... năm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24"/>
      </w:tblGrid>
      <w:tr w:rsidR="00E91A42" w:rsidRPr="00E91A42" w14:paraId="2F8B18F5" w14:textId="77777777" w:rsidTr="00A701F9">
        <w:tc>
          <w:tcPr>
            <w:tcW w:w="4508" w:type="dxa"/>
          </w:tcPr>
          <w:p w14:paraId="0D69F9B4"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ĐẠI DIỆN TỔ CHỨC CHỦ TRÌ</w:t>
            </w:r>
          </w:p>
          <w:p w14:paraId="359D1787"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(Ký, ghi rõ họ tên, chức vụ, đóng dấu)</w:t>
            </w:r>
          </w:p>
        </w:tc>
        <w:tc>
          <w:tcPr>
            <w:tcW w:w="4508" w:type="dxa"/>
          </w:tcPr>
          <w:p w14:paraId="669C652A"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CHỦ NHIỆM NHIỆM VỤ</w:t>
            </w:r>
          </w:p>
          <w:p w14:paraId="18E1F545"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(Ký, ghi rõ họ tên)</w:t>
            </w:r>
          </w:p>
        </w:tc>
      </w:tr>
    </w:tbl>
    <w:p w14:paraId="06492E06" w14:textId="77777777" w:rsidR="00E91A42" w:rsidRPr="00E91A42" w:rsidRDefault="00E91A42" w:rsidP="00E91A42">
      <w:pPr>
        <w:spacing w:after="0"/>
        <w:rPr>
          <w:rFonts w:eastAsia="MS Mincho"/>
          <w:sz w:val="28"/>
          <w:szCs w:val="28"/>
          <w:lang w:val="en-US"/>
        </w:rPr>
      </w:pPr>
      <w:r w:rsidRPr="00E91A42">
        <w:rPr>
          <w:rFonts w:eastAsia="MS Mincho"/>
          <w:sz w:val="28"/>
          <w:szCs w:val="28"/>
          <w:lang w:val="en-US"/>
        </w:rPr>
        <w:lastRenderedPageBreak/>
        <w:t>Ghi chú:</w:t>
      </w:r>
      <w:r w:rsidRPr="00E91A42">
        <w:rPr>
          <w:rFonts w:eastAsia="MS Mincho"/>
          <w:sz w:val="28"/>
          <w:szCs w:val="28"/>
          <w:lang w:val="en-US"/>
        </w:rPr>
        <w:br/>
        <w:t xml:space="preserve">- Mẫu áp dụng cho báo cáo định kỳ 6 tháng hoặc năm của nhiệm vụ </w:t>
      </w:r>
      <w:proofErr w:type="gramStart"/>
      <w:r w:rsidRPr="00E91A42">
        <w:rPr>
          <w:rFonts w:eastAsia="MS Mincho"/>
          <w:sz w:val="28"/>
          <w:szCs w:val="28"/>
          <w:lang w:val="en-US"/>
        </w:rPr>
        <w:t>KH,CN</w:t>
      </w:r>
      <w:proofErr w:type="gramEnd"/>
      <w:r w:rsidRPr="00E91A42">
        <w:rPr>
          <w:rFonts w:eastAsia="MS Mincho"/>
          <w:sz w:val="28"/>
          <w:szCs w:val="28"/>
          <w:lang w:val="en-US"/>
        </w:rPr>
        <w:t>&amp;ĐMST.</w:t>
      </w:r>
      <w:r w:rsidRPr="00E91A42">
        <w:rPr>
          <w:rFonts w:eastAsia="MS Mincho"/>
          <w:sz w:val="28"/>
          <w:szCs w:val="28"/>
          <w:lang w:val="en-US"/>
        </w:rPr>
        <w:br/>
        <w:t>- Báo cáo định kỳ là căn cứ cho đánh giá tiến độ, giải ngân và điều chỉnh.</w:t>
      </w:r>
      <w:r w:rsidRPr="00E91A42">
        <w:rPr>
          <w:rFonts w:eastAsia="MS Mincho"/>
          <w:sz w:val="28"/>
          <w:szCs w:val="28"/>
          <w:lang w:val="en-US"/>
        </w:rPr>
        <w:br/>
        <w:t>- Đính kèm: bảng sản phẩm chi tiết, biểu chi kinh phí, biên bản họp nhóm (nếu có).</w:t>
      </w:r>
    </w:p>
    <w:p w14:paraId="40774671" w14:textId="77777777" w:rsidR="00E91A42" w:rsidRPr="00E91A42" w:rsidRDefault="00E91A42" w:rsidP="00E91A42">
      <w:pPr>
        <w:spacing w:line="259" w:lineRule="auto"/>
        <w:rPr>
          <w:rFonts w:eastAsia="MS Mincho"/>
          <w:b/>
          <w:bCs/>
          <w:sz w:val="28"/>
          <w:szCs w:val="28"/>
          <w:lang w:val="en-US"/>
        </w:rPr>
      </w:pPr>
      <w:r w:rsidRPr="00E91A42">
        <w:rPr>
          <w:rFonts w:eastAsia="MS Mincho"/>
          <w:b/>
          <w:bCs/>
          <w:sz w:val="28"/>
          <w:szCs w:val="28"/>
          <w:lang w:val="en-US"/>
        </w:rPr>
        <w:br w:type="page"/>
      </w:r>
    </w:p>
    <w:tbl>
      <w:tblPr>
        <w:tblW w:w="10065" w:type="dxa"/>
        <w:tblInd w:w="-601" w:type="dxa"/>
        <w:tblLayout w:type="fixed"/>
        <w:tblLook w:val="0000" w:firstRow="0" w:lastRow="0" w:firstColumn="0" w:lastColumn="0" w:noHBand="0" w:noVBand="0"/>
      </w:tblPr>
      <w:tblGrid>
        <w:gridCol w:w="3936"/>
        <w:gridCol w:w="6129"/>
      </w:tblGrid>
      <w:tr w:rsidR="00E91A42" w:rsidRPr="00E91A42" w14:paraId="6B065C7A" w14:textId="77777777" w:rsidTr="00A701F9">
        <w:tc>
          <w:tcPr>
            <w:tcW w:w="3936" w:type="dxa"/>
            <w:tcBorders>
              <w:top w:val="nil"/>
              <w:left w:val="nil"/>
              <w:bottom w:val="nil"/>
              <w:right w:val="nil"/>
            </w:tcBorders>
          </w:tcPr>
          <w:p w14:paraId="3AD6219C"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lastRenderedPageBreak/>
              <w:br w:type="page"/>
            </w:r>
          </w:p>
          <w:p w14:paraId="43D43F3B" w14:textId="77777777" w:rsidR="00E91A42" w:rsidRPr="00E91A42" w:rsidRDefault="00E91A42" w:rsidP="00A701F9">
            <w:pPr>
              <w:spacing w:after="0" w:line="240" w:lineRule="auto"/>
              <w:ind w:left="-57" w:right="-57"/>
              <w:jc w:val="center"/>
              <w:rPr>
                <w:b/>
                <w:bCs/>
                <w:sz w:val="28"/>
                <w:szCs w:val="28"/>
              </w:rPr>
            </w:pPr>
          </w:p>
          <w:p w14:paraId="408A80F1"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1C817478"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66432" behindDoc="0" locked="0" layoutInCell="1" allowOverlap="1" wp14:anchorId="4AB52C84" wp14:editId="2379AA4F">
                      <wp:simplePos x="0" y="0"/>
                      <wp:positionH relativeFrom="column">
                        <wp:posOffset>558165</wp:posOffset>
                      </wp:positionH>
                      <wp:positionV relativeFrom="paragraph">
                        <wp:posOffset>60959</wp:posOffset>
                      </wp:positionV>
                      <wp:extent cx="12954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BAD68" id="Straight Connector 3"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2D5DEE0C"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0781FCA8"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20C678A6"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790F33F2"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5748BB3B"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67456" behindDoc="0" locked="0" layoutInCell="1" allowOverlap="1" wp14:anchorId="0D8750D3" wp14:editId="1B346401">
                      <wp:simplePos x="0" y="0"/>
                      <wp:positionH relativeFrom="column">
                        <wp:posOffset>859155</wp:posOffset>
                      </wp:positionH>
                      <wp:positionV relativeFrom="paragraph">
                        <wp:posOffset>80644</wp:posOffset>
                      </wp:positionV>
                      <wp:extent cx="19621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40427" id="Straight Connector 4"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1C43AB11"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6E16A216" w14:textId="77777777" w:rsidR="00E91A42" w:rsidRPr="00E91A42" w:rsidRDefault="00E91A42" w:rsidP="00E91A42">
      <w:pPr>
        <w:spacing w:after="0" w:line="312" w:lineRule="auto"/>
        <w:jc w:val="center"/>
        <w:rPr>
          <w:rFonts w:eastAsia="MS Mincho"/>
          <w:b/>
          <w:sz w:val="28"/>
          <w:szCs w:val="28"/>
        </w:rPr>
      </w:pPr>
      <w:r w:rsidRPr="00E91A42">
        <w:rPr>
          <w:rFonts w:eastAsia="MS Mincho"/>
          <w:b/>
          <w:sz w:val="28"/>
          <w:szCs w:val="28"/>
        </w:rPr>
        <w:t xml:space="preserve"> </w:t>
      </w:r>
    </w:p>
    <w:p w14:paraId="75552A3D" w14:textId="77777777" w:rsidR="00E91A42" w:rsidRPr="00E91A42" w:rsidRDefault="00E91A42" w:rsidP="00E91A42">
      <w:pPr>
        <w:spacing w:after="0" w:line="312" w:lineRule="auto"/>
        <w:jc w:val="center"/>
        <w:rPr>
          <w:rFonts w:eastAsia="MS Mincho"/>
          <w:sz w:val="28"/>
          <w:szCs w:val="28"/>
          <w:lang w:val="en-US"/>
        </w:rPr>
      </w:pPr>
      <w:r w:rsidRPr="00E91A42">
        <w:rPr>
          <w:rFonts w:eastAsia="MS Mincho"/>
          <w:b/>
          <w:sz w:val="28"/>
          <w:szCs w:val="28"/>
          <w:lang w:val="en-US"/>
        </w:rPr>
        <w:t>BIÊN BẢN KIỂM TRA ĐỊNH KỲ</w:t>
      </w:r>
    </w:p>
    <w:p w14:paraId="5F4256ED" w14:textId="77777777" w:rsidR="00E91A42" w:rsidRPr="00E91A42" w:rsidRDefault="00E91A42" w:rsidP="00E91A42">
      <w:pPr>
        <w:spacing w:after="0" w:line="312" w:lineRule="auto"/>
        <w:jc w:val="center"/>
        <w:rPr>
          <w:rFonts w:eastAsia="MS Mincho"/>
          <w:sz w:val="28"/>
          <w:szCs w:val="28"/>
          <w:lang w:val="en-US"/>
        </w:rPr>
      </w:pPr>
      <w:r w:rsidRPr="00E91A42">
        <w:rPr>
          <w:rFonts w:eastAsia="MS Mincho"/>
          <w:sz w:val="28"/>
          <w:szCs w:val="28"/>
          <w:lang w:val="en-US"/>
        </w:rPr>
        <w:t>(Nhiệm vụ Hợp</w:t>
      </w:r>
      <w:r w:rsidRPr="00E91A42">
        <w:rPr>
          <w:rFonts w:eastAsia="MS Mincho"/>
          <w:sz w:val="28"/>
          <w:szCs w:val="28"/>
        </w:rPr>
        <w:t xml:space="preserve"> tác quốc tế</w:t>
      </w:r>
      <w:r w:rsidRPr="00E91A42">
        <w:rPr>
          <w:rFonts w:eastAsia="MS Mincho"/>
          <w:sz w:val="28"/>
          <w:szCs w:val="28"/>
          <w:lang w:val="en-US"/>
        </w:rPr>
        <w:t>)</w:t>
      </w:r>
      <w:r w:rsidRPr="00E91A42">
        <w:rPr>
          <w:rFonts w:eastAsia="MS Mincho"/>
          <w:sz w:val="28"/>
          <w:szCs w:val="28"/>
          <w:lang w:val="en-US"/>
        </w:rPr>
        <w:br/>
      </w:r>
    </w:p>
    <w:p w14:paraId="0F0DAA2D"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1. Tên nhiệm vụ:</w:t>
      </w:r>
    </w:p>
    <w:p w14:paraId="1A463F4A"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2 Thời gian kiểm tra: ......... giờ ........., ngày ......... tháng ......... năm ............</w:t>
      </w:r>
    </w:p>
    <w:p w14:paraId="13F6C38A"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3. Địa điểm: ............................................................................................................</w:t>
      </w:r>
    </w:p>
    <w:p w14:paraId="7CB84DCF"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4. Căn cứ kiểm tra:</w:t>
      </w:r>
    </w:p>
    <w:p w14:paraId="458E05BF"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xml:space="preserve">- Quyết định giao thực hiện nhiệm vụ </w:t>
      </w:r>
      <w:proofErr w:type="gramStart"/>
      <w:r w:rsidRPr="00E91A42">
        <w:rPr>
          <w:rFonts w:eastAsia="MS Mincho"/>
          <w:sz w:val="28"/>
          <w:szCs w:val="28"/>
          <w:lang w:val="en-US"/>
        </w:rPr>
        <w:t>KH,CN</w:t>
      </w:r>
      <w:proofErr w:type="gramEnd"/>
      <w:r w:rsidRPr="00E91A42">
        <w:rPr>
          <w:rFonts w:eastAsia="MS Mincho"/>
          <w:sz w:val="28"/>
          <w:szCs w:val="28"/>
          <w:lang w:val="en-US"/>
        </w:rPr>
        <w:t>&amp;ĐMST số ...... ngày ....... của ....................</w:t>
      </w:r>
    </w:p>
    <w:p w14:paraId="747F3A7D"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Hợp đồng thực hiện nhiệm vụ số ...... ký ngày ....... giữa .................... và ....................</w:t>
      </w:r>
    </w:p>
    <w:p w14:paraId="4FF3BFE6"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Kế hoạch kiểm tra định kỳ năm ............ của ....................................................</w:t>
      </w:r>
    </w:p>
    <w:p w14:paraId="5515C95F" w14:textId="77777777" w:rsidR="00E91A42" w:rsidRPr="00E91A42" w:rsidRDefault="00E91A42" w:rsidP="00E91A42">
      <w:pPr>
        <w:spacing w:after="0" w:line="312" w:lineRule="auto"/>
        <w:rPr>
          <w:rFonts w:eastAsia="MS Mincho"/>
          <w:bCs/>
          <w:sz w:val="28"/>
          <w:szCs w:val="28"/>
          <w:lang w:val="en-US"/>
        </w:rPr>
      </w:pPr>
      <w:r w:rsidRPr="00E91A42">
        <w:rPr>
          <w:rFonts w:eastAsia="MS Mincho"/>
          <w:bCs/>
          <w:sz w:val="28"/>
          <w:szCs w:val="28"/>
          <w:lang w:val="en-US"/>
        </w:rPr>
        <w:t>5. Thành phần đoàn kiểm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06"/>
        <w:gridCol w:w="1733"/>
        <w:gridCol w:w="1740"/>
        <w:gridCol w:w="1724"/>
      </w:tblGrid>
      <w:tr w:rsidR="00E91A42" w:rsidRPr="00E91A42" w14:paraId="70B1C13A" w14:textId="77777777" w:rsidTr="00A701F9">
        <w:tc>
          <w:tcPr>
            <w:tcW w:w="1881" w:type="dxa"/>
          </w:tcPr>
          <w:p w14:paraId="3FDB3427"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STT</w:t>
            </w:r>
          </w:p>
        </w:tc>
        <w:tc>
          <w:tcPr>
            <w:tcW w:w="1881" w:type="dxa"/>
          </w:tcPr>
          <w:p w14:paraId="576C928F"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Họ và tên</w:t>
            </w:r>
          </w:p>
        </w:tc>
        <w:tc>
          <w:tcPr>
            <w:tcW w:w="1881" w:type="dxa"/>
          </w:tcPr>
          <w:p w14:paraId="7B3F6258"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Đơn vị công tác</w:t>
            </w:r>
          </w:p>
        </w:tc>
        <w:tc>
          <w:tcPr>
            <w:tcW w:w="1881" w:type="dxa"/>
          </w:tcPr>
          <w:p w14:paraId="49ACC779"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Chức vụ / Vai trò</w:t>
            </w:r>
          </w:p>
        </w:tc>
        <w:tc>
          <w:tcPr>
            <w:tcW w:w="1881" w:type="dxa"/>
          </w:tcPr>
          <w:p w14:paraId="046D5064"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Chữ ký</w:t>
            </w:r>
          </w:p>
        </w:tc>
      </w:tr>
      <w:tr w:rsidR="00E91A42" w:rsidRPr="00E91A42" w14:paraId="13838DDF" w14:textId="77777777" w:rsidTr="00A701F9">
        <w:tc>
          <w:tcPr>
            <w:tcW w:w="1881" w:type="dxa"/>
          </w:tcPr>
          <w:p w14:paraId="6E4EB10C" w14:textId="77777777" w:rsidR="00E91A42" w:rsidRPr="00E91A42" w:rsidRDefault="00E91A42" w:rsidP="00A701F9">
            <w:pPr>
              <w:spacing w:after="0" w:line="312" w:lineRule="auto"/>
              <w:rPr>
                <w:rFonts w:eastAsia="MS Mincho"/>
                <w:sz w:val="28"/>
                <w:szCs w:val="28"/>
                <w:lang w:val="en-US"/>
              </w:rPr>
            </w:pPr>
          </w:p>
        </w:tc>
        <w:tc>
          <w:tcPr>
            <w:tcW w:w="1881" w:type="dxa"/>
          </w:tcPr>
          <w:p w14:paraId="5BEB179D" w14:textId="77777777" w:rsidR="00E91A42" w:rsidRPr="00E91A42" w:rsidRDefault="00E91A42" w:rsidP="00A701F9">
            <w:pPr>
              <w:spacing w:after="0" w:line="312" w:lineRule="auto"/>
              <w:rPr>
                <w:rFonts w:eastAsia="MS Mincho"/>
                <w:sz w:val="28"/>
                <w:szCs w:val="28"/>
                <w:lang w:val="en-US"/>
              </w:rPr>
            </w:pPr>
          </w:p>
        </w:tc>
        <w:tc>
          <w:tcPr>
            <w:tcW w:w="1881" w:type="dxa"/>
          </w:tcPr>
          <w:p w14:paraId="64F5BE6B" w14:textId="77777777" w:rsidR="00E91A42" w:rsidRPr="00E91A42" w:rsidRDefault="00E91A42" w:rsidP="00A701F9">
            <w:pPr>
              <w:spacing w:after="0" w:line="312" w:lineRule="auto"/>
              <w:rPr>
                <w:rFonts w:eastAsia="MS Mincho"/>
                <w:sz w:val="28"/>
                <w:szCs w:val="28"/>
                <w:lang w:val="en-US"/>
              </w:rPr>
            </w:pPr>
          </w:p>
        </w:tc>
        <w:tc>
          <w:tcPr>
            <w:tcW w:w="1881" w:type="dxa"/>
          </w:tcPr>
          <w:p w14:paraId="42970DA6" w14:textId="77777777" w:rsidR="00E91A42" w:rsidRPr="00E91A42" w:rsidRDefault="00E91A42" w:rsidP="00A701F9">
            <w:pPr>
              <w:spacing w:after="0" w:line="312" w:lineRule="auto"/>
              <w:rPr>
                <w:rFonts w:eastAsia="MS Mincho"/>
                <w:sz w:val="28"/>
                <w:szCs w:val="28"/>
                <w:lang w:val="en-US"/>
              </w:rPr>
            </w:pPr>
          </w:p>
        </w:tc>
        <w:tc>
          <w:tcPr>
            <w:tcW w:w="1881" w:type="dxa"/>
          </w:tcPr>
          <w:p w14:paraId="37F38008" w14:textId="77777777" w:rsidR="00E91A42" w:rsidRPr="00E91A42" w:rsidRDefault="00E91A42" w:rsidP="00A701F9">
            <w:pPr>
              <w:spacing w:after="0" w:line="312" w:lineRule="auto"/>
              <w:rPr>
                <w:rFonts w:eastAsia="MS Mincho"/>
                <w:sz w:val="28"/>
                <w:szCs w:val="28"/>
                <w:lang w:val="en-US"/>
              </w:rPr>
            </w:pPr>
          </w:p>
        </w:tc>
      </w:tr>
      <w:tr w:rsidR="00E91A42" w:rsidRPr="00E91A42" w14:paraId="6DBFA31A" w14:textId="77777777" w:rsidTr="00A701F9">
        <w:tc>
          <w:tcPr>
            <w:tcW w:w="1881" w:type="dxa"/>
          </w:tcPr>
          <w:p w14:paraId="38E66B1F" w14:textId="77777777" w:rsidR="00E91A42" w:rsidRPr="00E91A42" w:rsidRDefault="00E91A42" w:rsidP="00A701F9">
            <w:pPr>
              <w:spacing w:after="0" w:line="312" w:lineRule="auto"/>
              <w:rPr>
                <w:rFonts w:eastAsia="MS Mincho"/>
                <w:sz w:val="28"/>
                <w:szCs w:val="28"/>
                <w:lang w:val="en-US"/>
              </w:rPr>
            </w:pPr>
          </w:p>
        </w:tc>
        <w:tc>
          <w:tcPr>
            <w:tcW w:w="1881" w:type="dxa"/>
          </w:tcPr>
          <w:p w14:paraId="7AA84632" w14:textId="77777777" w:rsidR="00E91A42" w:rsidRPr="00E91A42" w:rsidRDefault="00E91A42" w:rsidP="00A701F9">
            <w:pPr>
              <w:spacing w:after="0" w:line="312" w:lineRule="auto"/>
              <w:rPr>
                <w:rFonts w:eastAsia="MS Mincho"/>
                <w:sz w:val="28"/>
                <w:szCs w:val="28"/>
                <w:lang w:val="en-US"/>
              </w:rPr>
            </w:pPr>
          </w:p>
        </w:tc>
        <w:tc>
          <w:tcPr>
            <w:tcW w:w="1881" w:type="dxa"/>
          </w:tcPr>
          <w:p w14:paraId="2499E660" w14:textId="77777777" w:rsidR="00E91A42" w:rsidRPr="00E91A42" w:rsidRDefault="00E91A42" w:rsidP="00A701F9">
            <w:pPr>
              <w:spacing w:after="0" w:line="312" w:lineRule="auto"/>
              <w:rPr>
                <w:rFonts w:eastAsia="MS Mincho"/>
                <w:sz w:val="28"/>
                <w:szCs w:val="28"/>
                <w:lang w:val="en-US"/>
              </w:rPr>
            </w:pPr>
          </w:p>
        </w:tc>
        <w:tc>
          <w:tcPr>
            <w:tcW w:w="1881" w:type="dxa"/>
          </w:tcPr>
          <w:p w14:paraId="3F27AE3E" w14:textId="77777777" w:rsidR="00E91A42" w:rsidRPr="00E91A42" w:rsidRDefault="00E91A42" w:rsidP="00A701F9">
            <w:pPr>
              <w:spacing w:after="0" w:line="312" w:lineRule="auto"/>
              <w:rPr>
                <w:rFonts w:eastAsia="MS Mincho"/>
                <w:sz w:val="28"/>
                <w:szCs w:val="28"/>
                <w:lang w:val="en-US"/>
              </w:rPr>
            </w:pPr>
          </w:p>
        </w:tc>
        <w:tc>
          <w:tcPr>
            <w:tcW w:w="1881" w:type="dxa"/>
          </w:tcPr>
          <w:p w14:paraId="7054514B" w14:textId="77777777" w:rsidR="00E91A42" w:rsidRPr="00E91A42" w:rsidRDefault="00E91A42" w:rsidP="00A701F9">
            <w:pPr>
              <w:spacing w:after="0" w:line="312" w:lineRule="auto"/>
              <w:rPr>
                <w:rFonts w:eastAsia="MS Mincho"/>
                <w:sz w:val="28"/>
                <w:szCs w:val="28"/>
                <w:lang w:val="en-US"/>
              </w:rPr>
            </w:pPr>
          </w:p>
        </w:tc>
      </w:tr>
      <w:tr w:rsidR="00E91A42" w:rsidRPr="00E91A42" w14:paraId="0428F8D2" w14:textId="77777777" w:rsidTr="00A701F9">
        <w:tc>
          <w:tcPr>
            <w:tcW w:w="1881" w:type="dxa"/>
          </w:tcPr>
          <w:p w14:paraId="6BE11C32" w14:textId="77777777" w:rsidR="00E91A42" w:rsidRPr="00E91A42" w:rsidRDefault="00E91A42" w:rsidP="00A701F9">
            <w:pPr>
              <w:spacing w:after="0" w:line="312" w:lineRule="auto"/>
              <w:rPr>
                <w:rFonts w:eastAsia="MS Mincho"/>
                <w:sz w:val="28"/>
                <w:szCs w:val="28"/>
                <w:lang w:val="en-US"/>
              </w:rPr>
            </w:pPr>
          </w:p>
        </w:tc>
        <w:tc>
          <w:tcPr>
            <w:tcW w:w="1881" w:type="dxa"/>
          </w:tcPr>
          <w:p w14:paraId="36039ED4" w14:textId="77777777" w:rsidR="00E91A42" w:rsidRPr="00E91A42" w:rsidRDefault="00E91A42" w:rsidP="00A701F9">
            <w:pPr>
              <w:spacing w:after="0" w:line="312" w:lineRule="auto"/>
              <w:rPr>
                <w:rFonts w:eastAsia="MS Mincho"/>
                <w:sz w:val="28"/>
                <w:szCs w:val="28"/>
                <w:lang w:val="en-US"/>
              </w:rPr>
            </w:pPr>
          </w:p>
        </w:tc>
        <w:tc>
          <w:tcPr>
            <w:tcW w:w="1881" w:type="dxa"/>
          </w:tcPr>
          <w:p w14:paraId="43F0FDD0" w14:textId="77777777" w:rsidR="00E91A42" w:rsidRPr="00E91A42" w:rsidRDefault="00E91A42" w:rsidP="00A701F9">
            <w:pPr>
              <w:spacing w:after="0" w:line="312" w:lineRule="auto"/>
              <w:rPr>
                <w:rFonts w:eastAsia="MS Mincho"/>
                <w:sz w:val="28"/>
                <w:szCs w:val="28"/>
                <w:lang w:val="en-US"/>
              </w:rPr>
            </w:pPr>
          </w:p>
        </w:tc>
        <w:tc>
          <w:tcPr>
            <w:tcW w:w="1881" w:type="dxa"/>
          </w:tcPr>
          <w:p w14:paraId="0F45E364" w14:textId="77777777" w:rsidR="00E91A42" w:rsidRPr="00E91A42" w:rsidRDefault="00E91A42" w:rsidP="00A701F9">
            <w:pPr>
              <w:spacing w:after="0" w:line="312" w:lineRule="auto"/>
              <w:rPr>
                <w:rFonts w:eastAsia="MS Mincho"/>
                <w:sz w:val="28"/>
                <w:szCs w:val="28"/>
                <w:lang w:val="en-US"/>
              </w:rPr>
            </w:pPr>
          </w:p>
        </w:tc>
        <w:tc>
          <w:tcPr>
            <w:tcW w:w="1881" w:type="dxa"/>
          </w:tcPr>
          <w:p w14:paraId="07312A1B" w14:textId="77777777" w:rsidR="00E91A42" w:rsidRPr="00E91A42" w:rsidRDefault="00E91A42" w:rsidP="00A701F9">
            <w:pPr>
              <w:spacing w:after="0" w:line="312" w:lineRule="auto"/>
              <w:rPr>
                <w:rFonts w:eastAsia="MS Mincho"/>
                <w:sz w:val="28"/>
                <w:szCs w:val="28"/>
                <w:lang w:val="en-US"/>
              </w:rPr>
            </w:pPr>
          </w:p>
        </w:tc>
      </w:tr>
      <w:tr w:rsidR="00E91A42" w:rsidRPr="00E91A42" w14:paraId="67A966A9" w14:textId="77777777" w:rsidTr="00A701F9">
        <w:tc>
          <w:tcPr>
            <w:tcW w:w="1881" w:type="dxa"/>
          </w:tcPr>
          <w:p w14:paraId="32DE4DCE" w14:textId="77777777" w:rsidR="00E91A42" w:rsidRPr="00E91A42" w:rsidRDefault="00E91A42" w:rsidP="00A701F9">
            <w:pPr>
              <w:spacing w:after="0" w:line="312" w:lineRule="auto"/>
              <w:rPr>
                <w:rFonts w:eastAsia="MS Mincho"/>
                <w:sz w:val="28"/>
                <w:szCs w:val="28"/>
                <w:lang w:val="en-US"/>
              </w:rPr>
            </w:pPr>
          </w:p>
        </w:tc>
        <w:tc>
          <w:tcPr>
            <w:tcW w:w="1881" w:type="dxa"/>
          </w:tcPr>
          <w:p w14:paraId="155BB68C" w14:textId="77777777" w:rsidR="00E91A42" w:rsidRPr="00E91A42" w:rsidRDefault="00E91A42" w:rsidP="00A701F9">
            <w:pPr>
              <w:spacing w:after="0" w:line="312" w:lineRule="auto"/>
              <w:rPr>
                <w:rFonts w:eastAsia="MS Mincho"/>
                <w:sz w:val="28"/>
                <w:szCs w:val="28"/>
                <w:lang w:val="en-US"/>
              </w:rPr>
            </w:pPr>
          </w:p>
        </w:tc>
        <w:tc>
          <w:tcPr>
            <w:tcW w:w="1881" w:type="dxa"/>
          </w:tcPr>
          <w:p w14:paraId="7A76E31C" w14:textId="77777777" w:rsidR="00E91A42" w:rsidRPr="00E91A42" w:rsidRDefault="00E91A42" w:rsidP="00A701F9">
            <w:pPr>
              <w:spacing w:after="0" w:line="312" w:lineRule="auto"/>
              <w:rPr>
                <w:rFonts w:eastAsia="MS Mincho"/>
                <w:sz w:val="28"/>
                <w:szCs w:val="28"/>
                <w:lang w:val="en-US"/>
              </w:rPr>
            </w:pPr>
          </w:p>
        </w:tc>
        <w:tc>
          <w:tcPr>
            <w:tcW w:w="1881" w:type="dxa"/>
          </w:tcPr>
          <w:p w14:paraId="3DF3A999" w14:textId="77777777" w:rsidR="00E91A42" w:rsidRPr="00E91A42" w:rsidRDefault="00E91A42" w:rsidP="00A701F9">
            <w:pPr>
              <w:spacing w:after="0" w:line="312" w:lineRule="auto"/>
              <w:rPr>
                <w:rFonts w:eastAsia="MS Mincho"/>
                <w:sz w:val="28"/>
                <w:szCs w:val="28"/>
                <w:lang w:val="en-US"/>
              </w:rPr>
            </w:pPr>
          </w:p>
        </w:tc>
        <w:tc>
          <w:tcPr>
            <w:tcW w:w="1881" w:type="dxa"/>
          </w:tcPr>
          <w:p w14:paraId="47BE394F" w14:textId="77777777" w:rsidR="00E91A42" w:rsidRPr="00E91A42" w:rsidRDefault="00E91A42" w:rsidP="00A701F9">
            <w:pPr>
              <w:spacing w:after="0" w:line="312" w:lineRule="auto"/>
              <w:rPr>
                <w:rFonts w:eastAsia="MS Mincho"/>
                <w:sz w:val="28"/>
                <w:szCs w:val="28"/>
                <w:lang w:val="en-US"/>
              </w:rPr>
            </w:pPr>
          </w:p>
        </w:tc>
      </w:tr>
      <w:tr w:rsidR="00E91A42" w:rsidRPr="00E91A42" w14:paraId="5CC7550A" w14:textId="77777777" w:rsidTr="00A701F9">
        <w:tc>
          <w:tcPr>
            <w:tcW w:w="1881" w:type="dxa"/>
          </w:tcPr>
          <w:p w14:paraId="68D44EDD" w14:textId="77777777" w:rsidR="00E91A42" w:rsidRPr="00E91A42" w:rsidRDefault="00E91A42" w:rsidP="00A701F9">
            <w:pPr>
              <w:spacing w:after="0" w:line="312" w:lineRule="auto"/>
              <w:rPr>
                <w:rFonts w:eastAsia="MS Mincho"/>
                <w:sz w:val="28"/>
                <w:szCs w:val="28"/>
                <w:lang w:val="en-US"/>
              </w:rPr>
            </w:pPr>
          </w:p>
        </w:tc>
        <w:tc>
          <w:tcPr>
            <w:tcW w:w="1881" w:type="dxa"/>
          </w:tcPr>
          <w:p w14:paraId="33E25C96" w14:textId="77777777" w:rsidR="00E91A42" w:rsidRPr="00E91A42" w:rsidRDefault="00E91A42" w:rsidP="00A701F9">
            <w:pPr>
              <w:spacing w:after="0" w:line="312" w:lineRule="auto"/>
              <w:rPr>
                <w:rFonts w:eastAsia="MS Mincho"/>
                <w:sz w:val="28"/>
                <w:szCs w:val="28"/>
                <w:lang w:val="en-US"/>
              </w:rPr>
            </w:pPr>
          </w:p>
        </w:tc>
        <w:tc>
          <w:tcPr>
            <w:tcW w:w="1881" w:type="dxa"/>
          </w:tcPr>
          <w:p w14:paraId="0E06BA57" w14:textId="77777777" w:rsidR="00E91A42" w:rsidRPr="00E91A42" w:rsidRDefault="00E91A42" w:rsidP="00A701F9">
            <w:pPr>
              <w:spacing w:after="0" w:line="312" w:lineRule="auto"/>
              <w:rPr>
                <w:rFonts w:eastAsia="MS Mincho"/>
                <w:sz w:val="28"/>
                <w:szCs w:val="28"/>
                <w:lang w:val="en-US"/>
              </w:rPr>
            </w:pPr>
          </w:p>
        </w:tc>
        <w:tc>
          <w:tcPr>
            <w:tcW w:w="1881" w:type="dxa"/>
          </w:tcPr>
          <w:p w14:paraId="332758E6" w14:textId="77777777" w:rsidR="00E91A42" w:rsidRPr="00E91A42" w:rsidRDefault="00E91A42" w:rsidP="00A701F9">
            <w:pPr>
              <w:spacing w:after="0" w:line="312" w:lineRule="auto"/>
              <w:rPr>
                <w:rFonts w:eastAsia="MS Mincho"/>
                <w:sz w:val="28"/>
                <w:szCs w:val="28"/>
                <w:lang w:val="en-US"/>
              </w:rPr>
            </w:pPr>
          </w:p>
        </w:tc>
        <w:tc>
          <w:tcPr>
            <w:tcW w:w="1881" w:type="dxa"/>
          </w:tcPr>
          <w:p w14:paraId="078A395D" w14:textId="77777777" w:rsidR="00E91A42" w:rsidRPr="00E91A42" w:rsidRDefault="00E91A42" w:rsidP="00A701F9">
            <w:pPr>
              <w:spacing w:after="0" w:line="312" w:lineRule="auto"/>
              <w:rPr>
                <w:rFonts w:eastAsia="MS Mincho"/>
                <w:sz w:val="28"/>
                <w:szCs w:val="28"/>
                <w:lang w:val="en-US"/>
              </w:rPr>
            </w:pPr>
          </w:p>
        </w:tc>
      </w:tr>
    </w:tbl>
    <w:p w14:paraId="66163992" w14:textId="77777777" w:rsidR="00E91A42" w:rsidRPr="00E91A42" w:rsidRDefault="00E91A42" w:rsidP="00E91A42">
      <w:pPr>
        <w:spacing w:after="0" w:line="312" w:lineRule="auto"/>
        <w:rPr>
          <w:rFonts w:eastAsia="MS Mincho"/>
          <w:bCs/>
          <w:sz w:val="28"/>
          <w:szCs w:val="28"/>
          <w:lang w:val="en-US"/>
        </w:rPr>
      </w:pPr>
      <w:r w:rsidRPr="00E91A42">
        <w:rPr>
          <w:rFonts w:eastAsia="MS Mincho"/>
          <w:b/>
          <w:sz w:val="28"/>
          <w:szCs w:val="28"/>
          <w:lang w:val="en-US"/>
        </w:rPr>
        <w:br/>
      </w:r>
      <w:r w:rsidRPr="00E91A42">
        <w:rPr>
          <w:rFonts w:eastAsia="MS Mincho"/>
          <w:bCs/>
          <w:sz w:val="28"/>
          <w:szCs w:val="28"/>
          <w:lang w:val="en-US"/>
        </w:rPr>
        <w:t>6. Nội dung kiểm tra</w:t>
      </w:r>
    </w:p>
    <w:p w14:paraId="7DAB872D"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lastRenderedPageBreak/>
        <w:t>1. Tiến độ thực hiện: .........................................................................................</w:t>
      </w:r>
      <w:r w:rsidRPr="00E91A42">
        <w:rPr>
          <w:rFonts w:eastAsia="MS Mincho"/>
          <w:sz w:val="28"/>
          <w:szCs w:val="28"/>
          <w:lang w:val="en-US"/>
        </w:rPr>
        <w:br/>
        <w:t>2. Kết quả đã đạt được: ..................................................................................</w:t>
      </w:r>
      <w:r w:rsidRPr="00E91A42">
        <w:rPr>
          <w:rFonts w:eastAsia="MS Mincho"/>
          <w:sz w:val="28"/>
          <w:szCs w:val="28"/>
          <w:lang w:val="en-US"/>
        </w:rPr>
        <w:br/>
        <w:t>3. Tình hình sử dụng kinh phí: .........................................................................</w:t>
      </w:r>
      <w:r w:rsidRPr="00E91A42">
        <w:rPr>
          <w:rFonts w:eastAsia="MS Mincho"/>
          <w:sz w:val="28"/>
          <w:szCs w:val="28"/>
          <w:lang w:val="en-US"/>
        </w:rPr>
        <w:br/>
        <w:t xml:space="preserve">4. Đánh giá chung: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Đúng tiến độ</w:t>
      </w:r>
      <w:r w:rsidRPr="00E91A42">
        <w:rPr>
          <w:rFonts w:eastAsia="MS Mincho"/>
          <w:sz w:val="28"/>
          <w:szCs w:val="28"/>
          <w:lang w:val="en-US"/>
        </w:rPr>
        <w:t>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Chậm tiến</w:t>
      </w:r>
      <w:r w:rsidRPr="00E91A42">
        <w:rPr>
          <w:rFonts w:eastAsia="MS Mincho"/>
          <w:sz w:val="28"/>
          <w:szCs w:val="28"/>
        </w:rPr>
        <w:t xml:space="preserve"> độ ≤ 6 tháng</w:t>
      </w:r>
      <w:r w:rsidRPr="00E91A42">
        <w:rPr>
          <w:rFonts w:eastAsia="MS Mincho"/>
          <w:sz w:val="28"/>
          <w:szCs w:val="28"/>
          <w:lang w:val="en-US"/>
        </w:rPr>
        <w:t>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Chậm tiến</w:t>
      </w:r>
      <w:r w:rsidRPr="00E91A42">
        <w:rPr>
          <w:rFonts w:eastAsia="MS Mincho"/>
          <w:sz w:val="28"/>
          <w:szCs w:val="28"/>
        </w:rPr>
        <w:t xml:space="preserve"> </w:t>
      </w:r>
      <w:proofErr w:type="gramStart"/>
      <w:r w:rsidRPr="00E91A42">
        <w:rPr>
          <w:rFonts w:eastAsia="MS Mincho"/>
          <w:sz w:val="28"/>
          <w:szCs w:val="28"/>
        </w:rPr>
        <w:t>độ  &gt;</w:t>
      </w:r>
      <w:proofErr w:type="gramEnd"/>
      <w:r w:rsidRPr="00E91A42">
        <w:rPr>
          <w:rFonts w:eastAsia="MS Mincho"/>
          <w:sz w:val="28"/>
          <w:szCs w:val="28"/>
        </w:rPr>
        <w:t xml:space="preserve"> 6 -12 tháng </w:t>
      </w:r>
      <w:r w:rsidRPr="00E91A42">
        <w:rPr>
          <w:rFonts w:eastAsia="MS Mincho"/>
          <w:sz w:val="28"/>
          <w:szCs w:val="28"/>
          <w:lang w:val="en-US"/>
        </w:rPr>
        <w:t> </w:t>
      </w:r>
      <w:r w:rsidRPr="00E91A42">
        <w:rPr>
          <w:rFonts w:ascii="Segoe UI Symbol" w:eastAsia="MS Mincho" w:hAnsi="Segoe UI Symbol" w:cs="Segoe UI Symbol"/>
          <w:sz w:val="28"/>
          <w:szCs w:val="28"/>
          <w:lang w:val="en-US"/>
        </w:rPr>
        <w:t>☐</w:t>
      </w:r>
      <w:r w:rsidRPr="00E91A42">
        <w:rPr>
          <w:rFonts w:eastAsia="MS Mincho"/>
          <w:sz w:val="28"/>
          <w:szCs w:val="28"/>
          <w:lang w:val="en-US"/>
        </w:rPr>
        <w:t xml:space="preserve"> Chậm tiến</w:t>
      </w:r>
      <w:r w:rsidRPr="00E91A42">
        <w:rPr>
          <w:rFonts w:eastAsia="MS Mincho"/>
          <w:sz w:val="28"/>
          <w:szCs w:val="28"/>
        </w:rPr>
        <w:t xml:space="preserve"> độ ≥ 12 tháng</w:t>
      </w:r>
      <w:r w:rsidRPr="00E91A42">
        <w:rPr>
          <w:rFonts w:eastAsia="MS Mincho"/>
          <w:sz w:val="28"/>
          <w:szCs w:val="28"/>
          <w:lang w:val="en-US"/>
        </w:rPr>
        <w:br/>
      </w:r>
    </w:p>
    <w:p w14:paraId="386DD431" w14:textId="77777777" w:rsidR="00E91A42" w:rsidRPr="00E91A42" w:rsidRDefault="00E91A42" w:rsidP="00E91A42">
      <w:pPr>
        <w:spacing w:after="0" w:line="312" w:lineRule="auto"/>
        <w:rPr>
          <w:rFonts w:eastAsia="MS Mincho"/>
          <w:bCs/>
          <w:sz w:val="28"/>
          <w:szCs w:val="28"/>
          <w:lang w:val="en-US"/>
        </w:rPr>
      </w:pPr>
      <w:r w:rsidRPr="00E91A42">
        <w:rPr>
          <w:rFonts w:eastAsia="MS Mincho"/>
          <w:bCs/>
          <w:sz w:val="28"/>
          <w:szCs w:val="28"/>
          <w:lang w:val="en-US"/>
        </w:rPr>
        <w:t>7. Kết luận và kiến nghị của Đoàn kiểm tra</w:t>
      </w:r>
    </w:p>
    <w:p w14:paraId="6872259A"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Về tiến độ và kết quả thực hiện: ...............................................................</w:t>
      </w:r>
      <w:r w:rsidRPr="00E91A42">
        <w:rPr>
          <w:rFonts w:eastAsia="MS Mincho"/>
          <w:sz w:val="28"/>
          <w:szCs w:val="28"/>
          <w:lang w:val="en-US"/>
        </w:rPr>
        <w:br/>
        <w:t>- Về sử dụng kinh phí: ....................................................................................</w:t>
      </w:r>
      <w:r w:rsidRPr="00E91A42">
        <w:rPr>
          <w:rFonts w:eastAsia="MS Mincho"/>
          <w:sz w:val="28"/>
          <w:szCs w:val="28"/>
          <w:lang w:val="en-US"/>
        </w:rPr>
        <w:br/>
        <w:t>- Về các đề xuất khác: ....................................................................................</w:t>
      </w:r>
      <w:r w:rsidRPr="00E91A42">
        <w:rPr>
          <w:rFonts w:eastAsia="MS Mincho"/>
          <w:sz w:val="28"/>
          <w:szCs w:val="28"/>
          <w:lang w:val="en-US"/>
        </w:rPr>
        <w:br/>
        <w:t>- Kết luận chung: ............................................................................................</w:t>
      </w:r>
    </w:p>
    <w:p w14:paraId="7E1981EC" w14:textId="77777777" w:rsidR="00E91A42" w:rsidRPr="00E91A42" w:rsidRDefault="00E91A42" w:rsidP="00E91A42">
      <w:pPr>
        <w:spacing w:after="0" w:line="312" w:lineRule="auto"/>
        <w:jc w:val="both"/>
        <w:rPr>
          <w:rFonts w:eastAsia="MS Mincho"/>
          <w:sz w:val="28"/>
          <w:szCs w:val="28"/>
          <w:lang w:val="en-US"/>
        </w:rPr>
      </w:pPr>
      <w:r w:rsidRPr="00E91A42">
        <w:rPr>
          <w:rFonts w:eastAsia="MS Mincho"/>
          <w:sz w:val="28"/>
          <w:szCs w:val="28"/>
          <w:lang w:val="en-US"/>
        </w:rPr>
        <w:br/>
        <w:t>Biên bản được lập thành 03 bản, có giá trị như nhau: 01 bản lưu tại cơ quan chủ trì nhiệm vụ, 01 bản gửi cơ quan quản lý / Quỹ, 01 bản lưu tại cơ quan kiểm tra.</w:t>
      </w:r>
    </w:p>
    <w:p w14:paraId="339A3A0A" w14:textId="77777777" w:rsidR="00E91A42" w:rsidRPr="00E91A42" w:rsidRDefault="00E91A42" w:rsidP="00E91A42">
      <w:pPr>
        <w:spacing w:after="0" w:line="312" w:lineRule="auto"/>
        <w:jc w:val="right"/>
        <w:rPr>
          <w:i/>
          <w:iCs/>
          <w:sz w:val="28"/>
          <w:szCs w:val="28"/>
          <w:lang w:val="en-US"/>
        </w:rPr>
      </w:pPr>
      <w:r w:rsidRPr="00E91A42">
        <w:rPr>
          <w:sz w:val="28"/>
          <w:szCs w:val="28"/>
        </w:rPr>
        <w:t>..., ngày ... tháng... năm 20...</w:t>
      </w:r>
    </w:p>
    <w:p w14:paraId="3EB15C7D" w14:textId="77777777" w:rsidR="00E91A42" w:rsidRPr="00E91A42" w:rsidRDefault="00E91A42" w:rsidP="00E91A42">
      <w:pPr>
        <w:spacing w:after="0" w:line="312" w:lineRule="auto"/>
        <w:rPr>
          <w:rFonts w:eastAsia="MS Mincho"/>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24"/>
      </w:tblGrid>
      <w:tr w:rsidR="00E91A42" w:rsidRPr="00E91A42" w14:paraId="09CAEBF6" w14:textId="77777777" w:rsidTr="00A701F9">
        <w:tc>
          <w:tcPr>
            <w:tcW w:w="4508" w:type="dxa"/>
          </w:tcPr>
          <w:p w14:paraId="3535EC7F"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ĐOÀN KIỂM TRA</w:t>
            </w:r>
          </w:p>
          <w:p w14:paraId="70BE89BE"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(Ký, ghi rõ họ tên)</w:t>
            </w:r>
          </w:p>
        </w:tc>
        <w:tc>
          <w:tcPr>
            <w:tcW w:w="4508" w:type="dxa"/>
          </w:tcPr>
          <w:p w14:paraId="58B73469"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 xml:space="preserve">TỔ </w:t>
            </w:r>
            <w:proofErr w:type="gramStart"/>
            <w:r w:rsidRPr="00E91A42">
              <w:rPr>
                <w:rFonts w:eastAsia="MS Mincho"/>
                <w:b/>
                <w:bCs/>
                <w:sz w:val="28"/>
                <w:szCs w:val="28"/>
                <w:lang w:val="en-US"/>
              </w:rPr>
              <w:t>CHƯC  CHỦ</w:t>
            </w:r>
            <w:proofErr w:type="gramEnd"/>
            <w:r w:rsidRPr="00E91A42">
              <w:rPr>
                <w:rFonts w:eastAsia="MS Mincho"/>
                <w:b/>
                <w:bCs/>
                <w:sz w:val="28"/>
                <w:szCs w:val="28"/>
                <w:lang w:val="en-US"/>
              </w:rPr>
              <w:t xml:space="preserve"> TRÌ</w:t>
            </w:r>
          </w:p>
          <w:p w14:paraId="076279B0"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(Ký, ghi rõ họ tên)</w:t>
            </w:r>
          </w:p>
          <w:p w14:paraId="67E30ABC" w14:textId="77777777" w:rsidR="00E91A42" w:rsidRPr="00E91A42" w:rsidRDefault="00E91A42" w:rsidP="00A701F9">
            <w:pPr>
              <w:spacing w:line="312" w:lineRule="auto"/>
              <w:rPr>
                <w:rFonts w:eastAsia="MS Mincho"/>
                <w:sz w:val="28"/>
                <w:szCs w:val="28"/>
                <w:lang w:val="en-US"/>
              </w:rPr>
            </w:pPr>
          </w:p>
          <w:p w14:paraId="0C1FB82D" w14:textId="77777777" w:rsidR="00E91A42" w:rsidRPr="00E91A42" w:rsidRDefault="00E91A42" w:rsidP="00A701F9">
            <w:pPr>
              <w:spacing w:line="312" w:lineRule="auto"/>
              <w:rPr>
                <w:rFonts w:eastAsia="MS Mincho"/>
                <w:sz w:val="28"/>
                <w:szCs w:val="28"/>
                <w:lang w:val="en-US"/>
              </w:rPr>
            </w:pPr>
          </w:p>
          <w:p w14:paraId="37E93CB6" w14:textId="77777777" w:rsidR="00E91A42" w:rsidRPr="00E91A42" w:rsidRDefault="00E91A42" w:rsidP="00A701F9">
            <w:pPr>
              <w:spacing w:line="312" w:lineRule="auto"/>
              <w:rPr>
                <w:rFonts w:eastAsia="MS Mincho"/>
                <w:sz w:val="28"/>
                <w:szCs w:val="28"/>
                <w:lang w:val="en-US"/>
              </w:rPr>
            </w:pPr>
          </w:p>
        </w:tc>
      </w:tr>
      <w:tr w:rsidR="00E91A42" w:rsidRPr="00E91A42" w14:paraId="52A4232C" w14:textId="77777777" w:rsidTr="00A701F9">
        <w:tc>
          <w:tcPr>
            <w:tcW w:w="4508" w:type="dxa"/>
          </w:tcPr>
          <w:p w14:paraId="48CAE7AD" w14:textId="77777777" w:rsidR="00E91A42" w:rsidRPr="00E91A42" w:rsidRDefault="00E91A42" w:rsidP="00A701F9">
            <w:pPr>
              <w:spacing w:line="312" w:lineRule="auto"/>
              <w:rPr>
                <w:rFonts w:eastAsia="MS Mincho"/>
                <w:sz w:val="28"/>
                <w:szCs w:val="28"/>
                <w:lang w:val="en-US"/>
              </w:rPr>
            </w:pPr>
          </w:p>
        </w:tc>
        <w:tc>
          <w:tcPr>
            <w:tcW w:w="4508" w:type="dxa"/>
          </w:tcPr>
          <w:p w14:paraId="2B26B13D"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CHỦ NHIỆM NHIỆM</w:t>
            </w:r>
          </w:p>
          <w:p w14:paraId="066A3F64"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(Ký, ghi rõ họ tên)</w:t>
            </w:r>
          </w:p>
          <w:p w14:paraId="350E84B8" w14:textId="77777777" w:rsidR="00E91A42" w:rsidRPr="00E91A42" w:rsidRDefault="00E91A42" w:rsidP="00A701F9">
            <w:pPr>
              <w:spacing w:line="312" w:lineRule="auto"/>
              <w:rPr>
                <w:rFonts w:eastAsia="MS Mincho"/>
                <w:sz w:val="28"/>
                <w:szCs w:val="28"/>
                <w:lang w:val="en-US"/>
              </w:rPr>
            </w:pPr>
          </w:p>
          <w:p w14:paraId="090652D3" w14:textId="77777777" w:rsidR="00E91A42" w:rsidRPr="00E91A42" w:rsidRDefault="00E91A42" w:rsidP="00A701F9">
            <w:pPr>
              <w:spacing w:line="312" w:lineRule="auto"/>
              <w:rPr>
                <w:rFonts w:eastAsia="MS Mincho"/>
                <w:sz w:val="28"/>
                <w:szCs w:val="28"/>
                <w:lang w:val="en-US"/>
              </w:rPr>
            </w:pPr>
          </w:p>
        </w:tc>
      </w:tr>
    </w:tbl>
    <w:p w14:paraId="7DE62380" w14:textId="77777777" w:rsidR="00E91A42" w:rsidRPr="00E91A42" w:rsidRDefault="00E91A42" w:rsidP="00E91A42">
      <w:pPr>
        <w:spacing w:after="0" w:line="312" w:lineRule="auto"/>
        <w:rPr>
          <w:rFonts w:eastAsia="MS Mincho"/>
          <w:sz w:val="28"/>
          <w:szCs w:val="28"/>
          <w:lang w:val="en-US"/>
        </w:rPr>
      </w:pPr>
    </w:p>
    <w:p w14:paraId="00ECE183" w14:textId="77777777" w:rsidR="00E91A42" w:rsidRPr="00E91A42" w:rsidRDefault="00E91A42" w:rsidP="00E91A42">
      <w:pPr>
        <w:spacing w:after="0" w:line="312" w:lineRule="auto"/>
        <w:rPr>
          <w:rFonts w:eastAsia="MS Mincho"/>
          <w:sz w:val="28"/>
          <w:szCs w:val="28"/>
          <w:lang w:val="en-US"/>
        </w:rPr>
      </w:pPr>
    </w:p>
    <w:p w14:paraId="1A940362" w14:textId="77777777" w:rsidR="00E91A42" w:rsidRPr="00E91A42" w:rsidRDefault="00E91A42" w:rsidP="00E91A42">
      <w:pPr>
        <w:spacing w:after="0" w:line="312" w:lineRule="auto"/>
        <w:rPr>
          <w:rFonts w:eastAsia="MS Mincho"/>
          <w:sz w:val="28"/>
          <w:szCs w:val="28"/>
          <w:lang w:val="en-US"/>
        </w:rPr>
      </w:pPr>
    </w:p>
    <w:p w14:paraId="3B528133" w14:textId="77777777" w:rsidR="00E91A42" w:rsidRPr="00E91A42" w:rsidRDefault="00E91A42" w:rsidP="00E91A42">
      <w:pPr>
        <w:spacing w:after="0" w:line="312" w:lineRule="auto"/>
        <w:rPr>
          <w:rFonts w:eastAsia="MS Mincho"/>
          <w:sz w:val="28"/>
          <w:szCs w:val="28"/>
          <w:lang w:val="en-US"/>
        </w:rPr>
      </w:pPr>
    </w:p>
    <w:p w14:paraId="67334227" w14:textId="77777777" w:rsidR="00E91A42" w:rsidRPr="00E91A42" w:rsidRDefault="00E91A42" w:rsidP="00E91A42">
      <w:pPr>
        <w:spacing w:after="0" w:line="312" w:lineRule="auto"/>
        <w:rPr>
          <w:rFonts w:eastAsia="MS Mincho"/>
          <w:sz w:val="28"/>
          <w:szCs w:val="28"/>
          <w:lang w:val="en-US"/>
        </w:rPr>
      </w:pPr>
    </w:p>
    <w:p w14:paraId="347DB260" w14:textId="77777777" w:rsidR="00E91A42" w:rsidRPr="00E91A42" w:rsidRDefault="00E91A42" w:rsidP="00E91A42">
      <w:pPr>
        <w:spacing w:line="259" w:lineRule="auto"/>
        <w:rPr>
          <w:rFonts w:eastAsia="MS Mincho"/>
          <w:b/>
          <w:bCs/>
          <w:sz w:val="28"/>
          <w:szCs w:val="28"/>
          <w:lang w:val="en-US"/>
        </w:rPr>
      </w:pPr>
      <w:r w:rsidRPr="00E91A42">
        <w:rPr>
          <w:rFonts w:eastAsia="MS Mincho"/>
          <w:b/>
          <w:bCs/>
          <w:sz w:val="28"/>
          <w:szCs w:val="28"/>
          <w:lang w:val="en-US"/>
        </w:rPr>
        <w:br w:type="page"/>
      </w:r>
    </w:p>
    <w:tbl>
      <w:tblPr>
        <w:tblW w:w="10065" w:type="dxa"/>
        <w:tblInd w:w="-601" w:type="dxa"/>
        <w:tblLayout w:type="fixed"/>
        <w:tblLook w:val="0000" w:firstRow="0" w:lastRow="0" w:firstColumn="0" w:lastColumn="0" w:noHBand="0" w:noVBand="0"/>
      </w:tblPr>
      <w:tblGrid>
        <w:gridCol w:w="3936"/>
        <w:gridCol w:w="6129"/>
      </w:tblGrid>
      <w:tr w:rsidR="00E91A42" w:rsidRPr="00E91A42" w14:paraId="1F88781C" w14:textId="77777777" w:rsidTr="00A701F9">
        <w:tc>
          <w:tcPr>
            <w:tcW w:w="3936" w:type="dxa"/>
            <w:tcBorders>
              <w:top w:val="nil"/>
              <w:left w:val="nil"/>
              <w:bottom w:val="nil"/>
              <w:right w:val="nil"/>
            </w:tcBorders>
          </w:tcPr>
          <w:p w14:paraId="5530EF68"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lastRenderedPageBreak/>
              <w:br w:type="page"/>
            </w:r>
          </w:p>
          <w:p w14:paraId="515D3D26" w14:textId="77777777" w:rsidR="00E91A42" w:rsidRPr="00E91A42" w:rsidRDefault="00E91A42" w:rsidP="00A701F9">
            <w:pPr>
              <w:spacing w:after="0" w:line="240" w:lineRule="auto"/>
              <w:ind w:left="-57" w:right="-57"/>
              <w:jc w:val="center"/>
              <w:rPr>
                <w:b/>
                <w:bCs/>
                <w:sz w:val="28"/>
                <w:szCs w:val="28"/>
              </w:rPr>
            </w:pPr>
          </w:p>
          <w:p w14:paraId="00FFC8E1"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6FCA0CB1"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68480" behindDoc="0" locked="0" layoutInCell="1" allowOverlap="1" wp14:anchorId="43ED3A6D" wp14:editId="7EE74D0C">
                      <wp:simplePos x="0" y="0"/>
                      <wp:positionH relativeFrom="column">
                        <wp:posOffset>558165</wp:posOffset>
                      </wp:positionH>
                      <wp:positionV relativeFrom="paragraph">
                        <wp:posOffset>60959</wp:posOffset>
                      </wp:positionV>
                      <wp:extent cx="12954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67622" id="Straight Connector 5"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3555E1E8"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3AC84D2F"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3145DDFD"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60620B8C"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2C61F57E"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69504" behindDoc="0" locked="0" layoutInCell="1" allowOverlap="1" wp14:anchorId="0A83C351" wp14:editId="7BE8BAF0">
                      <wp:simplePos x="0" y="0"/>
                      <wp:positionH relativeFrom="column">
                        <wp:posOffset>859155</wp:posOffset>
                      </wp:positionH>
                      <wp:positionV relativeFrom="paragraph">
                        <wp:posOffset>80644</wp:posOffset>
                      </wp:positionV>
                      <wp:extent cx="19621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AC2E4" id="Straight Connector 6"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4513B160"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5174818B" w14:textId="77777777" w:rsidR="00E91A42" w:rsidRPr="00E91A42" w:rsidRDefault="00E91A42" w:rsidP="00E91A42">
      <w:pPr>
        <w:spacing w:after="0" w:line="312" w:lineRule="auto"/>
        <w:jc w:val="center"/>
        <w:rPr>
          <w:rFonts w:eastAsia="MS Mincho"/>
          <w:sz w:val="28"/>
          <w:szCs w:val="28"/>
          <w:lang w:val="en-US"/>
        </w:rPr>
      </w:pPr>
    </w:p>
    <w:p w14:paraId="7D9A9440" w14:textId="77777777" w:rsidR="00E91A42" w:rsidRPr="00E91A42" w:rsidRDefault="00E91A42" w:rsidP="00E91A42">
      <w:pPr>
        <w:spacing w:after="0" w:line="312" w:lineRule="auto"/>
        <w:jc w:val="right"/>
        <w:rPr>
          <w:rFonts w:eastAsia="MS Mincho"/>
          <w:sz w:val="28"/>
          <w:szCs w:val="28"/>
          <w:lang w:val="en-US"/>
        </w:rPr>
      </w:pPr>
      <w:r w:rsidRPr="00E91A42">
        <w:rPr>
          <w:rFonts w:eastAsia="MS Mincho"/>
          <w:sz w:val="28"/>
          <w:szCs w:val="28"/>
          <w:lang w:val="en-US"/>
        </w:rPr>
        <w:t>PHỤ LỤC</w:t>
      </w:r>
    </w:p>
    <w:p w14:paraId="2E364487" w14:textId="77777777" w:rsidR="00E91A42" w:rsidRPr="00E91A42" w:rsidRDefault="00E91A42" w:rsidP="00E91A42">
      <w:pPr>
        <w:spacing w:after="0" w:line="312" w:lineRule="auto"/>
        <w:jc w:val="center"/>
        <w:rPr>
          <w:rFonts w:eastAsia="MS Mincho"/>
          <w:sz w:val="28"/>
          <w:szCs w:val="28"/>
          <w:lang w:val="en-US"/>
        </w:rPr>
      </w:pPr>
      <w:r w:rsidRPr="00E91A42">
        <w:rPr>
          <w:rFonts w:eastAsia="MS Mincho"/>
          <w:b/>
          <w:sz w:val="28"/>
          <w:szCs w:val="28"/>
          <w:lang w:val="en-US"/>
        </w:rPr>
        <w:t>XÁC NHẬN KHỐI LƯỢNG CÔNG VIỆC HOÀN THÀNH VÀ KINH PHÍ ĐÃ CHI</w:t>
      </w:r>
    </w:p>
    <w:p w14:paraId="72EFAA75" w14:textId="77777777" w:rsidR="00E91A42" w:rsidRPr="00E91A42" w:rsidRDefault="00E91A42" w:rsidP="00E91A42">
      <w:pPr>
        <w:spacing w:after="0" w:line="312" w:lineRule="auto"/>
        <w:jc w:val="center"/>
        <w:rPr>
          <w:rFonts w:eastAsia="MS Mincho"/>
          <w:sz w:val="28"/>
          <w:szCs w:val="28"/>
          <w:lang w:val="en-US"/>
        </w:rPr>
      </w:pPr>
      <w:r w:rsidRPr="00E91A42">
        <w:rPr>
          <w:rFonts w:eastAsia="MS Mincho"/>
          <w:sz w:val="28"/>
          <w:szCs w:val="28"/>
          <w:lang w:val="en-US"/>
        </w:rPr>
        <w:t>(Kèm theo Biên bản kiểm tra định kỳ / nghiệm thu giai đoạn nhiệm vụ Hợp</w:t>
      </w:r>
      <w:r w:rsidRPr="00E91A42">
        <w:rPr>
          <w:rFonts w:eastAsia="MS Mincho"/>
          <w:sz w:val="28"/>
          <w:szCs w:val="28"/>
        </w:rPr>
        <w:t xml:space="preserve"> tác quốc tế,</w:t>
      </w:r>
      <w:r w:rsidRPr="00E91A42">
        <w:rPr>
          <w:rFonts w:eastAsia="MS Mincho"/>
          <w:sz w:val="28"/>
          <w:szCs w:val="28"/>
          <w:lang w:val="en-US"/>
        </w:rPr>
        <w:t xml:space="preserve"> mã số: ....................)</w:t>
      </w:r>
    </w:p>
    <w:p w14:paraId="6F6B4C47" w14:textId="77777777" w:rsidR="00E91A42" w:rsidRPr="00E91A42" w:rsidRDefault="00E91A42" w:rsidP="00E91A42">
      <w:pPr>
        <w:spacing w:after="0" w:line="312" w:lineRule="auto"/>
        <w:rPr>
          <w:rFonts w:eastAsia="MS Mincho"/>
          <w:sz w:val="28"/>
          <w:szCs w:val="28"/>
          <w:lang w:val="en-US"/>
        </w:rPr>
      </w:pPr>
      <w:r w:rsidRPr="00E91A42">
        <w:rPr>
          <w:rFonts w:eastAsia="MS Mincho"/>
          <w:b/>
          <w:sz w:val="28"/>
          <w:szCs w:val="28"/>
          <w:lang w:val="en-US"/>
        </w:rPr>
        <w:t>I. THÔNG TIN CHUNG</w:t>
      </w:r>
    </w:p>
    <w:p w14:paraId="025A30B7"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Tên nhiệm vụ: .................................................................................................</w:t>
      </w:r>
    </w:p>
    <w:p w14:paraId="590B85C4"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Mã số: ............................................................................................................</w:t>
      </w:r>
    </w:p>
    <w:p w14:paraId="2A178D45"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Tổ chức chủ trì: ...............................................................................................</w:t>
      </w:r>
    </w:p>
    <w:p w14:paraId="64934B1C"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Chủ nhiệm: ....................................................................................................</w:t>
      </w:r>
    </w:p>
    <w:p w14:paraId="01B5501C"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Thời gian thực hiện: từ .../.../... đến .../.../...</w:t>
      </w:r>
    </w:p>
    <w:p w14:paraId="23CEFAF8"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Thời điểm kiểm tra / nghiệm thu: .................................................................</w:t>
      </w:r>
      <w:r w:rsidRPr="00E91A42">
        <w:rPr>
          <w:rFonts w:eastAsia="MS Mincho"/>
          <w:b/>
          <w:sz w:val="28"/>
          <w:szCs w:val="28"/>
          <w:lang w:val="en-US"/>
        </w:rPr>
        <w:br/>
        <w:t>II. BẢNG XÁC NHẬN KHỐI LƯỢNG CÔNG VIỆC HOÀN THÀNH VÀ KINH PHÍ ĐÃ CHI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067"/>
        <w:gridCol w:w="1084"/>
        <w:gridCol w:w="1048"/>
        <w:gridCol w:w="1093"/>
        <w:gridCol w:w="1092"/>
        <w:gridCol w:w="1092"/>
        <w:gridCol w:w="1104"/>
      </w:tblGrid>
      <w:tr w:rsidR="00E91A42" w:rsidRPr="00E91A42" w14:paraId="426AEBE1" w14:textId="77777777" w:rsidTr="00A701F9">
        <w:tc>
          <w:tcPr>
            <w:tcW w:w="1176" w:type="dxa"/>
          </w:tcPr>
          <w:p w14:paraId="567EC9CC"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STT</w:t>
            </w:r>
          </w:p>
        </w:tc>
        <w:tc>
          <w:tcPr>
            <w:tcW w:w="1176" w:type="dxa"/>
          </w:tcPr>
          <w:p w14:paraId="59106F73"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Nội dung công việc</w:t>
            </w:r>
          </w:p>
        </w:tc>
        <w:tc>
          <w:tcPr>
            <w:tcW w:w="1176" w:type="dxa"/>
          </w:tcPr>
          <w:p w14:paraId="66906E89"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Sản phẩm tạo ra / kết quả đạt được</w:t>
            </w:r>
          </w:p>
        </w:tc>
        <w:tc>
          <w:tcPr>
            <w:tcW w:w="1176" w:type="dxa"/>
          </w:tcPr>
          <w:p w14:paraId="4DED5CDA"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Đơn vị tính</w:t>
            </w:r>
          </w:p>
        </w:tc>
        <w:tc>
          <w:tcPr>
            <w:tcW w:w="1176" w:type="dxa"/>
          </w:tcPr>
          <w:p w14:paraId="2610044B"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Khối lượng hoàn thành</w:t>
            </w:r>
          </w:p>
        </w:tc>
        <w:tc>
          <w:tcPr>
            <w:tcW w:w="1176" w:type="dxa"/>
          </w:tcPr>
          <w:p w14:paraId="4F8176B4"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Kinh phí được duyệt (triệu đồng)</w:t>
            </w:r>
          </w:p>
        </w:tc>
        <w:tc>
          <w:tcPr>
            <w:tcW w:w="1176" w:type="dxa"/>
          </w:tcPr>
          <w:p w14:paraId="34B3BFD7"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Kinh phí đã chi thực tế (triệu đồng)</w:t>
            </w:r>
          </w:p>
        </w:tc>
        <w:tc>
          <w:tcPr>
            <w:tcW w:w="1176" w:type="dxa"/>
          </w:tcPr>
          <w:p w14:paraId="6ED37CE2" w14:textId="77777777" w:rsidR="00E91A42" w:rsidRPr="00E91A42" w:rsidRDefault="00E91A42" w:rsidP="00A701F9">
            <w:pPr>
              <w:spacing w:after="0" w:line="312" w:lineRule="auto"/>
              <w:rPr>
                <w:rFonts w:eastAsia="MS Mincho"/>
                <w:sz w:val="28"/>
                <w:szCs w:val="28"/>
                <w:lang w:val="en-US"/>
              </w:rPr>
            </w:pPr>
            <w:r w:rsidRPr="00E91A42">
              <w:rPr>
                <w:rFonts w:eastAsia="MS Mincho"/>
                <w:sz w:val="28"/>
                <w:szCs w:val="28"/>
                <w:lang w:val="en-US"/>
              </w:rPr>
              <w:t>Ghi chú / Căn cứ minh chứng</w:t>
            </w:r>
          </w:p>
        </w:tc>
      </w:tr>
      <w:tr w:rsidR="00E91A42" w:rsidRPr="00E91A42" w14:paraId="3252E9C0" w14:textId="77777777" w:rsidTr="00A701F9">
        <w:tc>
          <w:tcPr>
            <w:tcW w:w="1176" w:type="dxa"/>
          </w:tcPr>
          <w:p w14:paraId="1AE7E14B" w14:textId="77777777" w:rsidR="00E91A42" w:rsidRPr="00E91A42" w:rsidRDefault="00E91A42" w:rsidP="00A701F9">
            <w:pPr>
              <w:spacing w:after="0" w:line="312" w:lineRule="auto"/>
              <w:rPr>
                <w:rFonts w:eastAsia="MS Mincho"/>
                <w:sz w:val="28"/>
                <w:szCs w:val="28"/>
                <w:lang w:val="en-US"/>
              </w:rPr>
            </w:pPr>
          </w:p>
        </w:tc>
        <w:tc>
          <w:tcPr>
            <w:tcW w:w="1176" w:type="dxa"/>
          </w:tcPr>
          <w:p w14:paraId="4CBAC9D2" w14:textId="77777777" w:rsidR="00E91A42" w:rsidRPr="00E91A42" w:rsidRDefault="00E91A42" w:rsidP="00A701F9">
            <w:pPr>
              <w:spacing w:after="0" w:line="312" w:lineRule="auto"/>
              <w:rPr>
                <w:rFonts w:eastAsia="MS Mincho"/>
                <w:sz w:val="28"/>
                <w:szCs w:val="28"/>
                <w:lang w:val="en-US"/>
              </w:rPr>
            </w:pPr>
          </w:p>
        </w:tc>
        <w:tc>
          <w:tcPr>
            <w:tcW w:w="1176" w:type="dxa"/>
          </w:tcPr>
          <w:p w14:paraId="34DD5362" w14:textId="77777777" w:rsidR="00E91A42" w:rsidRPr="00E91A42" w:rsidRDefault="00E91A42" w:rsidP="00A701F9">
            <w:pPr>
              <w:spacing w:after="0" w:line="312" w:lineRule="auto"/>
              <w:rPr>
                <w:rFonts w:eastAsia="MS Mincho"/>
                <w:sz w:val="28"/>
                <w:szCs w:val="28"/>
                <w:lang w:val="en-US"/>
              </w:rPr>
            </w:pPr>
          </w:p>
        </w:tc>
        <w:tc>
          <w:tcPr>
            <w:tcW w:w="1176" w:type="dxa"/>
          </w:tcPr>
          <w:p w14:paraId="29D4A521" w14:textId="77777777" w:rsidR="00E91A42" w:rsidRPr="00E91A42" w:rsidRDefault="00E91A42" w:rsidP="00A701F9">
            <w:pPr>
              <w:spacing w:after="0" w:line="312" w:lineRule="auto"/>
              <w:rPr>
                <w:rFonts w:eastAsia="MS Mincho"/>
                <w:sz w:val="28"/>
                <w:szCs w:val="28"/>
                <w:lang w:val="en-US"/>
              </w:rPr>
            </w:pPr>
          </w:p>
        </w:tc>
        <w:tc>
          <w:tcPr>
            <w:tcW w:w="1176" w:type="dxa"/>
          </w:tcPr>
          <w:p w14:paraId="5DCFA440" w14:textId="77777777" w:rsidR="00E91A42" w:rsidRPr="00E91A42" w:rsidRDefault="00E91A42" w:rsidP="00A701F9">
            <w:pPr>
              <w:spacing w:after="0" w:line="312" w:lineRule="auto"/>
              <w:rPr>
                <w:rFonts w:eastAsia="MS Mincho"/>
                <w:sz w:val="28"/>
                <w:szCs w:val="28"/>
                <w:lang w:val="en-US"/>
              </w:rPr>
            </w:pPr>
          </w:p>
        </w:tc>
        <w:tc>
          <w:tcPr>
            <w:tcW w:w="1176" w:type="dxa"/>
          </w:tcPr>
          <w:p w14:paraId="01DD0D1C" w14:textId="77777777" w:rsidR="00E91A42" w:rsidRPr="00E91A42" w:rsidRDefault="00E91A42" w:rsidP="00A701F9">
            <w:pPr>
              <w:spacing w:after="0" w:line="312" w:lineRule="auto"/>
              <w:rPr>
                <w:rFonts w:eastAsia="MS Mincho"/>
                <w:sz w:val="28"/>
                <w:szCs w:val="28"/>
                <w:lang w:val="en-US"/>
              </w:rPr>
            </w:pPr>
          </w:p>
        </w:tc>
        <w:tc>
          <w:tcPr>
            <w:tcW w:w="1176" w:type="dxa"/>
          </w:tcPr>
          <w:p w14:paraId="184CA731" w14:textId="77777777" w:rsidR="00E91A42" w:rsidRPr="00E91A42" w:rsidRDefault="00E91A42" w:rsidP="00A701F9">
            <w:pPr>
              <w:spacing w:after="0" w:line="312" w:lineRule="auto"/>
              <w:rPr>
                <w:rFonts w:eastAsia="MS Mincho"/>
                <w:sz w:val="28"/>
                <w:szCs w:val="28"/>
                <w:lang w:val="en-US"/>
              </w:rPr>
            </w:pPr>
          </w:p>
        </w:tc>
        <w:tc>
          <w:tcPr>
            <w:tcW w:w="1176" w:type="dxa"/>
          </w:tcPr>
          <w:p w14:paraId="4FB6C93C" w14:textId="77777777" w:rsidR="00E91A42" w:rsidRPr="00E91A42" w:rsidRDefault="00E91A42" w:rsidP="00A701F9">
            <w:pPr>
              <w:spacing w:after="0" w:line="312" w:lineRule="auto"/>
              <w:rPr>
                <w:rFonts w:eastAsia="MS Mincho"/>
                <w:sz w:val="28"/>
                <w:szCs w:val="28"/>
                <w:lang w:val="en-US"/>
              </w:rPr>
            </w:pPr>
          </w:p>
        </w:tc>
      </w:tr>
      <w:tr w:rsidR="00E91A42" w:rsidRPr="00E91A42" w14:paraId="37169F77" w14:textId="77777777" w:rsidTr="00A701F9">
        <w:tc>
          <w:tcPr>
            <w:tcW w:w="1176" w:type="dxa"/>
          </w:tcPr>
          <w:p w14:paraId="31DE3441" w14:textId="77777777" w:rsidR="00E91A42" w:rsidRPr="00E91A42" w:rsidRDefault="00E91A42" w:rsidP="00A701F9">
            <w:pPr>
              <w:spacing w:after="0" w:line="312" w:lineRule="auto"/>
              <w:rPr>
                <w:rFonts w:eastAsia="MS Mincho"/>
                <w:sz w:val="28"/>
                <w:szCs w:val="28"/>
                <w:lang w:val="en-US"/>
              </w:rPr>
            </w:pPr>
          </w:p>
        </w:tc>
        <w:tc>
          <w:tcPr>
            <w:tcW w:w="1176" w:type="dxa"/>
          </w:tcPr>
          <w:p w14:paraId="348782B9" w14:textId="77777777" w:rsidR="00E91A42" w:rsidRPr="00E91A42" w:rsidRDefault="00E91A42" w:rsidP="00A701F9">
            <w:pPr>
              <w:spacing w:after="0" w:line="312" w:lineRule="auto"/>
              <w:rPr>
                <w:rFonts w:eastAsia="MS Mincho"/>
                <w:sz w:val="28"/>
                <w:szCs w:val="28"/>
                <w:lang w:val="en-US"/>
              </w:rPr>
            </w:pPr>
          </w:p>
        </w:tc>
        <w:tc>
          <w:tcPr>
            <w:tcW w:w="1176" w:type="dxa"/>
          </w:tcPr>
          <w:p w14:paraId="4DAEB644" w14:textId="77777777" w:rsidR="00E91A42" w:rsidRPr="00E91A42" w:rsidRDefault="00E91A42" w:rsidP="00A701F9">
            <w:pPr>
              <w:spacing w:after="0" w:line="312" w:lineRule="auto"/>
              <w:rPr>
                <w:rFonts w:eastAsia="MS Mincho"/>
                <w:sz w:val="28"/>
                <w:szCs w:val="28"/>
                <w:lang w:val="en-US"/>
              </w:rPr>
            </w:pPr>
          </w:p>
        </w:tc>
        <w:tc>
          <w:tcPr>
            <w:tcW w:w="1176" w:type="dxa"/>
          </w:tcPr>
          <w:p w14:paraId="42933E59" w14:textId="77777777" w:rsidR="00E91A42" w:rsidRPr="00E91A42" w:rsidRDefault="00E91A42" w:rsidP="00A701F9">
            <w:pPr>
              <w:spacing w:after="0" w:line="312" w:lineRule="auto"/>
              <w:rPr>
                <w:rFonts w:eastAsia="MS Mincho"/>
                <w:sz w:val="28"/>
                <w:szCs w:val="28"/>
                <w:lang w:val="en-US"/>
              </w:rPr>
            </w:pPr>
          </w:p>
        </w:tc>
        <w:tc>
          <w:tcPr>
            <w:tcW w:w="1176" w:type="dxa"/>
          </w:tcPr>
          <w:p w14:paraId="25CBA889" w14:textId="77777777" w:rsidR="00E91A42" w:rsidRPr="00E91A42" w:rsidRDefault="00E91A42" w:rsidP="00A701F9">
            <w:pPr>
              <w:spacing w:after="0" w:line="312" w:lineRule="auto"/>
              <w:rPr>
                <w:rFonts w:eastAsia="MS Mincho"/>
                <w:sz w:val="28"/>
                <w:szCs w:val="28"/>
                <w:lang w:val="en-US"/>
              </w:rPr>
            </w:pPr>
          </w:p>
        </w:tc>
        <w:tc>
          <w:tcPr>
            <w:tcW w:w="1176" w:type="dxa"/>
          </w:tcPr>
          <w:p w14:paraId="110D5F32" w14:textId="77777777" w:rsidR="00E91A42" w:rsidRPr="00E91A42" w:rsidRDefault="00E91A42" w:rsidP="00A701F9">
            <w:pPr>
              <w:spacing w:after="0" w:line="312" w:lineRule="auto"/>
              <w:rPr>
                <w:rFonts w:eastAsia="MS Mincho"/>
                <w:sz w:val="28"/>
                <w:szCs w:val="28"/>
                <w:lang w:val="en-US"/>
              </w:rPr>
            </w:pPr>
          </w:p>
        </w:tc>
        <w:tc>
          <w:tcPr>
            <w:tcW w:w="1176" w:type="dxa"/>
          </w:tcPr>
          <w:p w14:paraId="4909C952" w14:textId="77777777" w:rsidR="00E91A42" w:rsidRPr="00E91A42" w:rsidRDefault="00E91A42" w:rsidP="00A701F9">
            <w:pPr>
              <w:spacing w:after="0" w:line="312" w:lineRule="auto"/>
              <w:rPr>
                <w:rFonts w:eastAsia="MS Mincho"/>
                <w:sz w:val="28"/>
                <w:szCs w:val="28"/>
                <w:lang w:val="en-US"/>
              </w:rPr>
            </w:pPr>
          </w:p>
        </w:tc>
        <w:tc>
          <w:tcPr>
            <w:tcW w:w="1176" w:type="dxa"/>
          </w:tcPr>
          <w:p w14:paraId="177D258F" w14:textId="77777777" w:rsidR="00E91A42" w:rsidRPr="00E91A42" w:rsidRDefault="00E91A42" w:rsidP="00A701F9">
            <w:pPr>
              <w:spacing w:after="0" w:line="312" w:lineRule="auto"/>
              <w:rPr>
                <w:rFonts w:eastAsia="MS Mincho"/>
                <w:sz w:val="28"/>
                <w:szCs w:val="28"/>
                <w:lang w:val="en-US"/>
              </w:rPr>
            </w:pPr>
          </w:p>
        </w:tc>
      </w:tr>
      <w:tr w:rsidR="00E91A42" w:rsidRPr="00E91A42" w14:paraId="3A4996FA" w14:textId="77777777" w:rsidTr="00A701F9">
        <w:tc>
          <w:tcPr>
            <w:tcW w:w="1176" w:type="dxa"/>
          </w:tcPr>
          <w:p w14:paraId="79F05AC3" w14:textId="77777777" w:rsidR="00E91A42" w:rsidRPr="00E91A42" w:rsidRDefault="00E91A42" w:rsidP="00A701F9">
            <w:pPr>
              <w:spacing w:after="0" w:line="312" w:lineRule="auto"/>
              <w:rPr>
                <w:rFonts w:eastAsia="MS Mincho"/>
                <w:sz w:val="28"/>
                <w:szCs w:val="28"/>
                <w:lang w:val="en-US"/>
              </w:rPr>
            </w:pPr>
          </w:p>
        </w:tc>
        <w:tc>
          <w:tcPr>
            <w:tcW w:w="1176" w:type="dxa"/>
          </w:tcPr>
          <w:p w14:paraId="14D6F66F" w14:textId="77777777" w:rsidR="00E91A42" w:rsidRPr="00E91A42" w:rsidRDefault="00E91A42" w:rsidP="00A701F9">
            <w:pPr>
              <w:spacing w:after="0" w:line="312" w:lineRule="auto"/>
              <w:rPr>
                <w:rFonts w:eastAsia="MS Mincho"/>
                <w:sz w:val="28"/>
                <w:szCs w:val="28"/>
                <w:lang w:val="en-US"/>
              </w:rPr>
            </w:pPr>
          </w:p>
        </w:tc>
        <w:tc>
          <w:tcPr>
            <w:tcW w:w="1176" w:type="dxa"/>
          </w:tcPr>
          <w:p w14:paraId="15B8C317" w14:textId="77777777" w:rsidR="00E91A42" w:rsidRPr="00E91A42" w:rsidRDefault="00E91A42" w:rsidP="00A701F9">
            <w:pPr>
              <w:spacing w:after="0" w:line="312" w:lineRule="auto"/>
              <w:rPr>
                <w:rFonts w:eastAsia="MS Mincho"/>
                <w:sz w:val="28"/>
                <w:szCs w:val="28"/>
                <w:lang w:val="en-US"/>
              </w:rPr>
            </w:pPr>
          </w:p>
        </w:tc>
        <w:tc>
          <w:tcPr>
            <w:tcW w:w="1176" w:type="dxa"/>
          </w:tcPr>
          <w:p w14:paraId="6C20F6C2" w14:textId="77777777" w:rsidR="00E91A42" w:rsidRPr="00E91A42" w:rsidRDefault="00E91A42" w:rsidP="00A701F9">
            <w:pPr>
              <w:spacing w:after="0" w:line="312" w:lineRule="auto"/>
              <w:rPr>
                <w:rFonts w:eastAsia="MS Mincho"/>
                <w:sz w:val="28"/>
                <w:szCs w:val="28"/>
                <w:lang w:val="en-US"/>
              </w:rPr>
            </w:pPr>
          </w:p>
        </w:tc>
        <w:tc>
          <w:tcPr>
            <w:tcW w:w="1176" w:type="dxa"/>
          </w:tcPr>
          <w:p w14:paraId="47A77387" w14:textId="77777777" w:rsidR="00E91A42" w:rsidRPr="00E91A42" w:rsidRDefault="00E91A42" w:rsidP="00A701F9">
            <w:pPr>
              <w:spacing w:after="0" w:line="312" w:lineRule="auto"/>
              <w:rPr>
                <w:rFonts w:eastAsia="MS Mincho"/>
                <w:sz w:val="28"/>
                <w:szCs w:val="28"/>
                <w:lang w:val="en-US"/>
              </w:rPr>
            </w:pPr>
          </w:p>
        </w:tc>
        <w:tc>
          <w:tcPr>
            <w:tcW w:w="1176" w:type="dxa"/>
          </w:tcPr>
          <w:p w14:paraId="7E07D00A" w14:textId="77777777" w:rsidR="00E91A42" w:rsidRPr="00E91A42" w:rsidRDefault="00E91A42" w:rsidP="00A701F9">
            <w:pPr>
              <w:spacing w:after="0" w:line="312" w:lineRule="auto"/>
              <w:rPr>
                <w:rFonts w:eastAsia="MS Mincho"/>
                <w:sz w:val="28"/>
                <w:szCs w:val="28"/>
                <w:lang w:val="en-US"/>
              </w:rPr>
            </w:pPr>
          </w:p>
        </w:tc>
        <w:tc>
          <w:tcPr>
            <w:tcW w:w="1176" w:type="dxa"/>
          </w:tcPr>
          <w:p w14:paraId="0CC51336" w14:textId="77777777" w:rsidR="00E91A42" w:rsidRPr="00E91A42" w:rsidRDefault="00E91A42" w:rsidP="00A701F9">
            <w:pPr>
              <w:spacing w:after="0" w:line="312" w:lineRule="auto"/>
              <w:rPr>
                <w:rFonts w:eastAsia="MS Mincho"/>
                <w:sz w:val="28"/>
                <w:szCs w:val="28"/>
                <w:lang w:val="en-US"/>
              </w:rPr>
            </w:pPr>
          </w:p>
        </w:tc>
        <w:tc>
          <w:tcPr>
            <w:tcW w:w="1176" w:type="dxa"/>
          </w:tcPr>
          <w:p w14:paraId="7F7EB097" w14:textId="77777777" w:rsidR="00E91A42" w:rsidRPr="00E91A42" w:rsidRDefault="00E91A42" w:rsidP="00A701F9">
            <w:pPr>
              <w:spacing w:after="0" w:line="312" w:lineRule="auto"/>
              <w:rPr>
                <w:rFonts w:eastAsia="MS Mincho"/>
                <w:sz w:val="28"/>
                <w:szCs w:val="28"/>
                <w:lang w:val="en-US"/>
              </w:rPr>
            </w:pPr>
          </w:p>
        </w:tc>
      </w:tr>
      <w:tr w:rsidR="00E91A42" w:rsidRPr="00E91A42" w14:paraId="3A09F8CD" w14:textId="77777777" w:rsidTr="00A701F9">
        <w:tc>
          <w:tcPr>
            <w:tcW w:w="1176" w:type="dxa"/>
          </w:tcPr>
          <w:p w14:paraId="3431D40E" w14:textId="77777777" w:rsidR="00E91A42" w:rsidRPr="00E91A42" w:rsidRDefault="00E91A42" w:rsidP="00A701F9">
            <w:pPr>
              <w:spacing w:after="0" w:line="312" w:lineRule="auto"/>
              <w:rPr>
                <w:rFonts w:eastAsia="MS Mincho"/>
                <w:sz w:val="28"/>
                <w:szCs w:val="28"/>
                <w:lang w:val="en-US"/>
              </w:rPr>
            </w:pPr>
          </w:p>
        </w:tc>
        <w:tc>
          <w:tcPr>
            <w:tcW w:w="1176" w:type="dxa"/>
          </w:tcPr>
          <w:p w14:paraId="76A0F1C0" w14:textId="77777777" w:rsidR="00E91A42" w:rsidRPr="00E91A42" w:rsidRDefault="00E91A42" w:rsidP="00A701F9">
            <w:pPr>
              <w:spacing w:after="0" w:line="312" w:lineRule="auto"/>
              <w:rPr>
                <w:rFonts w:eastAsia="MS Mincho"/>
                <w:sz w:val="28"/>
                <w:szCs w:val="28"/>
                <w:lang w:val="en-US"/>
              </w:rPr>
            </w:pPr>
          </w:p>
        </w:tc>
        <w:tc>
          <w:tcPr>
            <w:tcW w:w="1176" w:type="dxa"/>
          </w:tcPr>
          <w:p w14:paraId="17675CB2" w14:textId="77777777" w:rsidR="00E91A42" w:rsidRPr="00E91A42" w:rsidRDefault="00E91A42" w:rsidP="00A701F9">
            <w:pPr>
              <w:spacing w:after="0" w:line="312" w:lineRule="auto"/>
              <w:rPr>
                <w:rFonts w:eastAsia="MS Mincho"/>
                <w:sz w:val="28"/>
                <w:szCs w:val="28"/>
                <w:lang w:val="en-US"/>
              </w:rPr>
            </w:pPr>
          </w:p>
        </w:tc>
        <w:tc>
          <w:tcPr>
            <w:tcW w:w="1176" w:type="dxa"/>
          </w:tcPr>
          <w:p w14:paraId="735BDB92" w14:textId="77777777" w:rsidR="00E91A42" w:rsidRPr="00E91A42" w:rsidRDefault="00E91A42" w:rsidP="00A701F9">
            <w:pPr>
              <w:spacing w:after="0" w:line="312" w:lineRule="auto"/>
              <w:rPr>
                <w:rFonts w:eastAsia="MS Mincho"/>
                <w:sz w:val="28"/>
                <w:szCs w:val="28"/>
                <w:lang w:val="en-US"/>
              </w:rPr>
            </w:pPr>
          </w:p>
        </w:tc>
        <w:tc>
          <w:tcPr>
            <w:tcW w:w="1176" w:type="dxa"/>
          </w:tcPr>
          <w:p w14:paraId="2603781C" w14:textId="77777777" w:rsidR="00E91A42" w:rsidRPr="00E91A42" w:rsidRDefault="00E91A42" w:rsidP="00A701F9">
            <w:pPr>
              <w:spacing w:after="0" w:line="312" w:lineRule="auto"/>
              <w:rPr>
                <w:rFonts w:eastAsia="MS Mincho"/>
                <w:sz w:val="28"/>
                <w:szCs w:val="28"/>
                <w:lang w:val="en-US"/>
              </w:rPr>
            </w:pPr>
          </w:p>
        </w:tc>
        <w:tc>
          <w:tcPr>
            <w:tcW w:w="1176" w:type="dxa"/>
          </w:tcPr>
          <w:p w14:paraId="6E239E9D" w14:textId="77777777" w:rsidR="00E91A42" w:rsidRPr="00E91A42" w:rsidRDefault="00E91A42" w:rsidP="00A701F9">
            <w:pPr>
              <w:spacing w:after="0" w:line="312" w:lineRule="auto"/>
              <w:rPr>
                <w:rFonts w:eastAsia="MS Mincho"/>
                <w:sz w:val="28"/>
                <w:szCs w:val="28"/>
                <w:lang w:val="en-US"/>
              </w:rPr>
            </w:pPr>
          </w:p>
        </w:tc>
        <w:tc>
          <w:tcPr>
            <w:tcW w:w="1176" w:type="dxa"/>
          </w:tcPr>
          <w:p w14:paraId="6788E212" w14:textId="77777777" w:rsidR="00E91A42" w:rsidRPr="00E91A42" w:rsidRDefault="00E91A42" w:rsidP="00A701F9">
            <w:pPr>
              <w:spacing w:after="0" w:line="312" w:lineRule="auto"/>
              <w:rPr>
                <w:rFonts w:eastAsia="MS Mincho"/>
                <w:sz w:val="28"/>
                <w:szCs w:val="28"/>
                <w:lang w:val="en-US"/>
              </w:rPr>
            </w:pPr>
          </w:p>
        </w:tc>
        <w:tc>
          <w:tcPr>
            <w:tcW w:w="1176" w:type="dxa"/>
          </w:tcPr>
          <w:p w14:paraId="0955C241" w14:textId="77777777" w:rsidR="00E91A42" w:rsidRPr="00E91A42" w:rsidRDefault="00E91A42" w:rsidP="00A701F9">
            <w:pPr>
              <w:spacing w:after="0" w:line="312" w:lineRule="auto"/>
              <w:rPr>
                <w:rFonts w:eastAsia="MS Mincho"/>
                <w:sz w:val="28"/>
                <w:szCs w:val="28"/>
                <w:lang w:val="en-US"/>
              </w:rPr>
            </w:pPr>
          </w:p>
        </w:tc>
      </w:tr>
      <w:tr w:rsidR="00E91A42" w:rsidRPr="00E91A42" w14:paraId="2229A0A6" w14:textId="77777777" w:rsidTr="00A701F9">
        <w:tc>
          <w:tcPr>
            <w:tcW w:w="1176" w:type="dxa"/>
          </w:tcPr>
          <w:p w14:paraId="2B9AAB5D" w14:textId="77777777" w:rsidR="00E91A42" w:rsidRPr="00E91A42" w:rsidRDefault="00E91A42" w:rsidP="00A701F9">
            <w:pPr>
              <w:spacing w:after="0" w:line="312" w:lineRule="auto"/>
              <w:rPr>
                <w:rFonts w:eastAsia="MS Mincho"/>
                <w:sz w:val="28"/>
                <w:szCs w:val="28"/>
                <w:lang w:val="en-US"/>
              </w:rPr>
            </w:pPr>
          </w:p>
        </w:tc>
        <w:tc>
          <w:tcPr>
            <w:tcW w:w="1176" w:type="dxa"/>
          </w:tcPr>
          <w:p w14:paraId="67ACCEEC" w14:textId="77777777" w:rsidR="00E91A42" w:rsidRPr="00E91A42" w:rsidRDefault="00E91A42" w:rsidP="00A701F9">
            <w:pPr>
              <w:spacing w:after="0" w:line="312" w:lineRule="auto"/>
              <w:rPr>
                <w:rFonts w:eastAsia="MS Mincho"/>
                <w:sz w:val="28"/>
                <w:szCs w:val="28"/>
                <w:lang w:val="en-US"/>
              </w:rPr>
            </w:pPr>
          </w:p>
        </w:tc>
        <w:tc>
          <w:tcPr>
            <w:tcW w:w="1176" w:type="dxa"/>
          </w:tcPr>
          <w:p w14:paraId="6B8B2027" w14:textId="77777777" w:rsidR="00E91A42" w:rsidRPr="00E91A42" w:rsidRDefault="00E91A42" w:rsidP="00A701F9">
            <w:pPr>
              <w:spacing w:after="0" w:line="312" w:lineRule="auto"/>
              <w:rPr>
                <w:rFonts w:eastAsia="MS Mincho"/>
                <w:sz w:val="28"/>
                <w:szCs w:val="28"/>
                <w:lang w:val="en-US"/>
              </w:rPr>
            </w:pPr>
          </w:p>
        </w:tc>
        <w:tc>
          <w:tcPr>
            <w:tcW w:w="1176" w:type="dxa"/>
          </w:tcPr>
          <w:p w14:paraId="535D7200" w14:textId="77777777" w:rsidR="00E91A42" w:rsidRPr="00E91A42" w:rsidRDefault="00E91A42" w:rsidP="00A701F9">
            <w:pPr>
              <w:spacing w:after="0" w:line="312" w:lineRule="auto"/>
              <w:rPr>
                <w:rFonts w:eastAsia="MS Mincho"/>
                <w:sz w:val="28"/>
                <w:szCs w:val="28"/>
                <w:lang w:val="en-US"/>
              </w:rPr>
            </w:pPr>
          </w:p>
        </w:tc>
        <w:tc>
          <w:tcPr>
            <w:tcW w:w="1176" w:type="dxa"/>
          </w:tcPr>
          <w:p w14:paraId="42EB5154" w14:textId="77777777" w:rsidR="00E91A42" w:rsidRPr="00E91A42" w:rsidRDefault="00E91A42" w:rsidP="00A701F9">
            <w:pPr>
              <w:spacing w:after="0" w:line="312" w:lineRule="auto"/>
              <w:rPr>
                <w:rFonts w:eastAsia="MS Mincho"/>
                <w:sz w:val="28"/>
                <w:szCs w:val="28"/>
                <w:lang w:val="en-US"/>
              </w:rPr>
            </w:pPr>
          </w:p>
        </w:tc>
        <w:tc>
          <w:tcPr>
            <w:tcW w:w="1176" w:type="dxa"/>
          </w:tcPr>
          <w:p w14:paraId="589BC97F" w14:textId="77777777" w:rsidR="00E91A42" w:rsidRPr="00E91A42" w:rsidRDefault="00E91A42" w:rsidP="00A701F9">
            <w:pPr>
              <w:spacing w:after="0" w:line="312" w:lineRule="auto"/>
              <w:rPr>
                <w:rFonts w:eastAsia="MS Mincho"/>
                <w:sz w:val="28"/>
                <w:szCs w:val="28"/>
                <w:lang w:val="en-US"/>
              </w:rPr>
            </w:pPr>
          </w:p>
        </w:tc>
        <w:tc>
          <w:tcPr>
            <w:tcW w:w="1176" w:type="dxa"/>
          </w:tcPr>
          <w:p w14:paraId="6B8E0000" w14:textId="77777777" w:rsidR="00E91A42" w:rsidRPr="00E91A42" w:rsidRDefault="00E91A42" w:rsidP="00A701F9">
            <w:pPr>
              <w:spacing w:after="0" w:line="312" w:lineRule="auto"/>
              <w:rPr>
                <w:rFonts w:eastAsia="MS Mincho"/>
                <w:sz w:val="28"/>
                <w:szCs w:val="28"/>
                <w:lang w:val="en-US"/>
              </w:rPr>
            </w:pPr>
          </w:p>
        </w:tc>
        <w:tc>
          <w:tcPr>
            <w:tcW w:w="1176" w:type="dxa"/>
          </w:tcPr>
          <w:p w14:paraId="41A2EB4C" w14:textId="77777777" w:rsidR="00E91A42" w:rsidRPr="00E91A42" w:rsidRDefault="00E91A42" w:rsidP="00A701F9">
            <w:pPr>
              <w:spacing w:after="0" w:line="312" w:lineRule="auto"/>
              <w:rPr>
                <w:rFonts w:eastAsia="MS Mincho"/>
                <w:sz w:val="28"/>
                <w:szCs w:val="28"/>
                <w:lang w:val="en-US"/>
              </w:rPr>
            </w:pPr>
          </w:p>
        </w:tc>
      </w:tr>
    </w:tbl>
    <w:p w14:paraId="3204B235" w14:textId="77777777" w:rsidR="00E91A42" w:rsidRPr="00E91A42" w:rsidRDefault="00E91A42" w:rsidP="00E91A42">
      <w:pPr>
        <w:spacing w:after="0" w:line="312" w:lineRule="auto"/>
        <w:rPr>
          <w:rFonts w:eastAsia="MS Mincho"/>
          <w:sz w:val="28"/>
          <w:szCs w:val="28"/>
          <w:lang w:val="en-US"/>
        </w:rPr>
      </w:pPr>
      <w:r w:rsidRPr="00E91A42">
        <w:rPr>
          <w:rFonts w:eastAsia="MS Mincho"/>
          <w:b/>
          <w:sz w:val="28"/>
          <w:szCs w:val="28"/>
          <w:lang w:val="en-US"/>
        </w:rPr>
        <w:t>III. NHẬN XÉT – ĐÁNH GIÁ CỦA ĐOÀN KIỂM TRA</w:t>
      </w:r>
    </w:p>
    <w:p w14:paraId="7935740A"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 Tổng giá trị khối lượng công việc hoàn thành được xác nhận: ..................... triệu đồng.</w:t>
      </w:r>
      <w:r w:rsidRPr="00E91A42">
        <w:rPr>
          <w:rFonts w:eastAsia="MS Mincho"/>
          <w:sz w:val="28"/>
          <w:szCs w:val="28"/>
          <w:lang w:val="en-US"/>
        </w:rPr>
        <w:br/>
        <w:t>- Tổng kinh phí thực tế đã chi: ..................... triệu đồng (đạt .......% so với kinh phí được duyệt).</w:t>
      </w:r>
      <w:r w:rsidRPr="00E91A42">
        <w:rPr>
          <w:rFonts w:eastAsia="MS Mincho"/>
          <w:sz w:val="28"/>
          <w:szCs w:val="28"/>
          <w:lang w:val="en-US"/>
        </w:rPr>
        <w:br/>
        <w:t>- Đánh giá: .......................................................................................................</w:t>
      </w:r>
      <w:r w:rsidRPr="00E91A42">
        <w:rPr>
          <w:rFonts w:eastAsia="MS Mincho"/>
          <w:sz w:val="28"/>
          <w:szCs w:val="28"/>
          <w:lang w:val="en-US"/>
        </w:rPr>
        <w:br/>
        <w:t>- Kiến nghị: .......................................................................................................</w:t>
      </w:r>
    </w:p>
    <w:p w14:paraId="12B1AD34" w14:textId="77777777" w:rsidR="00E91A42" w:rsidRPr="00E91A42" w:rsidRDefault="00E91A42" w:rsidP="00E91A42">
      <w:pPr>
        <w:spacing w:after="0" w:line="312" w:lineRule="auto"/>
        <w:rPr>
          <w:rFonts w:eastAsia="MS Mincho"/>
          <w:sz w:val="28"/>
          <w:szCs w:val="28"/>
          <w:lang w:val="en-US"/>
        </w:rPr>
      </w:pPr>
      <w:r w:rsidRPr="00E91A42">
        <w:rPr>
          <w:rFonts w:eastAsia="MS Mincho"/>
          <w:b/>
          <w:sz w:val="28"/>
          <w:szCs w:val="28"/>
          <w:lang w:val="en-US"/>
        </w:rPr>
        <w:t>IV. KẾT LUẬN</w:t>
      </w:r>
    </w:p>
    <w:p w14:paraId="454E6A40"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Căn cứ vào hồ sơ, sản phẩm và minh chứng thực hiện, đoàn kiểm tra xác nhận:</w:t>
      </w:r>
      <w:r w:rsidRPr="00E91A42">
        <w:rPr>
          <w:rFonts w:eastAsia="MS Mincho"/>
          <w:sz w:val="28"/>
          <w:szCs w:val="28"/>
          <w:lang w:val="en-US"/>
        </w:rPr>
        <w:br/>
        <w:t>- Khối lượng công việc đã hoàn thành: ............% tổng khối lượng nhiệm vụ.</w:t>
      </w:r>
      <w:r w:rsidRPr="00E91A42">
        <w:rPr>
          <w:rFonts w:eastAsia="MS Mincho"/>
          <w:sz w:val="28"/>
          <w:szCs w:val="28"/>
          <w:lang w:val="en-US"/>
        </w:rPr>
        <w:br/>
        <w:t>- Kinh phí đã chi hợp lệ được xác nhận: ............ triệu đồng.</w:t>
      </w:r>
      <w:r w:rsidRPr="00E91A42">
        <w:rPr>
          <w:rFonts w:eastAsia="MS Mincho"/>
          <w:sz w:val="28"/>
          <w:szCs w:val="28"/>
          <w:lang w:val="en-US"/>
        </w:rPr>
        <w:br/>
        <w:t>- Đề nghị cơ quan quản lý / Quỹ xem xét giải ngân phần kinh phí tương ứng theo quy định hiện hành.</w:t>
      </w:r>
    </w:p>
    <w:p w14:paraId="6C4EE23A" w14:textId="77777777" w:rsidR="00E91A42" w:rsidRPr="00E91A42" w:rsidRDefault="00E91A42" w:rsidP="00E91A42">
      <w:pPr>
        <w:spacing w:after="0" w:line="312" w:lineRule="auto"/>
        <w:jc w:val="right"/>
        <w:rPr>
          <w:i/>
          <w:iCs/>
          <w:sz w:val="28"/>
          <w:szCs w:val="28"/>
          <w:lang w:val="en-US"/>
        </w:rPr>
      </w:pPr>
      <w:r w:rsidRPr="00E91A42">
        <w:rPr>
          <w:sz w:val="28"/>
          <w:szCs w:val="28"/>
        </w:rPr>
        <w:t>..., ngày ... tháng... năm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71"/>
        <w:gridCol w:w="2888"/>
      </w:tblGrid>
      <w:tr w:rsidR="00E91A42" w:rsidRPr="00E91A42" w14:paraId="238D9581" w14:textId="77777777" w:rsidTr="00A701F9">
        <w:tc>
          <w:tcPr>
            <w:tcW w:w="3005" w:type="dxa"/>
          </w:tcPr>
          <w:p w14:paraId="2949C821"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Chủ nhiệm</w:t>
            </w:r>
          </w:p>
          <w:p w14:paraId="0E8F539D" w14:textId="77777777" w:rsidR="00E91A42" w:rsidRPr="00E91A42" w:rsidRDefault="00E91A42" w:rsidP="00A701F9">
            <w:pPr>
              <w:spacing w:line="312" w:lineRule="auto"/>
              <w:jc w:val="center"/>
              <w:rPr>
                <w:rFonts w:eastAsia="MS Mincho"/>
                <w:i/>
                <w:iCs/>
                <w:sz w:val="28"/>
                <w:szCs w:val="28"/>
                <w:lang w:val="en-US"/>
              </w:rPr>
            </w:pPr>
            <w:r w:rsidRPr="00E91A42">
              <w:rPr>
                <w:rFonts w:eastAsia="MS Mincho"/>
                <w:i/>
                <w:iCs/>
                <w:sz w:val="28"/>
                <w:szCs w:val="28"/>
                <w:lang w:val="en-US"/>
              </w:rPr>
              <w:t>Ký, ghi rõ họ tên</w:t>
            </w:r>
          </w:p>
        </w:tc>
        <w:tc>
          <w:tcPr>
            <w:tcW w:w="3005" w:type="dxa"/>
          </w:tcPr>
          <w:p w14:paraId="2B87554D" w14:textId="77777777" w:rsidR="00E91A42" w:rsidRPr="00E91A42" w:rsidRDefault="00E91A42" w:rsidP="00A701F9">
            <w:pPr>
              <w:spacing w:line="312" w:lineRule="auto"/>
              <w:jc w:val="center"/>
              <w:rPr>
                <w:rFonts w:eastAsia="MS Mincho"/>
                <w:b/>
                <w:bCs/>
                <w:sz w:val="28"/>
                <w:szCs w:val="28"/>
                <w:lang w:val="en-US"/>
              </w:rPr>
            </w:pPr>
            <w:r w:rsidRPr="00E91A42">
              <w:rPr>
                <w:rFonts w:eastAsia="MS Mincho"/>
                <w:b/>
                <w:bCs/>
                <w:sz w:val="28"/>
                <w:szCs w:val="28"/>
                <w:lang w:val="en-US"/>
              </w:rPr>
              <w:t>Tổ chức chủ trì</w:t>
            </w:r>
          </w:p>
          <w:p w14:paraId="01E02559" w14:textId="77777777" w:rsidR="00E91A42" w:rsidRPr="00E91A42" w:rsidRDefault="00E91A42" w:rsidP="00A701F9">
            <w:pPr>
              <w:spacing w:line="312" w:lineRule="auto"/>
              <w:jc w:val="center"/>
              <w:rPr>
                <w:rFonts w:eastAsia="MS Mincho"/>
                <w:i/>
                <w:iCs/>
                <w:sz w:val="28"/>
                <w:szCs w:val="28"/>
                <w:lang w:val="en-US"/>
              </w:rPr>
            </w:pPr>
            <w:r w:rsidRPr="00E91A42">
              <w:rPr>
                <w:rFonts w:eastAsia="MS Mincho"/>
                <w:i/>
                <w:iCs/>
                <w:sz w:val="28"/>
                <w:szCs w:val="28"/>
                <w:lang w:val="en-US"/>
              </w:rPr>
              <w:t>Ký, ghi rõ họ tên</w:t>
            </w:r>
          </w:p>
        </w:tc>
        <w:tc>
          <w:tcPr>
            <w:tcW w:w="3006" w:type="dxa"/>
          </w:tcPr>
          <w:p w14:paraId="0F05678E" w14:textId="77777777" w:rsidR="00E91A42" w:rsidRPr="00E91A42" w:rsidRDefault="00E91A42" w:rsidP="00A701F9">
            <w:pPr>
              <w:spacing w:line="312" w:lineRule="auto"/>
              <w:jc w:val="center"/>
              <w:rPr>
                <w:rFonts w:eastAsia="MS Mincho"/>
                <w:sz w:val="28"/>
                <w:szCs w:val="28"/>
                <w:lang w:val="en-US"/>
              </w:rPr>
            </w:pPr>
            <w:r w:rsidRPr="00E91A42">
              <w:rPr>
                <w:rFonts w:eastAsia="MS Mincho"/>
                <w:sz w:val="28"/>
                <w:szCs w:val="28"/>
                <w:lang w:val="en-US"/>
              </w:rPr>
              <w:t>Trưởng đoàn kiểm tra</w:t>
            </w:r>
          </w:p>
          <w:p w14:paraId="5D626A1C" w14:textId="77777777" w:rsidR="00E91A42" w:rsidRPr="00E91A42" w:rsidRDefault="00E91A42" w:rsidP="00A701F9">
            <w:pPr>
              <w:spacing w:line="312" w:lineRule="auto"/>
              <w:jc w:val="center"/>
              <w:rPr>
                <w:rFonts w:eastAsia="MS Mincho"/>
                <w:i/>
                <w:iCs/>
                <w:sz w:val="28"/>
                <w:szCs w:val="28"/>
                <w:lang w:val="en-US"/>
              </w:rPr>
            </w:pPr>
            <w:r w:rsidRPr="00E91A42">
              <w:rPr>
                <w:rFonts w:eastAsia="MS Mincho"/>
                <w:i/>
                <w:iCs/>
                <w:sz w:val="28"/>
                <w:szCs w:val="28"/>
                <w:lang w:val="en-US"/>
              </w:rPr>
              <w:t>Ký, ghi rõ họ tên</w:t>
            </w:r>
          </w:p>
        </w:tc>
      </w:tr>
    </w:tbl>
    <w:p w14:paraId="09AD4DD5" w14:textId="77777777" w:rsidR="00E91A42" w:rsidRPr="00E91A42" w:rsidRDefault="00E91A42" w:rsidP="00E91A42">
      <w:pPr>
        <w:spacing w:after="0" w:line="312" w:lineRule="auto"/>
        <w:rPr>
          <w:rFonts w:eastAsia="MS Mincho"/>
          <w:sz w:val="28"/>
          <w:szCs w:val="28"/>
          <w:lang w:val="en-US"/>
        </w:rPr>
      </w:pPr>
      <w:r w:rsidRPr="00E91A42">
        <w:rPr>
          <w:rFonts w:eastAsia="MS Mincho"/>
          <w:sz w:val="28"/>
          <w:szCs w:val="28"/>
          <w:lang w:val="en-US"/>
        </w:rPr>
        <w:t>Ghi chú:</w:t>
      </w:r>
      <w:r w:rsidRPr="00E91A42">
        <w:rPr>
          <w:rFonts w:eastAsia="MS Mincho"/>
          <w:sz w:val="28"/>
          <w:szCs w:val="28"/>
          <w:lang w:val="en-US"/>
        </w:rPr>
        <w:br/>
        <w:t>- “Nội dung công việc” căn cứ theo phụ lục hợp đồng hoặc thuyết minh nhiệm vụ đã phê duyệt.</w:t>
      </w:r>
      <w:r w:rsidRPr="00E91A42">
        <w:rPr>
          <w:rFonts w:eastAsia="MS Mincho"/>
          <w:sz w:val="28"/>
          <w:szCs w:val="28"/>
          <w:lang w:val="en-US"/>
        </w:rPr>
        <w:br/>
        <w:t>- “Sản phẩm tạo ra” mô tả cụ thể kết quả / tài liệu / thiết bị tương ứng.</w:t>
      </w:r>
      <w:r w:rsidRPr="00E91A42">
        <w:rPr>
          <w:rFonts w:eastAsia="MS Mincho"/>
          <w:sz w:val="28"/>
          <w:szCs w:val="28"/>
          <w:lang w:val="en-US"/>
        </w:rPr>
        <w:br/>
        <w:t>- “Kinh phí đã chi” lấy từ báo cáo quyết toán nội bộ, sổ chi / bảng kê chi thực tế.</w:t>
      </w:r>
      <w:r w:rsidRPr="00E91A42">
        <w:rPr>
          <w:rFonts w:eastAsia="MS Mincho"/>
          <w:sz w:val="28"/>
          <w:szCs w:val="28"/>
          <w:lang w:val="en-US"/>
        </w:rPr>
        <w:br/>
        <w:t>- Mẫu này đính kèm trong hồ sơ giải ngân hoặc nghiệm thu giữa kỳ / cuối kỳ.</w:t>
      </w:r>
    </w:p>
    <w:p w14:paraId="588FA14B" w14:textId="77777777" w:rsidR="00E91A42" w:rsidRPr="00E91A42" w:rsidRDefault="00E91A42" w:rsidP="00E91A42">
      <w:pPr>
        <w:spacing w:after="0" w:line="312" w:lineRule="auto"/>
        <w:rPr>
          <w:rFonts w:eastAsia="MS Mincho"/>
          <w:sz w:val="28"/>
          <w:szCs w:val="28"/>
          <w:lang w:val="en-US"/>
        </w:rPr>
      </w:pPr>
    </w:p>
    <w:p w14:paraId="192BADF0" w14:textId="77777777" w:rsidR="00E91A42" w:rsidRPr="00E91A42" w:rsidRDefault="00E91A42" w:rsidP="00E91A42">
      <w:pPr>
        <w:spacing w:after="0" w:line="312" w:lineRule="auto"/>
        <w:jc w:val="center"/>
        <w:rPr>
          <w:b/>
          <w:bCs/>
          <w:sz w:val="28"/>
          <w:szCs w:val="28"/>
        </w:rPr>
      </w:pPr>
    </w:p>
    <w:p w14:paraId="3BBC950C" w14:textId="77777777" w:rsidR="00E91A42" w:rsidRPr="00E91A42" w:rsidRDefault="00E91A42" w:rsidP="00E91A42">
      <w:pPr>
        <w:spacing w:line="259" w:lineRule="auto"/>
        <w:rPr>
          <w:b/>
          <w:bCs/>
          <w:sz w:val="28"/>
          <w:szCs w:val="28"/>
        </w:rPr>
      </w:pPr>
      <w:r w:rsidRPr="00E91A42">
        <w:rPr>
          <w:b/>
          <w:bCs/>
          <w:sz w:val="28"/>
          <w:szCs w:val="28"/>
        </w:rPr>
        <w:br w:type="page"/>
      </w:r>
    </w:p>
    <w:tbl>
      <w:tblPr>
        <w:tblW w:w="10065" w:type="dxa"/>
        <w:tblInd w:w="-601" w:type="dxa"/>
        <w:tblLayout w:type="fixed"/>
        <w:tblLook w:val="0000" w:firstRow="0" w:lastRow="0" w:firstColumn="0" w:lastColumn="0" w:noHBand="0" w:noVBand="0"/>
      </w:tblPr>
      <w:tblGrid>
        <w:gridCol w:w="3936"/>
        <w:gridCol w:w="6129"/>
      </w:tblGrid>
      <w:tr w:rsidR="00E91A42" w:rsidRPr="00E91A42" w14:paraId="5C8388A3" w14:textId="77777777" w:rsidTr="00A701F9">
        <w:tc>
          <w:tcPr>
            <w:tcW w:w="3936" w:type="dxa"/>
            <w:tcBorders>
              <w:top w:val="nil"/>
              <w:left w:val="nil"/>
              <w:bottom w:val="nil"/>
              <w:right w:val="nil"/>
            </w:tcBorders>
          </w:tcPr>
          <w:p w14:paraId="4CAEC46D" w14:textId="77777777" w:rsidR="00E91A42" w:rsidRPr="00E91A42" w:rsidRDefault="00E91A42" w:rsidP="00A701F9">
            <w:pPr>
              <w:spacing w:after="0" w:line="240" w:lineRule="auto"/>
              <w:ind w:left="-57" w:right="-57"/>
              <w:jc w:val="center"/>
              <w:rPr>
                <w:b/>
                <w:iCs/>
                <w:sz w:val="28"/>
                <w:szCs w:val="28"/>
              </w:rPr>
            </w:pPr>
            <w:r w:rsidRPr="00E91A42">
              <w:rPr>
                <w:b/>
                <w:iCs/>
                <w:sz w:val="28"/>
                <w:szCs w:val="28"/>
              </w:rPr>
              <w:lastRenderedPageBreak/>
              <w:br w:type="page"/>
            </w:r>
          </w:p>
          <w:p w14:paraId="67B265FB" w14:textId="77777777" w:rsidR="00E91A42" w:rsidRPr="00E91A42" w:rsidRDefault="00E91A42" w:rsidP="00A701F9">
            <w:pPr>
              <w:spacing w:after="0" w:line="240" w:lineRule="auto"/>
              <w:ind w:left="-57" w:right="-57"/>
              <w:jc w:val="center"/>
              <w:rPr>
                <w:b/>
                <w:bCs/>
                <w:sz w:val="28"/>
                <w:szCs w:val="28"/>
              </w:rPr>
            </w:pPr>
          </w:p>
          <w:p w14:paraId="41FF4CF6" w14:textId="77777777" w:rsidR="00E91A42" w:rsidRPr="00E91A42" w:rsidRDefault="00E91A42" w:rsidP="00A701F9">
            <w:pPr>
              <w:spacing w:after="0" w:line="240" w:lineRule="auto"/>
              <w:ind w:left="-57" w:right="-57"/>
              <w:jc w:val="center"/>
              <w:rPr>
                <w:b/>
                <w:bCs/>
                <w:sz w:val="28"/>
                <w:szCs w:val="28"/>
              </w:rPr>
            </w:pPr>
            <w:r w:rsidRPr="00E91A42">
              <w:rPr>
                <w:b/>
                <w:bCs/>
                <w:sz w:val="28"/>
                <w:szCs w:val="28"/>
              </w:rPr>
              <w:t xml:space="preserve">BỘ KHOA HỌC VÀ CÔNG NGHỆ </w:t>
            </w:r>
          </w:p>
          <w:p w14:paraId="7A386017" w14:textId="77777777" w:rsidR="00E91A42" w:rsidRPr="00E91A42" w:rsidRDefault="00E91A42" w:rsidP="00A701F9">
            <w:pPr>
              <w:spacing w:after="0" w:line="240" w:lineRule="auto"/>
              <w:ind w:left="-57" w:right="-57"/>
              <w:jc w:val="center"/>
              <w:rPr>
                <w:b/>
                <w:sz w:val="28"/>
                <w:szCs w:val="28"/>
              </w:rPr>
            </w:pPr>
            <w:r w:rsidRPr="00E91A42">
              <w:rPr>
                <w:noProof/>
                <w:sz w:val="28"/>
                <w:szCs w:val="28"/>
                <w:lang w:eastAsia="ja-JP"/>
              </w:rPr>
              <mc:AlternateContent>
                <mc:Choice Requires="wps">
                  <w:drawing>
                    <wp:anchor distT="4294967292" distB="4294967292" distL="114300" distR="114300" simplePos="0" relativeHeight="251670528" behindDoc="0" locked="0" layoutInCell="1" allowOverlap="1" wp14:anchorId="2A587217" wp14:editId="1E1D9B39">
                      <wp:simplePos x="0" y="0"/>
                      <wp:positionH relativeFrom="column">
                        <wp:posOffset>558165</wp:posOffset>
                      </wp:positionH>
                      <wp:positionV relativeFrom="paragraph">
                        <wp:posOffset>60959</wp:posOffset>
                      </wp:positionV>
                      <wp:extent cx="1295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D84B" id="Straight Connector 7"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95pt,4.8pt" to="145.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" strokeweight="1pt"/>
                  </w:pict>
                </mc:Fallback>
              </mc:AlternateContent>
            </w:r>
          </w:p>
        </w:tc>
        <w:tc>
          <w:tcPr>
            <w:tcW w:w="6129" w:type="dxa"/>
            <w:tcBorders>
              <w:top w:val="nil"/>
              <w:left w:val="nil"/>
              <w:bottom w:val="nil"/>
              <w:right w:val="nil"/>
            </w:tcBorders>
          </w:tcPr>
          <w:p w14:paraId="5FCB53AE" w14:textId="77777777" w:rsidR="00E91A42" w:rsidRPr="00E91A42" w:rsidRDefault="00E91A42" w:rsidP="00A701F9">
            <w:pPr>
              <w:spacing w:after="0" w:line="240" w:lineRule="auto"/>
              <w:jc w:val="right"/>
              <w:rPr>
                <w:b/>
                <w:bCs/>
                <w:sz w:val="28"/>
                <w:szCs w:val="28"/>
              </w:rPr>
            </w:pPr>
            <w:r w:rsidRPr="00E91A42">
              <w:rPr>
                <w:b/>
                <w:bCs/>
                <w:sz w:val="28"/>
                <w:szCs w:val="28"/>
              </w:rPr>
              <w:t xml:space="preserve">Mẫu số </w:t>
            </w:r>
          </w:p>
          <w:p w14:paraId="165627D5" w14:textId="77777777" w:rsidR="00E91A42" w:rsidRPr="00E91A42" w:rsidRDefault="00E91A42" w:rsidP="00A701F9">
            <w:pPr>
              <w:spacing w:after="0" w:line="240" w:lineRule="auto"/>
              <w:jc w:val="right"/>
              <w:rPr>
                <w:b/>
                <w:bCs/>
                <w:sz w:val="28"/>
                <w:szCs w:val="28"/>
              </w:rPr>
            </w:pPr>
            <w:r w:rsidRPr="00E91A42">
              <w:rPr>
                <w:iCs/>
                <w:sz w:val="28"/>
                <w:szCs w:val="28"/>
              </w:rPr>
              <w:t>.../2025/TT-BKHCN</w:t>
            </w:r>
          </w:p>
          <w:p w14:paraId="0242E642" w14:textId="77777777" w:rsidR="00E91A42" w:rsidRPr="00E91A42" w:rsidRDefault="00E91A42" w:rsidP="00A701F9">
            <w:pPr>
              <w:spacing w:after="0" w:line="240" w:lineRule="auto"/>
              <w:jc w:val="center"/>
              <w:rPr>
                <w:b/>
                <w:bCs/>
                <w:sz w:val="28"/>
                <w:szCs w:val="28"/>
              </w:rPr>
            </w:pPr>
            <w:r w:rsidRPr="00E91A42">
              <w:rPr>
                <w:b/>
                <w:bCs/>
                <w:sz w:val="28"/>
                <w:szCs w:val="28"/>
              </w:rPr>
              <w:t>CỘNG HOÀ XÃ HỘI CHỦ NGHĨA VIỆT NAM</w:t>
            </w:r>
          </w:p>
          <w:p w14:paraId="5B881737" w14:textId="77777777" w:rsidR="00E91A42" w:rsidRPr="00E91A42" w:rsidRDefault="00E91A42" w:rsidP="00A701F9">
            <w:pPr>
              <w:spacing w:after="0" w:line="240" w:lineRule="auto"/>
              <w:jc w:val="center"/>
              <w:rPr>
                <w:b/>
                <w:sz w:val="28"/>
                <w:szCs w:val="28"/>
              </w:rPr>
            </w:pPr>
            <w:r w:rsidRPr="00E91A42">
              <w:rPr>
                <w:b/>
                <w:sz w:val="28"/>
                <w:szCs w:val="28"/>
              </w:rPr>
              <w:t>Độc lập - Tự do - Hạnh phúc</w:t>
            </w:r>
          </w:p>
          <w:p w14:paraId="0EEF7D64" w14:textId="77777777" w:rsidR="00E91A42" w:rsidRPr="00E91A42" w:rsidRDefault="00E91A42" w:rsidP="00A701F9">
            <w:pPr>
              <w:spacing w:after="0" w:line="240" w:lineRule="auto"/>
              <w:jc w:val="center"/>
              <w:rPr>
                <w:i/>
                <w:sz w:val="28"/>
                <w:szCs w:val="28"/>
              </w:rPr>
            </w:pPr>
            <w:r w:rsidRPr="00E91A42">
              <w:rPr>
                <w:b/>
                <w:iCs/>
                <w:noProof/>
                <w:sz w:val="28"/>
                <w:szCs w:val="28"/>
                <w:lang w:eastAsia="ja-JP"/>
              </w:rPr>
              <mc:AlternateContent>
                <mc:Choice Requires="wps">
                  <w:drawing>
                    <wp:anchor distT="4294967292" distB="4294967292" distL="114300" distR="114300" simplePos="0" relativeHeight="251671552" behindDoc="0" locked="0" layoutInCell="1" allowOverlap="1" wp14:anchorId="70D89C64" wp14:editId="40F49B7E">
                      <wp:simplePos x="0" y="0"/>
                      <wp:positionH relativeFrom="column">
                        <wp:posOffset>859155</wp:posOffset>
                      </wp:positionH>
                      <wp:positionV relativeFrom="paragraph">
                        <wp:posOffset>80644</wp:posOffset>
                      </wp:positionV>
                      <wp:extent cx="196215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219D2" id="Straight Connector 8"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7.65pt,6.35pt" to="22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" strokeweight="1pt"/>
                  </w:pict>
                </mc:Fallback>
              </mc:AlternateContent>
            </w:r>
          </w:p>
          <w:p w14:paraId="14AA18BB" w14:textId="77777777" w:rsidR="00E91A42" w:rsidRPr="00E91A42" w:rsidRDefault="00E91A42" w:rsidP="00A701F9">
            <w:pPr>
              <w:spacing w:after="0" w:line="240" w:lineRule="auto"/>
              <w:jc w:val="center"/>
              <w:rPr>
                <w:i/>
                <w:sz w:val="28"/>
                <w:szCs w:val="28"/>
              </w:rPr>
            </w:pPr>
            <w:r w:rsidRPr="00E91A42">
              <w:rPr>
                <w:i/>
                <w:sz w:val="28"/>
                <w:szCs w:val="28"/>
              </w:rPr>
              <w:t xml:space="preserve">              Hà Nội, ngày       tháng       năm 20…</w:t>
            </w:r>
          </w:p>
        </w:tc>
      </w:tr>
    </w:tbl>
    <w:p w14:paraId="3D1DB2BA" w14:textId="77777777" w:rsidR="00E91A42" w:rsidRPr="00E91A42" w:rsidRDefault="00E91A42" w:rsidP="00E91A42">
      <w:pPr>
        <w:spacing w:after="0" w:line="312" w:lineRule="auto"/>
        <w:jc w:val="center"/>
        <w:rPr>
          <w:sz w:val="28"/>
          <w:szCs w:val="28"/>
        </w:rPr>
      </w:pPr>
    </w:p>
    <w:p w14:paraId="375E576C" w14:textId="77777777" w:rsidR="00E91A42" w:rsidRPr="00E91A42" w:rsidRDefault="00E91A42" w:rsidP="00E91A42">
      <w:pPr>
        <w:spacing w:after="0" w:line="312" w:lineRule="auto"/>
        <w:jc w:val="center"/>
        <w:rPr>
          <w:b/>
          <w:sz w:val="28"/>
          <w:szCs w:val="28"/>
        </w:rPr>
      </w:pPr>
      <w:r w:rsidRPr="00E91A42">
        <w:rPr>
          <w:b/>
          <w:sz w:val="28"/>
          <w:szCs w:val="28"/>
        </w:rPr>
        <w:t>BÁO CÁO KẾT QUẢ THỰC HIỆN NHIỆM VỤ HỢP TÁC QUỐC TẾ</w:t>
      </w:r>
    </w:p>
    <w:p w14:paraId="394C9982" w14:textId="77777777" w:rsidR="00E91A42" w:rsidRPr="00E91A42" w:rsidRDefault="00E91A42" w:rsidP="00E91A42">
      <w:pPr>
        <w:spacing w:after="0" w:line="312" w:lineRule="auto"/>
        <w:jc w:val="center"/>
        <w:rPr>
          <w:sz w:val="28"/>
          <w:szCs w:val="28"/>
        </w:rPr>
      </w:pPr>
      <w:r w:rsidRPr="00E91A42">
        <w:rPr>
          <w:b/>
          <w:sz w:val="28"/>
          <w:szCs w:val="28"/>
        </w:rPr>
        <w:t>(BÁO CÁO CUỐI KỲ)</w:t>
      </w:r>
    </w:p>
    <w:p w14:paraId="4AA9F0CF" w14:textId="77777777" w:rsidR="00E91A42" w:rsidRPr="00E91A42" w:rsidRDefault="00E91A42" w:rsidP="00E91A42">
      <w:pPr>
        <w:spacing w:after="0" w:line="312" w:lineRule="auto"/>
        <w:rPr>
          <w:sz w:val="28"/>
          <w:szCs w:val="28"/>
        </w:rPr>
      </w:pPr>
      <w:r w:rsidRPr="00E91A42">
        <w:rPr>
          <w:b/>
          <w:sz w:val="28"/>
          <w:szCs w:val="28"/>
        </w:rPr>
        <w:br/>
        <w:t>I. THÔNG TIN CHUNG</w:t>
      </w:r>
    </w:p>
    <w:p w14:paraId="74881435" w14:textId="77777777" w:rsidR="00E91A42" w:rsidRPr="00E91A42" w:rsidRDefault="00E91A42" w:rsidP="00E91A42">
      <w:pPr>
        <w:spacing w:after="0" w:line="312" w:lineRule="auto"/>
        <w:rPr>
          <w:sz w:val="28"/>
          <w:szCs w:val="28"/>
        </w:rPr>
      </w:pPr>
      <w:r w:rsidRPr="00E91A42">
        <w:rPr>
          <w:sz w:val="28"/>
          <w:szCs w:val="28"/>
        </w:rPr>
        <w:t>- Tên nhiệm vụ: .............................................................................................</w:t>
      </w:r>
    </w:p>
    <w:p w14:paraId="237C1B62" w14:textId="77777777" w:rsidR="00E91A42" w:rsidRPr="00E91A42" w:rsidRDefault="00E91A42" w:rsidP="00E91A42">
      <w:pPr>
        <w:spacing w:after="0" w:line="312" w:lineRule="auto"/>
        <w:rPr>
          <w:sz w:val="28"/>
          <w:szCs w:val="28"/>
        </w:rPr>
      </w:pPr>
      <w:r w:rsidRPr="00E91A42">
        <w:rPr>
          <w:sz w:val="28"/>
          <w:szCs w:val="28"/>
        </w:rPr>
        <w:t>- Mã số: ..........................................................................................................</w:t>
      </w:r>
    </w:p>
    <w:p w14:paraId="6B334841" w14:textId="77777777" w:rsidR="00E91A42" w:rsidRPr="00E91A42" w:rsidRDefault="00E91A42" w:rsidP="00E91A42">
      <w:pPr>
        <w:spacing w:after="0" w:line="312" w:lineRule="auto"/>
        <w:rPr>
          <w:sz w:val="28"/>
          <w:szCs w:val="28"/>
        </w:rPr>
      </w:pPr>
      <w:r w:rsidRPr="00E91A42">
        <w:rPr>
          <w:sz w:val="28"/>
          <w:szCs w:val="28"/>
        </w:rPr>
        <w:t xml:space="preserve">- Loại hình nhiệm vụ: </w:t>
      </w:r>
      <w:r w:rsidRPr="00E91A42">
        <w:rPr>
          <w:rFonts w:ascii="Segoe UI Symbol" w:hAnsi="Segoe UI Symbol" w:cs="Segoe UI Symbol"/>
          <w:sz w:val="28"/>
          <w:szCs w:val="28"/>
        </w:rPr>
        <w:t>☐</w:t>
      </w:r>
      <w:r w:rsidRPr="00E91A42">
        <w:rPr>
          <w:sz w:val="28"/>
          <w:szCs w:val="28"/>
        </w:rPr>
        <w:t xml:space="preserve"> Nghị định thư</w:t>
      </w:r>
      <w:r w:rsidRPr="00E91A42">
        <w:rPr>
          <w:sz w:val="28"/>
          <w:szCs w:val="28"/>
        </w:rPr>
        <w:t> </w:t>
      </w:r>
      <w:r w:rsidRPr="00E91A42">
        <w:rPr>
          <w:rFonts w:ascii="Segoe UI Symbol" w:hAnsi="Segoe UI Symbol" w:cs="Segoe UI Symbol"/>
          <w:sz w:val="28"/>
          <w:szCs w:val="28"/>
        </w:rPr>
        <w:t>☐</w:t>
      </w:r>
      <w:r w:rsidRPr="00E91A42">
        <w:rPr>
          <w:sz w:val="28"/>
          <w:szCs w:val="28"/>
        </w:rPr>
        <w:t xml:space="preserve"> SPĐP</w:t>
      </w:r>
      <w:r w:rsidRPr="00E91A42">
        <w:rPr>
          <w:sz w:val="28"/>
          <w:szCs w:val="28"/>
        </w:rPr>
        <w:t> </w:t>
      </w:r>
      <w:r w:rsidRPr="00E91A42">
        <w:rPr>
          <w:rFonts w:ascii="Segoe UI Symbol" w:hAnsi="Segoe UI Symbol" w:cs="Segoe UI Symbol"/>
          <w:sz w:val="28"/>
          <w:szCs w:val="28"/>
        </w:rPr>
        <w:t>☐</w:t>
      </w:r>
      <w:r w:rsidRPr="00E91A42">
        <w:rPr>
          <w:sz w:val="28"/>
          <w:szCs w:val="28"/>
        </w:rPr>
        <w:t xml:space="preserve"> Khác</w:t>
      </w:r>
      <w:r w:rsidRPr="00E91A42">
        <w:rPr>
          <w:sz w:val="28"/>
          <w:szCs w:val="28"/>
        </w:rPr>
        <w:t> </w:t>
      </w:r>
    </w:p>
    <w:p w14:paraId="2967D4A9" w14:textId="77777777" w:rsidR="00E91A42" w:rsidRPr="00E91A42" w:rsidRDefault="00E91A42" w:rsidP="00E91A42">
      <w:pPr>
        <w:spacing w:after="0" w:line="312" w:lineRule="auto"/>
        <w:rPr>
          <w:sz w:val="28"/>
          <w:szCs w:val="28"/>
        </w:rPr>
      </w:pPr>
      <w:r w:rsidRPr="00E91A42">
        <w:rPr>
          <w:sz w:val="28"/>
          <w:szCs w:val="28"/>
        </w:rPr>
        <w:t>- Tổ chức chủ trì: ...........................................................................................</w:t>
      </w:r>
    </w:p>
    <w:p w14:paraId="0F56125E" w14:textId="77777777" w:rsidR="00E91A42" w:rsidRPr="00E91A42" w:rsidRDefault="00E91A42" w:rsidP="00E91A42">
      <w:pPr>
        <w:spacing w:after="0" w:line="312" w:lineRule="auto"/>
        <w:rPr>
          <w:sz w:val="28"/>
          <w:szCs w:val="28"/>
        </w:rPr>
      </w:pPr>
      <w:r w:rsidRPr="00E91A42">
        <w:rPr>
          <w:sz w:val="28"/>
          <w:szCs w:val="28"/>
        </w:rPr>
        <w:t>- Chủ nhiệm: ................................................................................................</w:t>
      </w:r>
    </w:p>
    <w:p w14:paraId="740B51C0" w14:textId="77777777" w:rsidR="00E91A42" w:rsidRPr="00E91A42" w:rsidRDefault="00E91A42" w:rsidP="00E91A42">
      <w:pPr>
        <w:spacing w:after="0" w:line="312" w:lineRule="auto"/>
        <w:rPr>
          <w:sz w:val="28"/>
          <w:szCs w:val="28"/>
        </w:rPr>
      </w:pPr>
      <w:r w:rsidRPr="00E91A42">
        <w:rPr>
          <w:sz w:val="28"/>
          <w:szCs w:val="28"/>
        </w:rPr>
        <w:t>- Thời gian thực hiện: từ .../.../... đến .../.../...</w:t>
      </w:r>
    </w:p>
    <w:p w14:paraId="714C1607" w14:textId="77777777" w:rsidR="00E91A42" w:rsidRPr="00E91A42" w:rsidRDefault="00E91A42" w:rsidP="00E91A42">
      <w:pPr>
        <w:spacing w:after="0" w:line="312" w:lineRule="auto"/>
        <w:rPr>
          <w:sz w:val="28"/>
          <w:szCs w:val="28"/>
        </w:rPr>
      </w:pPr>
      <w:r w:rsidRPr="00E91A42">
        <w:rPr>
          <w:sz w:val="28"/>
          <w:szCs w:val="28"/>
        </w:rPr>
        <w:t>- Tổng kinh phí được duyệt: ...................... triệu đồng</w:t>
      </w:r>
    </w:p>
    <w:p w14:paraId="0EF5FE4F" w14:textId="77777777" w:rsidR="00E91A42" w:rsidRPr="00E91A42" w:rsidRDefault="00E91A42" w:rsidP="00E91A42">
      <w:pPr>
        <w:spacing w:after="0" w:line="312" w:lineRule="auto"/>
        <w:rPr>
          <w:sz w:val="28"/>
          <w:szCs w:val="28"/>
        </w:rPr>
      </w:pPr>
      <w:r w:rsidRPr="00E91A42">
        <w:rPr>
          <w:sz w:val="28"/>
          <w:szCs w:val="28"/>
        </w:rPr>
        <w:t>- Kinh phí đã sử dụng: ...................... triệu đồng</w:t>
      </w:r>
    </w:p>
    <w:p w14:paraId="0E29E89B" w14:textId="77777777" w:rsidR="00E91A42" w:rsidRPr="00E91A42" w:rsidRDefault="00E91A42" w:rsidP="00E91A42">
      <w:pPr>
        <w:spacing w:after="0" w:line="312" w:lineRule="auto"/>
        <w:rPr>
          <w:sz w:val="28"/>
          <w:szCs w:val="28"/>
        </w:rPr>
      </w:pPr>
      <w:r w:rsidRPr="00E91A42">
        <w:rPr>
          <w:b/>
          <w:sz w:val="28"/>
          <w:szCs w:val="28"/>
        </w:rPr>
        <w:br/>
        <w:t>II. TÓM TẮT QUÁ TRÌNH TRIỂN KHAI THỰC HIỆN</w:t>
      </w:r>
    </w:p>
    <w:p w14:paraId="78CD35DB" w14:textId="77777777" w:rsidR="00E91A42" w:rsidRPr="00E91A42" w:rsidRDefault="00E91A42" w:rsidP="00E91A42">
      <w:pPr>
        <w:spacing w:after="0" w:line="312" w:lineRule="auto"/>
        <w:rPr>
          <w:sz w:val="28"/>
          <w:szCs w:val="28"/>
        </w:rPr>
      </w:pPr>
      <w:r w:rsidRPr="00E91A42">
        <w:rPr>
          <w:sz w:val="28"/>
          <w:szCs w:val="28"/>
        </w:rPr>
        <w:t>1. Kế hoạch ban đầu và tiến độ thực hiện: .................................................................</w:t>
      </w:r>
      <w:r w:rsidRPr="00E91A42">
        <w:rPr>
          <w:sz w:val="28"/>
          <w:szCs w:val="28"/>
        </w:rPr>
        <w:br/>
        <w:t>2. Các điều chỉnh (nếu có): ....................................................................................</w:t>
      </w:r>
      <w:r w:rsidRPr="00E91A42">
        <w:rPr>
          <w:sz w:val="28"/>
          <w:szCs w:val="28"/>
        </w:rPr>
        <w:br/>
        <w:t>3. Nhân lực tham gia: .........................................................................................</w:t>
      </w:r>
      <w:r w:rsidRPr="00E91A42">
        <w:rPr>
          <w:sz w:val="28"/>
          <w:szCs w:val="28"/>
        </w:rPr>
        <w:br/>
        <w:t>4. Công tác phối hợp (nếu có đối tác): ...............................................................</w:t>
      </w:r>
      <w:r w:rsidRPr="00E91A42">
        <w:rPr>
          <w:b/>
          <w:sz w:val="28"/>
          <w:szCs w:val="28"/>
        </w:rPr>
        <w:br/>
        <w:t>III. NỘI DUNG VÀ KẾT QUẢ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37"/>
        <w:gridCol w:w="1453"/>
        <w:gridCol w:w="1430"/>
        <w:gridCol w:w="1440"/>
        <w:gridCol w:w="1453"/>
      </w:tblGrid>
      <w:tr w:rsidR="00E91A42" w:rsidRPr="00E91A42" w14:paraId="45F56518" w14:textId="77777777" w:rsidTr="00A701F9">
        <w:tc>
          <w:tcPr>
            <w:tcW w:w="1567" w:type="dxa"/>
          </w:tcPr>
          <w:p w14:paraId="7398118F" w14:textId="77777777" w:rsidR="00E91A42" w:rsidRPr="00E91A42" w:rsidRDefault="00E91A42" w:rsidP="00A701F9">
            <w:pPr>
              <w:spacing w:after="0" w:line="312" w:lineRule="auto"/>
              <w:rPr>
                <w:sz w:val="28"/>
                <w:szCs w:val="28"/>
              </w:rPr>
            </w:pPr>
            <w:r w:rsidRPr="00E91A42">
              <w:rPr>
                <w:sz w:val="28"/>
                <w:szCs w:val="28"/>
              </w:rPr>
              <w:lastRenderedPageBreak/>
              <w:t>STT</w:t>
            </w:r>
          </w:p>
        </w:tc>
        <w:tc>
          <w:tcPr>
            <w:tcW w:w="1567" w:type="dxa"/>
          </w:tcPr>
          <w:p w14:paraId="2BE696A8" w14:textId="77777777" w:rsidR="00E91A42" w:rsidRPr="00E91A42" w:rsidRDefault="00E91A42" w:rsidP="00A701F9">
            <w:pPr>
              <w:spacing w:after="0" w:line="312" w:lineRule="auto"/>
              <w:rPr>
                <w:sz w:val="28"/>
                <w:szCs w:val="28"/>
              </w:rPr>
            </w:pPr>
            <w:r w:rsidRPr="00E91A42">
              <w:rPr>
                <w:sz w:val="28"/>
                <w:szCs w:val="28"/>
              </w:rPr>
              <w:t>Nội dung / Hạng mục công việc</w:t>
            </w:r>
          </w:p>
        </w:tc>
        <w:tc>
          <w:tcPr>
            <w:tcW w:w="1567" w:type="dxa"/>
          </w:tcPr>
          <w:p w14:paraId="482E80AD" w14:textId="77777777" w:rsidR="00E91A42" w:rsidRPr="00E91A42" w:rsidRDefault="00E91A42" w:rsidP="00A701F9">
            <w:pPr>
              <w:spacing w:after="0" w:line="312" w:lineRule="auto"/>
              <w:rPr>
                <w:sz w:val="28"/>
                <w:szCs w:val="28"/>
              </w:rPr>
            </w:pPr>
            <w:r w:rsidRPr="00E91A42">
              <w:rPr>
                <w:sz w:val="28"/>
                <w:szCs w:val="28"/>
              </w:rPr>
              <w:t>Theo thuyết minh</w:t>
            </w:r>
          </w:p>
        </w:tc>
        <w:tc>
          <w:tcPr>
            <w:tcW w:w="1567" w:type="dxa"/>
          </w:tcPr>
          <w:p w14:paraId="3B0B37ED" w14:textId="77777777" w:rsidR="00E91A42" w:rsidRPr="00E91A42" w:rsidRDefault="00E91A42" w:rsidP="00A701F9">
            <w:pPr>
              <w:spacing w:after="0" w:line="312" w:lineRule="auto"/>
              <w:rPr>
                <w:sz w:val="28"/>
                <w:szCs w:val="28"/>
              </w:rPr>
            </w:pPr>
            <w:r w:rsidRPr="00E91A42">
              <w:rPr>
                <w:sz w:val="28"/>
                <w:szCs w:val="28"/>
              </w:rPr>
              <w:t>Kết quả đạt được</w:t>
            </w:r>
          </w:p>
        </w:tc>
        <w:tc>
          <w:tcPr>
            <w:tcW w:w="1567" w:type="dxa"/>
          </w:tcPr>
          <w:p w14:paraId="386D5916" w14:textId="77777777" w:rsidR="00E91A42" w:rsidRPr="00E91A42" w:rsidRDefault="00E91A42" w:rsidP="00A701F9">
            <w:pPr>
              <w:spacing w:after="0" w:line="312" w:lineRule="auto"/>
              <w:rPr>
                <w:sz w:val="28"/>
                <w:szCs w:val="28"/>
              </w:rPr>
            </w:pPr>
            <w:r w:rsidRPr="00E91A42">
              <w:rPr>
                <w:sz w:val="28"/>
                <w:szCs w:val="28"/>
              </w:rPr>
              <w:t>Tỷ lệ hoàn thành (%)</w:t>
            </w:r>
          </w:p>
        </w:tc>
        <w:tc>
          <w:tcPr>
            <w:tcW w:w="1567" w:type="dxa"/>
          </w:tcPr>
          <w:p w14:paraId="55FF809A" w14:textId="77777777" w:rsidR="00E91A42" w:rsidRPr="00E91A42" w:rsidRDefault="00E91A42" w:rsidP="00A701F9">
            <w:pPr>
              <w:spacing w:after="0" w:line="312" w:lineRule="auto"/>
              <w:rPr>
                <w:sz w:val="28"/>
                <w:szCs w:val="28"/>
              </w:rPr>
            </w:pPr>
            <w:r w:rsidRPr="00E91A42">
              <w:rPr>
                <w:sz w:val="28"/>
                <w:szCs w:val="28"/>
              </w:rPr>
              <w:t>Ghi chú / Minh chứng</w:t>
            </w:r>
          </w:p>
        </w:tc>
      </w:tr>
      <w:tr w:rsidR="00E91A42" w:rsidRPr="00E91A42" w14:paraId="6CFC920D" w14:textId="77777777" w:rsidTr="00A701F9">
        <w:tc>
          <w:tcPr>
            <w:tcW w:w="1567" w:type="dxa"/>
          </w:tcPr>
          <w:p w14:paraId="723418B1" w14:textId="77777777" w:rsidR="00E91A42" w:rsidRPr="00E91A42" w:rsidRDefault="00E91A42" w:rsidP="00A701F9">
            <w:pPr>
              <w:spacing w:after="0" w:line="312" w:lineRule="auto"/>
              <w:rPr>
                <w:sz w:val="28"/>
                <w:szCs w:val="28"/>
              </w:rPr>
            </w:pPr>
          </w:p>
        </w:tc>
        <w:tc>
          <w:tcPr>
            <w:tcW w:w="1567" w:type="dxa"/>
          </w:tcPr>
          <w:p w14:paraId="53A4295F" w14:textId="77777777" w:rsidR="00E91A42" w:rsidRPr="00E91A42" w:rsidRDefault="00E91A42" w:rsidP="00A701F9">
            <w:pPr>
              <w:spacing w:after="0" w:line="312" w:lineRule="auto"/>
              <w:rPr>
                <w:sz w:val="28"/>
                <w:szCs w:val="28"/>
              </w:rPr>
            </w:pPr>
          </w:p>
        </w:tc>
        <w:tc>
          <w:tcPr>
            <w:tcW w:w="1567" w:type="dxa"/>
          </w:tcPr>
          <w:p w14:paraId="5BD41114" w14:textId="77777777" w:rsidR="00E91A42" w:rsidRPr="00E91A42" w:rsidRDefault="00E91A42" w:rsidP="00A701F9">
            <w:pPr>
              <w:spacing w:after="0" w:line="312" w:lineRule="auto"/>
              <w:rPr>
                <w:sz w:val="28"/>
                <w:szCs w:val="28"/>
              </w:rPr>
            </w:pPr>
          </w:p>
        </w:tc>
        <w:tc>
          <w:tcPr>
            <w:tcW w:w="1567" w:type="dxa"/>
          </w:tcPr>
          <w:p w14:paraId="71A017DC" w14:textId="77777777" w:rsidR="00E91A42" w:rsidRPr="00E91A42" w:rsidRDefault="00E91A42" w:rsidP="00A701F9">
            <w:pPr>
              <w:spacing w:after="0" w:line="312" w:lineRule="auto"/>
              <w:rPr>
                <w:sz w:val="28"/>
                <w:szCs w:val="28"/>
              </w:rPr>
            </w:pPr>
          </w:p>
        </w:tc>
        <w:tc>
          <w:tcPr>
            <w:tcW w:w="1567" w:type="dxa"/>
          </w:tcPr>
          <w:p w14:paraId="25C04CD5" w14:textId="77777777" w:rsidR="00E91A42" w:rsidRPr="00E91A42" w:rsidRDefault="00E91A42" w:rsidP="00A701F9">
            <w:pPr>
              <w:spacing w:after="0" w:line="312" w:lineRule="auto"/>
              <w:rPr>
                <w:sz w:val="28"/>
                <w:szCs w:val="28"/>
              </w:rPr>
            </w:pPr>
          </w:p>
        </w:tc>
        <w:tc>
          <w:tcPr>
            <w:tcW w:w="1567" w:type="dxa"/>
          </w:tcPr>
          <w:p w14:paraId="5D504F3C" w14:textId="77777777" w:rsidR="00E91A42" w:rsidRPr="00E91A42" w:rsidRDefault="00E91A42" w:rsidP="00A701F9">
            <w:pPr>
              <w:spacing w:after="0" w:line="312" w:lineRule="auto"/>
              <w:rPr>
                <w:sz w:val="28"/>
                <w:szCs w:val="28"/>
              </w:rPr>
            </w:pPr>
          </w:p>
        </w:tc>
      </w:tr>
      <w:tr w:rsidR="00E91A42" w:rsidRPr="00E91A42" w14:paraId="63AC65F6" w14:textId="77777777" w:rsidTr="00A701F9">
        <w:tc>
          <w:tcPr>
            <w:tcW w:w="1567" w:type="dxa"/>
          </w:tcPr>
          <w:p w14:paraId="307BF416" w14:textId="77777777" w:rsidR="00E91A42" w:rsidRPr="00E91A42" w:rsidRDefault="00E91A42" w:rsidP="00A701F9">
            <w:pPr>
              <w:spacing w:after="0" w:line="312" w:lineRule="auto"/>
              <w:rPr>
                <w:sz w:val="28"/>
                <w:szCs w:val="28"/>
              </w:rPr>
            </w:pPr>
          </w:p>
        </w:tc>
        <w:tc>
          <w:tcPr>
            <w:tcW w:w="1567" w:type="dxa"/>
          </w:tcPr>
          <w:p w14:paraId="1E4FB11B" w14:textId="77777777" w:rsidR="00E91A42" w:rsidRPr="00E91A42" w:rsidRDefault="00E91A42" w:rsidP="00A701F9">
            <w:pPr>
              <w:spacing w:after="0" w:line="312" w:lineRule="auto"/>
              <w:rPr>
                <w:sz w:val="28"/>
                <w:szCs w:val="28"/>
              </w:rPr>
            </w:pPr>
          </w:p>
        </w:tc>
        <w:tc>
          <w:tcPr>
            <w:tcW w:w="1567" w:type="dxa"/>
          </w:tcPr>
          <w:p w14:paraId="724A2CBA" w14:textId="77777777" w:rsidR="00E91A42" w:rsidRPr="00E91A42" w:rsidRDefault="00E91A42" w:rsidP="00A701F9">
            <w:pPr>
              <w:spacing w:after="0" w:line="312" w:lineRule="auto"/>
              <w:rPr>
                <w:sz w:val="28"/>
                <w:szCs w:val="28"/>
              </w:rPr>
            </w:pPr>
          </w:p>
        </w:tc>
        <w:tc>
          <w:tcPr>
            <w:tcW w:w="1567" w:type="dxa"/>
          </w:tcPr>
          <w:p w14:paraId="22A2C632" w14:textId="77777777" w:rsidR="00E91A42" w:rsidRPr="00E91A42" w:rsidRDefault="00E91A42" w:rsidP="00A701F9">
            <w:pPr>
              <w:spacing w:after="0" w:line="312" w:lineRule="auto"/>
              <w:rPr>
                <w:sz w:val="28"/>
                <w:szCs w:val="28"/>
              </w:rPr>
            </w:pPr>
          </w:p>
        </w:tc>
        <w:tc>
          <w:tcPr>
            <w:tcW w:w="1567" w:type="dxa"/>
          </w:tcPr>
          <w:p w14:paraId="599A31EC" w14:textId="77777777" w:rsidR="00E91A42" w:rsidRPr="00E91A42" w:rsidRDefault="00E91A42" w:rsidP="00A701F9">
            <w:pPr>
              <w:spacing w:after="0" w:line="312" w:lineRule="auto"/>
              <w:rPr>
                <w:sz w:val="28"/>
                <w:szCs w:val="28"/>
              </w:rPr>
            </w:pPr>
          </w:p>
        </w:tc>
        <w:tc>
          <w:tcPr>
            <w:tcW w:w="1567" w:type="dxa"/>
          </w:tcPr>
          <w:p w14:paraId="0B7A08B3" w14:textId="77777777" w:rsidR="00E91A42" w:rsidRPr="00E91A42" w:rsidRDefault="00E91A42" w:rsidP="00A701F9">
            <w:pPr>
              <w:spacing w:after="0" w:line="312" w:lineRule="auto"/>
              <w:rPr>
                <w:sz w:val="28"/>
                <w:szCs w:val="28"/>
              </w:rPr>
            </w:pPr>
          </w:p>
        </w:tc>
      </w:tr>
      <w:tr w:rsidR="00E91A42" w:rsidRPr="00E91A42" w14:paraId="39B40BC1" w14:textId="77777777" w:rsidTr="00A701F9">
        <w:tc>
          <w:tcPr>
            <w:tcW w:w="1567" w:type="dxa"/>
          </w:tcPr>
          <w:p w14:paraId="67D06B47" w14:textId="77777777" w:rsidR="00E91A42" w:rsidRPr="00E91A42" w:rsidRDefault="00E91A42" w:rsidP="00A701F9">
            <w:pPr>
              <w:spacing w:after="0" w:line="312" w:lineRule="auto"/>
              <w:rPr>
                <w:sz w:val="28"/>
                <w:szCs w:val="28"/>
              </w:rPr>
            </w:pPr>
          </w:p>
        </w:tc>
        <w:tc>
          <w:tcPr>
            <w:tcW w:w="1567" w:type="dxa"/>
          </w:tcPr>
          <w:p w14:paraId="41B065A0" w14:textId="77777777" w:rsidR="00E91A42" w:rsidRPr="00E91A42" w:rsidRDefault="00E91A42" w:rsidP="00A701F9">
            <w:pPr>
              <w:spacing w:after="0" w:line="312" w:lineRule="auto"/>
              <w:rPr>
                <w:sz w:val="28"/>
                <w:szCs w:val="28"/>
              </w:rPr>
            </w:pPr>
          </w:p>
        </w:tc>
        <w:tc>
          <w:tcPr>
            <w:tcW w:w="1567" w:type="dxa"/>
          </w:tcPr>
          <w:p w14:paraId="27377502" w14:textId="77777777" w:rsidR="00E91A42" w:rsidRPr="00E91A42" w:rsidRDefault="00E91A42" w:rsidP="00A701F9">
            <w:pPr>
              <w:spacing w:after="0" w:line="312" w:lineRule="auto"/>
              <w:rPr>
                <w:sz w:val="28"/>
                <w:szCs w:val="28"/>
              </w:rPr>
            </w:pPr>
          </w:p>
        </w:tc>
        <w:tc>
          <w:tcPr>
            <w:tcW w:w="1567" w:type="dxa"/>
          </w:tcPr>
          <w:p w14:paraId="159084F4" w14:textId="77777777" w:rsidR="00E91A42" w:rsidRPr="00E91A42" w:rsidRDefault="00E91A42" w:rsidP="00A701F9">
            <w:pPr>
              <w:spacing w:after="0" w:line="312" w:lineRule="auto"/>
              <w:rPr>
                <w:sz w:val="28"/>
                <w:szCs w:val="28"/>
              </w:rPr>
            </w:pPr>
          </w:p>
        </w:tc>
        <w:tc>
          <w:tcPr>
            <w:tcW w:w="1567" w:type="dxa"/>
          </w:tcPr>
          <w:p w14:paraId="64493318" w14:textId="77777777" w:rsidR="00E91A42" w:rsidRPr="00E91A42" w:rsidRDefault="00E91A42" w:rsidP="00A701F9">
            <w:pPr>
              <w:spacing w:after="0" w:line="312" w:lineRule="auto"/>
              <w:rPr>
                <w:sz w:val="28"/>
                <w:szCs w:val="28"/>
              </w:rPr>
            </w:pPr>
          </w:p>
        </w:tc>
        <w:tc>
          <w:tcPr>
            <w:tcW w:w="1567" w:type="dxa"/>
          </w:tcPr>
          <w:p w14:paraId="673A113C" w14:textId="77777777" w:rsidR="00E91A42" w:rsidRPr="00E91A42" w:rsidRDefault="00E91A42" w:rsidP="00A701F9">
            <w:pPr>
              <w:spacing w:after="0" w:line="312" w:lineRule="auto"/>
              <w:rPr>
                <w:sz w:val="28"/>
                <w:szCs w:val="28"/>
              </w:rPr>
            </w:pPr>
          </w:p>
        </w:tc>
      </w:tr>
      <w:tr w:rsidR="00E91A42" w:rsidRPr="00E91A42" w14:paraId="6A740778" w14:textId="77777777" w:rsidTr="00A701F9">
        <w:tc>
          <w:tcPr>
            <w:tcW w:w="1567" w:type="dxa"/>
          </w:tcPr>
          <w:p w14:paraId="4B33C69A" w14:textId="77777777" w:rsidR="00E91A42" w:rsidRPr="00E91A42" w:rsidRDefault="00E91A42" w:rsidP="00A701F9">
            <w:pPr>
              <w:spacing w:after="0" w:line="312" w:lineRule="auto"/>
              <w:rPr>
                <w:sz w:val="28"/>
                <w:szCs w:val="28"/>
              </w:rPr>
            </w:pPr>
          </w:p>
        </w:tc>
        <w:tc>
          <w:tcPr>
            <w:tcW w:w="1567" w:type="dxa"/>
          </w:tcPr>
          <w:p w14:paraId="1C56D378" w14:textId="77777777" w:rsidR="00E91A42" w:rsidRPr="00E91A42" w:rsidRDefault="00E91A42" w:rsidP="00A701F9">
            <w:pPr>
              <w:spacing w:after="0" w:line="312" w:lineRule="auto"/>
              <w:rPr>
                <w:sz w:val="28"/>
                <w:szCs w:val="28"/>
              </w:rPr>
            </w:pPr>
          </w:p>
        </w:tc>
        <w:tc>
          <w:tcPr>
            <w:tcW w:w="1567" w:type="dxa"/>
          </w:tcPr>
          <w:p w14:paraId="49FB6E0C" w14:textId="77777777" w:rsidR="00E91A42" w:rsidRPr="00E91A42" w:rsidRDefault="00E91A42" w:rsidP="00A701F9">
            <w:pPr>
              <w:spacing w:after="0" w:line="312" w:lineRule="auto"/>
              <w:rPr>
                <w:sz w:val="28"/>
                <w:szCs w:val="28"/>
              </w:rPr>
            </w:pPr>
          </w:p>
        </w:tc>
        <w:tc>
          <w:tcPr>
            <w:tcW w:w="1567" w:type="dxa"/>
          </w:tcPr>
          <w:p w14:paraId="4DB998D3" w14:textId="77777777" w:rsidR="00E91A42" w:rsidRPr="00E91A42" w:rsidRDefault="00E91A42" w:rsidP="00A701F9">
            <w:pPr>
              <w:spacing w:after="0" w:line="312" w:lineRule="auto"/>
              <w:rPr>
                <w:sz w:val="28"/>
                <w:szCs w:val="28"/>
              </w:rPr>
            </w:pPr>
          </w:p>
        </w:tc>
        <w:tc>
          <w:tcPr>
            <w:tcW w:w="1567" w:type="dxa"/>
          </w:tcPr>
          <w:p w14:paraId="6428C804" w14:textId="77777777" w:rsidR="00E91A42" w:rsidRPr="00E91A42" w:rsidRDefault="00E91A42" w:rsidP="00A701F9">
            <w:pPr>
              <w:spacing w:after="0" w:line="312" w:lineRule="auto"/>
              <w:rPr>
                <w:sz w:val="28"/>
                <w:szCs w:val="28"/>
              </w:rPr>
            </w:pPr>
          </w:p>
        </w:tc>
        <w:tc>
          <w:tcPr>
            <w:tcW w:w="1567" w:type="dxa"/>
          </w:tcPr>
          <w:p w14:paraId="0B8E3AD7" w14:textId="77777777" w:rsidR="00E91A42" w:rsidRPr="00E91A42" w:rsidRDefault="00E91A42" w:rsidP="00A701F9">
            <w:pPr>
              <w:spacing w:after="0" w:line="312" w:lineRule="auto"/>
              <w:rPr>
                <w:sz w:val="28"/>
                <w:szCs w:val="28"/>
              </w:rPr>
            </w:pPr>
          </w:p>
        </w:tc>
      </w:tr>
      <w:tr w:rsidR="00E91A42" w:rsidRPr="00E91A42" w14:paraId="2D26C5B3" w14:textId="77777777" w:rsidTr="00A701F9">
        <w:tc>
          <w:tcPr>
            <w:tcW w:w="1567" w:type="dxa"/>
          </w:tcPr>
          <w:p w14:paraId="004F7DBC" w14:textId="77777777" w:rsidR="00E91A42" w:rsidRPr="00E91A42" w:rsidRDefault="00E91A42" w:rsidP="00A701F9">
            <w:pPr>
              <w:spacing w:after="0" w:line="312" w:lineRule="auto"/>
              <w:rPr>
                <w:sz w:val="28"/>
                <w:szCs w:val="28"/>
              </w:rPr>
            </w:pPr>
          </w:p>
        </w:tc>
        <w:tc>
          <w:tcPr>
            <w:tcW w:w="1567" w:type="dxa"/>
          </w:tcPr>
          <w:p w14:paraId="0497416F" w14:textId="77777777" w:rsidR="00E91A42" w:rsidRPr="00E91A42" w:rsidRDefault="00E91A42" w:rsidP="00A701F9">
            <w:pPr>
              <w:spacing w:after="0" w:line="312" w:lineRule="auto"/>
              <w:rPr>
                <w:sz w:val="28"/>
                <w:szCs w:val="28"/>
              </w:rPr>
            </w:pPr>
          </w:p>
        </w:tc>
        <w:tc>
          <w:tcPr>
            <w:tcW w:w="1567" w:type="dxa"/>
          </w:tcPr>
          <w:p w14:paraId="39B5F247" w14:textId="77777777" w:rsidR="00E91A42" w:rsidRPr="00E91A42" w:rsidRDefault="00E91A42" w:rsidP="00A701F9">
            <w:pPr>
              <w:spacing w:after="0" w:line="312" w:lineRule="auto"/>
              <w:rPr>
                <w:sz w:val="28"/>
                <w:szCs w:val="28"/>
              </w:rPr>
            </w:pPr>
          </w:p>
        </w:tc>
        <w:tc>
          <w:tcPr>
            <w:tcW w:w="1567" w:type="dxa"/>
          </w:tcPr>
          <w:p w14:paraId="141C636D" w14:textId="77777777" w:rsidR="00E91A42" w:rsidRPr="00E91A42" w:rsidRDefault="00E91A42" w:rsidP="00A701F9">
            <w:pPr>
              <w:spacing w:after="0" w:line="312" w:lineRule="auto"/>
              <w:rPr>
                <w:sz w:val="28"/>
                <w:szCs w:val="28"/>
              </w:rPr>
            </w:pPr>
          </w:p>
        </w:tc>
        <w:tc>
          <w:tcPr>
            <w:tcW w:w="1567" w:type="dxa"/>
          </w:tcPr>
          <w:p w14:paraId="201F00D3" w14:textId="77777777" w:rsidR="00E91A42" w:rsidRPr="00E91A42" w:rsidRDefault="00E91A42" w:rsidP="00A701F9">
            <w:pPr>
              <w:spacing w:after="0" w:line="312" w:lineRule="auto"/>
              <w:rPr>
                <w:sz w:val="28"/>
                <w:szCs w:val="28"/>
              </w:rPr>
            </w:pPr>
          </w:p>
        </w:tc>
        <w:tc>
          <w:tcPr>
            <w:tcW w:w="1567" w:type="dxa"/>
          </w:tcPr>
          <w:p w14:paraId="606F6947" w14:textId="77777777" w:rsidR="00E91A42" w:rsidRPr="00E91A42" w:rsidRDefault="00E91A42" w:rsidP="00A701F9">
            <w:pPr>
              <w:spacing w:after="0" w:line="312" w:lineRule="auto"/>
              <w:rPr>
                <w:sz w:val="28"/>
                <w:szCs w:val="28"/>
              </w:rPr>
            </w:pPr>
          </w:p>
        </w:tc>
      </w:tr>
    </w:tbl>
    <w:p w14:paraId="437B3600" w14:textId="77777777" w:rsidR="00E91A42" w:rsidRPr="00E91A42" w:rsidRDefault="00E91A42" w:rsidP="00E91A42">
      <w:pPr>
        <w:spacing w:after="0" w:line="312" w:lineRule="auto"/>
        <w:rPr>
          <w:sz w:val="28"/>
          <w:szCs w:val="28"/>
        </w:rPr>
      </w:pPr>
      <w:r w:rsidRPr="00E91A42">
        <w:rPr>
          <w:b/>
          <w:sz w:val="28"/>
          <w:szCs w:val="28"/>
        </w:rPr>
        <w:t>IV. SẢN PHẨM KHOA HỌC – CÔNG NGHỆ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241"/>
        <w:gridCol w:w="1241"/>
        <w:gridCol w:w="1214"/>
        <w:gridCol w:w="1248"/>
        <w:gridCol w:w="1248"/>
        <w:gridCol w:w="1221"/>
      </w:tblGrid>
      <w:tr w:rsidR="00E91A42" w:rsidRPr="00E91A42" w14:paraId="476C5CC0" w14:textId="77777777" w:rsidTr="00A701F9">
        <w:tc>
          <w:tcPr>
            <w:tcW w:w="1344" w:type="dxa"/>
          </w:tcPr>
          <w:p w14:paraId="68D36CE6" w14:textId="77777777" w:rsidR="00E91A42" w:rsidRPr="00E91A42" w:rsidRDefault="00E91A42" w:rsidP="00A701F9">
            <w:pPr>
              <w:spacing w:after="0" w:line="312" w:lineRule="auto"/>
              <w:rPr>
                <w:sz w:val="28"/>
                <w:szCs w:val="28"/>
              </w:rPr>
            </w:pPr>
            <w:r w:rsidRPr="00E91A42">
              <w:rPr>
                <w:sz w:val="28"/>
                <w:szCs w:val="28"/>
              </w:rPr>
              <w:t>STT</w:t>
            </w:r>
          </w:p>
        </w:tc>
        <w:tc>
          <w:tcPr>
            <w:tcW w:w="1344" w:type="dxa"/>
          </w:tcPr>
          <w:p w14:paraId="120597A9" w14:textId="77777777" w:rsidR="00E91A42" w:rsidRPr="00E91A42" w:rsidRDefault="00E91A42" w:rsidP="00A701F9">
            <w:pPr>
              <w:spacing w:after="0" w:line="312" w:lineRule="auto"/>
              <w:rPr>
                <w:sz w:val="28"/>
                <w:szCs w:val="28"/>
              </w:rPr>
            </w:pPr>
            <w:r w:rsidRPr="00E91A42">
              <w:rPr>
                <w:sz w:val="28"/>
                <w:szCs w:val="28"/>
              </w:rPr>
              <w:t>Tên sản phẩm</w:t>
            </w:r>
          </w:p>
        </w:tc>
        <w:tc>
          <w:tcPr>
            <w:tcW w:w="1344" w:type="dxa"/>
          </w:tcPr>
          <w:p w14:paraId="7B97FBA4" w14:textId="77777777" w:rsidR="00E91A42" w:rsidRPr="00E91A42" w:rsidRDefault="00E91A42" w:rsidP="00A701F9">
            <w:pPr>
              <w:spacing w:after="0" w:line="312" w:lineRule="auto"/>
              <w:rPr>
                <w:sz w:val="28"/>
                <w:szCs w:val="28"/>
              </w:rPr>
            </w:pPr>
            <w:r w:rsidRPr="00E91A42">
              <w:rPr>
                <w:sz w:val="28"/>
                <w:szCs w:val="28"/>
              </w:rPr>
              <w:t>Loại sản phẩm</w:t>
            </w:r>
          </w:p>
        </w:tc>
        <w:tc>
          <w:tcPr>
            <w:tcW w:w="1344" w:type="dxa"/>
          </w:tcPr>
          <w:p w14:paraId="109DCD33" w14:textId="77777777" w:rsidR="00E91A42" w:rsidRPr="00E91A42" w:rsidRDefault="00E91A42" w:rsidP="00A701F9">
            <w:pPr>
              <w:spacing w:after="0" w:line="312" w:lineRule="auto"/>
              <w:rPr>
                <w:sz w:val="28"/>
                <w:szCs w:val="28"/>
              </w:rPr>
            </w:pPr>
            <w:r w:rsidRPr="00E91A42">
              <w:rPr>
                <w:sz w:val="28"/>
                <w:szCs w:val="28"/>
              </w:rPr>
              <w:t>Đơn vị tính</w:t>
            </w:r>
          </w:p>
        </w:tc>
        <w:tc>
          <w:tcPr>
            <w:tcW w:w="1344" w:type="dxa"/>
          </w:tcPr>
          <w:p w14:paraId="10D5D281" w14:textId="77777777" w:rsidR="00E91A42" w:rsidRPr="00E91A42" w:rsidRDefault="00E91A42" w:rsidP="00A701F9">
            <w:pPr>
              <w:spacing w:after="0" w:line="312" w:lineRule="auto"/>
              <w:rPr>
                <w:sz w:val="28"/>
                <w:szCs w:val="28"/>
              </w:rPr>
            </w:pPr>
            <w:r w:rsidRPr="00E91A42">
              <w:rPr>
                <w:sz w:val="28"/>
                <w:szCs w:val="28"/>
              </w:rPr>
              <w:t>Số lượng</w:t>
            </w:r>
          </w:p>
        </w:tc>
        <w:tc>
          <w:tcPr>
            <w:tcW w:w="1344" w:type="dxa"/>
          </w:tcPr>
          <w:p w14:paraId="75F96272" w14:textId="77777777" w:rsidR="00E91A42" w:rsidRPr="00E91A42" w:rsidRDefault="00E91A42" w:rsidP="00A701F9">
            <w:pPr>
              <w:spacing w:after="0" w:line="312" w:lineRule="auto"/>
              <w:rPr>
                <w:sz w:val="28"/>
                <w:szCs w:val="28"/>
              </w:rPr>
            </w:pPr>
            <w:r w:rsidRPr="00E91A42">
              <w:rPr>
                <w:sz w:val="28"/>
                <w:szCs w:val="28"/>
              </w:rPr>
              <w:t>Yêu cầu kỹ thuật / tiêu chí chất lượng</w:t>
            </w:r>
          </w:p>
        </w:tc>
        <w:tc>
          <w:tcPr>
            <w:tcW w:w="1344" w:type="dxa"/>
          </w:tcPr>
          <w:p w14:paraId="7B42A978" w14:textId="77777777" w:rsidR="00E91A42" w:rsidRPr="00E91A42" w:rsidRDefault="00E91A42" w:rsidP="00A701F9">
            <w:pPr>
              <w:spacing w:after="0" w:line="312" w:lineRule="auto"/>
              <w:rPr>
                <w:sz w:val="28"/>
                <w:szCs w:val="28"/>
              </w:rPr>
            </w:pPr>
            <w:r w:rsidRPr="00E91A42">
              <w:rPr>
                <w:sz w:val="28"/>
                <w:szCs w:val="28"/>
              </w:rPr>
              <w:t>Mức độ đạt</w:t>
            </w:r>
          </w:p>
        </w:tc>
      </w:tr>
      <w:tr w:rsidR="00E91A42" w:rsidRPr="00E91A42" w14:paraId="53E158B5" w14:textId="77777777" w:rsidTr="00A701F9">
        <w:tc>
          <w:tcPr>
            <w:tcW w:w="1344" w:type="dxa"/>
          </w:tcPr>
          <w:p w14:paraId="232F0AD8" w14:textId="77777777" w:rsidR="00E91A42" w:rsidRPr="00E91A42" w:rsidRDefault="00E91A42" w:rsidP="00A701F9">
            <w:pPr>
              <w:spacing w:after="0" w:line="312" w:lineRule="auto"/>
              <w:rPr>
                <w:sz w:val="28"/>
                <w:szCs w:val="28"/>
              </w:rPr>
            </w:pPr>
          </w:p>
        </w:tc>
        <w:tc>
          <w:tcPr>
            <w:tcW w:w="1344" w:type="dxa"/>
          </w:tcPr>
          <w:p w14:paraId="5EBFB2D2" w14:textId="77777777" w:rsidR="00E91A42" w:rsidRPr="00E91A42" w:rsidRDefault="00E91A42" w:rsidP="00A701F9">
            <w:pPr>
              <w:spacing w:after="0" w:line="312" w:lineRule="auto"/>
              <w:rPr>
                <w:sz w:val="28"/>
                <w:szCs w:val="28"/>
              </w:rPr>
            </w:pPr>
          </w:p>
        </w:tc>
        <w:tc>
          <w:tcPr>
            <w:tcW w:w="1344" w:type="dxa"/>
          </w:tcPr>
          <w:p w14:paraId="7B3BFE86" w14:textId="77777777" w:rsidR="00E91A42" w:rsidRPr="00E91A42" w:rsidRDefault="00E91A42" w:rsidP="00A701F9">
            <w:pPr>
              <w:spacing w:after="0" w:line="312" w:lineRule="auto"/>
              <w:rPr>
                <w:sz w:val="28"/>
                <w:szCs w:val="28"/>
              </w:rPr>
            </w:pPr>
          </w:p>
        </w:tc>
        <w:tc>
          <w:tcPr>
            <w:tcW w:w="1344" w:type="dxa"/>
          </w:tcPr>
          <w:p w14:paraId="47A04B86" w14:textId="77777777" w:rsidR="00E91A42" w:rsidRPr="00E91A42" w:rsidRDefault="00E91A42" w:rsidP="00A701F9">
            <w:pPr>
              <w:spacing w:after="0" w:line="312" w:lineRule="auto"/>
              <w:rPr>
                <w:sz w:val="28"/>
                <w:szCs w:val="28"/>
              </w:rPr>
            </w:pPr>
          </w:p>
        </w:tc>
        <w:tc>
          <w:tcPr>
            <w:tcW w:w="1344" w:type="dxa"/>
          </w:tcPr>
          <w:p w14:paraId="6B7E1C6F" w14:textId="77777777" w:rsidR="00E91A42" w:rsidRPr="00E91A42" w:rsidRDefault="00E91A42" w:rsidP="00A701F9">
            <w:pPr>
              <w:spacing w:after="0" w:line="312" w:lineRule="auto"/>
              <w:rPr>
                <w:sz w:val="28"/>
                <w:szCs w:val="28"/>
              </w:rPr>
            </w:pPr>
          </w:p>
        </w:tc>
        <w:tc>
          <w:tcPr>
            <w:tcW w:w="1344" w:type="dxa"/>
          </w:tcPr>
          <w:p w14:paraId="6015B679" w14:textId="77777777" w:rsidR="00E91A42" w:rsidRPr="00E91A42" w:rsidRDefault="00E91A42" w:rsidP="00A701F9">
            <w:pPr>
              <w:spacing w:after="0" w:line="312" w:lineRule="auto"/>
              <w:rPr>
                <w:sz w:val="28"/>
                <w:szCs w:val="28"/>
              </w:rPr>
            </w:pPr>
          </w:p>
        </w:tc>
        <w:tc>
          <w:tcPr>
            <w:tcW w:w="1344" w:type="dxa"/>
          </w:tcPr>
          <w:p w14:paraId="3C062C61" w14:textId="77777777" w:rsidR="00E91A42" w:rsidRPr="00E91A42" w:rsidRDefault="00E91A42" w:rsidP="00A701F9">
            <w:pPr>
              <w:spacing w:after="0" w:line="312" w:lineRule="auto"/>
              <w:rPr>
                <w:sz w:val="28"/>
                <w:szCs w:val="28"/>
              </w:rPr>
            </w:pPr>
          </w:p>
        </w:tc>
      </w:tr>
      <w:tr w:rsidR="00E91A42" w:rsidRPr="00E91A42" w14:paraId="3A1C2343" w14:textId="77777777" w:rsidTr="00A701F9">
        <w:tc>
          <w:tcPr>
            <w:tcW w:w="1344" w:type="dxa"/>
          </w:tcPr>
          <w:p w14:paraId="0714FEEF" w14:textId="77777777" w:rsidR="00E91A42" w:rsidRPr="00E91A42" w:rsidRDefault="00E91A42" w:rsidP="00A701F9">
            <w:pPr>
              <w:spacing w:after="0" w:line="312" w:lineRule="auto"/>
              <w:rPr>
                <w:sz w:val="28"/>
                <w:szCs w:val="28"/>
              </w:rPr>
            </w:pPr>
          </w:p>
        </w:tc>
        <w:tc>
          <w:tcPr>
            <w:tcW w:w="1344" w:type="dxa"/>
          </w:tcPr>
          <w:p w14:paraId="4B84CEDF" w14:textId="77777777" w:rsidR="00E91A42" w:rsidRPr="00E91A42" w:rsidRDefault="00E91A42" w:rsidP="00A701F9">
            <w:pPr>
              <w:spacing w:after="0" w:line="312" w:lineRule="auto"/>
              <w:rPr>
                <w:sz w:val="28"/>
                <w:szCs w:val="28"/>
              </w:rPr>
            </w:pPr>
          </w:p>
        </w:tc>
        <w:tc>
          <w:tcPr>
            <w:tcW w:w="1344" w:type="dxa"/>
          </w:tcPr>
          <w:p w14:paraId="410115C2" w14:textId="77777777" w:rsidR="00E91A42" w:rsidRPr="00E91A42" w:rsidRDefault="00E91A42" w:rsidP="00A701F9">
            <w:pPr>
              <w:spacing w:after="0" w:line="312" w:lineRule="auto"/>
              <w:rPr>
                <w:sz w:val="28"/>
                <w:szCs w:val="28"/>
              </w:rPr>
            </w:pPr>
          </w:p>
        </w:tc>
        <w:tc>
          <w:tcPr>
            <w:tcW w:w="1344" w:type="dxa"/>
          </w:tcPr>
          <w:p w14:paraId="61AC77A9" w14:textId="77777777" w:rsidR="00E91A42" w:rsidRPr="00E91A42" w:rsidRDefault="00E91A42" w:rsidP="00A701F9">
            <w:pPr>
              <w:spacing w:after="0" w:line="312" w:lineRule="auto"/>
              <w:rPr>
                <w:sz w:val="28"/>
                <w:szCs w:val="28"/>
              </w:rPr>
            </w:pPr>
          </w:p>
        </w:tc>
        <w:tc>
          <w:tcPr>
            <w:tcW w:w="1344" w:type="dxa"/>
          </w:tcPr>
          <w:p w14:paraId="30777379" w14:textId="77777777" w:rsidR="00E91A42" w:rsidRPr="00E91A42" w:rsidRDefault="00E91A42" w:rsidP="00A701F9">
            <w:pPr>
              <w:spacing w:after="0" w:line="312" w:lineRule="auto"/>
              <w:rPr>
                <w:sz w:val="28"/>
                <w:szCs w:val="28"/>
              </w:rPr>
            </w:pPr>
          </w:p>
        </w:tc>
        <w:tc>
          <w:tcPr>
            <w:tcW w:w="1344" w:type="dxa"/>
          </w:tcPr>
          <w:p w14:paraId="7195C411" w14:textId="77777777" w:rsidR="00E91A42" w:rsidRPr="00E91A42" w:rsidRDefault="00E91A42" w:rsidP="00A701F9">
            <w:pPr>
              <w:spacing w:after="0" w:line="312" w:lineRule="auto"/>
              <w:rPr>
                <w:sz w:val="28"/>
                <w:szCs w:val="28"/>
              </w:rPr>
            </w:pPr>
          </w:p>
        </w:tc>
        <w:tc>
          <w:tcPr>
            <w:tcW w:w="1344" w:type="dxa"/>
          </w:tcPr>
          <w:p w14:paraId="198FBB96" w14:textId="77777777" w:rsidR="00E91A42" w:rsidRPr="00E91A42" w:rsidRDefault="00E91A42" w:rsidP="00A701F9">
            <w:pPr>
              <w:spacing w:after="0" w:line="312" w:lineRule="auto"/>
              <w:rPr>
                <w:sz w:val="28"/>
                <w:szCs w:val="28"/>
              </w:rPr>
            </w:pPr>
          </w:p>
        </w:tc>
      </w:tr>
      <w:tr w:rsidR="00E91A42" w:rsidRPr="00E91A42" w14:paraId="4ADDA369" w14:textId="77777777" w:rsidTr="00A701F9">
        <w:tc>
          <w:tcPr>
            <w:tcW w:w="1344" w:type="dxa"/>
          </w:tcPr>
          <w:p w14:paraId="64819CE6" w14:textId="77777777" w:rsidR="00E91A42" w:rsidRPr="00E91A42" w:rsidRDefault="00E91A42" w:rsidP="00A701F9">
            <w:pPr>
              <w:spacing w:after="0" w:line="312" w:lineRule="auto"/>
              <w:rPr>
                <w:sz w:val="28"/>
                <w:szCs w:val="28"/>
              </w:rPr>
            </w:pPr>
          </w:p>
        </w:tc>
        <w:tc>
          <w:tcPr>
            <w:tcW w:w="1344" w:type="dxa"/>
          </w:tcPr>
          <w:p w14:paraId="5B6D2268" w14:textId="77777777" w:rsidR="00E91A42" w:rsidRPr="00E91A42" w:rsidRDefault="00E91A42" w:rsidP="00A701F9">
            <w:pPr>
              <w:spacing w:after="0" w:line="312" w:lineRule="auto"/>
              <w:rPr>
                <w:sz w:val="28"/>
                <w:szCs w:val="28"/>
              </w:rPr>
            </w:pPr>
          </w:p>
        </w:tc>
        <w:tc>
          <w:tcPr>
            <w:tcW w:w="1344" w:type="dxa"/>
          </w:tcPr>
          <w:p w14:paraId="04CDDD7B" w14:textId="77777777" w:rsidR="00E91A42" w:rsidRPr="00E91A42" w:rsidRDefault="00E91A42" w:rsidP="00A701F9">
            <w:pPr>
              <w:spacing w:after="0" w:line="312" w:lineRule="auto"/>
              <w:rPr>
                <w:sz w:val="28"/>
                <w:szCs w:val="28"/>
              </w:rPr>
            </w:pPr>
          </w:p>
        </w:tc>
        <w:tc>
          <w:tcPr>
            <w:tcW w:w="1344" w:type="dxa"/>
          </w:tcPr>
          <w:p w14:paraId="68B66829" w14:textId="77777777" w:rsidR="00E91A42" w:rsidRPr="00E91A42" w:rsidRDefault="00E91A42" w:rsidP="00A701F9">
            <w:pPr>
              <w:spacing w:after="0" w:line="312" w:lineRule="auto"/>
              <w:rPr>
                <w:sz w:val="28"/>
                <w:szCs w:val="28"/>
              </w:rPr>
            </w:pPr>
          </w:p>
        </w:tc>
        <w:tc>
          <w:tcPr>
            <w:tcW w:w="1344" w:type="dxa"/>
          </w:tcPr>
          <w:p w14:paraId="38C6DABD" w14:textId="77777777" w:rsidR="00E91A42" w:rsidRPr="00E91A42" w:rsidRDefault="00E91A42" w:rsidP="00A701F9">
            <w:pPr>
              <w:spacing w:after="0" w:line="312" w:lineRule="auto"/>
              <w:rPr>
                <w:sz w:val="28"/>
                <w:szCs w:val="28"/>
              </w:rPr>
            </w:pPr>
          </w:p>
        </w:tc>
        <w:tc>
          <w:tcPr>
            <w:tcW w:w="1344" w:type="dxa"/>
          </w:tcPr>
          <w:p w14:paraId="3FC26970" w14:textId="77777777" w:rsidR="00E91A42" w:rsidRPr="00E91A42" w:rsidRDefault="00E91A42" w:rsidP="00A701F9">
            <w:pPr>
              <w:spacing w:after="0" w:line="312" w:lineRule="auto"/>
              <w:rPr>
                <w:sz w:val="28"/>
                <w:szCs w:val="28"/>
              </w:rPr>
            </w:pPr>
          </w:p>
        </w:tc>
        <w:tc>
          <w:tcPr>
            <w:tcW w:w="1344" w:type="dxa"/>
          </w:tcPr>
          <w:p w14:paraId="2053D34B" w14:textId="77777777" w:rsidR="00E91A42" w:rsidRPr="00E91A42" w:rsidRDefault="00E91A42" w:rsidP="00A701F9">
            <w:pPr>
              <w:spacing w:after="0" w:line="312" w:lineRule="auto"/>
              <w:rPr>
                <w:sz w:val="28"/>
                <w:szCs w:val="28"/>
              </w:rPr>
            </w:pPr>
          </w:p>
        </w:tc>
      </w:tr>
      <w:tr w:rsidR="00E91A42" w:rsidRPr="00E91A42" w14:paraId="7A58503B" w14:textId="77777777" w:rsidTr="00A701F9">
        <w:tc>
          <w:tcPr>
            <w:tcW w:w="1344" w:type="dxa"/>
          </w:tcPr>
          <w:p w14:paraId="33D2D1B5" w14:textId="77777777" w:rsidR="00E91A42" w:rsidRPr="00E91A42" w:rsidRDefault="00E91A42" w:rsidP="00A701F9">
            <w:pPr>
              <w:spacing w:after="0" w:line="312" w:lineRule="auto"/>
              <w:rPr>
                <w:sz w:val="28"/>
                <w:szCs w:val="28"/>
              </w:rPr>
            </w:pPr>
          </w:p>
        </w:tc>
        <w:tc>
          <w:tcPr>
            <w:tcW w:w="1344" w:type="dxa"/>
          </w:tcPr>
          <w:p w14:paraId="39C3C912" w14:textId="77777777" w:rsidR="00E91A42" w:rsidRPr="00E91A42" w:rsidRDefault="00E91A42" w:rsidP="00A701F9">
            <w:pPr>
              <w:spacing w:after="0" w:line="312" w:lineRule="auto"/>
              <w:rPr>
                <w:sz w:val="28"/>
                <w:szCs w:val="28"/>
              </w:rPr>
            </w:pPr>
          </w:p>
        </w:tc>
        <w:tc>
          <w:tcPr>
            <w:tcW w:w="1344" w:type="dxa"/>
          </w:tcPr>
          <w:p w14:paraId="270599D9" w14:textId="77777777" w:rsidR="00E91A42" w:rsidRPr="00E91A42" w:rsidRDefault="00E91A42" w:rsidP="00A701F9">
            <w:pPr>
              <w:spacing w:after="0" w:line="312" w:lineRule="auto"/>
              <w:rPr>
                <w:sz w:val="28"/>
                <w:szCs w:val="28"/>
              </w:rPr>
            </w:pPr>
          </w:p>
        </w:tc>
        <w:tc>
          <w:tcPr>
            <w:tcW w:w="1344" w:type="dxa"/>
          </w:tcPr>
          <w:p w14:paraId="1CEBD94C" w14:textId="77777777" w:rsidR="00E91A42" w:rsidRPr="00E91A42" w:rsidRDefault="00E91A42" w:rsidP="00A701F9">
            <w:pPr>
              <w:spacing w:after="0" w:line="312" w:lineRule="auto"/>
              <w:rPr>
                <w:sz w:val="28"/>
                <w:szCs w:val="28"/>
              </w:rPr>
            </w:pPr>
          </w:p>
        </w:tc>
        <w:tc>
          <w:tcPr>
            <w:tcW w:w="1344" w:type="dxa"/>
          </w:tcPr>
          <w:p w14:paraId="1EFC0CAE" w14:textId="77777777" w:rsidR="00E91A42" w:rsidRPr="00E91A42" w:rsidRDefault="00E91A42" w:rsidP="00A701F9">
            <w:pPr>
              <w:spacing w:after="0" w:line="312" w:lineRule="auto"/>
              <w:rPr>
                <w:sz w:val="28"/>
                <w:szCs w:val="28"/>
              </w:rPr>
            </w:pPr>
          </w:p>
        </w:tc>
        <w:tc>
          <w:tcPr>
            <w:tcW w:w="1344" w:type="dxa"/>
          </w:tcPr>
          <w:p w14:paraId="467F4168" w14:textId="77777777" w:rsidR="00E91A42" w:rsidRPr="00E91A42" w:rsidRDefault="00E91A42" w:rsidP="00A701F9">
            <w:pPr>
              <w:spacing w:after="0" w:line="312" w:lineRule="auto"/>
              <w:rPr>
                <w:sz w:val="28"/>
                <w:szCs w:val="28"/>
              </w:rPr>
            </w:pPr>
          </w:p>
        </w:tc>
        <w:tc>
          <w:tcPr>
            <w:tcW w:w="1344" w:type="dxa"/>
          </w:tcPr>
          <w:p w14:paraId="1AFD1697" w14:textId="77777777" w:rsidR="00E91A42" w:rsidRPr="00E91A42" w:rsidRDefault="00E91A42" w:rsidP="00A701F9">
            <w:pPr>
              <w:spacing w:after="0" w:line="312" w:lineRule="auto"/>
              <w:rPr>
                <w:sz w:val="28"/>
                <w:szCs w:val="28"/>
              </w:rPr>
            </w:pPr>
          </w:p>
        </w:tc>
      </w:tr>
      <w:tr w:rsidR="00E91A42" w:rsidRPr="00E91A42" w14:paraId="1B9BA201" w14:textId="77777777" w:rsidTr="00A701F9">
        <w:tc>
          <w:tcPr>
            <w:tcW w:w="1344" w:type="dxa"/>
          </w:tcPr>
          <w:p w14:paraId="290ADC2C" w14:textId="77777777" w:rsidR="00E91A42" w:rsidRPr="00E91A42" w:rsidRDefault="00E91A42" w:rsidP="00A701F9">
            <w:pPr>
              <w:spacing w:after="0" w:line="312" w:lineRule="auto"/>
              <w:rPr>
                <w:sz w:val="28"/>
                <w:szCs w:val="28"/>
              </w:rPr>
            </w:pPr>
          </w:p>
        </w:tc>
        <w:tc>
          <w:tcPr>
            <w:tcW w:w="1344" w:type="dxa"/>
          </w:tcPr>
          <w:p w14:paraId="20AD5DD3" w14:textId="77777777" w:rsidR="00E91A42" w:rsidRPr="00E91A42" w:rsidRDefault="00E91A42" w:rsidP="00A701F9">
            <w:pPr>
              <w:spacing w:after="0" w:line="312" w:lineRule="auto"/>
              <w:rPr>
                <w:sz w:val="28"/>
                <w:szCs w:val="28"/>
              </w:rPr>
            </w:pPr>
          </w:p>
        </w:tc>
        <w:tc>
          <w:tcPr>
            <w:tcW w:w="1344" w:type="dxa"/>
          </w:tcPr>
          <w:p w14:paraId="35F53953" w14:textId="77777777" w:rsidR="00E91A42" w:rsidRPr="00E91A42" w:rsidRDefault="00E91A42" w:rsidP="00A701F9">
            <w:pPr>
              <w:spacing w:after="0" w:line="312" w:lineRule="auto"/>
              <w:rPr>
                <w:sz w:val="28"/>
                <w:szCs w:val="28"/>
              </w:rPr>
            </w:pPr>
          </w:p>
        </w:tc>
        <w:tc>
          <w:tcPr>
            <w:tcW w:w="1344" w:type="dxa"/>
          </w:tcPr>
          <w:p w14:paraId="1BA4FE8B" w14:textId="77777777" w:rsidR="00E91A42" w:rsidRPr="00E91A42" w:rsidRDefault="00E91A42" w:rsidP="00A701F9">
            <w:pPr>
              <w:spacing w:after="0" w:line="312" w:lineRule="auto"/>
              <w:rPr>
                <w:sz w:val="28"/>
                <w:szCs w:val="28"/>
              </w:rPr>
            </w:pPr>
          </w:p>
        </w:tc>
        <w:tc>
          <w:tcPr>
            <w:tcW w:w="1344" w:type="dxa"/>
          </w:tcPr>
          <w:p w14:paraId="23C5E8B9" w14:textId="77777777" w:rsidR="00E91A42" w:rsidRPr="00E91A42" w:rsidRDefault="00E91A42" w:rsidP="00A701F9">
            <w:pPr>
              <w:spacing w:after="0" w:line="312" w:lineRule="auto"/>
              <w:rPr>
                <w:sz w:val="28"/>
                <w:szCs w:val="28"/>
              </w:rPr>
            </w:pPr>
          </w:p>
        </w:tc>
        <w:tc>
          <w:tcPr>
            <w:tcW w:w="1344" w:type="dxa"/>
          </w:tcPr>
          <w:p w14:paraId="7A7DCCF5" w14:textId="77777777" w:rsidR="00E91A42" w:rsidRPr="00E91A42" w:rsidRDefault="00E91A42" w:rsidP="00A701F9">
            <w:pPr>
              <w:spacing w:after="0" w:line="312" w:lineRule="auto"/>
              <w:rPr>
                <w:sz w:val="28"/>
                <w:szCs w:val="28"/>
              </w:rPr>
            </w:pPr>
          </w:p>
        </w:tc>
        <w:tc>
          <w:tcPr>
            <w:tcW w:w="1344" w:type="dxa"/>
          </w:tcPr>
          <w:p w14:paraId="472CC558" w14:textId="77777777" w:rsidR="00E91A42" w:rsidRPr="00E91A42" w:rsidRDefault="00E91A42" w:rsidP="00A701F9">
            <w:pPr>
              <w:spacing w:after="0" w:line="312" w:lineRule="auto"/>
              <w:rPr>
                <w:sz w:val="28"/>
                <w:szCs w:val="28"/>
              </w:rPr>
            </w:pPr>
          </w:p>
        </w:tc>
      </w:tr>
    </w:tbl>
    <w:p w14:paraId="3CA2BC75" w14:textId="77777777" w:rsidR="00E91A42" w:rsidRPr="00E91A42" w:rsidRDefault="00E91A42" w:rsidP="00E91A42">
      <w:pPr>
        <w:spacing w:after="0" w:line="312" w:lineRule="auto"/>
        <w:rPr>
          <w:sz w:val="28"/>
          <w:szCs w:val="28"/>
        </w:rPr>
      </w:pPr>
      <w:r w:rsidRPr="00E91A42">
        <w:rPr>
          <w:b/>
          <w:sz w:val="28"/>
          <w:szCs w:val="28"/>
        </w:rPr>
        <w:br/>
        <w:t>V. KẾT QUẢ KHÁC (CÔNG BỐ, ĐÀO TẠO, ỨNG DỤNG, CHUYỂN GIAO)</w:t>
      </w:r>
    </w:p>
    <w:p w14:paraId="4A24A1E8" w14:textId="77777777" w:rsidR="00E91A42" w:rsidRPr="00E91A42" w:rsidRDefault="00E91A42" w:rsidP="00E91A42">
      <w:pPr>
        <w:spacing w:after="0" w:line="312" w:lineRule="auto"/>
        <w:rPr>
          <w:sz w:val="28"/>
          <w:szCs w:val="28"/>
        </w:rPr>
      </w:pPr>
      <w:r w:rsidRPr="00E91A42">
        <w:rPr>
          <w:sz w:val="28"/>
          <w:szCs w:val="28"/>
        </w:rPr>
        <w:t>- Công bố khoa học: ...................................................................................</w:t>
      </w:r>
      <w:r w:rsidRPr="00E91A42">
        <w:rPr>
          <w:sz w:val="28"/>
          <w:szCs w:val="28"/>
        </w:rPr>
        <w:br/>
        <w:t>- Đào tạo (nếu có): ......................................................................................</w:t>
      </w:r>
      <w:r w:rsidRPr="00E91A42">
        <w:rPr>
          <w:sz w:val="28"/>
          <w:szCs w:val="28"/>
        </w:rPr>
        <w:br/>
        <w:t>- Ứng dụng / chuyển giao: ..........................................................................</w:t>
      </w:r>
      <w:r w:rsidRPr="00E91A42">
        <w:rPr>
          <w:sz w:val="28"/>
          <w:szCs w:val="28"/>
        </w:rPr>
        <w:br/>
        <w:t>- Hợp tác quốc tế / doanh nghiệp: ............................................................</w:t>
      </w:r>
      <w:r w:rsidRPr="00E91A42">
        <w:rPr>
          <w:b/>
          <w:sz w:val="28"/>
          <w:szCs w:val="28"/>
        </w:rPr>
        <w:br/>
        <w:t>VI. HIỆU QUẢ VÀ TÁC ĐỘNG</w:t>
      </w:r>
    </w:p>
    <w:p w14:paraId="7A640D1B" w14:textId="77777777" w:rsidR="00E91A42" w:rsidRPr="00E91A42" w:rsidRDefault="00E91A42" w:rsidP="00E91A42">
      <w:pPr>
        <w:spacing w:after="0" w:line="312" w:lineRule="auto"/>
        <w:rPr>
          <w:sz w:val="28"/>
          <w:szCs w:val="28"/>
        </w:rPr>
      </w:pPr>
      <w:r w:rsidRPr="00E91A42">
        <w:rPr>
          <w:sz w:val="28"/>
          <w:szCs w:val="28"/>
        </w:rPr>
        <w:t>1. Hiệu quả khoa học: ..................................................................................</w:t>
      </w:r>
      <w:r w:rsidRPr="00E91A42">
        <w:rPr>
          <w:sz w:val="28"/>
          <w:szCs w:val="28"/>
        </w:rPr>
        <w:br/>
        <w:t>2. Hiệu quả công nghệ / kinh tế: ...............................................................</w:t>
      </w:r>
      <w:r w:rsidRPr="00E91A42">
        <w:rPr>
          <w:sz w:val="28"/>
          <w:szCs w:val="28"/>
        </w:rPr>
        <w:br/>
        <w:t>3. Hiệu quả xã hội / chính sách: .................................................................</w:t>
      </w:r>
    </w:p>
    <w:p w14:paraId="6B57BE1D" w14:textId="77777777" w:rsidR="00E91A42" w:rsidRPr="00E91A42" w:rsidRDefault="00E91A42" w:rsidP="00E91A42">
      <w:pPr>
        <w:spacing w:after="0" w:line="312" w:lineRule="auto"/>
        <w:rPr>
          <w:sz w:val="28"/>
          <w:szCs w:val="28"/>
        </w:rPr>
      </w:pPr>
      <w:r w:rsidRPr="00E91A42">
        <w:rPr>
          <w:sz w:val="28"/>
          <w:szCs w:val="28"/>
        </w:rPr>
        <w:lastRenderedPageBreak/>
        <w:t xml:space="preserve">4. Hiệu quả Hợp tác quốc </w:t>
      </w:r>
      <w:proofErr w:type="gramStart"/>
      <w:r w:rsidRPr="00E91A42">
        <w:rPr>
          <w:sz w:val="28"/>
          <w:szCs w:val="28"/>
        </w:rPr>
        <w:t>tế:.....................................................................</w:t>
      </w:r>
      <w:proofErr w:type="gramEnd"/>
      <w:r w:rsidRPr="00E91A42">
        <w:rPr>
          <w:sz w:val="28"/>
          <w:szCs w:val="28"/>
        </w:rPr>
        <w:br/>
        <w:t>5. Tác động và tiềm năng ứng dụng / thương mại hóa: ...........................</w:t>
      </w:r>
      <w:r w:rsidRPr="00E91A42">
        <w:rPr>
          <w:b/>
          <w:sz w:val="28"/>
          <w:szCs w:val="28"/>
        </w:rPr>
        <w:br/>
        <w:t>VII. TÌNH HÌNH SỬ DỤNG KINH PHÍ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729"/>
        <w:gridCol w:w="1729"/>
        <w:gridCol w:w="1694"/>
        <w:gridCol w:w="1694"/>
      </w:tblGrid>
      <w:tr w:rsidR="00E91A42" w:rsidRPr="00E91A42" w14:paraId="4998C19B" w14:textId="77777777" w:rsidTr="00A701F9">
        <w:tc>
          <w:tcPr>
            <w:tcW w:w="1881" w:type="dxa"/>
          </w:tcPr>
          <w:p w14:paraId="202561BD" w14:textId="77777777" w:rsidR="00E91A42" w:rsidRPr="00E91A42" w:rsidRDefault="00E91A42" w:rsidP="00A701F9">
            <w:pPr>
              <w:spacing w:after="0" w:line="312" w:lineRule="auto"/>
              <w:rPr>
                <w:sz w:val="28"/>
                <w:szCs w:val="28"/>
              </w:rPr>
            </w:pPr>
            <w:r w:rsidRPr="00E91A42">
              <w:rPr>
                <w:sz w:val="28"/>
                <w:szCs w:val="28"/>
              </w:rPr>
              <w:t>Nguồn kinh phí</w:t>
            </w:r>
          </w:p>
        </w:tc>
        <w:tc>
          <w:tcPr>
            <w:tcW w:w="1881" w:type="dxa"/>
          </w:tcPr>
          <w:p w14:paraId="5523453C" w14:textId="77777777" w:rsidR="00E91A42" w:rsidRPr="00E91A42" w:rsidRDefault="00E91A42" w:rsidP="00A701F9">
            <w:pPr>
              <w:spacing w:after="0" w:line="312" w:lineRule="auto"/>
              <w:rPr>
                <w:sz w:val="28"/>
                <w:szCs w:val="28"/>
              </w:rPr>
            </w:pPr>
            <w:r w:rsidRPr="00E91A42">
              <w:rPr>
                <w:sz w:val="28"/>
                <w:szCs w:val="28"/>
              </w:rPr>
              <w:t>Kinh phí được duyệt (triệu đồng)</w:t>
            </w:r>
          </w:p>
        </w:tc>
        <w:tc>
          <w:tcPr>
            <w:tcW w:w="1881" w:type="dxa"/>
          </w:tcPr>
          <w:p w14:paraId="4523E3C4" w14:textId="77777777" w:rsidR="00E91A42" w:rsidRPr="00E91A42" w:rsidRDefault="00E91A42" w:rsidP="00A701F9">
            <w:pPr>
              <w:spacing w:after="0" w:line="312" w:lineRule="auto"/>
              <w:rPr>
                <w:sz w:val="28"/>
                <w:szCs w:val="28"/>
              </w:rPr>
            </w:pPr>
            <w:r w:rsidRPr="00E91A42">
              <w:rPr>
                <w:sz w:val="28"/>
                <w:szCs w:val="28"/>
              </w:rPr>
              <w:t>Kinh phí đã sử dụng (triệu đồng)</w:t>
            </w:r>
          </w:p>
        </w:tc>
        <w:tc>
          <w:tcPr>
            <w:tcW w:w="1881" w:type="dxa"/>
          </w:tcPr>
          <w:p w14:paraId="0CE5AF4C" w14:textId="77777777" w:rsidR="00E91A42" w:rsidRPr="00E91A42" w:rsidRDefault="00E91A42" w:rsidP="00A701F9">
            <w:pPr>
              <w:spacing w:after="0" w:line="312" w:lineRule="auto"/>
              <w:rPr>
                <w:sz w:val="28"/>
                <w:szCs w:val="28"/>
              </w:rPr>
            </w:pPr>
            <w:r w:rsidRPr="00E91A42">
              <w:rPr>
                <w:sz w:val="28"/>
                <w:szCs w:val="28"/>
              </w:rPr>
              <w:t>Tỷ lệ (%)</w:t>
            </w:r>
          </w:p>
        </w:tc>
        <w:tc>
          <w:tcPr>
            <w:tcW w:w="1881" w:type="dxa"/>
          </w:tcPr>
          <w:p w14:paraId="6282A8F6" w14:textId="77777777" w:rsidR="00E91A42" w:rsidRPr="00E91A42" w:rsidRDefault="00E91A42" w:rsidP="00A701F9">
            <w:pPr>
              <w:spacing w:after="0" w:line="312" w:lineRule="auto"/>
              <w:rPr>
                <w:sz w:val="28"/>
                <w:szCs w:val="28"/>
              </w:rPr>
            </w:pPr>
            <w:r w:rsidRPr="00E91A42">
              <w:rPr>
                <w:sz w:val="28"/>
                <w:szCs w:val="28"/>
              </w:rPr>
              <w:t>Ghi chú</w:t>
            </w:r>
          </w:p>
        </w:tc>
      </w:tr>
      <w:tr w:rsidR="00E91A42" w:rsidRPr="00E91A42" w14:paraId="6C39C983" w14:textId="77777777" w:rsidTr="00A701F9">
        <w:tc>
          <w:tcPr>
            <w:tcW w:w="1881" w:type="dxa"/>
          </w:tcPr>
          <w:p w14:paraId="044821CB" w14:textId="77777777" w:rsidR="00E91A42" w:rsidRPr="00E91A42" w:rsidRDefault="00E91A42" w:rsidP="00A701F9">
            <w:pPr>
              <w:spacing w:after="0" w:line="312" w:lineRule="auto"/>
              <w:rPr>
                <w:sz w:val="28"/>
                <w:szCs w:val="28"/>
              </w:rPr>
            </w:pPr>
            <w:r w:rsidRPr="00E91A42">
              <w:rPr>
                <w:sz w:val="28"/>
                <w:szCs w:val="28"/>
              </w:rPr>
              <w:t>Ngân sách sự nghiệp KH&amp;CN</w:t>
            </w:r>
          </w:p>
        </w:tc>
        <w:tc>
          <w:tcPr>
            <w:tcW w:w="1881" w:type="dxa"/>
          </w:tcPr>
          <w:p w14:paraId="5E450AFD" w14:textId="77777777" w:rsidR="00E91A42" w:rsidRPr="00E91A42" w:rsidRDefault="00E91A42" w:rsidP="00A701F9">
            <w:pPr>
              <w:spacing w:after="0" w:line="312" w:lineRule="auto"/>
              <w:rPr>
                <w:sz w:val="28"/>
                <w:szCs w:val="28"/>
              </w:rPr>
            </w:pPr>
          </w:p>
        </w:tc>
        <w:tc>
          <w:tcPr>
            <w:tcW w:w="1881" w:type="dxa"/>
          </w:tcPr>
          <w:p w14:paraId="19C36620" w14:textId="77777777" w:rsidR="00E91A42" w:rsidRPr="00E91A42" w:rsidRDefault="00E91A42" w:rsidP="00A701F9">
            <w:pPr>
              <w:spacing w:after="0" w:line="312" w:lineRule="auto"/>
              <w:rPr>
                <w:sz w:val="28"/>
                <w:szCs w:val="28"/>
              </w:rPr>
            </w:pPr>
          </w:p>
        </w:tc>
        <w:tc>
          <w:tcPr>
            <w:tcW w:w="1881" w:type="dxa"/>
          </w:tcPr>
          <w:p w14:paraId="7831A7C6" w14:textId="77777777" w:rsidR="00E91A42" w:rsidRPr="00E91A42" w:rsidRDefault="00E91A42" w:rsidP="00A701F9">
            <w:pPr>
              <w:spacing w:after="0" w:line="312" w:lineRule="auto"/>
              <w:rPr>
                <w:sz w:val="28"/>
                <w:szCs w:val="28"/>
              </w:rPr>
            </w:pPr>
          </w:p>
        </w:tc>
        <w:tc>
          <w:tcPr>
            <w:tcW w:w="1881" w:type="dxa"/>
          </w:tcPr>
          <w:p w14:paraId="23FE4214" w14:textId="77777777" w:rsidR="00E91A42" w:rsidRPr="00E91A42" w:rsidRDefault="00E91A42" w:rsidP="00A701F9">
            <w:pPr>
              <w:spacing w:after="0" w:line="312" w:lineRule="auto"/>
              <w:rPr>
                <w:sz w:val="28"/>
                <w:szCs w:val="28"/>
              </w:rPr>
            </w:pPr>
          </w:p>
        </w:tc>
      </w:tr>
      <w:tr w:rsidR="00E91A42" w:rsidRPr="00E91A42" w14:paraId="7033810D" w14:textId="77777777" w:rsidTr="00A701F9">
        <w:tc>
          <w:tcPr>
            <w:tcW w:w="1881" w:type="dxa"/>
          </w:tcPr>
          <w:p w14:paraId="7FF49508" w14:textId="77777777" w:rsidR="00E91A42" w:rsidRPr="00E91A42" w:rsidRDefault="00E91A42" w:rsidP="00A701F9">
            <w:pPr>
              <w:spacing w:after="0" w:line="312" w:lineRule="auto"/>
              <w:rPr>
                <w:sz w:val="28"/>
                <w:szCs w:val="28"/>
              </w:rPr>
            </w:pPr>
            <w:r w:rsidRPr="00E91A42">
              <w:rPr>
                <w:sz w:val="28"/>
                <w:szCs w:val="28"/>
              </w:rPr>
              <w:t>Nguồn đối ứng / Tổ chức chủ trì</w:t>
            </w:r>
          </w:p>
        </w:tc>
        <w:tc>
          <w:tcPr>
            <w:tcW w:w="1881" w:type="dxa"/>
          </w:tcPr>
          <w:p w14:paraId="65064A37" w14:textId="77777777" w:rsidR="00E91A42" w:rsidRPr="00E91A42" w:rsidRDefault="00E91A42" w:rsidP="00A701F9">
            <w:pPr>
              <w:spacing w:after="0" w:line="312" w:lineRule="auto"/>
              <w:rPr>
                <w:sz w:val="28"/>
                <w:szCs w:val="28"/>
              </w:rPr>
            </w:pPr>
          </w:p>
        </w:tc>
        <w:tc>
          <w:tcPr>
            <w:tcW w:w="1881" w:type="dxa"/>
          </w:tcPr>
          <w:p w14:paraId="3D5A18FD" w14:textId="77777777" w:rsidR="00E91A42" w:rsidRPr="00E91A42" w:rsidRDefault="00E91A42" w:rsidP="00A701F9">
            <w:pPr>
              <w:spacing w:after="0" w:line="312" w:lineRule="auto"/>
              <w:rPr>
                <w:sz w:val="28"/>
                <w:szCs w:val="28"/>
              </w:rPr>
            </w:pPr>
          </w:p>
        </w:tc>
        <w:tc>
          <w:tcPr>
            <w:tcW w:w="1881" w:type="dxa"/>
          </w:tcPr>
          <w:p w14:paraId="447D8929" w14:textId="77777777" w:rsidR="00E91A42" w:rsidRPr="00E91A42" w:rsidRDefault="00E91A42" w:rsidP="00A701F9">
            <w:pPr>
              <w:spacing w:after="0" w:line="312" w:lineRule="auto"/>
              <w:rPr>
                <w:sz w:val="28"/>
                <w:szCs w:val="28"/>
              </w:rPr>
            </w:pPr>
          </w:p>
        </w:tc>
        <w:tc>
          <w:tcPr>
            <w:tcW w:w="1881" w:type="dxa"/>
          </w:tcPr>
          <w:p w14:paraId="1F03CF46" w14:textId="77777777" w:rsidR="00E91A42" w:rsidRPr="00E91A42" w:rsidRDefault="00E91A42" w:rsidP="00A701F9">
            <w:pPr>
              <w:spacing w:after="0" w:line="312" w:lineRule="auto"/>
              <w:rPr>
                <w:sz w:val="28"/>
                <w:szCs w:val="28"/>
              </w:rPr>
            </w:pPr>
          </w:p>
        </w:tc>
      </w:tr>
      <w:tr w:rsidR="00E91A42" w:rsidRPr="00E91A42" w14:paraId="6E412931" w14:textId="77777777" w:rsidTr="00A701F9">
        <w:tc>
          <w:tcPr>
            <w:tcW w:w="1881" w:type="dxa"/>
          </w:tcPr>
          <w:p w14:paraId="02EABAA6" w14:textId="77777777" w:rsidR="00E91A42" w:rsidRPr="00E91A42" w:rsidRDefault="00E91A42" w:rsidP="00A701F9">
            <w:pPr>
              <w:spacing w:after="0" w:line="312" w:lineRule="auto"/>
              <w:rPr>
                <w:sz w:val="28"/>
                <w:szCs w:val="28"/>
              </w:rPr>
            </w:pPr>
            <w:r w:rsidRPr="00E91A42">
              <w:rPr>
                <w:sz w:val="28"/>
                <w:szCs w:val="28"/>
              </w:rPr>
              <w:t>Doanh nghiệp phối hợp</w:t>
            </w:r>
          </w:p>
        </w:tc>
        <w:tc>
          <w:tcPr>
            <w:tcW w:w="1881" w:type="dxa"/>
          </w:tcPr>
          <w:p w14:paraId="02072D94" w14:textId="77777777" w:rsidR="00E91A42" w:rsidRPr="00E91A42" w:rsidRDefault="00E91A42" w:rsidP="00A701F9">
            <w:pPr>
              <w:spacing w:after="0" w:line="312" w:lineRule="auto"/>
              <w:rPr>
                <w:sz w:val="28"/>
                <w:szCs w:val="28"/>
              </w:rPr>
            </w:pPr>
          </w:p>
        </w:tc>
        <w:tc>
          <w:tcPr>
            <w:tcW w:w="1881" w:type="dxa"/>
          </w:tcPr>
          <w:p w14:paraId="686C2DE1" w14:textId="77777777" w:rsidR="00E91A42" w:rsidRPr="00E91A42" w:rsidRDefault="00E91A42" w:rsidP="00A701F9">
            <w:pPr>
              <w:spacing w:after="0" w:line="312" w:lineRule="auto"/>
              <w:rPr>
                <w:sz w:val="28"/>
                <w:szCs w:val="28"/>
              </w:rPr>
            </w:pPr>
          </w:p>
        </w:tc>
        <w:tc>
          <w:tcPr>
            <w:tcW w:w="1881" w:type="dxa"/>
          </w:tcPr>
          <w:p w14:paraId="1928FA89" w14:textId="77777777" w:rsidR="00E91A42" w:rsidRPr="00E91A42" w:rsidRDefault="00E91A42" w:rsidP="00A701F9">
            <w:pPr>
              <w:spacing w:after="0" w:line="312" w:lineRule="auto"/>
              <w:rPr>
                <w:sz w:val="28"/>
                <w:szCs w:val="28"/>
              </w:rPr>
            </w:pPr>
          </w:p>
        </w:tc>
        <w:tc>
          <w:tcPr>
            <w:tcW w:w="1881" w:type="dxa"/>
          </w:tcPr>
          <w:p w14:paraId="542017E2" w14:textId="77777777" w:rsidR="00E91A42" w:rsidRPr="00E91A42" w:rsidRDefault="00E91A42" w:rsidP="00A701F9">
            <w:pPr>
              <w:spacing w:after="0" w:line="312" w:lineRule="auto"/>
              <w:rPr>
                <w:sz w:val="28"/>
                <w:szCs w:val="28"/>
              </w:rPr>
            </w:pPr>
          </w:p>
        </w:tc>
      </w:tr>
      <w:tr w:rsidR="00E91A42" w:rsidRPr="00E91A42" w14:paraId="047A7707" w14:textId="77777777" w:rsidTr="00A701F9">
        <w:tc>
          <w:tcPr>
            <w:tcW w:w="1881" w:type="dxa"/>
          </w:tcPr>
          <w:p w14:paraId="54D632D0" w14:textId="77777777" w:rsidR="00E91A42" w:rsidRPr="00E91A42" w:rsidRDefault="00E91A42" w:rsidP="00A701F9">
            <w:pPr>
              <w:spacing w:after="0" w:line="312" w:lineRule="auto"/>
              <w:rPr>
                <w:sz w:val="28"/>
                <w:szCs w:val="28"/>
              </w:rPr>
            </w:pPr>
            <w:r w:rsidRPr="00E91A42">
              <w:rPr>
                <w:sz w:val="28"/>
                <w:szCs w:val="28"/>
              </w:rPr>
              <w:t>Hợp tác quốc tế</w:t>
            </w:r>
          </w:p>
        </w:tc>
        <w:tc>
          <w:tcPr>
            <w:tcW w:w="1881" w:type="dxa"/>
          </w:tcPr>
          <w:p w14:paraId="386832B3" w14:textId="77777777" w:rsidR="00E91A42" w:rsidRPr="00E91A42" w:rsidRDefault="00E91A42" w:rsidP="00A701F9">
            <w:pPr>
              <w:spacing w:after="0" w:line="312" w:lineRule="auto"/>
              <w:rPr>
                <w:sz w:val="28"/>
                <w:szCs w:val="28"/>
              </w:rPr>
            </w:pPr>
          </w:p>
        </w:tc>
        <w:tc>
          <w:tcPr>
            <w:tcW w:w="1881" w:type="dxa"/>
          </w:tcPr>
          <w:p w14:paraId="106DCE67" w14:textId="77777777" w:rsidR="00E91A42" w:rsidRPr="00E91A42" w:rsidRDefault="00E91A42" w:rsidP="00A701F9">
            <w:pPr>
              <w:spacing w:after="0" w:line="312" w:lineRule="auto"/>
              <w:rPr>
                <w:sz w:val="28"/>
                <w:szCs w:val="28"/>
              </w:rPr>
            </w:pPr>
          </w:p>
        </w:tc>
        <w:tc>
          <w:tcPr>
            <w:tcW w:w="1881" w:type="dxa"/>
          </w:tcPr>
          <w:p w14:paraId="5F9402EF" w14:textId="77777777" w:rsidR="00E91A42" w:rsidRPr="00E91A42" w:rsidRDefault="00E91A42" w:rsidP="00A701F9">
            <w:pPr>
              <w:spacing w:after="0" w:line="312" w:lineRule="auto"/>
              <w:rPr>
                <w:sz w:val="28"/>
                <w:szCs w:val="28"/>
              </w:rPr>
            </w:pPr>
          </w:p>
        </w:tc>
        <w:tc>
          <w:tcPr>
            <w:tcW w:w="1881" w:type="dxa"/>
          </w:tcPr>
          <w:p w14:paraId="4C416988" w14:textId="77777777" w:rsidR="00E91A42" w:rsidRPr="00E91A42" w:rsidRDefault="00E91A42" w:rsidP="00A701F9">
            <w:pPr>
              <w:spacing w:after="0" w:line="312" w:lineRule="auto"/>
              <w:rPr>
                <w:sz w:val="28"/>
                <w:szCs w:val="28"/>
              </w:rPr>
            </w:pPr>
          </w:p>
        </w:tc>
      </w:tr>
      <w:tr w:rsidR="00E91A42" w:rsidRPr="00E91A42" w14:paraId="6758CD80" w14:textId="77777777" w:rsidTr="00A701F9">
        <w:tc>
          <w:tcPr>
            <w:tcW w:w="1881" w:type="dxa"/>
          </w:tcPr>
          <w:p w14:paraId="6934FB3E" w14:textId="77777777" w:rsidR="00E91A42" w:rsidRPr="00E91A42" w:rsidRDefault="00E91A42" w:rsidP="00A701F9">
            <w:pPr>
              <w:spacing w:after="0" w:line="312" w:lineRule="auto"/>
              <w:rPr>
                <w:sz w:val="28"/>
                <w:szCs w:val="28"/>
              </w:rPr>
            </w:pPr>
            <w:r w:rsidRPr="00E91A42">
              <w:rPr>
                <w:sz w:val="28"/>
                <w:szCs w:val="28"/>
              </w:rPr>
              <w:t>Tổng cộng</w:t>
            </w:r>
          </w:p>
        </w:tc>
        <w:tc>
          <w:tcPr>
            <w:tcW w:w="1881" w:type="dxa"/>
          </w:tcPr>
          <w:p w14:paraId="3097601A" w14:textId="77777777" w:rsidR="00E91A42" w:rsidRPr="00E91A42" w:rsidRDefault="00E91A42" w:rsidP="00A701F9">
            <w:pPr>
              <w:spacing w:after="0" w:line="312" w:lineRule="auto"/>
              <w:rPr>
                <w:sz w:val="28"/>
                <w:szCs w:val="28"/>
              </w:rPr>
            </w:pPr>
          </w:p>
        </w:tc>
        <w:tc>
          <w:tcPr>
            <w:tcW w:w="1881" w:type="dxa"/>
          </w:tcPr>
          <w:p w14:paraId="3A4E9279" w14:textId="77777777" w:rsidR="00E91A42" w:rsidRPr="00E91A42" w:rsidRDefault="00E91A42" w:rsidP="00A701F9">
            <w:pPr>
              <w:spacing w:after="0" w:line="312" w:lineRule="auto"/>
              <w:rPr>
                <w:sz w:val="28"/>
                <w:szCs w:val="28"/>
              </w:rPr>
            </w:pPr>
          </w:p>
        </w:tc>
        <w:tc>
          <w:tcPr>
            <w:tcW w:w="1881" w:type="dxa"/>
          </w:tcPr>
          <w:p w14:paraId="7355FB4E" w14:textId="77777777" w:rsidR="00E91A42" w:rsidRPr="00E91A42" w:rsidRDefault="00E91A42" w:rsidP="00A701F9">
            <w:pPr>
              <w:spacing w:after="0" w:line="312" w:lineRule="auto"/>
              <w:rPr>
                <w:sz w:val="28"/>
                <w:szCs w:val="28"/>
              </w:rPr>
            </w:pPr>
          </w:p>
        </w:tc>
        <w:tc>
          <w:tcPr>
            <w:tcW w:w="1881" w:type="dxa"/>
          </w:tcPr>
          <w:p w14:paraId="4496C6E3" w14:textId="77777777" w:rsidR="00E91A42" w:rsidRPr="00E91A42" w:rsidRDefault="00E91A42" w:rsidP="00A701F9">
            <w:pPr>
              <w:spacing w:after="0" w:line="312" w:lineRule="auto"/>
              <w:rPr>
                <w:sz w:val="28"/>
                <w:szCs w:val="28"/>
              </w:rPr>
            </w:pPr>
          </w:p>
        </w:tc>
      </w:tr>
    </w:tbl>
    <w:p w14:paraId="54D09BF0" w14:textId="77777777" w:rsidR="00E91A42" w:rsidRPr="00E91A42" w:rsidRDefault="00E91A42" w:rsidP="00E91A42">
      <w:pPr>
        <w:spacing w:after="0" w:line="312" w:lineRule="auto"/>
        <w:rPr>
          <w:sz w:val="28"/>
          <w:szCs w:val="28"/>
        </w:rPr>
      </w:pPr>
      <w:r w:rsidRPr="00E91A42">
        <w:rPr>
          <w:b/>
          <w:sz w:val="28"/>
          <w:szCs w:val="28"/>
        </w:rPr>
        <w:t>VIII. KHÓ KHĂN, TỒN TẠI, KIẾN NGHỊ</w:t>
      </w:r>
    </w:p>
    <w:p w14:paraId="61FB2A5D" w14:textId="77777777" w:rsidR="00E91A42" w:rsidRPr="00E91A42" w:rsidRDefault="00E91A42" w:rsidP="00E91A42">
      <w:pPr>
        <w:spacing w:after="0" w:line="312" w:lineRule="auto"/>
        <w:rPr>
          <w:sz w:val="28"/>
          <w:szCs w:val="28"/>
        </w:rPr>
      </w:pPr>
      <w:r w:rsidRPr="00E91A42">
        <w:rPr>
          <w:sz w:val="28"/>
          <w:szCs w:val="28"/>
        </w:rPr>
        <w:t>- ..........................................................................................</w:t>
      </w:r>
      <w:r w:rsidRPr="00E91A42">
        <w:rPr>
          <w:sz w:val="28"/>
          <w:szCs w:val="28"/>
        </w:rPr>
        <w:br/>
        <w:t>- ..........................................................................................</w:t>
      </w:r>
      <w:r w:rsidRPr="00E91A42">
        <w:rPr>
          <w:sz w:val="28"/>
          <w:szCs w:val="28"/>
        </w:rPr>
        <w:br/>
        <w:t>- ..........................................................................................</w:t>
      </w:r>
    </w:p>
    <w:p w14:paraId="7B952C5D" w14:textId="77777777" w:rsidR="00E91A42" w:rsidRPr="00E91A42" w:rsidRDefault="00E91A42" w:rsidP="00E91A42">
      <w:pPr>
        <w:spacing w:after="0" w:line="312" w:lineRule="auto"/>
        <w:rPr>
          <w:sz w:val="28"/>
          <w:szCs w:val="28"/>
        </w:rPr>
      </w:pPr>
      <w:r w:rsidRPr="00E91A42">
        <w:rPr>
          <w:b/>
          <w:sz w:val="28"/>
          <w:szCs w:val="28"/>
        </w:rPr>
        <w:t>IX. ĐỀ XUẤT HƯỚNG NGHIÊN CỨU TIẾP THEO</w:t>
      </w:r>
    </w:p>
    <w:p w14:paraId="24D3F249" w14:textId="77777777" w:rsidR="00E91A42" w:rsidRPr="00E91A42" w:rsidRDefault="00E91A42" w:rsidP="00E91A42">
      <w:pPr>
        <w:spacing w:after="0" w:line="312" w:lineRule="auto"/>
        <w:rPr>
          <w:sz w:val="28"/>
          <w:szCs w:val="28"/>
        </w:rPr>
      </w:pPr>
      <w:r w:rsidRPr="00E91A42">
        <w:rPr>
          <w:sz w:val="28"/>
          <w:szCs w:val="28"/>
        </w:rPr>
        <w:t>............................................................................................................................</w:t>
      </w:r>
      <w:r w:rsidRPr="00E91A42">
        <w:rPr>
          <w:sz w:val="28"/>
          <w:szCs w:val="28"/>
        </w:rPr>
        <w:b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329"/>
      </w:tblGrid>
      <w:tr w:rsidR="00E91A42" w:rsidRPr="00E91A42" w14:paraId="5E8CD9AB" w14:textId="77777777" w:rsidTr="00A701F9">
        <w:tc>
          <w:tcPr>
            <w:tcW w:w="4810" w:type="dxa"/>
          </w:tcPr>
          <w:p w14:paraId="72028FCA" w14:textId="77777777" w:rsidR="00E91A42" w:rsidRPr="00E91A42" w:rsidRDefault="00E91A42" w:rsidP="00A701F9">
            <w:pPr>
              <w:spacing w:line="312" w:lineRule="auto"/>
              <w:jc w:val="center"/>
              <w:rPr>
                <w:b/>
                <w:bCs/>
                <w:sz w:val="28"/>
                <w:szCs w:val="28"/>
              </w:rPr>
            </w:pPr>
            <w:r w:rsidRPr="00E91A42">
              <w:rPr>
                <w:b/>
                <w:bCs/>
                <w:sz w:val="28"/>
                <w:szCs w:val="28"/>
              </w:rPr>
              <w:t>ĐẠI DIỆN TỔ CHỨC CHỦ TRÌ</w:t>
            </w:r>
          </w:p>
          <w:p w14:paraId="67533E34" w14:textId="77777777" w:rsidR="00E91A42" w:rsidRPr="00E91A42" w:rsidRDefault="00E91A42" w:rsidP="00A701F9">
            <w:pPr>
              <w:spacing w:line="312" w:lineRule="auto"/>
              <w:jc w:val="center"/>
              <w:rPr>
                <w:sz w:val="28"/>
                <w:szCs w:val="28"/>
              </w:rPr>
            </w:pPr>
            <w:r w:rsidRPr="00E91A42">
              <w:rPr>
                <w:sz w:val="28"/>
                <w:szCs w:val="28"/>
              </w:rPr>
              <w:t>(Ký, ghi rõ họ tên, chức vụ, đóng dấu)</w:t>
            </w:r>
          </w:p>
        </w:tc>
        <w:tc>
          <w:tcPr>
            <w:tcW w:w="4811" w:type="dxa"/>
          </w:tcPr>
          <w:p w14:paraId="7F863A9C" w14:textId="77777777" w:rsidR="00E91A42" w:rsidRPr="00E91A42" w:rsidRDefault="00E91A42" w:rsidP="00A701F9">
            <w:pPr>
              <w:spacing w:line="312" w:lineRule="auto"/>
              <w:jc w:val="center"/>
              <w:rPr>
                <w:b/>
                <w:bCs/>
                <w:sz w:val="28"/>
                <w:szCs w:val="28"/>
              </w:rPr>
            </w:pPr>
            <w:r w:rsidRPr="00E91A42">
              <w:rPr>
                <w:b/>
                <w:bCs/>
                <w:sz w:val="28"/>
                <w:szCs w:val="28"/>
              </w:rPr>
              <w:t>CHỦ NHIỆM NHIỆM VỤ</w:t>
            </w:r>
          </w:p>
          <w:p w14:paraId="5B837E30" w14:textId="77777777" w:rsidR="00E91A42" w:rsidRPr="00E91A42" w:rsidRDefault="00E91A42" w:rsidP="00A701F9">
            <w:pPr>
              <w:spacing w:line="312" w:lineRule="auto"/>
              <w:jc w:val="center"/>
              <w:rPr>
                <w:sz w:val="28"/>
                <w:szCs w:val="28"/>
              </w:rPr>
            </w:pPr>
            <w:r w:rsidRPr="00E91A42">
              <w:rPr>
                <w:sz w:val="28"/>
                <w:szCs w:val="28"/>
              </w:rPr>
              <w:t>(Ký, ghi rõ họ tên)</w:t>
            </w:r>
          </w:p>
        </w:tc>
      </w:tr>
    </w:tbl>
    <w:p w14:paraId="5C8753FB" w14:textId="77777777" w:rsidR="00E91A42" w:rsidRPr="00E91A42" w:rsidRDefault="00E91A42" w:rsidP="00E91A42">
      <w:pPr>
        <w:spacing w:after="0" w:line="312" w:lineRule="auto"/>
        <w:rPr>
          <w:sz w:val="28"/>
          <w:szCs w:val="28"/>
        </w:rPr>
      </w:pPr>
      <w:r w:rsidRPr="00E91A42">
        <w:rPr>
          <w:sz w:val="28"/>
          <w:szCs w:val="28"/>
        </w:rPr>
        <w:lastRenderedPageBreak/>
        <w:t>Ghi chú:</w:t>
      </w:r>
      <w:r w:rsidRPr="00E91A42">
        <w:rPr>
          <w:sz w:val="28"/>
          <w:szCs w:val="28"/>
        </w:rPr>
        <w:br/>
        <w:t xml:space="preserve">- Báo cáo này là căn cứ để nghiệm thu nhiệm vụ </w:t>
      </w:r>
      <w:proofErr w:type="gramStart"/>
      <w:r w:rsidRPr="00E91A42">
        <w:rPr>
          <w:sz w:val="28"/>
          <w:szCs w:val="28"/>
        </w:rPr>
        <w:t>KH,CN</w:t>
      </w:r>
      <w:proofErr w:type="gramEnd"/>
      <w:r w:rsidRPr="00E91A42">
        <w:rPr>
          <w:sz w:val="28"/>
          <w:szCs w:val="28"/>
        </w:rPr>
        <w:t>&amp;ĐMST, được lập 01 bản gốc + 02 bản sao.</w:t>
      </w:r>
      <w:r w:rsidRPr="00E91A42">
        <w:rPr>
          <w:sz w:val="28"/>
          <w:szCs w:val="28"/>
        </w:rPr>
        <w:br/>
        <w:t>- Kèm theo: phụ lục sản phẩm, báo cáo tài chính, biên bản nghiệm thu cơ sở và hồ sơ minh chứng sản phẩm.</w:t>
      </w:r>
      <w:r w:rsidRPr="00E91A42">
        <w:rPr>
          <w:sz w:val="28"/>
          <w:szCs w:val="28"/>
        </w:rPr>
        <w:br/>
        <w:t>- Tổ chức chủ trì chịu trách nhiệm về tính chính xác của toàn bộ thông tin và số liệu.</w:t>
      </w:r>
    </w:p>
    <w:p w14:paraId="4EAD9C60" w14:textId="77777777" w:rsidR="00E91A42" w:rsidRPr="00E91A42" w:rsidRDefault="00E91A42" w:rsidP="00E91A42">
      <w:pPr>
        <w:spacing w:after="0" w:line="312" w:lineRule="auto"/>
        <w:rPr>
          <w:sz w:val="28"/>
          <w:szCs w:val="28"/>
        </w:rPr>
      </w:pPr>
    </w:p>
    <w:p w14:paraId="7554E0B2" w14:textId="77777777" w:rsidR="00E91A42" w:rsidRPr="00E91A42" w:rsidRDefault="00E91A42" w:rsidP="00E91A42">
      <w:pPr>
        <w:spacing w:after="0" w:line="312" w:lineRule="auto"/>
        <w:rPr>
          <w:sz w:val="28"/>
          <w:szCs w:val="28"/>
        </w:rPr>
      </w:pPr>
    </w:p>
    <w:p w14:paraId="543CF3FD" w14:textId="77777777" w:rsidR="00E91A42" w:rsidRPr="00E91A42" w:rsidRDefault="00E91A42" w:rsidP="00E91A42">
      <w:pPr>
        <w:spacing w:after="0" w:line="312" w:lineRule="auto"/>
        <w:rPr>
          <w:sz w:val="28"/>
          <w:szCs w:val="28"/>
        </w:rPr>
      </w:pPr>
    </w:p>
    <w:p w14:paraId="41691D55" w14:textId="77777777" w:rsidR="00E91A42" w:rsidRPr="00E91A42" w:rsidRDefault="00E91A42" w:rsidP="00E91A42">
      <w:pPr>
        <w:spacing w:after="0" w:line="312" w:lineRule="auto"/>
        <w:rPr>
          <w:sz w:val="28"/>
          <w:szCs w:val="28"/>
        </w:rPr>
      </w:pPr>
    </w:p>
    <w:p w14:paraId="78971959" w14:textId="77777777" w:rsidR="00E91A42" w:rsidRPr="00E91A42" w:rsidRDefault="00E91A42" w:rsidP="00E91A42">
      <w:pPr>
        <w:spacing w:after="0" w:line="312" w:lineRule="auto"/>
        <w:rPr>
          <w:sz w:val="28"/>
          <w:szCs w:val="28"/>
        </w:rPr>
      </w:pPr>
    </w:p>
    <w:p w14:paraId="57B45282" w14:textId="77777777" w:rsidR="00E91A42" w:rsidRPr="00E91A42" w:rsidRDefault="00E91A42" w:rsidP="00E91A42">
      <w:pPr>
        <w:spacing w:after="0" w:line="312" w:lineRule="auto"/>
        <w:rPr>
          <w:sz w:val="28"/>
          <w:szCs w:val="28"/>
        </w:rPr>
      </w:pPr>
    </w:p>
    <w:p w14:paraId="3BCE23B6" w14:textId="77777777" w:rsidR="00E91A42" w:rsidRPr="00E91A42" w:rsidRDefault="00E91A42" w:rsidP="00E91A42">
      <w:pPr>
        <w:spacing w:after="0" w:line="312" w:lineRule="auto"/>
        <w:rPr>
          <w:sz w:val="28"/>
          <w:szCs w:val="28"/>
        </w:rPr>
      </w:pPr>
    </w:p>
    <w:p w14:paraId="6E3CD8D4" w14:textId="77777777" w:rsidR="00E91A42" w:rsidRPr="00E91A42" w:rsidRDefault="00E91A42" w:rsidP="00E91A42">
      <w:pPr>
        <w:spacing w:after="0" w:line="312" w:lineRule="auto"/>
        <w:rPr>
          <w:sz w:val="28"/>
          <w:szCs w:val="28"/>
        </w:rPr>
      </w:pPr>
    </w:p>
    <w:p w14:paraId="2F572372" w14:textId="77777777" w:rsidR="00E91A42" w:rsidRPr="00E91A42" w:rsidRDefault="00E91A42" w:rsidP="00E91A42">
      <w:pPr>
        <w:spacing w:after="0" w:line="312" w:lineRule="auto"/>
        <w:rPr>
          <w:sz w:val="28"/>
          <w:szCs w:val="28"/>
        </w:rPr>
      </w:pPr>
    </w:p>
    <w:p w14:paraId="3CF78B94" w14:textId="77777777" w:rsidR="00E91A42" w:rsidRPr="00E91A42" w:rsidRDefault="00E91A42" w:rsidP="00E91A42">
      <w:pPr>
        <w:spacing w:after="0" w:line="312" w:lineRule="auto"/>
        <w:rPr>
          <w:sz w:val="28"/>
          <w:szCs w:val="28"/>
        </w:rPr>
      </w:pPr>
    </w:p>
    <w:p w14:paraId="7FB28B52" w14:textId="77777777" w:rsidR="00E91A42" w:rsidRPr="00E91A42" w:rsidRDefault="00E91A42" w:rsidP="00E91A42">
      <w:pPr>
        <w:spacing w:after="0" w:line="312" w:lineRule="auto"/>
        <w:rPr>
          <w:sz w:val="28"/>
          <w:szCs w:val="28"/>
        </w:rPr>
      </w:pPr>
    </w:p>
    <w:p w14:paraId="7F97D1D4" w14:textId="77777777" w:rsidR="00E91A42" w:rsidRPr="00E91A42" w:rsidRDefault="00E91A42" w:rsidP="00E91A42">
      <w:pPr>
        <w:spacing w:after="0" w:line="312" w:lineRule="auto"/>
        <w:rPr>
          <w:sz w:val="28"/>
          <w:szCs w:val="28"/>
        </w:rPr>
      </w:pPr>
    </w:p>
    <w:p w14:paraId="7E59BAC2" w14:textId="77777777" w:rsidR="00E91A42" w:rsidRPr="00E91A42" w:rsidRDefault="00E91A42" w:rsidP="00E91A42">
      <w:pPr>
        <w:spacing w:after="0" w:line="312" w:lineRule="auto"/>
        <w:rPr>
          <w:sz w:val="28"/>
          <w:szCs w:val="28"/>
        </w:rPr>
      </w:pPr>
    </w:p>
    <w:p w14:paraId="535E9159" w14:textId="77777777" w:rsidR="00E91A42" w:rsidRPr="00E91A42" w:rsidRDefault="00E91A42" w:rsidP="00E91A42">
      <w:pPr>
        <w:spacing w:after="0" w:line="312" w:lineRule="auto"/>
        <w:rPr>
          <w:sz w:val="28"/>
          <w:szCs w:val="28"/>
        </w:rPr>
      </w:pPr>
    </w:p>
    <w:p w14:paraId="6DFADA52" w14:textId="77777777" w:rsidR="00E91A42" w:rsidRPr="00E91A42" w:rsidRDefault="00E91A42" w:rsidP="00E91A42">
      <w:pPr>
        <w:spacing w:after="0" w:line="312" w:lineRule="auto"/>
        <w:rPr>
          <w:sz w:val="28"/>
          <w:szCs w:val="28"/>
        </w:rPr>
      </w:pPr>
    </w:p>
    <w:p w14:paraId="4B967792" w14:textId="77777777" w:rsidR="00E91A42" w:rsidRPr="00E91A42" w:rsidRDefault="00E91A42" w:rsidP="00E91A42">
      <w:pPr>
        <w:spacing w:after="0" w:line="312" w:lineRule="auto"/>
        <w:rPr>
          <w:sz w:val="28"/>
          <w:szCs w:val="28"/>
        </w:rPr>
      </w:pPr>
    </w:p>
    <w:p w14:paraId="6675F893" w14:textId="77777777" w:rsidR="00E91A42" w:rsidRPr="00E91A42" w:rsidRDefault="00E91A42" w:rsidP="00E91A42">
      <w:pPr>
        <w:spacing w:after="0" w:line="312" w:lineRule="auto"/>
        <w:rPr>
          <w:sz w:val="28"/>
          <w:szCs w:val="28"/>
        </w:rPr>
      </w:pPr>
    </w:p>
    <w:p w14:paraId="56CE05C1" w14:textId="77777777" w:rsidR="00E91A42" w:rsidRPr="00E91A42" w:rsidRDefault="00E91A42" w:rsidP="00E91A42">
      <w:pPr>
        <w:spacing w:after="0" w:line="312" w:lineRule="auto"/>
        <w:rPr>
          <w:sz w:val="28"/>
          <w:szCs w:val="28"/>
        </w:rPr>
      </w:pPr>
    </w:p>
    <w:p w14:paraId="38BF9B99" w14:textId="77777777" w:rsidR="00E91A42" w:rsidRPr="00E91A42" w:rsidRDefault="00E91A42" w:rsidP="00E91A42">
      <w:pPr>
        <w:spacing w:after="0" w:line="312" w:lineRule="auto"/>
        <w:rPr>
          <w:sz w:val="28"/>
          <w:szCs w:val="28"/>
        </w:rPr>
      </w:pPr>
    </w:p>
    <w:p w14:paraId="29C1184C" w14:textId="77777777" w:rsidR="00E91A42" w:rsidRPr="00E91A42" w:rsidRDefault="00E91A42" w:rsidP="00E91A42">
      <w:pPr>
        <w:spacing w:after="0" w:line="312" w:lineRule="auto"/>
        <w:jc w:val="center"/>
        <w:rPr>
          <w:b/>
          <w:bCs/>
          <w:sz w:val="28"/>
          <w:szCs w:val="28"/>
        </w:rPr>
      </w:pPr>
    </w:p>
    <w:p w14:paraId="6FCDDBAC" w14:textId="77777777" w:rsidR="00E91A42" w:rsidRPr="00E91A42" w:rsidRDefault="00E91A42" w:rsidP="00E91A42">
      <w:pPr>
        <w:spacing w:after="0" w:line="312" w:lineRule="auto"/>
        <w:jc w:val="center"/>
        <w:rPr>
          <w:b/>
          <w:bCs/>
          <w:sz w:val="28"/>
          <w:szCs w:val="28"/>
        </w:rPr>
      </w:pPr>
    </w:p>
    <w:p w14:paraId="47713AF0" w14:textId="77777777" w:rsidR="00E91A42" w:rsidRPr="00E91A42" w:rsidRDefault="00E91A42" w:rsidP="00E91A42">
      <w:pPr>
        <w:spacing w:after="0" w:line="312" w:lineRule="auto"/>
        <w:jc w:val="center"/>
        <w:rPr>
          <w:b/>
          <w:bCs/>
          <w:sz w:val="28"/>
          <w:szCs w:val="28"/>
        </w:rPr>
      </w:pPr>
    </w:p>
    <w:p w14:paraId="53C1F4A5" w14:textId="77777777" w:rsidR="00E91A42" w:rsidRDefault="00E91A42" w:rsidP="00E91A42">
      <w:pPr>
        <w:spacing w:after="0" w:line="312" w:lineRule="auto"/>
        <w:jc w:val="center"/>
        <w:rPr>
          <w:b/>
          <w:bCs/>
          <w:sz w:val="28"/>
          <w:szCs w:val="28"/>
        </w:rPr>
      </w:pPr>
    </w:p>
    <w:p w14:paraId="5DEEE0ED" w14:textId="7BC1C57B" w:rsidR="00E91A42" w:rsidRPr="00E91A42" w:rsidRDefault="00E91A42" w:rsidP="00E91A42">
      <w:pPr>
        <w:spacing w:after="0" w:line="312" w:lineRule="auto"/>
        <w:jc w:val="center"/>
        <w:rPr>
          <w:b/>
          <w:bCs/>
          <w:sz w:val="28"/>
          <w:szCs w:val="28"/>
        </w:rPr>
      </w:pPr>
      <w:r w:rsidRPr="00E91A42">
        <w:rPr>
          <w:b/>
          <w:bCs/>
          <w:sz w:val="28"/>
          <w:szCs w:val="28"/>
        </w:rPr>
        <w:lastRenderedPageBreak/>
        <w:t xml:space="preserve">BÁO CÁO TỔNG HỢP KẾT QUẢ THỰC HIỆN NHIỆM VỤ HỢP TÁC QUỐC TẾ </w:t>
      </w:r>
    </w:p>
    <w:p w14:paraId="3037D8D6" w14:textId="77777777" w:rsidR="00E91A42" w:rsidRPr="00E91A42" w:rsidRDefault="00E91A42" w:rsidP="00E91A42">
      <w:pPr>
        <w:spacing w:after="0" w:line="312" w:lineRule="auto"/>
        <w:jc w:val="center"/>
        <w:rPr>
          <w:sz w:val="28"/>
          <w:szCs w:val="28"/>
        </w:rPr>
      </w:pPr>
      <w:r w:rsidRPr="00E91A42">
        <w:rPr>
          <w:sz w:val="28"/>
          <w:szCs w:val="28"/>
        </w:rPr>
        <w:t>Tên nhiệm vụ: ........................................................................................</w:t>
      </w:r>
    </w:p>
    <w:p w14:paraId="6986636E" w14:textId="77777777" w:rsidR="00E91A42" w:rsidRPr="00E91A42" w:rsidRDefault="00E91A42" w:rsidP="00E91A42">
      <w:pPr>
        <w:spacing w:after="0" w:line="312" w:lineRule="auto"/>
        <w:jc w:val="center"/>
        <w:rPr>
          <w:sz w:val="28"/>
          <w:szCs w:val="28"/>
        </w:rPr>
      </w:pPr>
      <w:r w:rsidRPr="00E91A42">
        <w:rPr>
          <w:sz w:val="28"/>
          <w:szCs w:val="28"/>
        </w:rPr>
        <w:t>Mã số: ...................................................................................................</w:t>
      </w:r>
    </w:p>
    <w:p w14:paraId="63A15D0F" w14:textId="77777777" w:rsidR="00E91A42" w:rsidRPr="00E91A42" w:rsidRDefault="00E91A42" w:rsidP="00E91A42">
      <w:pPr>
        <w:spacing w:after="0" w:line="312" w:lineRule="auto"/>
        <w:rPr>
          <w:sz w:val="28"/>
          <w:szCs w:val="28"/>
        </w:rPr>
      </w:pPr>
      <w:r w:rsidRPr="00E91A42">
        <w:rPr>
          <w:sz w:val="28"/>
          <w:szCs w:val="28"/>
        </w:rPr>
        <w:t xml:space="preserve">                Loại hình nhiệm vụ: </w:t>
      </w:r>
      <w:r w:rsidRPr="00E91A42">
        <w:rPr>
          <w:rFonts w:ascii="Segoe UI Symbol" w:hAnsi="Segoe UI Symbol" w:cs="Segoe UI Symbol"/>
          <w:sz w:val="28"/>
          <w:szCs w:val="28"/>
        </w:rPr>
        <w:t>☐</w:t>
      </w:r>
      <w:r w:rsidRPr="00E91A42">
        <w:rPr>
          <w:sz w:val="28"/>
          <w:szCs w:val="28"/>
        </w:rPr>
        <w:t xml:space="preserve"> Nghị định thư</w:t>
      </w:r>
      <w:r w:rsidRPr="00E91A42">
        <w:rPr>
          <w:sz w:val="28"/>
          <w:szCs w:val="28"/>
        </w:rPr>
        <w:t> </w:t>
      </w:r>
      <w:r w:rsidRPr="00E91A42">
        <w:rPr>
          <w:rFonts w:ascii="Segoe UI Symbol" w:hAnsi="Segoe UI Symbol" w:cs="Segoe UI Symbol"/>
          <w:sz w:val="28"/>
          <w:szCs w:val="28"/>
        </w:rPr>
        <w:t>☐</w:t>
      </w:r>
      <w:r w:rsidRPr="00E91A42">
        <w:rPr>
          <w:sz w:val="28"/>
          <w:szCs w:val="28"/>
        </w:rPr>
        <w:t xml:space="preserve"> SPĐP</w:t>
      </w:r>
      <w:r w:rsidRPr="00E91A42">
        <w:rPr>
          <w:sz w:val="28"/>
          <w:szCs w:val="28"/>
        </w:rPr>
        <w:t> </w:t>
      </w:r>
      <w:r w:rsidRPr="00E91A42">
        <w:rPr>
          <w:rFonts w:ascii="Segoe UI Symbol" w:hAnsi="Segoe UI Symbol" w:cs="Segoe UI Symbol"/>
          <w:sz w:val="28"/>
          <w:szCs w:val="28"/>
        </w:rPr>
        <w:t>☐</w:t>
      </w:r>
      <w:r w:rsidRPr="00E91A42">
        <w:rPr>
          <w:sz w:val="28"/>
          <w:szCs w:val="28"/>
        </w:rPr>
        <w:t xml:space="preserve"> Khác</w:t>
      </w:r>
      <w:r w:rsidRPr="00E91A42">
        <w:rPr>
          <w:sz w:val="28"/>
          <w:szCs w:val="28"/>
        </w:rPr>
        <w:t> </w:t>
      </w:r>
    </w:p>
    <w:p w14:paraId="407BEA15" w14:textId="77777777" w:rsidR="00E91A42" w:rsidRPr="00E91A42" w:rsidRDefault="00E91A42" w:rsidP="00E91A42">
      <w:pPr>
        <w:spacing w:after="0" w:line="312" w:lineRule="auto"/>
        <w:jc w:val="center"/>
        <w:rPr>
          <w:sz w:val="28"/>
          <w:szCs w:val="28"/>
        </w:rPr>
      </w:pPr>
      <w:r w:rsidRPr="00E91A42">
        <w:rPr>
          <w:sz w:val="28"/>
          <w:szCs w:val="28"/>
        </w:rPr>
        <w:t>Chủ nhiệm nhiệm vụ: ............................................................................</w:t>
      </w:r>
    </w:p>
    <w:p w14:paraId="6CCFF51A" w14:textId="77777777" w:rsidR="00E91A42" w:rsidRPr="00E91A42" w:rsidRDefault="00E91A42" w:rsidP="00E91A42">
      <w:pPr>
        <w:spacing w:after="0" w:line="312" w:lineRule="auto"/>
        <w:jc w:val="center"/>
        <w:rPr>
          <w:sz w:val="28"/>
          <w:szCs w:val="28"/>
        </w:rPr>
      </w:pPr>
      <w:r w:rsidRPr="00E91A42">
        <w:rPr>
          <w:sz w:val="28"/>
          <w:szCs w:val="28"/>
        </w:rPr>
        <w:t>Tổ chức chủ trì: .......................................................................................</w:t>
      </w:r>
    </w:p>
    <w:p w14:paraId="00FADF9C" w14:textId="77777777" w:rsidR="00E91A42" w:rsidRPr="00E91A42" w:rsidRDefault="00E91A42" w:rsidP="00E91A42">
      <w:pPr>
        <w:spacing w:after="0" w:line="312" w:lineRule="auto"/>
        <w:jc w:val="center"/>
        <w:rPr>
          <w:sz w:val="28"/>
          <w:szCs w:val="28"/>
        </w:rPr>
      </w:pPr>
      <w:r w:rsidRPr="00E91A42">
        <w:rPr>
          <w:sz w:val="28"/>
          <w:szCs w:val="28"/>
        </w:rPr>
        <w:t>Cơ quan quản lý: ...................................................................................</w:t>
      </w:r>
    </w:p>
    <w:p w14:paraId="33610C36" w14:textId="77777777" w:rsidR="00E91A42" w:rsidRPr="00E91A42" w:rsidRDefault="00E91A42" w:rsidP="00E91A42">
      <w:pPr>
        <w:spacing w:after="0" w:line="312" w:lineRule="auto"/>
        <w:jc w:val="center"/>
        <w:rPr>
          <w:sz w:val="28"/>
          <w:szCs w:val="28"/>
        </w:rPr>
      </w:pPr>
      <w:r w:rsidRPr="00E91A42">
        <w:rPr>
          <w:sz w:val="28"/>
          <w:szCs w:val="28"/>
        </w:rPr>
        <w:t>Thời gian thực hiện: từ .../.../... đến .../.../...</w:t>
      </w:r>
    </w:p>
    <w:p w14:paraId="2D1E315C" w14:textId="77777777" w:rsidR="00E91A42" w:rsidRPr="00E91A42" w:rsidRDefault="00E91A42" w:rsidP="00E91A42">
      <w:pPr>
        <w:spacing w:after="0" w:line="312" w:lineRule="auto"/>
        <w:jc w:val="center"/>
        <w:rPr>
          <w:sz w:val="28"/>
          <w:szCs w:val="28"/>
        </w:rPr>
      </w:pPr>
      <w:r w:rsidRPr="00E91A42">
        <w:rPr>
          <w:sz w:val="28"/>
          <w:szCs w:val="28"/>
        </w:rPr>
        <w:t>Hà Nội, năm ..............</w:t>
      </w:r>
    </w:p>
    <w:p w14:paraId="7A586F2C" w14:textId="77777777" w:rsidR="00E91A42" w:rsidRPr="00E91A42" w:rsidRDefault="00E91A42" w:rsidP="00E91A42">
      <w:pPr>
        <w:spacing w:after="0" w:line="312" w:lineRule="auto"/>
        <w:rPr>
          <w:sz w:val="28"/>
          <w:szCs w:val="28"/>
        </w:rPr>
      </w:pPr>
      <w:r w:rsidRPr="00E91A42">
        <w:rPr>
          <w:sz w:val="28"/>
          <w:szCs w:val="28"/>
        </w:rPr>
        <w:br w:type="page"/>
      </w:r>
    </w:p>
    <w:p w14:paraId="2DADDDE3" w14:textId="77777777" w:rsidR="00E91A42" w:rsidRPr="00E91A42" w:rsidRDefault="00E91A42" w:rsidP="00E91A42">
      <w:pPr>
        <w:spacing w:after="0" w:line="312" w:lineRule="auto"/>
        <w:rPr>
          <w:sz w:val="28"/>
          <w:szCs w:val="28"/>
        </w:rPr>
      </w:pPr>
      <w:r w:rsidRPr="00E91A42">
        <w:rPr>
          <w:b/>
          <w:sz w:val="28"/>
          <w:szCs w:val="28"/>
        </w:rPr>
        <w:lastRenderedPageBreak/>
        <w:t>LỜI CẢM ƠN</w:t>
      </w:r>
    </w:p>
    <w:p w14:paraId="0226291B" w14:textId="77777777" w:rsidR="00E91A42" w:rsidRPr="00E91A42" w:rsidRDefault="00E91A42" w:rsidP="00E91A42">
      <w:pPr>
        <w:spacing w:after="0" w:line="312" w:lineRule="auto"/>
        <w:rPr>
          <w:sz w:val="28"/>
          <w:szCs w:val="28"/>
        </w:rPr>
      </w:pPr>
      <w:r w:rsidRPr="00E91A42">
        <w:rPr>
          <w:sz w:val="28"/>
          <w:szCs w:val="28"/>
        </w:rPr>
        <w:t>............................................................................................................................</w:t>
      </w:r>
      <w:r w:rsidRPr="00E91A42">
        <w:rPr>
          <w:sz w:val="28"/>
          <w:szCs w:val="28"/>
        </w:rPr>
        <w:br/>
        <w:t>............................................................................................................................</w:t>
      </w:r>
      <w:r w:rsidRPr="00E91A42">
        <w:rPr>
          <w:sz w:val="28"/>
          <w:szCs w:val="28"/>
        </w:rPr>
        <w:br/>
        <w:t>............................................................................................................................</w:t>
      </w:r>
    </w:p>
    <w:p w14:paraId="0D03A9E8" w14:textId="77777777" w:rsidR="00E91A42" w:rsidRPr="00E91A42" w:rsidRDefault="00E91A42" w:rsidP="00E91A42">
      <w:pPr>
        <w:spacing w:after="0" w:line="312" w:lineRule="auto"/>
        <w:rPr>
          <w:sz w:val="28"/>
          <w:szCs w:val="28"/>
        </w:rPr>
      </w:pPr>
      <w:r w:rsidRPr="00E91A42">
        <w:rPr>
          <w:b/>
          <w:sz w:val="28"/>
          <w:szCs w:val="28"/>
        </w:rPr>
        <w:t>MỤC LỤC</w:t>
      </w:r>
    </w:p>
    <w:p w14:paraId="6099EC7E" w14:textId="77777777" w:rsidR="00E91A42" w:rsidRPr="00E91A42" w:rsidRDefault="00E91A42" w:rsidP="00E91A42">
      <w:pPr>
        <w:spacing w:after="0" w:line="312" w:lineRule="auto"/>
        <w:rPr>
          <w:sz w:val="28"/>
          <w:szCs w:val="28"/>
        </w:rPr>
      </w:pPr>
      <w:r w:rsidRPr="00E91A42">
        <w:rPr>
          <w:sz w:val="28"/>
          <w:szCs w:val="28"/>
        </w:rPr>
        <w:t>(Đánh số mục, tiểu mục, bảng, hình minh họa…)</w:t>
      </w:r>
    </w:p>
    <w:p w14:paraId="0C128BFD" w14:textId="77777777" w:rsidR="00E91A42" w:rsidRPr="00E91A42" w:rsidRDefault="00E91A42" w:rsidP="00E91A42">
      <w:pPr>
        <w:spacing w:after="0" w:line="312" w:lineRule="auto"/>
        <w:rPr>
          <w:sz w:val="28"/>
          <w:szCs w:val="28"/>
        </w:rPr>
      </w:pPr>
      <w:r w:rsidRPr="00E91A42">
        <w:rPr>
          <w:b/>
          <w:sz w:val="28"/>
          <w:szCs w:val="28"/>
        </w:rPr>
        <w:t>DANH MỤC CÁC TỪ VIẾT TẮT (nếu có)</w:t>
      </w:r>
    </w:p>
    <w:p w14:paraId="3E911485" w14:textId="77777777" w:rsidR="00E91A42" w:rsidRPr="00E91A42" w:rsidRDefault="00E91A42" w:rsidP="00E91A42">
      <w:pPr>
        <w:spacing w:after="0" w:line="312" w:lineRule="auto"/>
        <w:rPr>
          <w:sz w:val="28"/>
          <w:szCs w:val="28"/>
        </w:rPr>
      </w:pPr>
      <w:r w:rsidRPr="00E91A42">
        <w:rPr>
          <w:sz w:val="28"/>
          <w:szCs w:val="28"/>
        </w:rPr>
        <w:t>............................................................................................................................</w:t>
      </w:r>
    </w:p>
    <w:p w14:paraId="5ECD0137" w14:textId="77777777" w:rsidR="00E91A42" w:rsidRPr="00E91A42" w:rsidRDefault="00E91A42" w:rsidP="00E91A42">
      <w:pPr>
        <w:spacing w:after="0" w:line="312" w:lineRule="auto"/>
        <w:rPr>
          <w:sz w:val="28"/>
          <w:szCs w:val="28"/>
        </w:rPr>
      </w:pPr>
      <w:r w:rsidRPr="00E91A42">
        <w:rPr>
          <w:b/>
          <w:sz w:val="28"/>
          <w:szCs w:val="28"/>
        </w:rPr>
        <w:t>TÓM TẮT BÁO CÁO</w:t>
      </w:r>
    </w:p>
    <w:p w14:paraId="79B47F15" w14:textId="77777777" w:rsidR="00E91A42" w:rsidRPr="00E91A42" w:rsidRDefault="00E91A42" w:rsidP="00E91A42">
      <w:pPr>
        <w:spacing w:after="0" w:line="312" w:lineRule="auto"/>
        <w:rPr>
          <w:sz w:val="28"/>
          <w:szCs w:val="28"/>
        </w:rPr>
      </w:pPr>
      <w:r w:rsidRPr="00E91A42">
        <w:rPr>
          <w:sz w:val="28"/>
          <w:szCs w:val="28"/>
        </w:rPr>
        <w:t>- Mục tiêu và nội dung chính của nhiệm vụ</w:t>
      </w:r>
      <w:r w:rsidRPr="00E91A42">
        <w:rPr>
          <w:sz w:val="28"/>
          <w:szCs w:val="28"/>
        </w:rPr>
        <w:br/>
        <w:t>- Phương pháp tiếp cận</w:t>
      </w:r>
      <w:r w:rsidRPr="00E91A42">
        <w:rPr>
          <w:sz w:val="28"/>
          <w:szCs w:val="28"/>
        </w:rPr>
        <w:br/>
        <w:t>- Kết quả nổi bật đạt được</w:t>
      </w:r>
    </w:p>
    <w:p w14:paraId="1C7C3C3F" w14:textId="77777777" w:rsidR="00E91A42" w:rsidRPr="00E91A42" w:rsidRDefault="00E91A42" w:rsidP="00E91A42">
      <w:pPr>
        <w:spacing w:after="0" w:line="312" w:lineRule="auto"/>
        <w:rPr>
          <w:sz w:val="28"/>
          <w:szCs w:val="28"/>
        </w:rPr>
      </w:pPr>
      <w:r w:rsidRPr="00E91A42">
        <w:rPr>
          <w:sz w:val="28"/>
          <w:szCs w:val="28"/>
        </w:rPr>
        <w:t>- Kết quả hợp tác quốc tế, giá trị hợp tác quốc tế</w:t>
      </w:r>
      <w:r w:rsidRPr="00E91A42">
        <w:rPr>
          <w:sz w:val="28"/>
          <w:szCs w:val="28"/>
        </w:rPr>
        <w:br/>
        <w:t>- Ứng dụng / tác động / đóng góp chính</w:t>
      </w:r>
      <w:r w:rsidRPr="00E91A42">
        <w:rPr>
          <w:sz w:val="28"/>
          <w:szCs w:val="28"/>
        </w:rPr>
        <w:br/>
      </w:r>
    </w:p>
    <w:p w14:paraId="651FFADA" w14:textId="77777777" w:rsidR="00E91A42" w:rsidRPr="00E91A42" w:rsidRDefault="00E91A42" w:rsidP="00E91A42">
      <w:pPr>
        <w:spacing w:after="0" w:line="312" w:lineRule="auto"/>
        <w:rPr>
          <w:sz w:val="28"/>
          <w:szCs w:val="28"/>
        </w:rPr>
      </w:pPr>
      <w:r w:rsidRPr="00E91A42">
        <w:rPr>
          <w:b/>
          <w:sz w:val="28"/>
          <w:szCs w:val="28"/>
        </w:rPr>
        <w:t>PHẦN I. GIỚI THIỆU CHUNG</w:t>
      </w:r>
    </w:p>
    <w:p w14:paraId="16E75F5B" w14:textId="77777777" w:rsidR="00E91A42" w:rsidRPr="00E91A42" w:rsidRDefault="00E91A42" w:rsidP="00E91A42">
      <w:pPr>
        <w:spacing w:after="0" w:line="312" w:lineRule="auto"/>
        <w:rPr>
          <w:sz w:val="28"/>
          <w:szCs w:val="28"/>
        </w:rPr>
      </w:pPr>
      <w:r w:rsidRPr="00E91A42">
        <w:rPr>
          <w:sz w:val="28"/>
          <w:szCs w:val="28"/>
        </w:rPr>
        <w:t>1. Tên, mã số, loại hình nhiệm vụ</w:t>
      </w:r>
      <w:r w:rsidRPr="00E91A42">
        <w:rPr>
          <w:sz w:val="28"/>
          <w:szCs w:val="28"/>
        </w:rPr>
        <w:br/>
        <w:t>2. Bối cảnh, tính cấp thiết và mục tiêu nghiên cứu / triển khai</w:t>
      </w:r>
      <w:r w:rsidRPr="00E91A42">
        <w:rPr>
          <w:sz w:val="28"/>
          <w:szCs w:val="28"/>
        </w:rPr>
        <w:br/>
        <w:t>3. Tình hình nghiên cứu / công nghệ trong và ngoài nước</w:t>
      </w:r>
      <w:r w:rsidRPr="00E91A42">
        <w:rPr>
          <w:sz w:val="28"/>
          <w:szCs w:val="28"/>
        </w:rPr>
        <w:br/>
        <w:t>4. Phương pháp nghiên cứu, thiết kế, triển khai thực hiện</w:t>
      </w:r>
    </w:p>
    <w:p w14:paraId="4541D796" w14:textId="77777777" w:rsidR="00E91A42" w:rsidRPr="00E91A42" w:rsidRDefault="00E91A42" w:rsidP="00E91A42">
      <w:pPr>
        <w:spacing w:after="0" w:line="312" w:lineRule="auto"/>
        <w:rPr>
          <w:sz w:val="28"/>
          <w:szCs w:val="28"/>
        </w:rPr>
      </w:pPr>
      <w:r w:rsidRPr="00E91A42">
        <w:rPr>
          <w:b/>
          <w:sz w:val="28"/>
          <w:szCs w:val="28"/>
        </w:rPr>
        <w:t>PHẦN II. KẾT QUẢ THỰC HIỆN</w:t>
      </w:r>
    </w:p>
    <w:p w14:paraId="09F871CF" w14:textId="77777777" w:rsidR="00E91A42" w:rsidRPr="00E91A42" w:rsidRDefault="00E91A42" w:rsidP="00E91A42">
      <w:pPr>
        <w:spacing w:after="0" w:line="312" w:lineRule="auto"/>
        <w:rPr>
          <w:sz w:val="28"/>
          <w:szCs w:val="28"/>
        </w:rPr>
      </w:pPr>
      <w:r w:rsidRPr="00E91A42">
        <w:rPr>
          <w:sz w:val="28"/>
          <w:szCs w:val="28"/>
        </w:rPr>
        <w:t>1. Các nội dung nghiên cứu / triển khai chính</w:t>
      </w:r>
      <w:r w:rsidRPr="00E91A42">
        <w:rPr>
          <w:sz w:val="28"/>
          <w:szCs w:val="28"/>
        </w:rPr>
        <w:br/>
        <w:t> 1.1. Nội dung 1: .....................................................................................</w:t>
      </w:r>
      <w:r w:rsidRPr="00E91A42">
        <w:rPr>
          <w:sz w:val="28"/>
          <w:szCs w:val="28"/>
        </w:rPr>
        <w:br/>
        <w:t> 1.2. Nội dung 2: .....................................................................................</w:t>
      </w:r>
      <w:r w:rsidRPr="00E91A42">
        <w:rPr>
          <w:sz w:val="28"/>
          <w:szCs w:val="28"/>
        </w:rPr>
        <w:br/>
        <w:t>2. Kết quả đạt được</w:t>
      </w:r>
      <w:r w:rsidRPr="00E91A42">
        <w:rPr>
          <w:sz w:val="28"/>
          <w:szCs w:val="28"/>
        </w:rPr>
        <w:br/>
        <w:t xml:space="preserve"> - Mô tả chi tiết các kết quả khoa học, công nghệ, mô hình, thiết bị, quy </w:t>
      </w:r>
      <w:r w:rsidRPr="00E91A42">
        <w:rPr>
          <w:sz w:val="28"/>
          <w:szCs w:val="28"/>
        </w:rPr>
        <w:lastRenderedPageBreak/>
        <w:t>trình, phần mềm...</w:t>
      </w:r>
      <w:r w:rsidRPr="00E91A42">
        <w:rPr>
          <w:sz w:val="28"/>
          <w:szCs w:val="28"/>
        </w:rPr>
        <w:br/>
        <w:t> - Hình ảnh, bảng biểu minh họa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729"/>
        <w:gridCol w:w="1740"/>
        <w:gridCol w:w="1721"/>
        <w:gridCol w:w="1729"/>
      </w:tblGrid>
      <w:tr w:rsidR="00E91A42" w:rsidRPr="00E91A42" w14:paraId="7060BCA4" w14:textId="77777777" w:rsidTr="00A701F9">
        <w:tc>
          <w:tcPr>
            <w:tcW w:w="1881" w:type="dxa"/>
          </w:tcPr>
          <w:p w14:paraId="1B32BD49" w14:textId="77777777" w:rsidR="00E91A42" w:rsidRPr="00E91A42" w:rsidRDefault="00E91A42" w:rsidP="00A701F9">
            <w:pPr>
              <w:spacing w:after="0" w:line="312" w:lineRule="auto"/>
              <w:rPr>
                <w:sz w:val="28"/>
                <w:szCs w:val="28"/>
              </w:rPr>
            </w:pPr>
            <w:r w:rsidRPr="00E91A42">
              <w:rPr>
                <w:sz w:val="28"/>
                <w:szCs w:val="28"/>
              </w:rPr>
              <w:t>STT</w:t>
            </w:r>
          </w:p>
        </w:tc>
        <w:tc>
          <w:tcPr>
            <w:tcW w:w="1881" w:type="dxa"/>
          </w:tcPr>
          <w:p w14:paraId="04945E02" w14:textId="77777777" w:rsidR="00E91A42" w:rsidRPr="00E91A42" w:rsidRDefault="00E91A42" w:rsidP="00A701F9">
            <w:pPr>
              <w:spacing w:after="0" w:line="312" w:lineRule="auto"/>
              <w:rPr>
                <w:sz w:val="28"/>
                <w:szCs w:val="28"/>
              </w:rPr>
            </w:pPr>
            <w:r w:rsidRPr="00E91A42">
              <w:rPr>
                <w:sz w:val="28"/>
                <w:szCs w:val="28"/>
              </w:rPr>
              <w:t>Nội dung / Sản phẩm</w:t>
            </w:r>
          </w:p>
        </w:tc>
        <w:tc>
          <w:tcPr>
            <w:tcW w:w="1881" w:type="dxa"/>
          </w:tcPr>
          <w:p w14:paraId="4AE726F4" w14:textId="77777777" w:rsidR="00E91A42" w:rsidRPr="00E91A42" w:rsidRDefault="00E91A42" w:rsidP="00A701F9">
            <w:pPr>
              <w:spacing w:after="0" w:line="312" w:lineRule="auto"/>
              <w:rPr>
                <w:sz w:val="28"/>
                <w:szCs w:val="28"/>
              </w:rPr>
            </w:pPr>
            <w:r w:rsidRPr="00E91A42">
              <w:rPr>
                <w:sz w:val="28"/>
                <w:szCs w:val="28"/>
              </w:rPr>
              <w:t>Theo thuyết minh</w:t>
            </w:r>
          </w:p>
        </w:tc>
        <w:tc>
          <w:tcPr>
            <w:tcW w:w="1881" w:type="dxa"/>
          </w:tcPr>
          <w:p w14:paraId="20CE2945" w14:textId="77777777" w:rsidR="00E91A42" w:rsidRPr="00E91A42" w:rsidRDefault="00E91A42" w:rsidP="00A701F9">
            <w:pPr>
              <w:spacing w:after="0" w:line="312" w:lineRule="auto"/>
              <w:rPr>
                <w:sz w:val="28"/>
                <w:szCs w:val="28"/>
              </w:rPr>
            </w:pPr>
            <w:r w:rsidRPr="00E91A42">
              <w:rPr>
                <w:sz w:val="28"/>
                <w:szCs w:val="28"/>
              </w:rPr>
              <w:t>Kết quả đạt được</w:t>
            </w:r>
          </w:p>
        </w:tc>
        <w:tc>
          <w:tcPr>
            <w:tcW w:w="1881" w:type="dxa"/>
          </w:tcPr>
          <w:p w14:paraId="2012129C" w14:textId="77777777" w:rsidR="00E91A42" w:rsidRPr="00E91A42" w:rsidRDefault="00E91A42" w:rsidP="00A701F9">
            <w:pPr>
              <w:spacing w:after="0" w:line="312" w:lineRule="auto"/>
              <w:rPr>
                <w:sz w:val="28"/>
                <w:szCs w:val="28"/>
              </w:rPr>
            </w:pPr>
            <w:r w:rsidRPr="00E91A42">
              <w:rPr>
                <w:sz w:val="28"/>
                <w:szCs w:val="28"/>
              </w:rPr>
              <w:t>Mức độ hoàn thành (%)</w:t>
            </w:r>
          </w:p>
        </w:tc>
      </w:tr>
      <w:tr w:rsidR="00E91A42" w:rsidRPr="00E91A42" w14:paraId="4C1DB030" w14:textId="77777777" w:rsidTr="00A701F9">
        <w:tc>
          <w:tcPr>
            <w:tcW w:w="1881" w:type="dxa"/>
          </w:tcPr>
          <w:p w14:paraId="4A31D4D7" w14:textId="77777777" w:rsidR="00E91A42" w:rsidRPr="00E91A42" w:rsidRDefault="00E91A42" w:rsidP="00A701F9">
            <w:pPr>
              <w:spacing w:after="0" w:line="312" w:lineRule="auto"/>
              <w:rPr>
                <w:sz w:val="28"/>
                <w:szCs w:val="28"/>
              </w:rPr>
            </w:pPr>
          </w:p>
        </w:tc>
        <w:tc>
          <w:tcPr>
            <w:tcW w:w="1881" w:type="dxa"/>
          </w:tcPr>
          <w:p w14:paraId="74BF2048" w14:textId="77777777" w:rsidR="00E91A42" w:rsidRPr="00E91A42" w:rsidRDefault="00E91A42" w:rsidP="00A701F9">
            <w:pPr>
              <w:spacing w:after="0" w:line="312" w:lineRule="auto"/>
              <w:rPr>
                <w:sz w:val="28"/>
                <w:szCs w:val="28"/>
              </w:rPr>
            </w:pPr>
          </w:p>
        </w:tc>
        <w:tc>
          <w:tcPr>
            <w:tcW w:w="1881" w:type="dxa"/>
          </w:tcPr>
          <w:p w14:paraId="634664BD" w14:textId="77777777" w:rsidR="00E91A42" w:rsidRPr="00E91A42" w:rsidRDefault="00E91A42" w:rsidP="00A701F9">
            <w:pPr>
              <w:spacing w:after="0" w:line="312" w:lineRule="auto"/>
              <w:rPr>
                <w:sz w:val="28"/>
                <w:szCs w:val="28"/>
              </w:rPr>
            </w:pPr>
          </w:p>
        </w:tc>
        <w:tc>
          <w:tcPr>
            <w:tcW w:w="1881" w:type="dxa"/>
          </w:tcPr>
          <w:p w14:paraId="1E9386CC" w14:textId="77777777" w:rsidR="00E91A42" w:rsidRPr="00E91A42" w:rsidRDefault="00E91A42" w:rsidP="00A701F9">
            <w:pPr>
              <w:spacing w:after="0" w:line="312" w:lineRule="auto"/>
              <w:rPr>
                <w:sz w:val="28"/>
                <w:szCs w:val="28"/>
              </w:rPr>
            </w:pPr>
          </w:p>
        </w:tc>
        <w:tc>
          <w:tcPr>
            <w:tcW w:w="1881" w:type="dxa"/>
          </w:tcPr>
          <w:p w14:paraId="1CA6F550" w14:textId="77777777" w:rsidR="00E91A42" w:rsidRPr="00E91A42" w:rsidRDefault="00E91A42" w:rsidP="00A701F9">
            <w:pPr>
              <w:spacing w:after="0" w:line="312" w:lineRule="auto"/>
              <w:rPr>
                <w:sz w:val="28"/>
                <w:szCs w:val="28"/>
              </w:rPr>
            </w:pPr>
          </w:p>
        </w:tc>
      </w:tr>
      <w:tr w:rsidR="00E91A42" w:rsidRPr="00E91A42" w14:paraId="24C2CFBA" w14:textId="77777777" w:rsidTr="00A701F9">
        <w:tc>
          <w:tcPr>
            <w:tcW w:w="1881" w:type="dxa"/>
          </w:tcPr>
          <w:p w14:paraId="29FD0F22" w14:textId="77777777" w:rsidR="00E91A42" w:rsidRPr="00E91A42" w:rsidRDefault="00E91A42" w:rsidP="00A701F9">
            <w:pPr>
              <w:spacing w:after="0" w:line="312" w:lineRule="auto"/>
              <w:rPr>
                <w:sz w:val="28"/>
                <w:szCs w:val="28"/>
              </w:rPr>
            </w:pPr>
          </w:p>
        </w:tc>
        <w:tc>
          <w:tcPr>
            <w:tcW w:w="1881" w:type="dxa"/>
          </w:tcPr>
          <w:p w14:paraId="6C3A6231" w14:textId="77777777" w:rsidR="00E91A42" w:rsidRPr="00E91A42" w:rsidRDefault="00E91A42" w:rsidP="00A701F9">
            <w:pPr>
              <w:spacing w:after="0" w:line="312" w:lineRule="auto"/>
              <w:rPr>
                <w:sz w:val="28"/>
                <w:szCs w:val="28"/>
              </w:rPr>
            </w:pPr>
          </w:p>
        </w:tc>
        <w:tc>
          <w:tcPr>
            <w:tcW w:w="1881" w:type="dxa"/>
          </w:tcPr>
          <w:p w14:paraId="16D5DFA6" w14:textId="77777777" w:rsidR="00E91A42" w:rsidRPr="00E91A42" w:rsidRDefault="00E91A42" w:rsidP="00A701F9">
            <w:pPr>
              <w:spacing w:after="0" w:line="312" w:lineRule="auto"/>
              <w:rPr>
                <w:sz w:val="28"/>
                <w:szCs w:val="28"/>
              </w:rPr>
            </w:pPr>
          </w:p>
        </w:tc>
        <w:tc>
          <w:tcPr>
            <w:tcW w:w="1881" w:type="dxa"/>
          </w:tcPr>
          <w:p w14:paraId="25F1A1DF" w14:textId="77777777" w:rsidR="00E91A42" w:rsidRPr="00E91A42" w:rsidRDefault="00E91A42" w:rsidP="00A701F9">
            <w:pPr>
              <w:spacing w:after="0" w:line="312" w:lineRule="auto"/>
              <w:rPr>
                <w:sz w:val="28"/>
                <w:szCs w:val="28"/>
              </w:rPr>
            </w:pPr>
          </w:p>
        </w:tc>
        <w:tc>
          <w:tcPr>
            <w:tcW w:w="1881" w:type="dxa"/>
          </w:tcPr>
          <w:p w14:paraId="41DBB530" w14:textId="77777777" w:rsidR="00E91A42" w:rsidRPr="00E91A42" w:rsidRDefault="00E91A42" w:rsidP="00A701F9">
            <w:pPr>
              <w:spacing w:after="0" w:line="312" w:lineRule="auto"/>
              <w:rPr>
                <w:sz w:val="28"/>
                <w:szCs w:val="28"/>
              </w:rPr>
            </w:pPr>
          </w:p>
        </w:tc>
      </w:tr>
      <w:tr w:rsidR="00E91A42" w:rsidRPr="00E91A42" w14:paraId="5B703248" w14:textId="77777777" w:rsidTr="00A701F9">
        <w:tc>
          <w:tcPr>
            <w:tcW w:w="1881" w:type="dxa"/>
          </w:tcPr>
          <w:p w14:paraId="60A7CB84" w14:textId="77777777" w:rsidR="00E91A42" w:rsidRPr="00E91A42" w:rsidRDefault="00E91A42" w:rsidP="00A701F9">
            <w:pPr>
              <w:spacing w:after="0" w:line="312" w:lineRule="auto"/>
              <w:rPr>
                <w:sz w:val="28"/>
                <w:szCs w:val="28"/>
              </w:rPr>
            </w:pPr>
          </w:p>
        </w:tc>
        <w:tc>
          <w:tcPr>
            <w:tcW w:w="1881" w:type="dxa"/>
          </w:tcPr>
          <w:p w14:paraId="20376298" w14:textId="77777777" w:rsidR="00E91A42" w:rsidRPr="00E91A42" w:rsidRDefault="00E91A42" w:rsidP="00A701F9">
            <w:pPr>
              <w:spacing w:after="0" w:line="312" w:lineRule="auto"/>
              <w:rPr>
                <w:sz w:val="28"/>
                <w:szCs w:val="28"/>
              </w:rPr>
            </w:pPr>
          </w:p>
        </w:tc>
        <w:tc>
          <w:tcPr>
            <w:tcW w:w="1881" w:type="dxa"/>
          </w:tcPr>
          <w:p w14:paraId="07CE1A51" w14:textId="77777777" w:rsidR="00E91A42" w:rsidRPr="00E91A42" w:rsidRDefault="00E91A42" w:rsidP="00A701F9">
            <w:pPr>
              <w:spacing w:after="0" w:line="312" w:lineRule="auto"/>
              <w:rPr>
                <w:sz w:val="28"/>
                <w:szCs w:val="28"/>
              </w:rPr>
            </w:pPr>
          </w:p>
        </w:tc>
        <w:tc>
          <w:tcPr>
            <w:tcW w:w="1881" w:type="dxa"/>
          </w:tcPr>
          <w:p w14:paraId="08D458A4" w14:textId="77777777" w:rsidR="00E91A42" w:rsidRPr="00E91A42" w:rsidRDefault="00E91A42" w:rsidP="00A701F9">
            <w:pPr>
              <w:spacing w:after="0" w:line="312" w:lineRule="auto"/>
              <w:rPr>
                <w:sz w:val="28"/>
                <w:szCs w:val="28"/>
              </w:rPr>
            </w:pPr>
          </w:p>
        </w:tc>
        <w:tc>
          <w:tcPr>
            <w:tcW w:w="1881" w:type="dxa"/>
          </w:tcPr>
          <w:p w14:paraId="55593C6E" w14:textId="77777777" w:rsidR="00E91A42" w:rsidRPr="00E91A42" w:rsidRDefault="00E91A42" w:rsidP="00A701F9">
            <w:pPr>
              <w:spacing w:after="0" w:line="312" w:lineRule="auto"/>
              <w:rPr>
                <w:sz w:val="28"/>
                <w:szCs w:val="28"/>
              </w:rPr>
            </w:pPr>
          </w:p>
        </w:tc>
      </w:tr>
      <w:tr w:rsidR="00E91A42" w:rsidRPr="00E91A42" w14:paraId="69DF5785" w14:textId="77777777" w:rsidTr="00A701F9">
        <w:tc>
          <w:tcPr>
            <w:tcW w:w="1881" w:type="dxa"/>
          </w:tcPr>
          <w:p w14:paraId="7A45EAB1" w14:textId="77777777" w:rsidR="00E91A42" w:rsidRPr="00E91A42" w:rsidRDefault="00E91A42" w:rsidP="00A701F9">
            <w:pPr>
              <w:spacing w:after="0" w:line="312" w:lineRule="auto"/>
              <w:rPr>
                <w:sz w:val="28"/>
                <w:szCs w:val="28"/>
              </w:rPr>
            </w:pPr>
          </w:p>
        </w:tc>
        <w:tc>
          <w:tcPr>
            <w:tcW w:w="1881" w:type="dxa"/>
          </w:tcPr>
          <w:p w14:paraId="67496FC6" w14:textId="77777777" w:rsidR="00E91A42" w:rsidRPr="00E91A42" w:rsidRDefault="00E91A42" w:rsidP="00A701F9">
            <w:pPr>
              <w:spacing w:after="0" w:line="312" w:lineRule="auto"/>
              <w:rPr>
                <w:sz w:val="28"/>
                <w:szCs w:val="28"/>
              </w:rPr>
            </w:pPr>
          </w:p>
        </w:tc>
        <w:tc>
          <w:tcPr>
            <w:tcW w:w="1881" w:type="dxa"/>
          </w:tcPr>
          <w:p w14:paraId="0751F94B" w14:textId="77777777" w:rsidR="00E91A42" w:rsidRPr="00E91A42" w:rsidRDefault="00E91A42" w:rsidP="00A701F9">
            <w:pPr>
              <w:spacing w:after="0" w:line="312" w:lineRule="auto"/>
              <w:rPr>
                <w:sz w:val="28"/>
                <w:szCs w:val="28"/>
              </w:rPr>
            </w:pPr>
          </w:p>
        </w:tc>
        <w:tc>
          <w:tcPr>
            <w:tcW w:w="1881" w:type="dxa"/>
          </w:tcPr>
          <w:p w14:paraId="6ED5571C" w14:textId="77777777" w:rsidR="00E91A42" w:rsidRPr="00E91A42" w:rsidRDefault="00E91A42" w:rsidP="00A701F9">
            <w:pPr>
              <w:spacing w:after="0" w:line="312" w:lineRule="auto"/>
              <w:rPr>
                <w:sz w:val="28"/>
                <w:szCs w:val="28"/>
              </w:rPr>
            </w:pPr>
          </w:p>
        </w:tc>
        <w:tc>
          <w:tcPr>
            <w:tcW w:w="1881" w:type="dxa"/>
          </w:tcPr>
          <w:p w14:paraId="097BB51A" w14:textId="77777777" w:rsidR="00E91A42" w:rsidRPr="00E91A42" w:rsidRDefault="00E91A42" w:rsidP="00A701F9">
            <w:pPr>
              <w:spacing w:after="0" w:line="312" w:lineRule="auto"/>
              <w:rPr>
                <w:sz w:val="28"/>
                <w:szCs w:val="28"/>
              </w:rPr>
            </w:pPr>
          </w:p>
        </w:tc>
      </w:tr>
    </w:tbl>
    <w:p w14:paraId="382D888C" w14:textId="77777777" w:rsidR="00E91A42" w:rsidRPr="00E91A42" w:rsidRDefault="00E91A42" w:rsidP="00E91A42">
      <w:pPr>
        <w:spacing w:after="0" w:line="312" w:lineRule="auto"/>
        <w:rPr>
          <w:sz w:val="28"/>
          <w:szCs w:val="28"/>
        </w:rPr>
      </w:pPr>
      <w:r w:rsidRPr="00E91A42">
        <w:rPr>
          <w:b/>
          <w:sz w:val="28"/>
          <w:szCs w:val="28"/>
        </w:rPr>
        <w:t>PHẦN III. ĐÁNH GIÁ, PHÂN TÍCH, THẢO LUẬN</w:t>
      </w:r>
    </w:p>
    <w:p w14:paraId="45DC26AB" w14:textId="77777777" w:rsidR="00E91A42" w:rsidRPr="00E91A42" w:rsidRDefault="00E91A42" w:rsidP="00E91A42">
      <w:pPr>
        <w:spacing w:after="0" w:line="312" w:lineRule="auto"/>
        <w:rPr>
          <w:sz w:val="28"/>
          <w:szCs w:val="28"/>
        </w:rPr>
      </w:pPr>
      <w:r w:rsidRPr="00E91A42">
        <w:rPr>
          <w:sz w:val="28"/>
          <w:szCs w:val="28"/>
        </w:rPr>
        <w:t>- Phân tích kết quả đạt được so với mục tiêu.</w:t>
      </w:r>
      <w:r w:rsidRPr="00E91A42">
        <w:rPr>
          <w:sz w:val="28"/>
          <w:szCs w:val="28"/>
        </w:rPr>
        <w:br/>
        <w:t>- Thảo luận về các yếu tố ảnh hưởng, sai số, giới hạn kỹ thuật.</w:t>
      </w:r>
      <w:r w:rsidRPr="00E91A42">
        <w:rPr>
          <w:sz w:val="28"/>
          <w:szCs w:val="28"/>
        </w:rPr>
        <w:br/>
        <w:t>- Các bài học, kinh nghiệm triển khai.</w:t>
      </w:r>
    </w:p>
    <w:p w14:paraId="29C456B9" w14:textId="77777777" w:rsidR="00E91A42" w:rsidRPr="00E91A42" w:rsidRDefault="00E91A42" w:rsidP="00E91A42">
      <w:pPr>
        <w:spacing w:after="0" w:line="312" w:lineRule="auto"/>
        <w:rPr>
          <w:sz w:val="28"/>
          <w:szCs w:val="28"/>
        </w:rPr>
      </w:pPr>
      <w:r w:rsidRPr="00E91A42">
        <w:rPr>
          <w:b/>
          <w:sz w:val="28"/>
          <w:szCs w:val="28"/>
        </w:rPr>
        <w:t>PHẦN IV. KẾT LUẬN VÀ KIẾN NGHỊ</w:t>
      </w:r>
    </w:p>
    <w:p w14:paraId="6C3FC08F" w14:textId="77777777" w:rsidR="00E91A42" w:rsidRPr="00E91A42" w:rsidRDefault="00E91A42" w:rsidP="00E91A42">
      <w:pPr>
        <w:spacing w:after="0" w:line="312" w:lineRule="auto"/>
        <w:rPr>
          <w:sz w:val="28"/>
          <w:szCs w:val="28"/>
        </w:rPr>
      </w:pPr>
      <w:r w:rsidRPr="00E91A42">
        <w:rPr>
          <w:sz w:val="28"/>
          <w:szCs w:val="28"/>
        </w:rPr>
        <w:t>1. Kết luận chung: ...................................................................................</w:t>
      </w:r>
      <w:r w:rsidRPr="00E91A42">
        <w:rPr>
          <w:sz w:val="28"/>
          <w:szCs w:val="28"/>
        </w:rPr>
        <w:br/>
        <w:t>2. Kiến nghị: ............................................................................................</w:t>
      </w:r>
    </w:p>
    <w:p w14:paraId="64CB277B" w14:textId="77777777" w:rsidR="00E91A42" w:rsidRPr="00E91A42" w:rsidRDefault="00E91A42" w:rsidP="00E91A42">
      <w:pPr>
        <w:spacing w:after="0" w:line="312" w:lineRule="auto"/>
        <w:rPr>
          <w:sz w:val="28"/>
          <w:szCs w:val="28"/>
        </w:rPr>
      </w:pPr>
      <w:r w:rsidRPr="00E91A42">
        <w:rPr>
          <w:b/>
          <w:sz w:val="28"/>
          <w:szCs w:val="28"/>
        </w:rPr>
        <w:t>PHẦN V. HIỆU QUẢ VÀ TÁC ĐỘNG</w:t>
      </w:r>
    </w:p>
    <w:p w14:paraId="60B68B7F" w14:textId="77777777" w:rsidR="00E91A42" w:rsidRPr="00E91A42" w:rsidRDefault="00E91A42" w:rsidP="00E91A42">
      <w:pPr>
        <w:spacing w:after="0" w:line="312" w:lineRule="auto"/>
        <w:rPr>
          <w:sz w:val="28"/>
          <w:szCs w:val="28"/>
        </w:rPr>
      </w:pPr>
      <w:r w:rsidRPr="00E91A42">
        <w:rPr>
          <w:sz w:val="28"/>
          <w:szCs w:val="28"/>
        </w:rPr>
        <w:t>1. Hiệu quả khoa học (công bố, báo cáo, sáng chế...)</w:t>
      </w:r>
      <w:r w:rsidRPr="00E91A42">
        <w:rPr>
          <w:sz w:val="28"/>
          <w:szCs w:val="28"/>
        </w:rPr>
        <w:br/>
        <w:t>2. Hiệu quả công nghệ – kinh tế (quy mô ứng dụng, tiết kiệm, năng suất...)</w:t>
      </w:r>
      <w:r w:rsidRPr="00E91A42">
        <w:rPr>
          <w:sz w:val="28"/>
          <w:szCs w:val="28"/>
        </w:rPr>
        <w:br/>
        <w:t>3. Hiệu quả xã hội – môi trường (giải quyết vấn đề thực tiễn, việc làm, chính sách...)</w:t>
      </w:r>
    </w:p>
    <w:p w14:paraId="561283F7" w14:textId="77777777" w:rsidR="00E91A42" w:rsidRPr="00E91A42" w:rsidRDefault="00E91A42" w:rsidP="00E91A42">
      <w:pPr>
        <w:spacing w:after="0" w:line="312" w:lineRule="auto"/>
        <w:rPr>
          <w:sz w:val="28"/>
          <w:szCs w:val="28"/>
        </w:rPr>
      </w:pPr>
      <w:r w:rsidRPr="00E91A42">
        <w:rPr>
          <w:sz w:val="28"/>
          <w:szCs w:val="28"/>
        </w:rPr>
        <w:t>4. Hiệu quả hợp tác quốc tế</w:t>
      </w:r>
      <w:r w:rsidRPr="00E91A42">
        <w:rPr>
          <w:sz w:val="28"/>
          <w:szCs w:val="28"/>
        </w:rPr>
        <w:br/>
        <w:t>5. Tiềm năng phát triển, thương mại hóa kết quả nghiên cứu.</w:t>
      </w:r>
    </w:p>
    <w:p w14:paraId="1F5D8C19" w14:textId="77777777" w:rsidR="00E91A42" w:rsidRPr="00E91A42" w:rsidRDefault="00E91A42" w:rsidP="00E91A42">
      <w:pPr>
        <w:spacing w:after="0" w:line="312" w:lineRule="auto"/>
        <w:rPr>
          <w:sz w:val="28"/>
          <w:szCs w:val="28"/>
        </w:rPr>
      </w:pPr>
      <w:r w:rsidRPr="00E91A42">
        <w:rPr>
          <w:b/>
          <w:sz w:val="28"/>
          <w:szCs w:val="28"/>
        </w:rPr>
        <w:t>PHẦN VI. DANH MỤC CÔNG TRÌNH, CÔNG BỐ, ỨNG DỤNG</w:t>
      </w:r>
    </w:p>
    <w:p w14:paraId="62D46E1A" w14:textId="77777777" w:rsidR="00E91A42" w:rsidRPr="00E91A42" w:rsidRDefault="00E91A42" w:rsidP="00E91A42">
      <w:pPr>
        <w:spacing w:after="0" w:line="312" w:lineRule="auto"/>
        <w:rPr>
          <w:sz w:val="28"/>
          <w:szCs w:val="28"/>
        </w:rPr>
      </w:pPr>
      <w:r w:rsidRPr="00E91A42">
        <w:rPr>
          <w:sz w:val="28"/>
          <w:szCs w:val="28"/>
        </w:rPr>
        <w:t>1. Bài báo, báo cáo khoa học</w:t>
      </w:r>
      <w:r w:rsidRPr="00E91A42">
        <w:rPr>
          <w:sz w:val="28"/>
          <w:szCs w:val="28"/>
        </w:rPr>
        <w:br/>
        <w:t>2. Sáng chế, giải pháp hữu ích, thiết kế</w:t>
      </w:r>
      <w:r w:rsidRPr="00E91A42">
        <w:rPr>
          <w:sz w:val="28"/>
          <w:szCs w:val="28"/>
        </w:rPr>
        <w:br/>
        <w:t>3. Sản phẩm chuyển giao / mô hình ứng dụng</w:t>
      </w:r>
    </w:p>
    <w:p w14:paraId="0A90BF2E" w14:textId="77777777" w:rsidR="00E91A42" w:rsidRPr="00E91A42" w:rsidRDefault="00E91A42" w:rsidP="00E91A42">
      <w:pPr>
        <w:spacing w:after="0" w:line="312" w:lineRule="auto"/>
        <w:rPr>
          <w:sz w:val="28"/>
          <w:szCs w:val="28"/>
        </w:rPr>
      </w:pPr>
      <w:r w:rsidRPr="00E91A42">
        <w:rPr>
          <w:b/>
          <w:sz w:val="28"/>
          <w:szCs w:val="28"/>
        </w:rPr>
        <w:t>PHẦN VII. TÀI LIỆU THAM KHẢO</w:t>
      </w:r>
    </w:p>
    <w:p w14:paraId="6E02F21E" w14:textId="77777777" w:rsidR="00E91A42" w:rsidRPr="00E91A42" w:rsidRDefault="00E91A42" w:rsidP="00E91A42">
      <w:pPr>
        <w:spacing w:after="0" w:line="312" w:lineRule="auto"/>
        <w:rPr>
          <w:sz w:val="28"/>
          <w:szCs w:val="28"/>
        </w:rPr>
      </w:pPr>
      <w:r w:rsidRPr="00E91A42">
        <w:rPr>
          <w:sz w:val="28"/>
          <w:szCs w:val="28"/>
        </w:rPr>
        <w:t>(Theo chuẩn trích dẫn khoa học)</w:t>
      </w:r>
      <w:r w:rsidRPr="00E91A42">
        <w:rPr>
          <w:sz w:val="28"/>
          <w:szCs w:val="28"/>
        </w:rPr>
        <w:br/>
      </w:r>
      <w:r w:rsidRPr="00E91A42">
        <w:rPr>
          <w:b/>
          <w:sz w:val="28"/>
          <w:szCs w:val="28"/>
        </w:rPr>
        <w:t>PHẦN VIII. PHỤ LỤC</w:t>
      </w:r>
    </w:p>
    <w:p w14:paraId="020F61C3" w14:textId="77777777" w:rsidR="00E91A42" w:rsidRPr="00E91A42" w:rsidRDefault="00E91A42" w:rsidP="00E91A42">
      <w:pPr>
        <w:spacing w:after="0" w:line="312" w:lineRule="auto"/>
        <w:rPr>
          <w:sz w:val="28"/>
          <w:szCs w:val="28"/>
        </w:rPr>
      </w:pPr>
      <w:r w:rsidRPr="00E91A42">
        <w:rPr>
          <w:sz w:val="28"/>
          <w:szCs w:val="28"/>
        </w:rPr>
        <w:lastRenderedPageBreak/>
        <w:t>- Phụ lục 1: Hình ảnh / sơ đồ / bảng số liệu</w:t>
      </w:r>
      <w:r w:rsidRPr="00E91A42">
        <w:rPr>
          <w:sz w:val="28"/>
          <w:szCs w:val="28"/>
        </w:rPr>
        <w:br/>
        <w:t>- Phụ lục 2: Hồ sơ sản phẩm, quy trình công nghệ</w:t>
      </w:r>
      <w:r w:rsidRPr="00E91A42">
        <w:rPr>
          <w:sz w:val="28"/>
          <w:szCs w:val="28"/>
        </w:rPr>
        <w:br/>
        <w:t>- Phụ lục 3: Báo cáo tài chính, biên bản nghiệm thu cơ 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329"/>
      </w:tblGrid>
      <w:tr w:rsidR="00E91A42" w:rsidRPr="00E91A42" w14:paraId="2E67911F" w14:textId="77777777" w:rsidTr="00A701F9">
        <w:tc>
          <w:tcPr>
            <w:tcW w:w="4810" w:type="dxa"/>
          </w:tcPr>
          <w:p w14:paraId="232628DE" w14:textId="77777777" w:rsidR="00E91A42" w:rsidRPr="00E91A42" w:rsidRDefault="00E91A42" w:rsidP="00A701F9">
            <w:pPr>
              <w:jc w:val="center"/>
              <w:rPr>
                <w:b/>
                <w:bCs/>
                <w:sz w:val="28"/>
                <w:szCs w:val="28"/>
              </w:rPr>
            </w:pPr>
            <w:r w:rsidRPr="00E91A42">
              <w:rPr>
                <w:b/>
                <w:bCs/>
                <w:sz w:val="28"/>
                <w:szCs w:val="28"/>
              </w:rPr>
              <w:t>ĐẠI DIỆN TỔ CHỨC CHỦ TRÌ</w:t>
            </w:r>
          </w:p>
          <w:p w14:paraId="09FA9AE1" w14:textId="77777777" w:rsidR="00E91A42" w:rsidRPr="00E91A42" w:rsidRDefault="00E91A42" w:rsidP="00A701F9">
            <w:pPr>
              <w:jc w:val="center"/>
              <w:rPr>
                <w:sz w:val="28"/>
                <w:szCs w:val="28"/>
              </w:rPr>
            </w:pPr>
            <w:r w:rsidRPr="00E91A42">
              <w:rPr>
                <w:sz w:val="28"/>
                <w:szCs w:val="28"/>
              </w:rPr>
              <w:t>(Ký, ghi rõ họ tên, chức vụ, đóng dấu)</w:t>
            </w:r>
          </w:p>
        </w:tc>
        <w:tc>
          <w:tcPr>
            <w:tcW w:w="4811" w:type="dxa"/>
          </w:tcPr>
          <w:p w14:paraId="6E146621" w14:textId="77777777" w:rsidR="00E91A42" w:rsidRPr="00E91A42" w:rsidRDefault="00E91A42" w:rsidP="00A701F9">
            <w:pPr>
              <w:jc w:val="center"/>
              <w:rPr>
                <w:b/>
                <w:bCs/>
                <w:sz w:val="28"/>
                <w:szCs w:val="28"/>
              </w:rPr>
            </w:pPr>
            <w:r w:rsidRPr="00E91A42">
              <w:rPr>
                <w:b/>
                <w:bCs/>
                <w:sz w:val="28"/>
                <w:szCs w:val="28"/>
              </w:rPr>
              <w:t>CHỦ NHIỆM NHIỆM VỤ</w:t>
            </w:r>
          </w:p>
          <w:p w14:paraId="1F9EE944" w14:textId="77777777" w:rsidR="00E91A42" w:rsidRPr="00E91A42" w:rsidRDefault="00E91A42" w:rsidP="00A701F9">
            <w:pPr>
              <w:jc w:val="center"/>
              <w:rPr>
                <w:sz w:val="28"/>
                <w:szCs w:val="28"/>
              </w:rPr>
            </w:pPr>
            <w:r w:rsidRPr="00E91A42">
              <w:rPr>
                <w:sz w:val="28"/>
                <w:szCs w:val="28"/>
              </w:rPr>
              <w:t>(Ký, ghi rõ họ tên)</w:t>
            </w:r>
          </w:p>
        </w:tc>
      </w:tr>
    </w:tbl>
    <w:p w14:paraId="56372DAC" w14:textId="77777777" w:rsidR="00E91A42" w:rsidRPr="00E91A42" w:rsidRDefault="00E91A42" w:rsidP="00E91A42">
      <w:pPr>
        <w:rPr>
          <w:sz w:val="28"/>
          <w:szCs w:val="28"/>
        </w:rPr>
      </w:pPr>
      <w:r w:rsidRPr="00E91A42">
        <w:rPr>
          <w:sz w:val="28"/>
          <w:szCs w:val="28"/>
        </w:rPr>
        <w:t>Ghi chú:</w:t>
      </w:r>
      <w:r w:rsidRPr="00E91A42">
        <w:rPr>
          <w:sz w:val="28"/>
          <w:szCs w:val="28"/>
        </w:rPr>
        <w:br/>
        <w:t>- Báo cáo tổng hợp là tài liệu bắt buộc khi nghiệm thu, dùng để đăng ký kết quả tại Cục Thông tin KH&amp;CN Quốc gia.</w:t>
      </w:r>
      <w:r w:rsidRPr="00E91A42">
        <w:rPr>
          <w:sz w:val="28"/>
          <w:szCs w:val="28"/>
        </w:rPr>
        <w:br/>
        <w:t>- Thường có 2 bản in + 1 bản điện tử (PDF, Word).</w:t>
      </w:r>
      <w:r w:rsidRPr="00E91A42">
        <w:rPr>
          <w:sz w:val="28"/>
          <w:szCs w:val="28"/>
        </w:rPr>
        <w:br/>
        <w:t>- Nội dung không vượt quá 100 trang (đề tài) hoặc 150 trang (dự án).</w:t>
      </w:r>
    </w:p>
    <w:p w14:paraId="1DE01067" w14:textId="77777777" w:rsidR="00E91A42" w:rsidRPr="00E91A42" w:rsidRDefault="00E91A42" w:rsidP="00E91A42">
      <w:pPr>
        <w:spacing w:line="259" w:lineRule="auto"/>
        <w:rPr>
          <w:b/>
          <w:bCs/>
          <w:color w:val="000000" w:themeColor="text1"/>
          <w:sz w:val="28"/>
          <w:szCs w:val="28"/>
          <w:lang w:val="en-US"/>
        </w:rPr>
      </w:pPr>
      <w:r w:rsidRPr="00E91A42">
        <w:rPr>
          <w:color w:val="000000" w:themeColor="text1"/>
          <w:sz w:val="28"/>
          <w:szCs w:val="28"/>
        </w:rPr>
        <w:br w:type="page"/>
      </w:r>
    </w:p>
    <w:p w14:paraId="37E20EFE" w14:textId="77777777" w:rsidR="00E91A42" w:rsidRPr="00E91A42" w:rsidRDefault="00E91A42" w:rsidP="00E91A42">
      <w:pPr>
        <w:pStyle w:val="Heading1"/>
        <w:spacing w:line="312" w:lineRule="auto"/>
        <w:rPr>
          <w:rFonts w:ascii="Times New Roman" w:hAnsi="Times New Roman" w:cs="Times New Roman"/>
          <w:color w:val="000000" w:themeColor="text1"/>
          <w:lang w:val="vi-VN"/>
        </w:rPr>
      </w:pPr>
      <w:r w:rsidRPr="00E91A42">
        <w:rPr>
          <w:rFonts w:ascii="Times New Roman" w:hAnsi="Times New Roman" w:cs="Times New Roman"/>
          <w:color w:val="000000" w:themeColor="text1"/>
        </w:rPr>
        <w:lastRenderedPageBreak/>
        <w:t>MẪU BÁO CÁO ĐÁNH GIÁ TÁC ĐỘNG KẾT QUẢ THỰC HIỆN NHIỆM VỤ HỢP</w:t>
      </w:r>
      <w:r w:rsidRPr="00E91A42">
        <w:rPr>
          <w:rFonts w:ascii="Times New Roman" w:hAnsi="Times New Roman" w:cs="Times New Roman"/>
          <w:color w:val="000000" w:themeColor="text1"/>
          <w:lang w:val="vi-VN"/>
        </w:rPr>
        <w:t xml:space="preserve"> TÁC QUỐC TẾ</w:t>
      </w:r>
    </w:p>
    <w:p w14:paraId="7665FC5D" w14:textId="77777777" w:rsidR="00E91A42" w:rsidRPr="0028776E" w:rsidRDefault="00E91A42" w:rsidP="00E91A42">
      <w:pPr>
        <w:spacing w:after="0" w:line="312" w:lineRule="auto"/>
        <w:rPr>
          <w:color w:val="000000" w:themeColor="text1"/>
          <w:sz w:val="28"/>
          <w:szCs w:val="28"/>
          <w:lang w:val="vi-VN"/>
        </w:rPr>
      </w:pPr>
      <w:r w:rsidRPr="0028776E">
        <w:rPr>
          <w:color w:val="000000" w:themeColor="text1"/>
          <w:sz w:val="28"/>
          <w:szCs w:val="28"/>
          <w:lang w:val="vi-VN"/>
        </w:rPr>
        <w:t>(Ban hành kèm theo Thông tư số …/2026/TT-BKHCN ngày … tháng … năm 2026 của Bộ Khoa học và Công nghệ)</w:t>
      </w:r>
    </w:p>
    <w:p w14:paraId="418F70AC"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I. THÔNG TIN CHUNG</w:t>
      </w:r>
    </w:p>
    <w:p w14:paraId="36E25E1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1. Tên nhiệm vụ: ..................................................................................</w:t>
      </w:r>
    </w:p>
    <w:p w14:paraId="25413A08"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2. Tổ chức chủ trì: ...............................................................................</w:t>
      </w:r>
    </w:p>
    <w:p w14:paraId="525C00E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3. Chủ nhiệm nhiệm vụ: ......................................................................</w:t>
      </w:r>
    </w:p>
    <w:p w14:paraId="2E9C4A88"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xml:space="preserve">4. Thời gian thực hiện: ……… đến ………   Cấp quản lý: </w:t>
      </w:r>
      <w:r w:rsidRPr="00E91A42">
        <w:rPr>
          <w:rFonts w:ascii="Segoe UI Symbol" w:hAnsi="Segoe UI Symbol" w:cs="Segoe UI Symbol"/>
          <w:color w:val="000000" w:themeColor="text1"/>
          <w:sz w:val="28"/>
          <w:szCs w:val="28"/>
        </w:rPr>
        <w:t>☐</w:t>
      </w:r>
      <w:r w:rsidRPr="00E91A42">
        <w:rPr>
          <w:color w:val="000000" w:themeColor="text1"/>
          <w:sz w:val="28"/>
          <w:szCs w:val="28"/>
        </w:rPr>
        <w:t xml:space="preserve"> Quốc </w:t>
      </w:r>
      <w:proofErr w:type="gramStart"/>
      <w:r w:rsidRPr="00E91A42">
        <w:rPr>
          <w:color w:val="000000" w:themeColor="text1"/>
          <w:sz w:val="28"/>
          <w:szCs w:val="28"/>
        </w:rPr>
        <w:t xml:space="preserve">gia  </w:t>
      </w:r>
      <w:r w:rsidRPr="00E91A42">
        <w:rPr>
          <w:rFonts w:ascii="Segoe UI Symbol" w:hAnsi="Segoe UI Symbol" w:cs="Segoe UI Symbol"/>
          <w:color w:val="000000" w:themeColor="text1"/>
          <w:sz w:val="28"/>
          <w:szCs w:val="28"/>
        </w:rPr>
        <w:t>☐</w:t>
      </w:r>
      <w:proofErr w:type="gramEnd"/>
      <w:r w:rsidRPr="00E91A42">
        <w:rPr>
          <w:color w:val="000000" w:themeColor="text1"/>
          <w:sz w:val="28"/>
          <w:szCs w:val="28"/>
        </w:rPr>
        <w:t xml:space="preserve"> Bộ/</w:t>
      </w:r>
      <w:proofErr w:type="gramStart"/>
      <w:r w:rsidRPr="00E91A42">
        <w:rPr>
          <w:color w:val="000000" w:themeColor="text1"/>
          <w:sz w:val="28"/>
          <w:szCs w:val="28"/>
        </w:rPr>
        <w:t xml:space="preserve">ngành  </w:t>
      </w:r>
      <w:r w:rsidRPr="00E91A42">
        <w:rPr>
          <w:rFonts w:ascii="Segoe UI Symbol" w:hAnsi="Segoe UI Symbol" w:cs="Segoe UI Symbol"/>
          <w:color w:val="000000" w:themeColor="text1"/>
          <w:sz w:val="28"/>
          <w:szCs w:val="28"/>
        </w:rPr>
        <w:t>☐</w:t>
      </w:r>
      <w:proofErr w:type="gramEnd"/>
      <w:r w:rsidRPr="00E91A42">
        <w:rPr>
          <w:color w:val="000000" w:themeColor="text1"/>
          <w:sz w:val="28"/>
          <w:szCs w:val="28"/>
        </w:rPr>
        <w:t xml:space="preserve"> Địa phương</w:t>
      </w:r>
    </w:p>
    <w:p w14:paraId="3CE4135B" w14:textId="77777777" w:rsidR="00E91A42" w:rsidRPr="00E91A42" w:rsidRDefault="00E91A42" w:rsidP="00E91A42">
      <w:pPr>
        <w:spacing w:after="0" w:line="312" w:lineRule="auto"/>
        <w:rPr>
          <w:sz w:val="28"/>
          <w:szCs w:val="28"/>
        </w:rPr>
      </w:pPr>
      <w:r w:rsidRPr="00E91A42">
        <w:rPr>
          <w:rFonts w:eastAsia="MS Mincho"/>
          <w:sz w:val="28"/>
          <w:szCs w:val="28"/>
        </w:rPr>
        <w:t xml:space="preserve">5.1 Loại hình nhiệm vụ: </w:t>
      </w:r>
      <w:r w:rsidRPr="00E91A42">
        <w:rPr>
          <w:rFonts w:ascii="Segoe UI Symbol" w:hAnsi="Segoe UI Symbol" w:cs="Segoe UI Symbol"/>
          <w:sz w:val="28"/>
          <w:szCs w:val="28"/>
        </w:rPr>
        <w:t>☐</w:t>
      </w:r>
      <w:r w:rsidRPr="00E91A42">
        <w:rPr>
          <w:sz w:val="28"/>
          <w:szCs w:val="28"/>
        </w:rPr>
        <w:t xml:space="preserve"> Nghị định thư</w:t>
      </w:r>
      <w:r w:rsidRPr="00E91A42">
        <w:rPr>
          <w:sz w:val="28"/>
          <w:szCs w:val="28"/>
        </w:rPr>
        <w:t> </w:t>
      </w:r>
      <w:r w:rsidRPr="00E91A42">
        <w:rPr>
          <w:rFonts w:ascii="Segoe UI Symbol" w:hAnsi="Segoe UI Symbol" w:cs="Segoe UI Symbol"/>
          <w:sz w:val="28"/>
          <w:szCs w:val="28"/>
        </w:rPr>
        <w:t>☐</w:t>
      </w:r>
      <w:r w:rsidRPr="00E91A42">
        <w:rPr>
          <w:sz w:val="28"/>
          <w:szCs w:val="28"/>
        </w:rPr>
        <w:t xml:space="preserve"> SPĐP</w:t>
      </w:r>
      <w:r w:rsidRPr="00E91A42">
        <w:rPr>
          <w:sz w:val="28"/>
          <w:szCs w:val="28"/>
        </w:rPr>
        <w:t> </w:t>
      </w:r>
      <w:r w:rsidRPr="00E91A42">
        <w:rPr>
          <w:rFonts w:ascii="Segoe UI Symbol" w:hAnsi="Segoe UI Symbol" w:cs="Segoe UI Symbol"/>
          <w:sz w:val="28"/>
          <w:szCs w:val="28"/>
        </w:rPr>
        <w:t>☐</w:t>
      </w:r>
      <w:r w:rsidRPr="00E91A42">
        <w:rPr>
          <w:sz w:val="28"/>
          <w:szCs w:val="28"/>
        </w:rPr>
        <w:t xml:space="preserve"> Khác</w:t>
      </w:r>
      <w:r w:rsidRPr="00E91A42">
        <w:rPr>
          <w:sz w:val="28"/>
          <w:szCs w:val="28"/>
        </w:rPr>
        <w:t> </w:t>
      </w:r>
    </w:p>
    <w:p w14:paraId="14C75CA2" w14:textId="77777777" w:rsidR="00E91A42" w:rsidRPr="00E91A42" w:rsidRDefault="00E91A42" w:rsidP="00E91A42">
      <w:pPr>
        <w:spacing w:after="0" w:line="312" w:lineRule="auto"/>
        <w:rPr>
          <w:rFonts w:eastAsia="Arial"/>
          <w:sz w:val="28"/>
          <w:szCs w:val="28"/>
        </w:rPr>
      </w:pPr>
      <w:r w:rsidRPr="00E91A42">
        <w:rPr>
          <w:rFonts w:eastAsia="MS Mincho"/>
          <w:sz w:val="28"/>
          <w:szCs w:val="28"/>
        </w:rPr>
        <w:t xml:space="preserve">5.2 </w:t>
      </w:r>
      <w:r w:rsidRPr="00E91A42">
        <w:rPr>
          <w:rFonts w:eastAsia="Arial"/>
          <w:sz w:val="28"/>
          <w:szCs w:val="28"/>
        </w:rPr>
        <w:t>Phân loại theo tính chất hoạt động KH&amp;CN: Nhiệm vụ Hợp tác quốc tế</w:t>
      </w:r>
    </w:p>
    <w:p w14:paraId="3F396CC6" w14:textId="77777777" w:rsidR="00E91A42" w:rsidRPr="00E91A42" w:rsidRDefault="00E91A42" w:rsidP="00E91A42">
      <w:pPr>
        <w:spacing w:after="0" w:line="312" w:lineRule="auto"/>
        <w:rPr>
          <w:rFonts w:eastAsia="MS Mincho"/>
          <w:sz w:val="28"/>
          <w:szCs w:val="28"/>
        </w:rPr>
      </w:pPr>
      <w:r w:rsidRPr="00E91A42">
        <w:rPr>
          <w:rFonts w:eastAsia="Arial"/>
          <w:sz w:val="28"/>
          <w:szCs w:val="28"/>
        </w:rPr>
        <w:t>5.3 Thuộc chương trình: Ghi mã số chương trình (nếu có).</w:t>
      </w:r>
    </w:p>
    <w:p w14:paraId="190EAB11"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6. Lĩnh vực KH&amp;CN: ...........................................................................</w:t>
      </w:r>
    </w:p>
    <w:p w14:paraId="62C57B6C"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7. Tổng kinh phí: ………… triệu đồng</w:t>
      </w:r>
      <w:proofErr w:type="gramStart"/>
      <w:r w:rsidRPr="00E91A42">
        <w:rPr>
          <w:color w:val="000000" w:themeColor="text1"/>
          <w:sz w:val="28"/>
          <w:szCs w:val="28"/>
        </w:rPr>
        <w:t xml:space="preserve">   (</w:t>
      </w:r>
      <w:proofErr w:type="gramEnd"/>
      <w:r w:rsidRPr="00E91A42">
        <w:rPr>
          <w:color w:val="000000" w:themeColor="text1"/>
          <w:sz w:val="28"/>
          <w:szCs w:val="28"/>
        </w:rPr>
        <w:t>Trong đó NSNN: ………… triệu đồng)</w:t>
      </w:r>
    </w:p>
    <w:p w14:paraId="4D1CCCAE"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rPr>
      </w:pPr>
      <w:r w:rsidRPr="00E91A42">
        <w:rPr>
          <w:rFonts w:ascii="Times New Roman" w:hAnsi="Times New Roman" w:cs="Times New Roman"/>
          <w:color w:val="000000" w:themeColor="text1"/>
          <w:sz w:val="28"/>
          <w:szCs w:val="28"/>
        </w:rPr>
        <w:t>II. NỘI DUNG VÀ TIÊU CHÍ ĐÁNH GIÁ TÁC ĐỘNG</w:t>
      </w:r>
    </w:p>
    <w:p w14:paraId="64E4FF02" w14:textId="77777777" w:rsidR="00E91A42" w:rsidRPr="00E91A42" w:rsidRDefault="00E91A42" w:rsidP="00E91A42">
      <w:pPr>
        <w:pStyle w:val="ListNumber"/>
        <w:tabs>
          <w:tab w:val="clear" w:pos="720"/>
        </w:tabs>
        <w:spacing w:after="0" w:line="312" w:lineRule="auto"/>
        <w:ind w:left="360" w:hanging="360"/>
        <w:rPr>
          <w:color w:val="000000" w:themeColor="text1"/>
          <w:sz w:val="28"/>
          <w:szCs w:val="28"/>
        </w:rPr>
      </w:pPr>
      <w:r w:rsidRPr="00E91A42">
        <w:rPr>
          <w:color w:val="000000" w:themeColor="text1"/>
          <w:sz w:val="28"/>
          <w:szCs w:val="28"/>
        </w:rPr>
        <w:t xml:space="preserve">1. Tác động đối với phát triển kinh tế – xã hội, quốc phòng, </w:t>
      </w:r>
      <w:proofErr w:type="gramStart"/>
      <w:r w:rsidRPr="00E91A42">
        <w:rPr>
          <w:color w:val="000000" w:themeColor="text1"/>
          <w:sz w:val="28"/>
          <w:szCs w:val="28"/>
        </w:rPr>
        <w:t>an</w:t>
      </w:r>
      <w:proofErr w:type="gramEnd"/>
      <w:r w:rsidRPr="00E91A42">
        <w:rPr>
          <w:color w:val="000000" w:themeColor="text1"/>
          <w:sz w:val="28"/>
          <w:szCs w:val="28"/>
        </w:rPr>
        <w:t xml:space="preserve"> ninh, văn hóa, môi trường</w:t>
      </w:r>
    </w:p>
    <w:p w14:paraId="4017DAB9"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Mức đóng góp cho tăng trưởng kinh tế (sản lượng, doanh thu, năng suất, GDP ngành): …</w:t>
      </w:r>
    </w:p>
    <w:p w14:paraId="6E2ED3BB"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-Tác động đến việc làm, thu nhập, đời sống người dân: …</w:t>
      </w:r>
    </w:p>
    <w:p w14:paraId="157D95B0"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xml:space="preserve">- Tác động đến quốc phòng, </w:t>
      </w:r>
      <w:proofErr w:type="gramStart"/>
      <w:r w:rsidRPr="00E91A42">
        <w:rPr>
          <w:color w:val="000000" w:themeColor="text1"/>
          <w:sz w:val="28"/>
          <w:szCs w:val="28"/>
        </w:rPr>
        <w:t>an</w:t>
      </w:r>
      <w:proofErr w:type="gramEnd"/>
      <w:r w:rsidRPr="00E91A42">
        <w:rPr>
          <w:color w:val="000000" w:themeColor="text1"/>
          <w:sz w:val="28"/>
          <w:szCs w:val="28"/>
        </w:rPr>
        <w:t xml:space="preserve"> ninh, bảo vệ môi trường, ứng phó biến đổi khí hậu: …</w:t>
      </w:r>
    </w:p>
    <w:p w14:paraId="0DE43205"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Số liệu định lượng minh chứng (nếu có): …</w:t>
      </w:r>
    </w:p>
    <w:p w14:paraId="065F9C52" w14:textId="77777777" w:rsidR="00E91A42" w:rsidRPr="00E91A42" w:rsidRDefault="00E91A42" w:rsidP="00E91A42">
      <w:pPr>
        <w:pStyle w:val="ListNumber"/>
        <w:tabs>
          <w:tab w:val="clear" w:pos="720"/>
        </w:tabs>
        <w:spacing w:after="0" w:line="312" w:lineRule="auto"/>
        <w:ind w:left="0" w:firstLine="0"/>
        <w:rPr>
          <w:color w:val="000000" w:themeColor="text1"/>
          <w:sz w:val="28"/>
          <w:szCs w:val="28"/>
        </w:rPr>
      </w:pPr>
      <w:r w:rsidRPr="00E91A42">
        <w:rPr>
          <w:color w:val="000000" w:themeColor="text1"/>
          <w:sz w:val="28"/>
          <w:szCs w:val="28"/>
        </w:rPr>
        <w:t>2. Tác động đối với ngành sản xuất, doanh nghiệp</w:t>
      </w:r>
    </w:p>
    <w:p w14:paraId="1CFCB99A"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Năng lực cạnh tranh, sản lượng, chất lượng, thương hiệu: …</w:t>
      </w:r>
    </w:p>
    <w:p w14:paraId="26690B2F"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-Số doanh nghiệp ứng dụng kết quả, hợp đồng chuyển giao, doanh thu từ ứng dụng: …</w:t>
      </w:r>
    </w:p>
    <w:p w14:paraId="26DED36E"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lastRenderedPageBreak/>
        <w:t>- Số lượng công nghệ/thiết bị/giải pháp được thương mại hóa: …</w:t>
      </w:r>
    </w:p>
    <w:p w14:paraId="4D61F621" w14:textId="77777777" w:rsidR="00E91A42" w:rsidRPr="00E91A42" w:rsidRDefault="00E91A42" w:rsidP="00E91A42">
      <w:pPr>
        <w:pStyle w:val="ListNumber"/>
        <w:tabs>
          <w:tab w:val="clear" w:pos="720"/>
        </w:tabs>
        <w:spacing w:after="0" w:line="312" w:lineRule="auto"/>
        <w:ind w:left="360" w:hanging="360"/>
        <w:rPr>
          <w:color w:val="000000" w:themeColor="text1"/>
          <w:sz w:val="28"/>
          <w:szCs w:val="28"/>
        </w:rPr>
      </w:pPr>
      <w:r w:rsidRPr="00E91A42">
        <w:rPr>
          <w:color w:val="000000" w:themeColor="text1"/>
          <w:sz w:val="28"/>
          <w:szCs w:val="28"/>
        </w:rPr>
        <w:t>3. Tác động đối với nhân lực và tri thức KH&amp;CN</w:t>
      </w:r>
    </w:p>
    <w:p w14:paraId="422C41A8"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Số lượng kỹ sư, nhà khoa học, kỹ thuật viên được đào tạo/nâng cao năng lực: …</w:t>
      </w:r>
    </w:p>
    <w:p w14:paraId="36DF9290"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Số lượng bài báo, sáng chế, giải pháp hữu ích, tiêu chuẩn kỹ thuật, mô hình: …</w:t>
      </w:r>
    </w:p>
    <w:p w14:paraId="3A06718F"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Mức độ lan tỏa tri thức KH&amp;CN trong cộng đồng/doanh nghiệp: …</w:t>
      </w:r>
    </w:p>
    <w:p w14:paraId="243F4D39" w14:textId="77777777" w:rsidR="00E91A42" w:rsidRPr="00E91A42" w:rsidRDefault="00E91A42" w:rsidP="00E91A42">
      <w:pPr>
        <w:pStyle w:val="ListNumber"/>
        <w:tabs>
          <w:tab w:val="clear" w:pos="720"/>
        </w:tabs>
        <w:spacing w:after="0" w:line="312" w:lineRule="auto"/>
        <w:ind w:left="360" w:hanging="360"/>
        <w:rPr>
          <w:color w:val="000000" w:themeColor="text1"/>
          <w:sz w:val="28"/>
          <w:szCs w:val="28"/>
        </w:rPr>
      </w:pPr>
      <w:r w:rsidRPr="00E91A42">
        <w:rPr>
          <w:color w:val="000000" w:themeColor="text1"/>
          <w:sz w:val="28"/>
          <w:szCs w:val="28"/>
        </w:rPr>
        <w:t>4. Tác động chính sách và thể chế</w:t>
      </w:r>
    </w:p>
    <w:p w14:paraId="2B82481E"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Ảnh hưởng đến việc xây dựng, sửa đổi, ban hành chính sách, quy chuẩn, quy định: …</w:t>
      </w:r>
    </w:p>
    <w:p w14:paraId="40157A85" w14:textId="77777777" w:rsidR="00E91A42" w:rsidRPr="00E91A42" w:rsidRDefault="00E91A42" w:rsidP="00E91A42">
      <w:pPr>
        <w:pStyle w:val="ListBullet"/>
        <w:numPr>
          <w:ilvl w:val="0"/>
          <w:numId w:val="0"/>
        </w:numPr>
        <w:spacing w:after="0" w:line="312" w:lineRule="auto"/>
        <w:ind w:left="360"/>
        <w:rPr>
          <w:color w:val="000000" w:themeColor="text1"/>
          <w:sz w:val="28"/>
          <w:szCs w:val="28"/>
        </w:rPr>
      </w:pPr>
      <w:r w:rsidRPr="00E91A42">
        <w:rPr>
          <w:color w:val="000000" w:themeColor="text1"/>
          <w:sz w:val="28"/>
          <w:szCs w:val="28"/>
        </w:rPr>
        <w:t>- Các văn bản pháp luật, tiêu chuẩn hoặc hướng dẫn kỹ thuật được xây dựng từ kết quả nhiệm vụ (nếu có): …</w:t>
      </w:r>
    </w:p>
    <w:p w14:paraId="130A0F12" w14:textId="77777777" w:rsidR="00E91A42" w:rsidRPr="00E91A42" w:rsidRDefault="00E91A42" w:rsidP="00E91A42">
      <w:pPr>
        <w:pStyle w:val="ListNumber"/>
        <w:tabs>
          <w:tab w:val="clear" w:pos="720"/>
        </w:tabs>
        <w:spacing w:after="0" w:line="312" w:lineRule="auto"/>
        <w:ind w:left="360" w:hanging="360"/>
        <w:rPr>
          <w:color w:val="000000" w:themeColor="text1"/>
          <w:sz w:val="28"/>
          <w:szCs w:val="28"/>
          <w:lang w:val="vi-VN"/>
        </w:rPr>
      </w:pPr>
      <w:r w:rsidRPr="00E91A42">
        <w:rPr>
          <w:color w:val="000000" w:themeColor="text1"/>
          <w:sz w:val="28"/>
          <w:szCs w:val="28"/>
        </w:rPr>
        <w:t>5. Tác</w:t>
      </w:r>
      <w:r w:rsidRPr="00E91A42">
        <w:rPr>
          <w:color w:val="000000" w:themeColor="text1"/>
          <w:sz w:val="28"/>
          <w:szCs w:val="28"/>
          <w:lang w:val="vi-VN"/>
        </w:rPr>
        <w:t xml:space="preserve"> động hợp tác quốc tế</w:t>
      </w:r>
    </w:p>
    <w:p w14:paraId="03F0D559" w14:textId="77777777" w:rsidR="00E91A42" w:rsidRPr="0028776E" w:rsidRDefault="00E91A42" w:rsidP="00E91A42">
      <w:pPr>
        <w:pStyle w:val="ListNumber"/>
        <w:tabs>
          <w:tab w:val="clear" w:pos="720"/>
        </w:tabs>
        <w:spacing w:after="0" w:line="312" w:lineRule="auto"/>
        <w:ind w:left="360" w:hanging="360"/>
        <w:rPr>
          <w:color w:val="000000" w:themeColor="text1"/>
          <w:sz w:val="28"/>
          <w:szCs w:val="28"/>
          <w:lang w:val="vi-VN"/>
        </w:rPr>
      </w:pPr>
      <w:r w:rsidRPr="0028776E">
        <w:rPr>
          <w:color w:val="000000" w:themeColor="text1"/>
          <w:sz w:val="28"/>
          <w:szCs w:val="28"/>
          <w:lang w:val="vi-VN"/>
        </w:rPr>
        <w:t>6</w:t>
      </w:r>
      <w:r w:rsidRPr="00E91A42">
        <w:rPr>
          <w:color w:val="000000" w:themeColor="text1"/>
          <w:sz w:val="28"/>
          <w:szCs w:val="28"/>
          <w:lang w:val="vi-VN"/>
        </w:rPr>
        <w:t xml:space="preserve">. </w:t>
      </w:r>
      <w:r w:rsidRPr="0028776E">
        <w:rPr>
          <w:color w:val="000000" w:themeColor="text1"/>
          <w:sz w:val="28"/>
          <w:szCs w:val="28"/>
          <w:lang w:val="vi-VN"/>
        </w:rPr>
        <w:t>Tác động khác (nếu có)</w:t>
      </w:r>
    </w:p>
    <w:p w14:paraId="49356676" w14:textId="77777777" w:rsidR="00E91A42" w:rsidRPr="0028776E" w:rsidRDefault="00E91A42" w:rsidP="00E91A42">
      <w:pPr>
        <w:pStyle w:val="ListBullet"/>
        <w:numPr>
          <w:ilvl w:val="0"/>
          <w:numId w:val="0"/>
        </w:numPr>
        <w:spacing w:after="0" w:line="312" w:lineRule="auto"/>
        <w:ind w:left="360"/>
        <w:rPr>
          <w:color w:val="000000" w:themeColor="text1"/>
          <w:sz w:val="28"/>
          <w:szCs w:val="28"/>
          <w:lang w:val="vi-VN"/>
        </w:rPr>
      </w:pPr>
      <w:r w:rsidRPr="0028776E">
        <w:rPr>
          <w:color w:val="000000" w:themeColor="text1"/>
          <w:sz w:val="28"/>
          <w:szCs w:val="28"/>
          <w:lang w:val="vi-VN"/>
        </w:rPr>
        <w:t>- Ảnh hưởng tới giáo dục, văn hóa, cộng đồng; đóng góp cho chiến lược phát triển ngành; vai trò trong hội nhập, hợp tác quốc tế: …</w:t>
      </w:r>
    </w:p>
    <w:p w14:paraId="20A8A060" w14:textId="77777777" w:rsidR="00E91A42" w:rsidRPr="0028776E" w:rsidRDefault="00E91A42" w:rsidP="00E91A42">
      <w:pPr>
        <w:pStyle w:val="Heading2"/>
        <w:spacing w:line="312" w:lineRule="auto"/>
        <w:rPr>
          <w:rFonts w:ascii="Times New Roman" w:hAnsi="Times New Roman" w:cs="Times New Roman"/>
          <w:color w:val="000000" w:themeColor="text1"/>
          <w:sz w:val="28"/>
          <w:szCs w:val="28"/>
          <w:lang w:val="vi-VN"/>
        </w:rPr>
      </w:pPr>
      <w:r w:rsidRPr="0028776E">
        <w:rPr>
          <w:rFonts w:ascii="Times New Roman" w:hAnsi="Times New Roman" w:cs="Times New Roman"/>
          <w:color w:val="000000" w:themeColor="text1"/>
          <w:sz w:val="28"/>
          <w:szCs w:val="28"/>
          <w:lang w:val="vi-VN"/>
        </w:rPr>
        <w:t>III. PHƯƠNG THỨC VÀ KẾT QUẢ ĐÁNH GIÁ</w:t>
      </w:r>
    </w:p>
    <w:p w14:paraId="001D3EBF" w14:textId="77777777" w:rsidR="00E91A42" w:rsidRPr="0028776E" w:rsidRDefault="00E91A42" w:rsidP="00E91A42">
      <w:pPr>
        <w:spacing w:after="0" w:line="312" w:lineRule="auto"/>
        <w:rPr>
          <w:color w:val="000000" w:themeColor="text1"/>
          <w:sz w:val="28"/>
          <w:szCs w:val="28"/>
          <w:lang w:val="vi-VN"/>
        </w:rPr>
      </w:pPr>
      <w:r w:rsidRPr="0028776E">
        <w:rPr>
          <w:color w:val="000000" w:themeColor="text1"/>
          <w:sz w:val="28"/>
          <w:szCs w:val="28"/>
          <w:lang w:val="vi-VN"/>
        </w:rPr>
        <w:t>1. Phương thức đánh giá:</w:t>
      </w:r>
    </w:p>
    <w:p w14:paraId="7CFCDDE1" w14:textId="77777777" w:rsidR="00E91A42" w:rsidRPr="0028776E" w:rsidRDefault="00E91A42" w:rsidP="00E91A42">
      <w:pPr>
        <w:pStyle w:val="ListBullet"/>
        <w:numPr>
          <w:ilvl w:val="0"/>
          <w:numId w:val="0"/>
        </w:numPr>
        <w:spacing w:after="0" w:line="312" w:lineRule="auto"/>
        <w:ind w:left="360" w:hanging="360"/>
        <w:rPr>
          <w:color w:val="000000" w:themeColor="text1"/>
          <w:sz w:val="28"/>
          <w:szCs w:val="28"/>
          <w:lang w:val="vi-VN"/>
        </w:rPr>
      </w:pPr>
      <w:r w:rsidRPr="0028776E">
        <w:rPr>
          <w:rFonts w:ascii="Segoe UI Symbol" w:hAnsi="Segoe UI Symbol" w:cs="Segoe UI Symbol"/>
          <w:color w:val="000000" w:themeColor="text1"/>
          <w:sz w:val="28"/>
          <w:szCs w:val="28"/>
          <w:lang w:val="vi-VN"/>
        </w:rPr>
        <w:t>☐</w:t>
      </w:r>
      <w:r w:rsidRPr="0028776E">
        <w:rPr>
          <w:color w:val="000000" w:themeColor="text1"/>
          <w:sz w:val="28"/>
          <w:szCs w:val="28"/>
          <w:lang w:val="vi-VN"/>
        </w:rPr>
        <w:t xml:space="preserve"> Đơn vị chủ trì tự đánh giá</w:t>
      </w:r>
    </w:p>
    <w:p w14:paraId="0BD8FF4C" w14:textId="77777777" w:rsidR="00E91A42" w:rsidRPr="0028776E" w:rsidRDefault="00E91A42" w:rsidP="00E91A42">
      <w:pPr>
        <w:pStyle w:val="ListBullet"/>
        <w:numPr>
          <w:ilvl w:val="0"/>
          <w:numId w:val="0"/>
        </w:numPr>
        <w:spacing w:after="0" w:line="312" w:lineRule="auto"/>
        <w:ind w:left="360" w:hanging="360"/>
        <w:rPr>
          <w:color w:val="000000" w:themeColor="text1"/>
          <w:sz w:val="28"/>
          <w:szCs w:val="28"/>
          <w:lang w:val="vi-VN"/>
        </w:rPr>
      </w:pPr>
      <w:r w:rsidRPr="0028776E">
        <w:rPr>
          <w:rFonts w:ascii="Segoe UI Symbol" w:hAnsi="Segoe UI Symbol" w:cs="Segoe UI Symbol"/>
          <w:color w:val="000000" w:themeColor="text1"/>
          <w:sz w:val="28"/>
          <w:szCs w:val="28"/>
          <w:lang w:val="vi-VN"/>
        </w:rPr>
        <w:t>☐</w:t>
      </w:r>
      <w:r w:rsidRPr="0028776E">
        <w:rPr>
          <w:color w:val="000000" w:themeColor="text1"/>
          <w:sz w:val="28"/>
          <w:szCs w:val="28"/>
          <w:lang w:val="vi-VN"/>
        </w:rPr>
        <w:t xml:space="preserve"> Cơ quan quản lý tổ chức đánh giá</w:t>
      </w:r>
    </w:p>
    <w:p w14:paraId="1EC6C088" w14:textId="77777777" w:rsidR="00E91A42" w:rsidRPr="0028776E" w:rsidRDefault="00E91A42" w:rsidP="00E91A42">
      <w:pPr>
        <w:pStyle w:val="ListBullet"/>
        <w:numPr>
          <w:ilvl w:val="0"/>
          <w:numId w:val="0"/>
        </w:numPr>
        <w:spacing w:after="0" w:line="312" w:lineRule="auto"/>
        <w:ind w:left="360" w:hanging="360"/>
        <w:rPr>
          <w:color w:val="000000" w:themeColor="text1"/>
          <w:sz w:val="28"/>
          <w:szCs w:val="28"/>
          <w:lang w:val="vi-VN"/>
        </w:rPr>
      </w:pPr>
      <w:r w:rsidRPr="0028776E">
        <w:rPr>
          <w:rFonts w:ascii="Segoe UI Symbol" w:hAnsi="Segoe UI Symbol" w:cs="Segoe UI Symbol"/>
          <w:color w:val="000000" w:themeColor="text1"/>
          <w:sz w:val="28"/>
          <w:szCs w:val="28"/>
          <w:lang w:val="vi-VN"/>
        </w:rPr>
        <w:t>☐</w:t>
      </w:r>
      <w:r w:rsidRPr="0028776E">
        <w:rPr>
          <w:color w:val="000000" w:themeColor="text1"/>
          <w:sz w:val="28"/>
          <w:szCs w:val="28"/>
          <w:lang w:val="vi-VN"/>
        </w:rPr>
        <w:t xml:space="preserve"> Đánh giá độc lập bởi tổ chức, chuyên gia tư vấn</w:t>
      </w:r>
    </w:p>
    <w:p w14:paraId="49D4E48B" w14:textId="77777777" w:rsidR="00E91A42" w:rsidRPr="0028776E" w:rsidRDefault="00E91A42" w:rsidP="00E91A42">
      <w:pPr>
        <w:pStyle w:val="ListBullet"/>
        <w:numPr>
          <w:ilvl w:val="0"/>
          <w:numId w:val="0"/>
        </w:numPr>
        <w:spacing w:after="0" w:line="312" w:lineRule="auto"/>
        <w:ind w:left="360" w:hanging="360"/>
        <w:rPr>
          <w:color w:val="000000" w:themeColor="text1"/>
          <w:sz w:val="28"/>
          <w:szCs w:val="28"/>
          <w:lang w:val="vi-VN"/>
        </w:rPr>
      </w:pPr>
      <w:r w:rsidRPr="0028776E">
        <w:rPr>
          <w:rFonts w:ascii="Segoe UI Symbol" w:hAnsi="Segoe UI Symbol" w:cs="Segoe UI Symbol"/>
          <w:color w:val="000000" w:themeColor="text1"/>
          <w:sz w:val="28"/>
          <w:szCs w:val="28"/>
          <w:lang w:val="vi-VN"/>
        </w:rPr>
        <w:t>☐</w:t>
      </w:r>
      <w:r w:rsidRPr="0028776E">
        <w:rPr>
          <w:color w:val="000000" w:themeColor="text1"/>
          <w:sz w:val="28"/>
          <w:szCs w:val="28"/>
          <w:lang w:val="vi-VN"/>
        </w:rPr>
        <w:t xml:space="preserve"> Kết hợp các hình thức trên</w:t>
      </w:r>
    </w:p>
    <w:p w14:paraId="075078C0" w14:textId="77777777" w:rsidR="00E91A42" w:rsidRPr="0028776E" w:rsidRDefault="00E91A42" w:rsidP="00E91A42">
      <w:pPr>
        <w:spacing w:after="0" w:line="312" w:lineRule="auto"/>
        <w:rPr>
          <w:color w:val="000000" w:themeColor="text1"/>
          <w:sz w:val="28"/>
          <w:szCs w:val="28"/>
          <w:lang w:val="vi-VN"/>
        </w:rPr>
      </w:pPr>
      <w:r w:rsidRPr="0028776E">
        <w:rPr>
          <w:color w:val="000000" w:themeColor="text1"/>
          <w:sz w:val="28"/>
          <w:szCs w:val="28"/>
          <w:lang w:val="vi-VN"/>
        </w:rPr>
        <w:t>2. Kết quả tổng hợp theo thang điểm/nhận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76"/>
        <w:gridCol w:w="2876"/>
      </w:tblGrid>
      <w:tr w:rsidR="00E91A42" w:rsidRPr="00E91A42" w14:paraId="32D3A1AE" w14:textId="77777777" w:rsidTr="00A701F9">
        <w:tc>
          <w:tcPr>
            <w:tcW w:w="2880" w:type="dxa"/>
          </w:tcPr>
          <w:p w14:paraId="3534FF78"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Tiêu chí</w:t>
            </w:r>
          </w:p>
        </w:tc>
        <w:tc>
          <w:tcPr>
            <w:tcW w:w="2880" w:type="dxa"/>
          </w:tcPr>
          <w:p w14:paraId="4D396E64"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Điểm (nếu có)</w:t>
            </w:r>
          </w:p>
        </w:tc>
        <w:tc>
          <w:tcPr>
            <w:tcW w:w="2880" w:type="dxa"/>
          </w:tcPr>
          <w:p w14:paraId="2F4CDD54"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Nhận xét/tác động nổi bật</w:t>
            </w:r>
          </w:p>
        </w:tc>
      </w:tr>
      <w:tr w:rsidR="00E91A42" w:rsidRPr="00E91A42" w14:paraId="011B4644" w14:textId="77777777" w:rsidTr="00A701F9">
        <w:tc>
          <w:tcPr>
            <w:tcW w:w="2880" w:type="dxa"/>
          </w:tcPr>
          <w:p w14:paraId="7BEE5298"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Kinh tế – xã hội</w:t>
            </w:r>
          </w:p>
        </w:tc>
        <w:tc>
          <w:tcPr>
            <w:tcW w:w="2880" w:type="dxa"/>
          </w:tcPr>
          <w:p w14:paraId="00E38EE1" w14:textId="77777777" w:rsidR="00E91A42" w:rsidRPr="00E91A42" w:rsidRDefault="00E91A42" w:rsidP="00A701F9">
            <w:pPr>
              <w:spacing w:after="0" w:line="312" w:lineRule="auto"/>
              <w:rPr>
                <w:color w:val="000000" w:themeColor="text1"/>
                <w:sz w:val="28"/>
                <w:szCs w:val="28"/>
              </w:rPr>
            </w:pPr>
          </w:p>
        </w:tc>
        <w:tc>
          <w:tcPr>
            <w:tcW w:w="2880" w:type="dxa"/>
          </w:tcPr>
          <w:p w14:paraId="34ECF261" w14:textId="77777777" w:rsidR="00E91A42" w:rsidRPr="00E91A42" w:rsidRDefault="00E91A42" w:rsidP="00A701F9">
            <w:pPr>
              <w:spacing w:after="0" w:line="312" w:lineRule="auto"/>
              <w:rPr>
                <w:color w:val="000000" w:themeColor="text1"/>
                <w:sz w:val="28"/>
                <w:szCs w:val="28"/>
              </w:rPr>
            </w:pPr>
          </w:p>
        </w:tc>
      </w:tr>
      <w:tr w:rsidR="00E91A42" w:rsidRPr="00E91A42" w14:paraId="70F00CB8" w14:textId="77777777" w:rsidTr="00A701F9">
        <w:tc>
          <w:tcPr>
            <w:tcW w:w="2880" w:type="dxa"/>
          </w:tcPr>
          <w:p w14:paraId="0E634136"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Doanh nghiệp/ngành</w:t>
            </w:r>
          </w:p>
        </w:tc>
        <w:tc>
          <w:tcPr>
            <w:tcW w:w="2880" w:type="dxa"/>
          </w:tcPr>
          <w:p w14:paraId="10C96DAE" w14:textId="77777777" w:rsidR="00E91A42" w:rsidRPr="00E91A42" w:rsidRDefault="00E91A42" w:rsidP="00A701F9">
            <w:pPr>
              <w:spacing w:after="0" w:line="312" w:lineRule="auto"/>
              <w:rPr>
                <w:color w:val="000000" w:themeColor="text1"/>
                <w:sz w:val="28"/>
                <w:szCs w:val="28"/>
              </w:rPr>
            </w:pPr>
          </w:p>
        </w:tc>
        <w:tc>
          <w:tcPr>
            <w:tcW w:w="2880" w:type="dxa"/>
          </w:tcPr>
          <w:p w14:paraId="1A816443" w14:textId="77777777" w:rsidR="00E91A42" w:rsidRPr="00E91A42" w:rsidRDefault="00E91A42" w:rsidP="00A701F9">
            <w:pPr>
              <w:spacing w:after="0" w:line="312" w:lineRule="auto"/>
              <w:rPr>
                <w:color w:val="000000" w:themeColor="text1"/>
                <w:sz w:val="28"/>
                <w:szCs w:val="28"/>
              </w:rPr>
            </w:pPr>
          </w:p>
        </w:tc>
      </w:tr>
      <w:tr w:rsidR="00E91A42" w:rsidRPr="00E91A42" w14:paraId="3FF19004" w14:textId="77777777" w:rsidTr="00A701F9">
        <w:tc>
          <w:tcPr>
            <w:tcW w:w="2880" w:type="dxa"/>
          </w:tcPr>
          <w:p w14:paraId="4424D964"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Nhân lực KH&amp;CN</w:t>
            </w:r>
          </w:p>
        </w:tc>
        <w:tc>
          <w:tcPr>
            <w:tcW w:w="2880" w:type="dxa"/>
          </w:tcPr>
          <w:p w14:paraId="54B4B68E" w14:textId="77777777" w:rsidR="00E91A42" w:rsidRPr="00E91A42" w:rsidRDefault="00E91A42" w:rsidP="00A701F9">
            <w:pPr>
              <w:spacing w:after="0" w:line="312" w:lineRule="auto"/>
              <w:rPr>
                <w:color w:val="000000" w:themeColor="text1"/>
                <w:sz w:val="28"/>
                <w:szCs w:val="28"/>
              </w:rPr>
            </w:pPr>
          </w:p>
        </w:tc>
        <w:tc>
          <w:tcPr>
            <w:tcW w:w="2880" w:type="dxa"/>
          </w:tcPr>
          <w:p w14:paraId="33CC4EA3" w14:textId="77777777" w:rsidR="00E91A42" w:rsidRPr="00E91A42" w:rsidRDefault="00E91A42" w:rsidP="00A701F9">
            <w:pPr>
              <w:spacing w:after="0" w:line="312" w:lineRule="auto"/>
              <w:rPr>
                <w:color w:val="000000" w:themeColor="text1"/>
                <w:sz w:val="28"/>
                <w:szCs w:val="28"/>
              </w:rPr>
            </w:pPr>
          </w:p>
        </w:tc>
      </w:tr>
      <w:tr w:rsidR="00E91A42" w:rsidRPr="00E91A42" w14:paraId="0233C714" w14:textId="77777777" w:rsidTr="00A701F9">
        <w:tc>
          <w:tcPr>
            <w:tcW w:w="2880" w:type="dxa"/>
          </w:tcPr>
          <w:p w14:paraId="312ECA43"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t>Chính sách – pháp luật</w:t>
            </w:r>
          </w:p>
        </w:tc>
        <w:tc>
          <w:tcPr>
            <w:tcW w:w="2880" w:type="dxa"/>
          </w:tcPr>
          <w:p w14:paraId="6B1239E3" w14:textId="77777777" w:rsidR="00E91A42" w:rsidRPr="00E91A42" w:rsidRDefault="00E91A42" w:rsidP="00A701F9">
            <w:pPr>
              <w:spacing w:after="0" w:line="312" w:lineRule="auto"/>
              <w:rPr>
                <w:color w:val="000000" w:themeColor="text1"/>
                <w:sz w:val="28"/>
                <w:szCs w:val="28"/>
              </w:rPr>
            </w:pPr>
          </w:p>
        </w:tc>
        <w:tc>
          <w:tcPr>
            <w:tcW w:w="2880" w:type="dxa"/>
          </w:tcPr>
          <w:p w14:paraId="3543B998" w14:textId="77777777" w:rsidR="00E91A42" w:rsidRPr="00E91A42" w:rsidRDefault="00E91A42" w:rsidP="00A701F9">
            <w:pPr>
              <w:spacing w:after="0" w:line="312" w:lineRule="auto"/>
              <w:rPr>
                <w:color w:val="000000" w:themeColor="text1"/>
                <w:sz w:val="28"/>
                <w:szCs w:val="28"/>
              </w:rPr>
            </w:pPr>
          </w:p>
        </w:tc>
      </w:tr>
      <w:tr w:rsidR="00E91A42" w:rsidRPr="00E91A42" w14:paraId="4EF05071" w14:textId="77777777" w:rsidTr="00A701F9">
        <w:tc>
          <w:tcPr>
            <w:tcW w:w="2880" w:type="dxa"/>
          </w:tcPr>
          <w:p w14:paraId="1768E8FD" w14:textId="77777777" w:rsidR="00E91A42" w:rsidRPr="00E91A42" w:rsidRDefault="00E91A42" w:rsidP="00A701F9">
            <w:pPr>
              <w:spacing w:after="0" w:line="312" w:lineRule="auto"/>
              <w:rPr>
                <w:color w:val="000000" w:themeColor="text1"/>
                <w:sz w:val="28"/>
                <w:szCs w:val="28"/>
              </w:rPr>
            </w:pPr>
            <w:r w:rsidRPr="00E91A42">
              <w:rPr>
                <w:color w:val="000000" w:themeColor="text1"/>
                <w:sz w:val="28"/>
                <w:szCs w:val="28"/>
              </w:rPr>
              <w:lastRenderedPageBreak/>
              <w:t>Tác động khác</w:t>
            </w:r>
          </w:p>
        </w:tc>
        <w:tc>
          <w:tcPr>
            <w:tcW w:w="2880" w:type="dxa"/>
          </w:tcPr>
          <w:p w14:paraId="2EBEF786" w14:textId="77777777" w:rsidR="00E91A42" w:rsidRPr="00E91A42" w:rsidRDefault="00E91A42" w:rsidP="00A701F9">
            <w:pPr>
              <w:spacing w:after="0" w:line="312" w:lineRule="auto"/>
              <w:rPr>
                <w:color w:val="000000" w:themeColor="text1"/>
                <w:sz w:val="28"/>
                <w:szCs w:val="28"/>
              </w:rPr>
            </w:pPr>
          </w:p>
        </w:tc>
        <w:tc>
          <w:tcPr>
            <w:tcW w:w="2880" w:type="dxa"/>
          </w:tcPr>
          <w:p w14:paraId="6F2A9057" w14:textId="77777777" w:rsidR="00E91A42" w:rsidRPr="00E91A42" w:rsidRDefault="00E91A42" w:rsidP="00A701F9">
            <w:pPr>
              <w:spacing w:after="0" w:line="312" w:lineRule="auto"/>
              <w:rPr>
                <w:color w:val="000000" w:themeColor="text1"/>
                <w:sz w:val="28"/>
                <w:szCs w:val="28"/>
              </w:rPr>
            </w:pPr>
          </w:p>
        </w:tc>
      </w:tr>
    </w:tbl>
    <w:p w14:paraId="744ADC2F"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3. Kết luận chung:</w:t>
      </w:r>
    </w:p>
    <w:p w14:paraId="76EDEECE"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xml:space="preserve">- Mức độ tác động: </w:t>
      </w:r>
      <w:r w:rsidRPr="00E91A42">
        <w:rPr>
          <w:rFonts w:ascii="Segoe UI Symbol" w:hAnsi="Segoe UI Symbol" w:cs="Segoe UI Symbol"/>
          <w:color w:val="000000" w:themeColor="text1"/>
          <w:sz w:val="28"/>
          <w:szCs w:val="28"/>
        </w:rPr>
        <w:t>☐</w:t>
      </w:r>
      <w:r w:rsidRPr="00E91A42">
        <w:rPr>
          <w:color w:val="000000" w:themeColor="text1"/>
          <w:sz w:val="28"/>
          <w:szCs w:val="28"/>
        </w:rPr>
        <w:t xml:space="preserve"> Rất </w:t>
      </w:r>
      <w:proofErr w:type="gramStart"/>
      <w:r w:rsidRPr="00E91A42">
        <w:rPr>
          <w:color w:val="000000" w:themeColor="text1"/>
          <w:sz w:val="28"/>
          <w:szCs w:val="28"/>
        </w:rPr>
        <w:t xml:space="preserve">cao  </w:t>
      </w:r>
      <w:r w:rsidRPr="00E91A42">
        <w:rPr>
          <w:rFonts w:ascii="Segoe UI Symbol" w:hAnsi="Segoe UI Symbol" w:cs="Segoe UI Symbol"/>
          <w:color w:val="000000" w:themeColor="text1"/>
          <w:sz w:val="28"/>
          <w:szCs w:val="28"/>
        </w:rPr>
        <w:t>☐</w:t>
      </w:r>
      <w:proofErr w:type="gramEnd"/>
      <w:r w:rsidRPr="00E91A42">
        <w:rPr>
          <w:color w:val="000000" w:themeColor="text1"/>
          <w:sz w:val="28"/>
          <w:szCs w:val="28"/>
        </w:rPr>
        <w:t xml:space="preserve"> </w:t>
      </w:r>
      <w:proofErr w:type="gramStart"/>
      <w:r w:rsidRPr="00E91A42">
        <w:rPr>
          <w:color w:val="000000" w:themeColor="text1"/>
          <w:sz w:val="28"/>
          <w:szCs w:val="28"/>
        </w:rPr>
        <w:t xml:space="preserve">Cao  </w:t>
      </w:r>
      <w:r w:rsidRPr="00E91A42">
        <w:rPr>
          <w:rFonts w:ascii="Segoe UI Symbol" w:hAnsi="Segoe UI Symbol" w:cs="Segoe UI Symbol"/>
          <w:color w:val="000000" w:themeColor="text1"/>
          <w:sz w:val="28"/>
          <w:szCs w:val="28"/>
        </w:rPr>
        <w:t>☐</w:t>
      </w:r>
      <w:proofErr w:type="gramEnd"/>
      <w:r w:rsidRPr="00E91A42">
        <w:rPr>
          <w:color w:val="000000" w:themeColor="text1"/>
          <w:sz w:val="28"/>
          <w:szCs w:val="28"/>
        </w:rPr>
        <w:t xml:space="preserve"> Trung </w:t>
      </w:r>
      <w:proofErr w:type="gramStart"/>
      <w:r w:rsidRPr="00E91A42">
        <w:rPr>
          <w:color w:val="000000" w:themeColor="text1"/>
          <w:sz w:val="28"/>
          <w:szCs w:val="28"/>
        </w:rPr>
        <w:t xml:space="preserve">bình  </w:t>
      </w:r>
      <w:r w:rsidRPr="00E91A42">
        <w:rPr>
          <w:rFonts w:ascii="Segoe UI Symbol" w:hAnsi="Segoe UI Symbol" w:cs="Segoe UI Symbol"/>
          <w:color w:val="000000" w:themeColor="text1"/>
          <w:sz w:val="28"/>
          <w:szCs w:val="28"/>
        </w:rPr>
        <w:t>☐</w:t>
      </w:r>
      <w:proofErr w:type="gramEnd"/>
      <w:r w:rsidRPr="00E91A42">
        <w:rPr>
          <w:color w:val="000000" w:themeColor="text1"/>
          <w:sz w:val="28"/>
          <w:szCs w:val="28"/>
        </w:rPr>
        <w:t xml:space="preserve"> Thấp</w:t>
      </w:r>
    </w:p>
    <w:p w14:paraId="20EF5F3B" w14:textId="77777777" w:rsidR="00E91A42" w:rsidRPr="00E91A42" w:rsidRDefault="00E91A42" w:rsidP="00E91A42">
      <w:pPr>
        <w:spacing w:after="0" w:line="312" w:lineRule="auto"/>
        <w:rPr>
          <w:color w:val="000000" w:themeColor="text1"/>
          <w:sz w:val="28"/>
          <w:szCs w:val="28"/>
        </w:rPr>
      </w:pPr>
      <w:r w:rsidRPr="00E91A42">
        <w:rPr>
          <w:color w:val="000000" w:themeColor="text1"/>
          <w:sz w:val="28"/>
          <w:szCs w:val="28"/>
        </w:rPr>
        <w:t>- Đề xuất mở rộng ứng dụng/chuyển giao/đầu tư tiếp theo: …</w:t>
      </w:r>
    </w:p>
    <w:p w14:paraId="1A2520CB" w14:textId="77777777" w:rsidR="00E91A42" w:rsidRPr="00E91A42" w:rsidRDefault="00E91A42" w:rsidP="00E91A42">
      <w:pPr>
        <w:pStyle w:val="Heading2"/>
        <w:spacing w:line="312" w:lineRule="auto"/>
        <w:rPr>
          <w:rFonts w:ascii="Times New Roman" w:hAnsi="Times New Roman" w:cs="Times New Roman"/>
          <w:color w:val="000000" w:themeColor="text1"/>
          <w:sz w:val="28"/>
          <w:szCs w:val="28"/>
          <w:lang w:val="pt-BR"/>
        </w:rPr>
      </w:pPr>
      <w:r w:rsidRPr="00E91A42">
        <w:rPr>
          <w:rFonts w:ascii="Times New Roman" w:hAnsi="Times New Roman" w:cs="Times New Roman"/>
          <w:color w:val="000000" w:themeColor="text1"/>
          <w:sz w:val="28"/>
          <w:szCs w:val="28"/>
          <w:lang w:val="pt-BR"/>
        </w:rPr>
        <w:t>IV. TRÁCH NHIỆM VÀ CAM KẾT</w:t>
      </w:r>
    </w:p>
    <w:p w14:paraId="1D67D4BB" w14:textId="77777777" w:rsidR="00E91A42" w:rsidRPr="00E91A42" w:rsidRDefault="00E91A42" w:rsidP="00E91A42">
      <w:pPr>
        <w:spacing w:after="0" w:line="312" w:lineRule="auto"/>
        <w:rPr>
          <w:color w:val="000000" w:themeColor="text1"/>
          <w:sz w:val="28"/>
          <w:szCs w:val="28"/>
          <w:lang w:val="pt-BR"/>
        </w:rPr>
      </w:pPr>
      <w:r w:rsidRPr="00E91A42">
        <w:rPr>
          <w:color w:val="000000" w:themeColor="text1"/>
          <w:sz w:val="28"/>
          <w:szCs w:val="28"/>
          <w:lang w:val="pt-BR"/>
        </w:rPr>
        <w:t>1. Đơn vị chủ trì: Chịu trách nhiệm về tính trung thực của báo cáo, phối hợp cung cấp số liệu kiểm chứng.</w:t>
      </w:r>
    </w:p>
    <w:p w14:paraId="3358BA43" w14:textId="77777777" w:rsidR="00E91A42" w:rsidRPr="00E91A42" w:rsidRDefault="00E91A42" w:rsidP="00E91A42">
      <w:pPr>
        <w:spacing w:after="0" w:line="312" w:lineRule="auto"/>
        <w:rPr>
          <w:color w:val="000000" w:themeColor="text1"/>
          <w:sz w:val="28"/>
          <w:szCs w:val="28"/>
          <w:lang w:val="pt-BR"/>
        </w:rPr>
      </w:pPr>
      <w:r w:rsidRPr="00E91A42">
        <w:rPr>
          <w:color w:val="000000" w:themeColor="text1"/>
          <w:sz w:val="28"/>
          <w:szCs w:val="28"/>
          <w:lang w:val="pt-BR"/>
        </w:rPr>
        <w:t>2. Đơn vị tiếp nhận/ứng dụng (nếu có): Cam kết tiếp tục duy trì, mở rộng ứng dụng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22"/>
      </w:tblGrid>
      <w:tr w:rsidR="00E91A42" w:rsidRPr="00E91A42" w14:paraId="633BBADE" w14:textId="77777777" w:rsidTr="00A701F9">
        <w:tc>
          <w:tcPr>
            <w:tcW w:w="4428" w:type="dxa"/>
          </w:tcPr>
          <w:p w14:paraId="6DEE7C3F" w14:textId="77777777" w:rsidR="00E91A42" w:rsidRPr="00E91A42" w:rsidRDefault="00E91A42" w:rsidP="00A701F9">
            <w:pPr>
              <w:spacing w:line="312" w:lineRule="auto"/>
              <w:jc w:val="center"/>
              <w:rPr>
                <w:b/>
                <w:bCs/>
                <w:color w:val="000000" w:themeColor="text1"/>
                <w:sz w:val="28"/>
                <w:szCs w:val="28"/>
                <w:lang w:val="pt-BR"/>
              </w:rPr>
            </w:pPr>
            <w:r w:rsidRPr="00E91A42">
              <w:rPr>
                <w:b/>
                <w:bCs/>
                <w:color w:val="000000" w:themeColor="text1"/>
                <w:sz w:val="28"/>
                <w:szCs w:val="28"/>
                <w:lang w:val="pt-BR"/>
              </w:rPr>
              <w:t>ĐẠI DIỆN TỔ CHỨC CHỦ TRÌ</w:t>
            </w:r>
          </w:p>
          <w:p w14:paraId="712169E8" w14:textId="77777777" w:rsidR="00E91A42" w:rsidRPr="00E91A42" w:rsidRDefault="00E91A42" w:rsidP="00A701F9">
            <w:pPr>
              <w:spacing w:line="312" w:lineRule="auto"/>
              <w:jc w:val="center"/>
              <w:rPr>
                <w:color w:val="000000" w:themeColor="text1"/>
                <w:sz w:val="28"/>
                <w:szCs w:val="28"/>
                <w:lang w:val="pt-BR"/>
              </w:rPr>
            </w:pPr>
            <w:r w:rsidRPr="00E91A42">
              <w:rPr>
                <w:color w:val="000000" w:themeColor="text1"/>
                <w:sz w:val="28"/>
                <w:szCs w:val="28"/>
                <w:lang w:val="pt-BR"/>
              </w:rPr>
              <w:t>(Ký, ghi rõ họ tên, đóng dấu)</w:t>
            </w:r>
          </w:p>
        </w:tc>
        <w:tc>
          <w:tcPr>
            <w:tcW w:w="4428" w:type="dxa"/>
          </w:tcPr>
          <w:p w14:paraId="29E8CE36" w14:textId="77777777" w:rsidR="00E91A42" w:rsidRPr="00E91A42" w:rsidRDefault="00E91A42" w:rsidP="00A701F9">
            <w:pPr>
              <w:spacing w:line="312" w:lineRule="auto"/>
              <w:jc w:val="center"/>
              <w:rPr>
                <w:b/>
                <w:bCs/>
                <w:color w:val="000000" w:themeColor="text1"/>
                <w:sz w:val="28"/>
                <w:szCs w:val="28"/>
                <w:lang w:val="pt-BR"/>
              </w:rPr>
            </w:pPr>
            <w:r w:rsidRPr="00E91A42">
              <w:rPr>
                <w:b/>
                <w:bCs/>
                <w:color w:val="000000" w:themeColor="text1"/>
                <w:sz w:val="28"/>
                <w:szCs w:val="28"/>
                <w:lang w:val="pt-BR"/>
              </w:rPr>
              <w:t>CHỦ NHIỆM NHIỆM VỤ</w:t>
            </w:r>
          </w:p>
        </w:tc>
      </w:tr>
    </w:tbl>
    <w:p w14:paraId="057CBAE8" w14:textId="77777777" w:rsidR="00E91A42" w:rsidRPr="00E91A42" w:rsidRDefault="00E91A42" w:rsidP="00E91A42">
      <w:pPr>
        <w:spacing w:after="0" w:line="312" w:lineRule="auto"/>
        <w:jc w:val="center"/>
        <w:rPr>
          <w:color w:val="000000" w:themeColor="text1"/>
          <w:sz w:val="28"/>
          <w:szCs w:val="28"/>
          <w:lang w:val="pt-BR"/>
        </w:rPr>
      </w:pPr>
    </w:p>
    <w:p w14:paraId="1D1B0B1C" w14:textId="77777777" w:rsidR="00E91A42" w:rsidRPr="00E91A42" w:rsidRDefault="00E91A42" w:rsidP="00E91A42">
      <w:pPr>
        <w:spacing w:after="0" w:line="312" w:lineRule="auto"/>
        <w:rPr>
          <w:color w:val="000000" w:themeColor="text1"/>
          <w:sz w:val="28"/>
          <w:szCs w:val="28"/>
          <w:lang w:val="pt-BR"/>
        </w:rPr>
      </w:pPr>
    </w:p>
    <w:p w14:paraId="3185E6D2" w14:textId="77777777" w:rsidR="00E91A42" w:rsidRPr="00E91A42" w:rsidRDefault="00E91A42" w:rsidP="00E91A42">
      <w:pPr>
        <w:rPr>
          <w:sz w:val="28"/>
          <w:szCs w:val="28"/>
        </w:rPr>
      </w:pPr>
    </w:p>
    <w:p w14:paraId="19EAAC0D" w14:textId="78F4E239" w:rsidR="00F77B97" w:rsidRPr="00E91A42" w:rsidRDefault="00F77B97">
      <w:pPr>
        <w:rPr>
          <w:b/>
          <w:color w:val="000000"/>
          <w:sz w:val="28"/>
          <w:szCs w:val="28"/>
        </w:rPr>
      </w:pPr>
    </w:p>
    <w:p w14:paraId="4629A4BA" w14:textId="4C956258" w:rsidR="00463A4F" w:rsidRPr="00E91A42" w:rsidRDefault="00000000">
      <w:pPr>
        <w:pStyle w:val="Heading1"/>
        <w:keepNext w:val="0"/>
        <w:keepLines w:val="0"/>
        <w:spacing w:after="120" w:line="360" w:lineRule="auto"/>
        <w:jc w:val="right"/>
        <w:rPr>
          <w:rFonts w:ascii="Times New Roman" w:eastAsia="Times New Roman" w:hAnsi="Times New Roman" w:cs="Times New Roman"/>
          <w:color w:val="000000"/>
        </w:rPr>
      </w:pPr>
      <w:r w:rsidRPr="00E91A42">
        <w:rPr>
          <w:rFonts w:ascii="Times New Roman" w:eastAsia="Times New Roman" w:hAnsi="Times New Roman" w:cs="Times New Roman"/>
          <w:color w:val="000000"/>
        </w:rPr>
        <w:t>SPDP-BM01</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1320"/>
        <w:gridCol w:w="4455"/>
        <w:gridCol w:w="2865"/>
      </w:tblGrid>
      <w:tr w:rsidR="00463A4F" w:rsidRPr="00E91A42" w14:paraId="4629A4BE" w14:textId="77777777">
        <w:trPr>
          <w:trHeight w:val="364"/>
        </w:trPr>
        <w:tc>
          <w:tcPr>
            <w:tcW w:w="1320" w:type="dxa"/>
            <w:tcBorders>
              <w:top w:val="nil"/>
              <w:left w:val="nil"/>
              <w:bottom w:val="nil"/>
              <w:right w:val="single" w:sz="6" w:space="0" w:color="000000"/>
            </w:tcBorders>
            <w:tcMar>
              <w:top w:w="0" w:type="dxa"/>
              <w:left w:w="100" w:type="dxa"/>
              <w:bottom w:w="0" w:type="dxa"/>
              <w:right w:w="100" w:type="dxa"/>
            </w:tcMar>
          </w:tcPr>
          <w:p w14:paraId="4629A4BB" w14:textId="77777777" w:rsidR="00463A4F" w:rsidRPr="00E91A42" w:rsidRDefault="00000000">
            <w:pPr>
              <w:spacing w:after="0" w:line="360" w:lineRule="auto"/>
              <w:jc w:val="right"/>
              <w:rPr>
                <w:sz w:val="28"/>
                <w:szCs w:val="28"/>
              </w:rPr>
            </w:pPr>
            <w:r w:rsidRPr="00E91A42">
              <w:rPr>
                <w:sz w:val="28"/>
                <w:szCs w:val="28"/>
              </w:rPr>
              <w:t xml:space="preserve"> </w:t>
            </w:r>
          </w:p>
        </w:tc>
        <w:tc>
          <w:tcPr>
            <w:tcW w:w="4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BC" w14:textId="77777777" w:rsidR="00463A4F" w:rsidRPr="00E91A42" w:rsidRDefault="00000000">
            <w:pPr>
              <w:spacing w:after="0" w:line="240" w:lineRule="auto"/>
              <w:jc w:val="right"/>
              <w:rPr>
                <w:i/>
                <w:sz w:val="28"/>
                <w:szCs w:val="28"/>
              </w:rPr>
            </w:pPr>
            <w:r w:rsidRPr="00E91A42">
              <w:rPr>
                <w:i/>
                <w:sz w:val="28"/>
                <w:szCs w:val="28"/>
              </w:rPr>
              <w:t>Mã số do Cơ quan quản lý nhiệm vụ cấp:</w:t>
            </w:r>
          </w:p>
        </w:tc>
        <w:tc>
          <w:tcPr>
            <w:tcW w:w="28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BD" w14:textId="77777777" w:rsidR="00463A4F" w:rsidRPr="00E91A42" w:rsidRDefault="00000000">
            <w:pPr>
              <w:spacing w:after="0" w:line="240" w:lineRule="auto"/>
              <w:jc w:val="right"/>
              <w:rPr>
                <w:sz w:val="28"/>
                <w:szCs w:val="28"/>
              </w:rPr>
            </w:pPr>
            <w:r w:rsidRPr="00E91A42">
              <w:rPr>
                <w:sz w:val="28"/>
                <w:szCs w:val="28"/>
              </w:rPr>
              <w:t xml:space="preserve"> </w:t>
            </w:r>
          </w:p>
        </w:tc>
      </w:tr>
    </w:tbl>
    <w:p w14:paraId="4629A4BF" w14:textId="77777777" w:rsidR="00463A4F" w:rsidRPr="00E91A42" w:rsidRDefault="00463A4F">
      <w:pPr>
        <w:spacing w:after="0" w:line="240" w:lineRule="auto"/>
        <w:jc w:val="center"/>
        <w:rPr>
          <w:sz w:val="28"/>
          <w:szCs w:val="28"/>
        </w:rPr>
      </w:pPr>
    </w:p>
    <w:p w14:paraId="4629A4C0" w14:textId="77777777" w:rsidR="00463A4F" w:rsidRPr="00E91A42" w:rsidRDefault="00000000">
      <w:pPr>
        <w:spacing w:after="0" w:line="240" w:lineRule="auto"/>
        <w:jc w:val="center"/>
        <w:rPr>
          <w:sz w:val="28"/>
          <w:szCs w:val="28"/>
        </w:rPr>
      </w:pPr>
      <w:r w:rsidRPr="00E91A42">
        <w:rPr>
          <w:sz w:val="28"/>
          <w:szCs w:val="28"/>
        </w:rPr>
        <w:t>CỘNG HÒA XÃ HỘI CHỦ NGHĨA VIỆT NAM</w:t>
      </w:r>
    </w:p>
    <w:p w14:paraId="4629A4C1" w14:textId="77777777" w:rsidR="00463A4F" w:rsidRPr="00E91A42" w:rsidRDefault="00000000">
      <w:pPr>
        <w:spacing w:after="0" w:line="240" w:lineRule="auto"/>
        <w:jc w:val="center"/>
        <w:rPr>
          <w:sz w:val="28"/>
          <w:szCs w:val="28"/>
        </w:rPr>
      </w:pPr>
      <w:r w:rsidRPr="00E91A42">
        <w:rPr>
          <w:sz w:val="28"/>
          <w:szCs w:val="28"/>
        </w:rPr>
        <w:t>Độc lập – Tự do – Hạnh phúc</w:t>
      </w:r>
    </w:p>
    <w:p w14:paraId="4629A4C2" w14:textId="77777777" w:rsidR="00463A4F" w:rsidRPr="00E91A42" w:rsidRDefault="00463A4F">
      <w:pPr>
        <w:spacing w:after="0" w:line="240" w:lineRule="auto"/>
        <w:jc w:val="center"/>
        <w:rPr>
          <w:sz w:val="28"/>
          <w:szCs w:val="28"/>
        </w:rPr>
      </w:pPr>
    </w:p>
    <w:p w14:paraId="4629A4C3" w14:textId="77777777" w:rsidR="00463A4F" w:rsidRPr="00E91A42" w:rsidRDefault="00000000">
      <w:pPr>
        <w:spacing w:after="0" w:line="240" w:lineRule="auto"/>
        <w:jc w:val="center"/>
        <w:rPr>
          <w:b/>
          <w:sz w:val="28"/>
          <w:szCs w:val="28"/>
        </w:rPr>
      </w:pPr>
      <w:r w:rsidRPr="00E91A42">
        <w:rPr>
          <w:sz w:val="28"/>
          <w:szCs w:val="28"/>
        </w:rPr>
        <w:br/>
      </w:r>
      <w:r w:rsidRPr="00E91A42">
        <w:rPr>
          <w:b/>
          <w:sz w:val="28"/>
          <w:szCs w:val="28"/>
        </w:rPr>
        <w:t>ĐƠN ĐĂNG KÝ THỰC HIỆN</w:t>
      </w:r>
    </w:p>
    <w:p w14:paraId="4629A4C4" w14:textId="77777777" w:rsidR="00463A4F" w:rsidRPr="00E91A42" w:rsidRDefault="00000000">
      <w:pPr>
        <w:spacing w:before="240" w:after="0" w:line="240" w:lineRule="auto"/>
        <w:jc w:val="center"/>
        <w:rPr>
          <w:b/>
          <w:sz w:val="28"/>
          <w:szCs w:val="28"/>
        </w:rPr>
      </w:pPr>
      <w:r w:rsidRPr="00E91A42">
        <w:rPr>
          <w:b/>
          <w:sz w:val="28"/>
          <w:szCs w:val="28"/>
        </w:rPr>
        <w:t>NHIỆM VỤ KHOA HỌC, CÔNG NGHỆ VÀ ĐỔI MỚI SÁNG TẠO TRONG KHUÔN KHỔ HỢP TÁC QUỐC TẾ</w:t>
      </w:r>
    </w:p>
    <w:p w14:paraId="4629A4C5" w14:textId="77777777" w:rsidR="00463A4F" w:rsidRPr="00E91A42" w:rsidRDefault="00000000">
      <w:pPr>
        <w:spacing w:before="240" w:after="0" w:line="240" w:lineRule="auto"/>
        <w:jc w:val="center"/>
        <w:rPr>
          <w:i/>
          <w:sz w:val="28"/>
          <w:szCs w:val="28"/>
        </w:rPr>
      </w:pPr>
      <w:r w:rsidRPr="00E91A42">
        <w:rPr>
          <w:i/>
          <w:sz w:val="28"/>
          <w:szCs w:val="28"/>
        </w:rPr>
        <w:t>(Áp dụng với Tổ chức chủ trì phía Việt Nam)</w:t>
      </w:r>
    </w:p>
    <w:p w14:paraId="4629A4C6" w14:textId="77777777" w:rsidR="00463A4F" w:rsidRPr="00E91A42" w:rsidRDefault="00000000">
      <w:pPr>
        <w:spacing w:after="0" w:line="240" w:lineRule="auto"/>
        <w:jc w:val="both"/>
        <w:rPr>
          <w:sz w:val="28"/>
          <w:szCs w:val="28"/>
        </w:rPr>
      </w:pPr>
      <w:r w:rsidRPr="00E91A42">
        <w:rPr>
          <w:i/>
          <w:sz w:val="28"/>
          <w:szCs w:val="28"/>
        </w:rPr>
        <w:br/>
      </w:r>
      <w:r w:rsidRPr="00E91A42">
        <w:rPr>
          <w:sz w:val="28"/>
          <w:szCs w:val="28"/>
        </w:rPr>
        <w:t>Kính gửi: ....................................................................................................................</w:t>
      </w:r>
    </w:p>
    <w:p w14:paraId="4629A4C7" w14:textId="77777777" w:rsidR="00463A4F" w:rsidRPr="00E91A42" w:rsidRDefault="00000000">
      <w:pPr>
        <w:spacing w:before="120" w:after="120" w:line="240" w:lineRule="auto"/>
        <w:jc w:val="both"/>
        <w:rPr>
          <w:b/>
          <w:sz w:val="28"/>
          <w:szCs w:val="28"/>
        </w:rPr>
      </w:pPr>
      <w:r w:rsidRPr="00E91A42">
        <w:rPr>
          <w:sz w:val="28"/>
          <w:szCs w:val="28"/>
        </w:rPr>
        <w:lastRenderedPageBreak/>
        <w:br/>
      </w:r>
      <w:r w:rsidRPr="00E91A42">
        <w:rPr>
          <w:b/>
          <w:sz w:val="28"/>
          <w:szCs w:val="28"/>
        </w:rPr>
        <w:t xml:space="preserve"> I. THÔNG TIN VỀ TỔ CHỨC CHỦ TRÌ</w:t>
      </w:r>
    </w:p>
    <w:p w14:paraId="4629A4C8" w14:textId="77777777" w:rsidR="00463A4F" w:rsidRPr="00E91A42" w:rsidRDefault="00000000">
      <w:pPr>
        <w:spacing w:after="0" w:line="240" w:lineRule="auto"/>
        <w:jc w:val="both"/>
        <w:rPr>
          <w:sz w:val="28"/>
          <w:szCs w:val="28"/>
        </w:rPr>
      </w:pPr>
      <w:r w:rsidRPr="00E91A42">
        <w:rPr>
          <w:sz w:val="28"/>
          <w:szCs w:val="28"/>
        </w:rPr>
        <w:t xml:space="preserve">1. Tên tổ </w:t>
      </w:r>
      <w:proofErr w:type="gramStart"/>
      <w:r w:rsidRPr="00E91A42">
        <w:rPr>
          <w:sz w:val="28"/>
          <w:szCs w:val="28"/>
        </w:rPr>
        <w:t>chức:.......................</w:t>
      </w:r>
      <w:proofErr w:type="gramEnd"/>
    </w:p>
    <w:p w14:paraId="4629A4C9" w14:textId="77777777" w:rsidR="00463A4F" w:rsidRPr="00E91A42" w:rsidRDefault="00000000">
      <w:pPr>
        <w:spacing w:after="0" w:line="240" w:lineRule="auto"/>
        <w:jc w:val="both"/>
        <w:rPr>
          <w:sz w:val="28"/>
          <w:szCs w:val="28"/>
        </w:rPr>
      </w:pPr>
      <w:r w:rsidRPr="00E91A42">
        <w:rPr>
          <w:sz w:val="28"/>
          <w:szCs w:val="28"/>
        </w:rPr>
        <w:t xml:space="preserve">2. Địa </w:t>
      </w:r>
      <w:proofErr w:type="gramStart"/>
      <w:r w:rsidRPr="00E91A42">
        <w:rPr>
          <w:sz w:val="28"/>
          <w:szCs w:val="28"/>
        </w:rPr>
        <w:t>chỉ:..............</w:t>
      </w:r>
      <w:proofErr w:type="gramEnd"/>
    </w:p>
    <w:p w14:paraId="4629A4CA" w14:textId="77777777" w:rsidR="00463A4F" w:rsidRPr="00E91A42" w:rsidRDefault="00000000">
      <w:pPr>
        <w:spacing w:after="0" w:line="240" w:lineRule="auto"/>
        <w:jc w:val="both"/>
        <w:rPr>
          <w:sz w:val="28"/>
          <w:szCs w:val="28"/>
        </w:rPr>
      </w:pPr>
      <w:r w:rsidRPr="00E91A42">
        <w:rPr>
          <w:sz w:val="28"/>
          <w:szCs w:val="28"/>
        </w:rPr>
        <w:t xml:space="preserve">3. Điện thoại / Fax </w:t>
      </w:r>
      <w:proofErr w:type="gramStart"/>
      <w:r w:rsidRPr="00E91A42">
        <w:rPr>
          <w:sz w:val="28"/>
          <w:szCs w:val="28"/>
        </w:rPr>
        <w:t>/:…</w:t>
      </w:r>
      <w:proofErr w:type="gramEnd"/>
      <w:r w:rsidRPr="00E91A42">
        <w:rPr>
          <w:sz w:val="28"/>
          <w:szCs w:val="28"/>
        </w:rPr>
        <w:t>……</w:t>
      </w:r>
    </w:p>
    <w:p w14:paraId="4629A4CB" w14:textId="77777777" w:rsidR="00463A4F" w:rsidRPr="00E91A42" w:rsidRDefault="00000000">
      <w:pPr>
        <w:spacing w:after="0" w:line="240" w:lineRule="auto"/>
        <w:jc w:val="both"/>
        <w:rPr>
          <w:sz w:val="28"/>
          <w:szCs w:val="28"/>
        </w:rPr>
      </w:pPr>
      <w:r w:rsidRPr="00E91A42">
        <w:rPr>
          <w:sz w:val="28"/>
          <w:szCs w:val="28"/>
        </w:rPr>
        <w:t>4. Email: .................</w:t>
      </w:r>
    </w:p>
    <w:p w14:paraId="4629A4CC" w14:textId="77777777" w:rsidR="00463A4F" w:rsidRPr="00E91A42" w:rsidRDefault="00000000">
      <w:pPr>
        <w:spacing w:after="0" w:line="240" w:lineRule="auto"/>
        <w:jc w:val="both"/>
        <w:rPr>
          <w:sz w:val="28"/>
          <w:szCs w:val="28"/>
        </w:rPr>
      </w:pPr>
      <w:r w:rsidRPr="00E91A42">
        <w:rPr>
          <w:sz w:val="28"/>
          <w:szCs w:val="28"/>
        </w:rPr>
        <w:t>5. Đại diện theo pháp luật: ......................................</w:t>
      </w:r>
    </w:p>
    <w:p w14:paraId="4629A4CD" w14:textId="77777777" w:rsidR="00463A4F" w:rsidRPr="00E91A42" w:rsidRDefault="00000000">
      <w:pPr>
        <w:spacing w:after="0" w:line="240" w:lineRule="auto"/>
        <w:jc w:val="both"/>
        <w:rPr>
          <w:sz w:val="28"/>
          <w:szCs w:val="28"/>
        </w:rPr>
      </w:pPr>
      <w:r w:rsidRPr="00E91A42">
        <w:rPr>
          <w:sz w:val="28"/>
          <w:szCs w:val="28"/>
        </w:rPr>
        <w:t>6. Chức vụ: .........................................</w:t>
      </w:r>
    </w:p>
    <w:p w14:paraId="4629A4CE" w14:textId="77777777" w:rsidR="00463A4F" w:rsidRPr="00E91A42" w:rsidRDefault="00000000">
      <w:pPr>
        <w:spacing w:before="120" w:after="120" w:line="240" w:lineRule="auto"/>
        <w:jc w:val="both"/>
        <w:rPr>
          <w:b/>
          <w:sz w:val="28"/>
          <w:szCs w:val="28"/>
        </w:rPr>
      </w:pPr>
      <w:r w:rsidRPr="00E91A42">
        <w:rPr>
          <w:sz w:val="28"/>
          <w:szCs w:val="28"/>
        </w:rPr>
        <w:t>7. Mã số thuế / Giấy chứng nhận đăng ký hoạt động KH&amp;CN (nếu có): ......</w:t>
      </w:r>
      <w:r w:rsidRPr="00E91A42">
        <w:rPr>
          <w:b/>
          <w:sz w:val="28"/>
          <w:szCs w:val="28"/>
        </w:rPr>
        <w:br/>
        <w:t xml:space="preserve"> II. THÔNG TIN NHIỆM VỤ ĐĂNG KÝ</w:t>
      </w:r>
    </w:p>
    <w:p w14:paraId="4629A4CF" w14:textId="77777777" w:rsidR="00463A4F" w:rsidRPr="00E91A42" w:rsidRDefault="00000000">
      <w:pPr>
        <w:spacing w:after="0" w:line="240" w:lineRule="auto"/>
        <w:jc w:val="both"/>
        <w:rPr>
          <w:sz w:val="28"/>
          <w:szCs w:val="28"/>
        </w:rPr>
      </w:pPr>
      <w:r w:rsidRPr="00E91A42">
        <w:rPr>
          <w:sz w:val="28"/>
          <w:szCs w:val="28"/>
        </w:rPr>
        <w:t>1. Tên nhiệm vụ:</w:t>
      </w:r>
    </w:p>
    <w:p w14:paraId="4629A4D0" w14:textId="77777777" w:rsidR="00463A4F" w:rsidRPr="00E91A42" w:rsidRDefault="00000000">
      <w:pPr>
        <w:spacing w:after="0" w:line="240" w:lineRule="auto"/>
        <w:jc w:val="both"/>
        <w:rPr>
          <w:sz w:val="28"/>
          <w:szCs w:val="28"/>
        </w:rPr>
      </w:pPr>
      <w:r w:rsidRPr="00E91A42">
        <w:rPr>
          <w:sz w:val="28"/>
          <w:szCs w:val="28"/>
        </w:rPr>
        <w:t>Tiếng Việt ...................................................</w:t>
      </w:r>
    </w:p>
    <w:p w14:paraId="4629A4D1" w14:textId="77777777" w:rsidR="00463A4F" w:rsidRPr="00E91A42" w:rsidRDefault="00000000">
      <w:pPr>
        <w:spacing w:after="0" w:line="240" w:lineRule="auto"/>
        <w:jc w:val="both"/>
        <w:rPr>
          <w:sz w:val="28"/>
          <w:szCs w:val="28"/>
        </w:rPr>
      </w:pPr>
      <w:r w:rsidRPr="00E91A42">
        <w:rPr>
          <w:sz w:val="28"/>
          <w:szCs w:val="28"/>
        </w:rPr>
        <w:t>Tiếng Anh ..................................................</w:t>
      </w:r>
    </w:p>
    <w:p w14:paraId="4629A4D2" w14:textId="77777777" w:rsidR="00463A4F" w:rsidRPr="00E91A42" w:rsidRDefault="00000000">
      <w:pPr>
        <w:spacing w:after="0" w:line="240" w:lineRule="auto"/>
        <w:jc w:val="both"/>
        <w:rPr>
          <w:sz w:val="28"/>
          <w:szCs w:val="28"/>
        </w:rPr>
      </w:pPr>
      <w:r w:rsidRPr="00E91A42">
        <w:rPr>
          <w:sz w:val="28"/>
          <w:szCs w:val="28"/>
        </w:rPr>
        <w:t>2. Loại hình nhiệm vụ:</w:t>
      </w:r>
    </w:p>
    <w:p w14:paraId="4629A4D3" w14:textId="77777777" w:rsidR="00463A4F" w:rsidRPr="00E91A42" w:rsidRDefault="00000000">
      <w:pPr>
        <w:spacing w:after="0" w:line="240" w:lineRule="auto"/>
        <w:jc w:val="both"/>
        <w:rPr>
          <w:sz w:val="28"/>
          <w:szCs w:val="28"/>
        </w:rPr>
      </w:pPr>
      <w:r w:rsidRPr="00E91A42">
        <w:rPr>
          <w:sz w:val="28"/>
          <w:szCs w:val="28"/>
        </w:rPr>
        <w:t>2.1 Loại hình hợp tác:</w:t>
      </w:r>
    </w:p>
    <w:p w14:paraId="4629A4D4" w14:textId="77777777" w:rsidR="00463A4F" w:rsidRPr="00E91A42" w:rsidRDefault="00000000">
      <w:pPr>
        <w:spacing w:after="0" w:line="240" w:lineRule="auto"/>
        <w:ind w:left="360"/>
        <w:jc w:val="both"/>
        <w:rPr>
          <w:sz w:val="28"/>
          <w:szCs w:val="28"/>
        </w:rPr>
      </w:pPr>
      <w:r w:rsidRPr="00E91A42">
        <w:rPr>
          <w:sz w:val="28"/>
          <w:szCs w:val="28"/>
        </w:rPr>
        <w:t xml:space="preserve">·        </w:t>
      </w:r>
      <w:r w:rsidRPr="00E91A42">
        <w:rPr>
          <w:rFonts w:ascii="Segoe UI Symbol" w:hAnsi="Segoe UI Symbol" w:cs="Segoe UI Symbol"/>
          <w:sz w:val="28"/>
          <w:szCs w:val="28"/>
        </w:rPr>
        <w:t>☐</w:t>
      </w:r>
      <w:r w:rsidRPr="00E91A42">
        <w:rPr>
          <w:sz w:val="28"/>
          <w:szCs w:val="28"/>
        </w:rPr>
        <w:t xml:space="preserve"> Song phương </w:t>
      </w:r>
      <w:r w:rsidRPr="00E91A42">
        <w:rPr>
          <w:rFonts w:ascii="Segoe UI Symbol" w:hAnsi="Segoe UI Symbol" w:cs="Segoe UI Symbol"/>
          <w:sz w:val="28"/>
          <w:szCs w:val="28"/>
        </w:rPr>
        <w:t>☐</w:t>
      </w:r>
      <w:r w:rsidRPr="00E91A42">
        <w:rPr>
          <w:sz w:val="28"/>
          <w:szCs w:val="28"/>
        </w:rPr>
        <w:t xml:space="preserve"> Đa phương</w:t>
      </w:r>
    </w:p>
    <w:p w14:paraId="4629A4D5" w14:textId="77777777" w:rsidR="00463A4F" w:rsidRPr="00E91A42" w:rsidRDefault="00000000">
      <w:pPr>
        <w:spacing w:after="0" w:line="240" w:lineRule="auto"/>
        <w:ind w:left="360"/>
        <w:jc w:val="both"/>
        <w:rPr>
          <w:sz w:val="28"/>
          <w:szCs w:val="28"/>
        </w:rPr>
      </w:pPr>
      <w:r w:rsidRPr="00E91A42">
        <w:rPr>
          <w:sz w:val="28"/>
          <w:szCs w:val="28"/>
        </w:rPr>
        <w:t xml:space="preserve">·        </w:t>
      </w:r>
      <w:r w:rsidRPr="00E91A42">
        <w:rPr>
          <w:rFonts w:ascii="Segoe UI Symbol" w:hAnsi="Segoe UI Symbol" w:cs="Segoe UI Symbol"/>
          <w:sz w:val="28"/>
          <w:szCs w:val="28"/>
        </w:rPr>
        <w:t>☐</w:t>
      </w:r>
      <w:r w:rsidRPr="00E91A42">
        <w:rPr>
          <w:sz w:val="28"/>
          <w:szCs w:val="28"/>
        </w:rPr>
        <w:t xml:space="preserve"> Nhiệm vụ độc lập </w:t>
      </w:r>
      <w:r w:rsidRPr="00E91A42">
        <w:rPr>
          <w:rFonts w:ascii="Segoe UI Symbol" w:hAnsi="Segoe UI Symbol" w:cs="Segoe UI Symbol"/>
          <w:sz w:val="28"/>
          <w:szCs w:val="28"/>
        </w:rPr>
        <w:t>☐</w:t>
      </w:r>
      <w:r w:rsidRPr="00E91A42">
        <w:rPr>
          <w:sz w:val="28"/>
          <w:szCs w:val="28"/>
        </w:rPr>
        <w:t xml:space="preserve"> Cụm nhiệm vụ </w:t>
      </w:r>
      <w:r w:rsidRPr="00E91A42">
        <w:rPr>
          <w:rFonts w:ascii="Segoe UI Symbol" w:hAnsi="Segoe UI Symbol" w:cs="Segoe UI Symbol"/>
          <w:sz w:val="28"/>
          <w:szCs w:val="28"/>
        </w:rPr>
        <w:t>☐</w:t>
      </w:r>
      <w:r w:rsidRPr="00E91A42">
        <w:rPr>
          <w:sz w:val="28"/>
          <w:szCs w:val="28"/>
        </w:rPr>
        <w:t xml:space="preserve"> Chuỗi nhiệm vụ</w:t>
      </w:r>
    </w:p>
    <w:p w14:paraId="4629A4D6" w14:textId="77777777" w:rsidR="00463A4F" w:rsidRPr="00E91A42" w:rsidRDefault="00000000">
      <w:pPr>
        <w:spacing w:after="0" w:line="240" w:lineRule="auto"/>
        <w:jc w:val="both"/>
        <w:rPr>
          <w:sz w:val="28"/>
          <w:szCs w:val="28"/>
        </w:rPr>
      </w:pPr>
      <w:r w:rsidRPr="00E91A42">
        <w:rPr>
          <w:sz w:val="28"/>
          <w:szCs w:val="28"/>
        </w:rPr>
        <w:t>2.2 Loại hình theo tính chất hoạt động KH&amp;CN:</w:t>
      </w:r>
    </w:p>
    <w:p w14:paraId="4629A4D7" w14:textId="77777777" w:rsidR="00463A4F" w:rsidRPr="00E91A42" w:rsidRDefault="00000000">
      <w:pPr>
        <w:spacing w:after="0" w:line="240" w:lineRule="auto"/>
        <w:jc w:val="both"/>
        <w:rPr>
          <w:sz w:val="28"/>
          <w:szCs w:val="28"/>
        </w:rPr>
      </w:pPr>
      <w:r w:rsidRPr="00E91A42">
        <w:rPr>
          <w:rFonts w:ascii="Segoe UI Symbol" w:hAnsi="Segoe UI Symbol" w:cs="Segoe UI Symbol"/>
          <w:sz w:val="28"/>
          <w:szCs w:val="28"/>
        </w:rPr>
        <w:t>☐</w:t>
      </w:r>
      <w:r w:rsidRPr="00E91A42">
        <w:rPr>
          <w:sz w:val="28"/>
          <w:szCs w:val="28"/>
        </w:rPr>
        <w:t xml:space="preserve"> Nghiên cứu cơ bản </w:t>
      </w:r>
      <w:r w:rsidRPr="00E91A42">
        <w:rPr>
          <w:rFonts w:ascii="Segoe UI Symbol" w:hAnsi="Segoe UI Symbol" w:cs="Segoe UI Symbol"/>
          <w:sz w:val="28"/>
          <w:szCs w:val="28"/>
        </w:rPr>
        <w:t>☐</w:t>
      </w:r>
      <w:r w:rsidRPr="00E91A42">
        <w:rPr>
          <w:sz w:val="28"/>
          <w:szCs w:val="28"/>
        </w:rPr>
        <w:t xml:space="preserve"> Nghiên cứu ứng dụng</w:t>
      </w:r>
    </w:p>
    <w:p w14:paraId="4629A4D8" w14:textId="77777777" w:rsidR="00463A4F" w:rsidRPr="00E91A42" w:rsidRDefault="00000000">
      <w:pPr>
        <w:spacing w:after="0" w:line="240" w:lineRule="auto"/>
        <w:jc w:val="both"/>
        <w:rPr>
          <w:sz w:val="28"/>
          <w:szCs w:val="28"/>
        </w:rPr>
      </w:pPr>
      <w:r w:rsidRPr="00E91A42">
        <w:rPr>
          <w:rFonts w:ascii="Segoe UI Symbol" w:hAnsi="Segoe UI Symbol" w:cs="Segoe UI Symbol"/>
          <w:sz w:val="28"/>
          <w:szCs w:val="28"/>
        </w:rPr>
        <w:t>☐</w:t>
      </w:r>
      <w:r w:rsidRPr="00E91A42">
        <w:rPr>
          <w:sz w:val="28"/>
          <w:szCs w:val="28"/>
        </w:rPr>
        <w:t xml:space="preserve"> Phát triển công nghệ </w:t>
      </w:r>
      <w:r w:rsidRPr="00E91A42">
        <w:rPr>
          <w:rFonts w:ascii="Segoe UI Symbol" w:hAnsi="Segoe UI Symbol" w:cs="Segoe UI Symbol"/>
          <w:sz w:val="28"/>
          <w:szCs w:val="28"/>
        </w:rPr>
        <w:t>☐</w:t>
      </w:r>
      <w:r w:rsidRPr="00E91A42">
        <w:rPr>
          <w:sz w:val="28"/>
          <w:szCs w:val="28"/>
        </w:rPr>
        <w:t xml:space="preserve"> Nhiệm vụ phát triển giải pháp xã hội</w:t>
      </w:r>
    </w:p>
    <w:p w14:paraId="4629A4D9" w14:textId="77777777" w:rsidR="00463A4F" w:rsidRPr="00E91A42" w:rsidRDefault="00000000">
      <w:pPr>
        <w:spacing w:after="0" w:line="240" w:lineRule="auto"/>
        <w:jc w:val="both"/>
        <w:rPr>
          <w:sz w:val="28"/>
          <w:szCs w:val="28"/>
        </w:rPr>
      </w:pPr>
      <w:r w:rsidRPr="00E91A42">
        <w:rPr>
          <w:sz w:val="28"/>
          <w:szCs w:val="28"/>
        </w:rPr>
        <w:t>2.3 Thuộc chương trình hợp tác quốc tế: Ghi mã số chương trình ….</w:t>
      </w:r>
    </w:p>
    <w:p w14:paraId="4629A4DA" w14:textId="77777777" w:rsidR="00463A4F" w:rsidRPr="00E91A42" w:rsidRDefault="00000000">
      <w:pPr>
        <w:spacing w:after="0" w:line="240" w:lineRule="auto"/>
        <w:jc w:val="both"/>
        <w:rPr>
          <w:sz w:val="28"/>
          <w:szCs w:val="28"/>
        </w:rPr>
      </w:pPr>
      <w:r w:rsidRPr="00E91A42">
        <w:rPr>
          <w:sz w:val="28"/>
          <w:szCs w:val="28"/>
        </w:rPr>
        <w:t>3. Lĩnh vực KH&amp;CN: ..................................................................</w:t>
      </w:r>
    </w:p>
    <w:p w14:paraId="4629A4DB" w14:textId="77777777" w:rsidR="00463A4F" w:rsidRPr="00E91A42" w:rsidRDefault="00000000">
      <w:pPr>
        <w:spacing w:after="0" w:line="240" w:lineRule="auto"/>
        <w:jc w:val="both"/>
        <w:rPr>
          <w:sz w:val="28"/>
          <w:szCs w:val="28"/>
        </w:rPr>
      </w:pPr>
      <w:r w:rsidRPr="00E91A42">
        <w:rPr>
          <w:sz w:val="28"/>
          <w:szCs w:val="28"/>
        </w:rPr>
        <w:t>4. Mục tiêu chính:</w:t>
      </w:r>
    </w:p>
    <w:p w14:paraId="4629A4DC" w14:textId="77777777" w:rsidR="00463A4F" w:rsidRPr="00E91A42" w:rsidRDefault="00000000">
      <w:pPr>
        <w:spacing w:after="0" w:line="240" w:lineRule="auto"/>
        <w:jc w:val="both"/>
        <w:rPr>
          <w:sz w:val="28"/>
          <w:szCs w:val="28"/>
        </w:rPr>
      </w:pPr>
      <w:r w:rsidRPr="00E91A42">
        <w:rPr>
          <w:sz w:val="28"/>
          <w:szCs w:val="28"/>
        </w:rPr>
        <w:t>- Nội dung: ..................................................................</w:t>
      </w:r>
    </w:p>
    <w:p w14:paraId="4629A4DD" w14:textId="77777777" w:rsidR="00463A4F" w:rsidRPr="00E91A42" w:rsidRDefault="00000000">
      <w:pPr>
        <w:spacing w:after="0" w:line="240" w:lineRule="auto"/>
        <w:jc w:val="both"/>
        <w:rPr>
          <w:sz w:val="28"/>
          <w:szCs w:val="28"/>
        </w:rPr>
      </w:pPr>
      <w:r w:rsidRPr="00E91A42">
        <w:rPr>
          <w:sz w:val="28"/>
          <w:szCs w:val="28"/>
        </w:rPr>
        <w:t>- Từ khóa: .....................................................................</w:t>
      </w:r>
    </w:p>
    <w:p w14:paraId="4629A4DE" w14:textId="77777777" w:rsidR="00463A4F" w:rsidRPr="00E91A42" w:rsidRDefault="00000000">
      <w:pPr>
        <w:spacing w:after="0" w:line="240" w:lineRule="auto"/>
        <w:jc w:val="both"/>
        <w:rPr>
          <w:sz w:val="28"/>
          <w:szCs w:val="28"/>
        </w:rPr>
      </w:pPr>
      <w:r w:rsidRPr="00E91A42">
        <w:rPr>
          <w:sz w:val="28"/>
          <w:szCs w:val="28"/>
        </w:rPr>
        <w:t>5. Thời gian thực hiện (dự kiến): ......................................................</w:t>
      </w:r>
    </w:p>
    <w:p w14:paraId="4629A4DF" w14:textId="77777777" w:rsidR="00463A4F" w:rsidRPr="00E91A42" w:rsidRDefault="00000000">
      <w:pPr>
        <w:spacing w:after="0" w:line="240" w:lineRule="auto"/>
        <w:jc w:val="both"/>
        <w:rPr>
          <w:sz w:val="28"/>
          <w:szCs w:val="28"/>
        </w:rPr>
      </w:pPr>
      <w:r w:rsidRPr="00E91A42">
        <w:rPr>
          <w:sz w:val="28"/>
          <w:szCs w:val="28"/>
        </w:rPr>
        <w:t>6. Tổng kinh phí phía Việt Nam đề xuất………… đồng, trong đó:</w:t>
      </w:r>
    </w:p>
    <w:p w14:paraId="4629A4E0" w14:textId="77777777" w:rsidR="00463A4F" w:rsidRPr="00E91A42" w:rsidRDefault="00000000">
      <w:pPr>
        <w:spacing w:after="0" w:line="240" w:lineRule="auto"/>
        <w:jc w:val="both"/>
        <w:rPr>
          <w:sz w:val="28"/>
          <w:szCs w:val="28"/>
        </w:rPr>
      </w:pPr>
      <w:r w:rsidRPr="00E91A42">
        <w:rPr>
          <w:sz w:val="28"/>
          <w:szCs w:val="28"/>
        </w:rPr>
        <w:t>- Nguồn ngân sách nhà nước………… đồng;</w:t>
      </w:r>
    </w:p>
    <w:p w14:paraId="4629A4E1" w14:textId="77777777" w:rsidR="00463A4F" w:rsidRPr="00E91A42" w:rsidRDefault="00000000">
      <w:pPr>
        <w:spacing w:after="0" w:line="240" w:lineRule="auto"/>
        <w:jc w:val="both"/>
        <w:rPr>
          <w:sz w:val="28"/>
          <w:szCs w:val="28"/>
        </w:rPr>
      </w:pPr>
      <w:r w:rsidRPr="00E91A42">
        <w:rPr>
          <w:sz w:val="28"/>
          <w:szCs w:val="28"/>
        </w:rPr>
        <w:t>- Ngoài ngân sách nhà nước ………………… đồng, từ tổ chức</w:t>
      </w:r>
      <w:proofErr w:type="gramStart"/>
      <w:r w:rsidRPr="00E91A42">
        <w:rPr>
          <w:sz w:val="28"/>
          <w:szCs w:val="28"/>
        </w:rPr>
        <w:t>…..</w:t>
      </w:r>
      <w:proofErr w:type="gramEnd"/>
      <w:r w:rsidRPr="00E91A42">
        <w:rPr>
          <w:sz w:val="28"/>
          <w:szCs w:val="28"/>
        </w:rPr>
        <w:t>, sử dụng cho nội dung…....</w:t>
      </w:r>
    </w:p>
    <w:p w14:paraId="4629A4E2" w14:textId="77777777" w:rsidR="00463A4F" w:rsidRPr="00E91A42" w:rsidRDefault="00000000">
      <w:pPr>
        <w:spacing w:after="0" w:line="240" w:lineRule="auto"/>
        <w:jc w:val="both"/>
        <w:rPr>
          <w:sz w:val="28"/>
          <w:szCs w:val="28"/>
        </w:rPr>
      </w:pPr>
      <w:r w:rsidRPr="00E91A42">
        <w:rPr>
          <w:sz w:val="28"/>
          <w:szCs w:val="28"/>
        </w:rPr>
        <w:t xml:space="preserve">- Khoán chi từng phần </w:t>
      </w:r>
      <w:r w:rsidRPr="00E91A42">
        <w:rPr>
          <w:rFonts w:ascii="Segoe UI Symbol" w:hAnsi="Segoe UI Symbol" w:cs="Segoe UI Symbol"/>
          <w:sz w:val="28"/>
          <w:szCs w:val="28"/>
        </w:rPr>
        <w:t>☐</w:t>
      </w:r>
      <w:r w:rsidRPr="00E91A42">
        <w:rPr>
          <w:sz w:val="28"/>
          <w:szCs w:val="28"/>
        </w:rPr>
        <w:t xml:space="preserve">    Khoán chi đến sản phẩm cuối </w:t>
      </w:r>
      <w:proofErr w:type="gramStart"/>
      <w:r w:rsidRPr="00E91A42">
        <w:rPr>
          <w:sz w:val="28"/>
          <w:szCs w:val="28"/>
        </w:rPr>
        <w:t>cùng  </w:t>
      </w:r>
      <w:r w:rsidRPr="00E91A42">
        <w:rPr>
          <w:rFonts w:ascii="Segoe UI Symbol" w:hAnsi="Segoe UI Symbol" w:cs="Segoe UI Symbol"/>
          <w:sz w:val="28"/>
          <w:szCs w:val="28"/>
        </w:rPr>
        <w:t>☐</w:t>
      </w:r>
      <w:proofErr w:type="gramEnd"/>
    </w:p>
    <w:p w14:paraId="4629A4E3" w14:textId="77777777" w:rsidR="00463A4F" w:rsidRPr="00E91A42" w:rsidRDefault="00000000">
      <w:pPr>
        <w:spacing w:before="120" w:after="120" w:line="240" w:lineRule="auto"/>
        <w:jc w:val="both"/>
        <w:rPr>
          <w:b/>
          <w:sz w:val="28"/>
          <w:szCs w:val="28"/>
        </w:rPr>
      </w:pPr>
      <w:r w:rsidRPr="00E91A42">
        <w:rPr>
          <w:b/>
          <w:sz w:val="28"/>
          <w:szCs w:val="28"/>
        </w:rPr>
        <w:t>III. ĐỀ XUẤT NHÂN SỰ CHỦ NHIỆM VÀ NHÂN LỰC THỰC HIỆN</w:t>
      </w:r>
    </w:p>
    <w:p w14:paraId="4629A4E4" w14:textId="77777777" w:rsidR="00463A4F" w:rsidRPr="00E91A42" w:rsidRDefault="00000000">
      <w:pPr>
        <w:spacing w:after="0" w:line="240" w:lineRule="auto"/>
        <w:jc w:val="both"/>
        <w:rPr>
          <w:sz w:val="28"/>
          <w:szCs w:val="28"/>
        </w:rPr>
      </w:pPr>
      <w:r w:rsidRPr="00E91A42">
        <w:rPr>
          <w:sz w:val="28"/>
          <w:szCs w:val="28"/>
        </w:rPr>
        <w:t>1. Cá nhân được đề xuất làm chủ nhiệm nhiệm vụ:</w:t>
      </w:r>
    </w:p>
    <w:p w14:paraId="4629A4E5" w14:textId="77777777" w:rsidR="00463A4F" w:rsidRPr="00E91A42" w:rsidRDefault="00000000">
      <w:pPr>
        <w:spacing w:after="0" w:line="240" w:lineRule="auto"/>
        <w:jc w:val="both"/>
        <w:rPr>
          <w:sz w:val="28"/>
          <w:szCs w:val="28"/>
        </w:rPr>
      </w:pPr>
      <w:r w:rsidRPr="00E91A42">
        <w:rPr>
          <w:sz w:val="28"/>
          <w:szCs w:val="28"/>
        </w:rPr>
        <w:t>- Họ và tên người:</w:t>
      </w:r>
    </w:p>
    <w:p w14:paraId="4629A4E6" w14:textId="77777777" w:rsidR="00463A4F" w:rsidRPr="00E91A42" w:rsidRDefault="00000000">
      <w:pPr>
        <w:spacing w:after="0" w:line="240" w:lineRule="auto"/>
        <w:jc w:val="both"/>
        <w:rPr>
          <w:sz w:val="28"/>
          <w:szCs w:val="28"/>
        </w:rPr>
      </w:pPr>
      <w:r w:rsidRPr="00E91A42">
        <w:rPr>
          <w:sz w:val="28"/>
          <w:szCs w:val="28"/>
        </w:rPr>
        <w:t>- Học vị / chức danh: .......................... Chức vụ: ...................................</w:t>
      </w:r>
    </w:p>
    <w:p w14:paraId="4629A4E7" w14:textId="77777777" w:rsidR="00463A4F" w:rsidRPr="00E91A42" w:rsidRDefault="00000000">
      <w:pPr>
        <w:spacing w:after="0" w:line="240" w:lineRule="auto"/>
        <w:jc w:val="both"/>
        <w:rPr>
          <w:sz w:val="28"/>
          <w:szCs w:val="28"/>
        </w:rPr>
      </w:pPr>
      <w:r w:rsidRPr="00E91A42">
        <w:rPr>
          <w:sz w:val="28"/>
          <w:szCs w:val="28"/>
        </w:rPr>
        <w:t>- Đơn vị công tác: ...............................................................................</w:t>
      </w:r>
    </w:p>
    <w:p w14:paraId="4629A4E8" w14:textId="77777777" w:rsidR="00463A4F" w:rsidRPr="00E91A42" w:rsidRDefault="00000000">
      <w:pPr>
        <w:spacing w:after="0" w:line="240" w:lineRule="auto"/>
        <w:jc w:val="both"/>
        <w:rPr>
          <w:sz w:val="28"/>
          <w:szCs w:val="28"/>
        </w:rPr>
      </w:pPr>
      <w:r w:rsidRPr="00E91A42">
        <w:rPr>
          <w:sz w:val="28"/>
          <w:szCs w:val="28"/>
        </w:rPr>
        <w:t>- Email liên hệ:</w:t>
      </w:r>
    </w:p>
    <w:p w14:paraId="4629A4E9" w14:textId="77777777" w:rsidR="00463A4F" w:rsidRPr="00E91A42" w:rsidRDefault="00000000">
      <w:pPr>
        <w:spacing w:after="0" w:line="240" w:lineRule="auto"/>
        <w:jc w:val="both"/>
        <w:rPr>
          <w:sz w:val="28"/>
          <w:szCs w:val="28"/>
        </w:rPr>
      </w:pPr>
      <w:r w:rsidRPr="00E91A42">
        <w:rPr>
          <w:sz w:val="28"/>
          <w:szCs w:val="28"/>
        </w:rPr>
        <w:lastRenderedPageBreak/>
        <w:t>2. Thư ký khoa học và thành viên tham gia chính:</w:t>
      </w:r>
    </w:p>
    <w:tbl>
      <w:tblPr>
        <w:tblStyle w:val="a4"/>
        <w:tblW w:w="8640" w:type="dxa"/>
        <w:tblBorders>
          <w:top w:val="nil"/>
          <w:left w:val="nil"/>
          <w:bottom w:val="nil"/>
          <w:right w:val="nil"/>
          <w:insideH w:val="nil"/>
          <w:insideV w:val="nil"/>
        </w:tblBorders>
        <w:tblLayout w:type="fixed"/>
        <w:tblLook w:val="0600" w:firstRow="0" w:lastRow="0" w:firstColumn="0" w:lastColumn="0" w:noHBand="1" w:noVBand="1"/>
      </w:tblPr>
      <w:tblGrid>
        <w:gridCol w:w="700"/>
        <w:gridCol w:w="1487"/>
        <w:gridCol w:w="1369"/>
        <w:gridCol w:w="1646"/>
        <w:gridCol w:w="1748"/>
        <w:gridCol w:w="1690"/>
      </w:tblGrid>
      <w:tr w:rsidR="00463A4F" w:rsidRPr="00E91A42" w14:paraId="4629A4F1" w14:textId="77777777">
        <w:trPr>
          <w:trHeight w:val="1035"/>
        </w:trPr>
        <w:tc>
          <w:tcPr>
            <w:tcW w:w="69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4EA" w14:textId="77777777" w:rsidR="00463A4F" w:rsidRPr="00E91A42" w:rsidRDefault="00000000">
            <w:pPr>
              <w:spacing w:after="0" w:line="240" w:lineRule="auto"/>
              <w:jc w:val="center"/>
              <w:rPr>
                <w:b/>
                <w:sz w:val="28"/>
                <w:szCs w:val="28"/>
              </w:rPr>
            </w:pPr>
            <w:r w:rsidRPr="00E91A42">
              <w:rPr>
                <w:b/>
                <w:sz w:val="28"/>
                <w:szCs w:val="28"/>
              </w:rPr>
              <w:t>TT</w:t>
            </w:r>
          </w:p>
        </w:tc>
        <w:tc>
          <w:tcPr>
            <w:tcW w:w="148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EB" w14:textId="77777777" w:rsidR="00463A4F" w:rsidRPr="00E91A42" w:rsidRDefault="00000000">
            <w:pPr>
              <w:spacing w:after="0" w:line="240" w:lineRule="auto"/>
              <w:jc w:val="center"/>
              <w:rPr>
                <w:b/>
                <w:sz w:val="28"/>
                <w:szCs w:val="28"/>
              </w:rPr>
            </w:pPr>
            <w:r w:rsidRPr="00E91A42">
              <w:rPr>
                <w:b/>
                <w:sz w:val="28"/>
                <w:szCs w:val="28"/>
              </w:rPr>
              <w:t>HỌ VÀ TÊN</w:t>
            </w:r>
          </w:p>
        </w:tc>
        <w:tc>
          <w:tcPr>
            <w:tcW w:w="13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EC" w14:textId="77777777" w:rsidR="00463A4F" w:rsidRPr="00E91A42" w:rsidRDefault="00000000">
            <w:pPr>
              <w:spacing w:after="0" w:line="240" w:lineRule="auto"/>
              <w:jc w:val="center"/>
              <w:rPr>
                <w:b/>
                <w:sz w:val="28"/>
                <w:szCs w:val="28"/>
              </w:rPr>
            </w:pPr>
            <w:r w:rsidRPr="00E91A42">
              <w:rPr>
                <w:b/>
                <w:sz w:val="28"/>
                <w:szCs w:val="28"/>
              </w:rPr>
              <w:t>HỌC HÀM, HỌC VỊ</w:t>
            </w:r>
          </w:p>
        </w:tc>
        <w:tc>
          <w:tcPr>
            <w:tcW w:w="164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ED" w14:textId="77777777" w:rsidR="00463A4F" w:rsidRPr="00E91A42" w:rsidRDefault="00000000">
            <w:pPr>
              <w:spacing w:after="0" w:line="240" w:lineRule="auto"/>
              <w:jc w:val="center"/>
              <w:rPr>
                <w:b/>
                <w:sz w:val="28"/>
                <w:szCs w:val="28"/>
              </w:rPr>
            </w:pPr>
            <w:r w:rsidRPr="00E91A42">
              <w:rPr>
                <w:b/>
                <w:sz w:val="28"/>
                <w:szCs w:val="28"/>
              </w:rPr>
              <w:t>ĐƠN VỊ CÔNG TÁC</w:t>
            </w:r>
          </w:p>
        </w:tc>
        <w:tc>
          <w:tcPr>
            <w:tcW w:w="174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EE" w14:textId="77777777" w:rsidR="00463A4F" w:rsidRPr="00E91A42" w:rsidRDefault="00000000">
            <w:pPr>
              <w:spacing w:after="0" w:line="240" w:lineRule="auto"/>
              <w:jc w:val="center"/>
              <w:rPr>
                <w:b/>
                <w:sz w:val="28"/>
                <w:szCs w:val="28"/>
              </w:rPr>
            </w:pPr>
            <w:r w:rsidRPr="00E91A42">
              <w:rPr>
                <w:b/>
                <w:sz w:val="28"/>
                <w:szCs w:val="28"/>
              </w:rPr>
              <w:t>VAI TRÒ</w:t>
            </w:r>
          </w:p>
          <w:p w14:paraId="4629A4EF" w14:textId="77777777" w:rsidR="00463A4F" w:rsidRPr="00E91A42" w:rsidRDefault="00000000">
            <w:pPr>
              <w:spacing w:after="0" w:line="240" w:lineRule="auto"/>
              <w:jc w:val="center"/>
              <w:rPr>
                <w:b/>
                <w:sz w:val="28"/>
                <w:szCs w:val="28"/>
              </w:rPr>
            </w:pPr>
            <w:r w:rsidRPr="00E91A42">
              <w:rPr>
                <w:b/>
                <w:sz w:val="28"/>
                <w:szCs w:val="28"/>
              </w:rPr>
              <w:t>(Thư Ký Khoa Học/ Thành Viên Chính)</w:t>
            </w:r>
          </w:p>
        </w:tc>
        <w:tc>
          <w:tcPr>
            <w:tcW w:w="16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4F0" w14:textId="77777777" w:rsidR="00463A4F" w:rsidRPr="00E91A42" w:rsidRDefault="00000000">
            <w:pPr>
              <w:spacing w:after="0" w:line="240" w:lineRule="auto"/>
              <w:jc w:val="center"/>
              <w:rPr>
                <w:b/>
                <w:sz w:val="28"/>
                <w:szCs w:val="28"/>
              </w:rPr>
            </w:pPr>
            <w:r w:rsidRPr="00E91A42">
              <w:rPr>
                <w:b/>
                <w:sz w:val="28"/>
                <w:szCs w:val="28"/>
              </w:rPr>
              <w:t>EMAIL LIÊN HỆ</w:t>
            </w:r>
          </w:p>
        </w:tc>
      </w:tr>
      <w:tr w:rsidR="00463A4F" w:rsidRPr="00E91A42" w14:paraId="4629A4F8" w14:textId="77777777">
        <w:trPr>
          <w:trHeight w:val="285"/>
        </w:trPr>
        <w:tc>
          <w:tcPr>
            <w:tcW w:w="69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4F2" w14:textId="77777777" w:rsidR="00463A4F" w:rsidRPr="00E91A42" w:rsidRDefault="00000000">
            <w:pPr>
              <w:spacing w:after="0" w:line="240" w:lineRule="auto"/>
              <w:jc w:val="both"/>
              <w:rPr>
                <w:sz w:val="28"/>
                <w:szCs w:val="28"/>
              </w:rPr>
            </w:pPr>
            <w:r w:rsidRPr="00E91A42">
              <w:rPr>
                <w:sz w:val="28"/>
                <w:szCs w:val="28"/>
              </w:rPr>
              <w:t xml:space="preserve"> </w:t>
            </w:r>
          </w:p>
        </w:tc>
        <w:tc>
          <w:tcPr>
            <w:tcW w:w="1486" w:type="dxa"/>
            <w:tcBorders>
              <w:top w:val="nil"/>
              <w:left w:val="nil"/>
              <w:bottom w:val="single" w:sz="6" w:space="0" w:color="000000"/>
              <w:right w:val="single" w:sz="6" w:space="0" w:color="000000"/>
            </w:tcBorders>
            <w:tcMar>
              <w:top w:w="0" w:type="dxa"/>
              <w:left w:w="100" w:type="dxa"/>
              <w:bottom w:w="0" w:type="dxa"/>
              <w:right w:w="100" w:type="dxa"/>
            </w:tcMar>
          </w:tcPr>
          <w:p w14:paraId="4629A4F3" w14:textId="77777777" w:rsidR="00463A4F" w:rsidRPr="00E91A42" w:rsidRDefault="00000000">
            <w:pPr>
              <w:spacing w:after="0" w:line="240" w:lineRule="auto"/>
              <w:jc w:val="both"/>
              <w:rPr>
                <w:sz w:val="28"/>
                <w:szCs w:val="28"/>
              </w:rPr>
            </w:pPr>
            <w:r w:rsidRPr="00E91A42">
              <w:rPr>
                <w:sz w:val="28"/>
                <w:szCs w:val="28"/>
              </w:rPr>
              <w:t xml:space="preserve"> </w:t>
            </w:r>
          </w:p>
        </w:tc>
        <w:tc>
          <w:tcPr>
            <w:tcW w:w="1369" w:type="dxa"/>
            <w:tcBorders>
              <w:top w:val="nil"/>
              <w:left w:val="nil"/>
              <w:bottom w:val="single" w:sz="6" w:space="0" w:color="000000"/>
              <w:right w:val="single" w:sz="6" w:space="0" w:color="000000"/>
            </w:tcBorders>
            <w:tcMar>
              <w:top w:w="0" w:type="dxa"/>
              <w:left w:w="100" w:type="dxa"/>
              <w:bottom w:w="0" w:type="dxa"/>
              <w:right w:w="100" w:type="dxa"/>
            </w:tcMar>
          </w:tcPr>
          <w:p w14:paraId="4629A4F4" w14:textId="77777777" w:rsidR="00463A4F" w:rsidRPr="00E91A42" w:rsidRDefault="00000000">
            <w:pPr>
              <w:spacing w:after="0" w:line="240" w:lineRule="auto"/>
              <w:jc w:val="both"/>
              <w:rPr>
                <w:sz w:val="28"/>
                <w:szCs w:val="28"/>
              </w:rPr>
            </w:pPr>
            <w:r w:rsidRPr="00E91A42">
              <w:rPr>
                <w:sz w:val="28"/>
                <w:szCs w:val="28"/>
              </w:rPr>
              <w:t xml:space="preserve"> </w:t>
            </w:r>
          </w:p>
        </w:tc>
        <w:tc>
          <w:tcPr>
            <w:tcW w:w="1646" w:type="dxa"/>
            <w:tcBorders>
              <w:top w:val="nil"/>
              <w:left w:val="nil"/>
              <w:bottom w:val="single" w:sz="6" w:space="0" w:color="000000"/>
              <w:right w:val="single" w:sz="6" w:space="0" w:color="000000"/>
            </w:tcBorders>
            <w:tcMar>
              <w:top w:w="0" w:type="dxa"/>
              <w:left w:w="100" w:type="dxa"/>
              <w:bottom w:w="0" w:type="dxa"/>
              <w:right w:w="100" w:type="dxa"/>
            </w:tcMar>
          </w:tcPr>
          <w:p w14:paraId="4629A4F5" w14:textId="77777777" w:rsidR="00463A4F" w:rsidRPr="00E91A42" w:rsidRDefault="00000000">
            <w:pPr>
              <w:spacing w:after="0" w:line="240" w:lineRule="auto"/>
              <w:jc w:val="both"/>
              <w:rPr>
                <w:sz w:val="28"/>
                <w:szCs w:val="28"/>
              </w:rPr>
            </w:pPr>
            <w:r w:rsidRPr="00E91A42">
              <w:rPr>
                <w:sz w:val="28"/>
                <w:szCs w:val="28"/>
              </w:rPr>
              <w:t xml:space="preserve"> </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4629A4F6" w14:textId="77777777" w:rsidR="00463A4F" w:rsidRPr="00E91A42" w:rsidRDefault="00000000">
            <w:pPr>
              <w:spacing w:after="0" w:line="240" w:lineRule="auto"/>
              <w:jc w:val="both"/>
              <w:rPr>
                <w:sz w:val="28"/>
                <w:szCs w:val="28"/>
              </w:rPr>
            </w:pPr>
            <w:r w:rsidRPr="00E91A42">
              <w:rPr>
                <w:sz w:val="28"/>
                <w:szCs w:val="28"/>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4629A4F7"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4FF" w14:textId="77777777">
        <w:trPr>
          <w:trHeight w:val="285"/>
        </w:trPr>
        <w:tc>
          <w:tcPr>
            <w:tcW w:w="699"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4F9" w14:textId="77777777" w:rsidR="00463A4F" w:rsidRPr="00E91A42" w:rsidRDefault="00000000">
            <w:pPr>
              <w:spacing w:after="0" w:line="240" w:lineRule="auto"/>
              <w:jc w:val="both"/>
              <w:rPr>
                <w:sz w:val="28"/>
                <w:szCs w:val="28"/>
              </w:rPr>
            </w:pPr>
            <w:r w:rsidRPr="00E91A42">
              <w:rPr>
                <w:sz w:val="28"/>
                <w:szCs w:val="28"/>
              </w:rPr>
              <w:t xml:space="preserve"> </w:t>
            </w:r>
          </w:p>
        </w:tc>
        <w:tc>
          <w:tcPr>
            <w:tcW w:w="1486" w:type="dxa"/>
            <w:tcBorders>
              <w:top w:val="nil"/>
              <w:left w:val="nil"/>
              <w:bottom w:val="single" w:sz="6" w:space="0" w:color="000000"/>
              <w:right w:val="single" w:sz="6" w:space="0" w:color="000000"/>
            </w:tcBorders>
            <w:tcMar>
              <w:top w:w="0" w:type="dxa"/>
              <w:left w:w="100" w:type="dxa"/>
              <w:bottom w:w="0" w:type="dxa"/>
              <w:right w:w="100" w:type="dxa"/>
            </w:tcMar>
          </w:tcPr>
          <w:p w14:paraId="4629A4FA" w14:textId="77777777" w:rsidR="00463A4F" w:rsidRPr="00E91A42" w:rsidRDefault="00000000">
            <w:pPr>
              <w:spacing w:after="0" w:line="240" w:lineRule="auto"/>
              <w:jc w:val="both"/>
              <w:rPr>
                <w:sz w:val="28"/>
                <w:szCs w:val="28"/>
              </w:rPr>
            </w:pPr>
            <w:r w:rsidRPr="00E91A42">
              <w:rPr>
                <w:sz w:val="28"/>
                <w:szCs w:val="28"/>
              </w:rPr>
              <w:t xml:space="preserve"> </w:t>
            </w:r>
          </w:p>
        </w:tc>
        <w:tc>
          <w:tcPr>
            <w:tcW w:w="1369" w:type="dxa"/>
            <w:tcBorders>
              <w:top w:val="nil"/>
              <w:left w:val="nil"/>
              <w:bottom w:val="single" w:sz="6" w:space="0" w:color="000000"/>
              <w:right w:val="single" w:sz="6" w:space="0" w:color="000000"/>
            </w:tcBorders>
            <w:tcMar>
              <w:top w:w="0" w:type="dxa"/>
              <w:left w:w="100" w:type="dxa"/>
              <w:bottom w:w="0" w:type="dxa"/>
              <w:right w:w="100" w:type="dxa"/>
            </w:tcMar>
          </w:tcPr>
          <w:p w14:paraId="4629A4FB" w14:textId="77777777" w:rsidR="00463A4F" w:rsidRPr="00E91A42" w:rsidRDefault="00000000">
            <w:pPr>
              <w:spacing w:after="0" w:line="240" w:lineRule="auto"/>
              <w:jc w:val="both"/>
              <w:rPr>
                <w:sz w:val="28"/>
                <w:szCs w:val="28"/>
              </w:rPr>
            </w:pPr>
            <w:r w:rsidRPr="00E91A42">
              <w:rPr>
                <w:sz w:val="28"/>
                <w:szCs w:val="28"/>
              </w:rPr>
              <w:t xml:space="preserve"> </w:t>
            </w:r>
          </w:p>
        </w:tc>
        <w:tc>
          <w:tcPr>
            <w:tcW w:w="1646" w:type="dxa"/>
            <w:tcBorders>
              <w:top w:val="nil"/>
              <w:left w:val="nil"/>
              <w:bottom w:val="single" w:sz="6" w:space="0" w:color="000000"/>
              <w:right w:val="single" w:sz="6" w:space="0" w:color="000000"/>
            </w:tcBorders>
            <w:tcMar>
              <w:top w:w="0" w:type="dxa"/>
              <w:left w:w="100" w:type="dxa"/>
              <w:bottom w:w="0" w:type="dxa"/>
              <w:right w:w="100" w:type="dxa"/>
            </w:tcMar>
          </w:tcPr>
          <w:p w14:paraId="4629A4FC" w14:textId="77777777" w:rsidR="00463A4F" w:rsidRPr="00E91A42" w:rsidRDefault="00000000">
            <w:pPr>
              <w:spacing w:after="0" w:line="240" w:lineRule="auto"/>
              <w:jc w:val="both"/>
              <w:rPr>
                <w:sz w:val="28"/>
                <w:szCs w:val="28"/>
              </w:rPr>
            </w:pPr>
            <w:r w:rsidRPr="00E91A42">
              <w:rPr>
                <w:sz w:val="28"/>
                <w:szCs w:val="28"/>
              </w:rPr>
              <w:t xml:space="preserve"> </w:t>
            </w:r>
          </w:p>
        </w:tc>
        <w:tc>
          <w:tcPr>
            <w:tcW w:w="1748" w:type="dxa"/>
            <w:tcBorders>
              <w:top w:val="nil"/>
              <w:left w:val="nil"/>
              <w:bottom w:val="single" w:sz="6" w:space="0" w:color="000000"/>
              <w:right w:val="single" w:sz="6" w:space="0" w:color="000000"/>
            </w:tcBorders>
            <w:tcMar>
              <w:top w:w="0" w:type="dxa"/>
              <w:left w:w="100" w:type="dxa"/>
              <w:bottom w:w="0" w:type="dxa"/>
              <w:right w:w="100" w:type="dxa"/>
            </w:tcMar>
          </w:tcPr>
          <w:p w14:paraId="4629A4FD" w14:textId="77777777" w:rsidR="00463A4F" w:rsidRPr="00E91A42" w:rsidRDefault="00000000">
            <w:pPr>
              <w:spacing w:after="0" w:line="240" w:lineRule="auto"/>
              <w:jc w:val="both"/>
              <w:rPr>
                <w:sz w:val="28"/>
                <w:szCs w:val="28"/>
              </w:rPr>
            </w:pPr>
            <w:r w:rsidRPr="00E91A42">
              <w:rPr>
                <w:sz w:val="28"/>
                <w:szCs w:val="28"/>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4629A4FE"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500" w14:textId="77777777" w:rsidR="00463A4F" w:rsidRPr="00E91A42" w:rsidRDefault="00000000">
      <w:pPr>
        <w:spacing w:after="0" w:line="240" w:lineRule="auto"/>
        <w:jc w:val="both"/>
        <w:rPr>
          <w:b/>
          <w:sz w:val="28"/>
          <w:szCs w:val="28"/>
        </w:rPr>
      </w:pPr>
      <w:r w:rsidRPr="00E91A42">
        <w:rPr>
          <w:b/>
          <w:sz w:val="28"/>
          <w:szCs w:val="28"/>
        </w:rPr>
        <w:t>IV. NĂNG LỰC VÀ CƠ SỞ VẬT CHẤT CỦA TỔ CHỨC CHỦ TRÌ</w:t>
      </w:r>
    </w:p>
    <w:p w14:paraId="4629A501" w14:textId="77777777" w:rsidR="00463A4F" w:rsidRPr="00E91A42" w:rsidRDefault="00000000">
      <w:pPr>
        <w:spacing w:after="0" w:line="240" w:lineRule="auto"/>
        <w:jc w:val="both"/>
        <w:rPr>
          <w:sz w:val="28"/>
          <w:szCs w:val="28"/>
        </w:rPr>
      </w:pPr>
      <w:r w:rsidRPr="00E91A42">
        <w:rPr>
          <w:sz w:val="28"/>
          <w:szCs w:val="28"/>
        </w:rPr>
        <w:t>- Số lượng cán bộ nghiên cứu / kỹ thuật hiện có: ..................... người.</w:t>
      </w:r>
    </w:p>
    <w:p w14:paraId="4629A502" w14:textId="77777777" w:rsidR="00463A4F" w:rsidRPr="00E91A42" w:rsidRDefault="00000000">
      <w:pPr>
        <w:spacing w:after="0" w:line="240" w:lineRule="auto"/>
        <w:jc w:val="both"/>
        <w:rPr>
          <w:sz w:val="28"/>
          <w:szCs w:val="28"/>
        </w:rPr>
      </w:pPr>
      <w:r w:rsidRPr="00E91A42">
        <w:rPr>
          <w:sz w:val="28"/>
          <w:szCs w:val="28"/>
        </w:rPr>
        <w:t>- Phòng thí nghiệm / xưởng / cơ sở thử nghiệm: ................................................</w:t>
      </w:r>
    </w:p>
    <w:p w14:paraId="4629A503" w14:textId="77777777" w:rsidR="00463A4F" w:rsidRPr="00E91A42" w:rsidRDefault="00000000">
      <w:pPr>
        <w:spacing w:after="0" w:line="240" w:lineRule="auto"/>
        <w:jc w:val="both"/>
        <w:rPr>
          <w:sz w:val="28"/>
          <w:szCs w:val="28"/>
        </w:rPr>
      </w:pPr>
      <w:r w:rsidRPr="00E91A42">
        <w:rPr>
          <w:sz w:val="28"/>
          <w:szCs w:val="28"/>
        </w:rPr>
        <w:t>- Thiết bị, hạ tầng kỹ thuật hiện có phục vụ thực hiện nhiệm vụ: ...................</w:t>
      </w:r>
    </w:p>
    <w:p w14:paraId="4629A504" w14:textId="77777777" w:rsidR="00463A4F" w:rsidRPr="00E91A42" w:rsidRDefault="00000000">
      <w:pPr>
        <w:spacing w:after="0" w:line="240" w:lineRule="auto"/>
        <w:jc w:val="both"/>
        <w:rPr>
          <w:sz w:val="28"/>
          <w:szCs w:val="28"/>
        </w:rPr>
      </w:pPr>
      <w:r w:rsidRPr="00E91A42">
        <w:rPr>
          <w:sz w:val="28"/>
          <w:szCs w:val="28"/>
        </w:rPr>
        <w:t>- Kinh nghiệm triển khai nhiệm vụ KH&amp;CN tương tự: .....................................</w:t>
      </w:r>
    </w:p>
    <w:p w14:paraId="4629A505" w14:textId="77777777" w:rsidR="00463A4F" w:rsidRPr="00E91A42" w:rsidRDefault="00000000">
      <w:pPr>
        <w:spacing w:after="0" w:line="240" w:lineRule="auto"/>
        <w:jc w:val="both"/>
        <w:rPr>
          <w:b/>
          <w:sz w:val="28"/>
          <w:szCs w:val="28"/>
        </w:rPr>
      </w:pPr>
      <w:r w:rsidRPr="00E91A42">
        <w:rPr>
          <w:b/>
          <w:sz w:val="28"/>
          <w:szCs w:val="28"/>
        </w:rPr>
        <w:t>V. THÔNG TIN TỔ CHỨC CHỦ TRÌ VÀ CÁ NHÂN ĐĂNG KÝ CHỦ NHIỆM NHIỆM VỤ PHÍA ĐỐI TÁC</w:t>
      </w:r>
    </w:p>
    <w:tbl>
      <w:tblPr>
        <w:tblStyle w:val="a5"/>
        <w:tblW w:w="8640" w:type="dxa"/>
        <w:tblBorders>
          <w:top w:val="nil"/>
          <w:left w:val="nil"/>
          <w:bottom w:val="nil"/>
          <w:right w:val="nil"/>
          <w:insideH w:val="nil"/>
          <w:insideV w:val="nil"/>
        </w:tblBorders>
        <w:tblLayout w:type="fixed"/>
        <w:tblLook w:val="0600" w:firstRow="0" w:lastRow="0" w:firstColumn="0" w:lastColumn="0" w:noHBand="1" w:noVBand="1"/>
      </w:tblPr>
      <w:tblGrid>
        <w:gridCol w:w="2708"/>
        <w:gridCol w:w="2308"/>
        <w:gridCol w:w="1760"/>
        <w:gridCol w:w="1864"/>
      </w:tblGrid>
      <w:tr w:rsidR="00463A4F" w:rsidRPr="00E91A42" w14:paraId="4629A50A" w14:textId="77777777">
        <w:trPr>
          <w:trHeight w:val="315"/>
        </w:trPr>
        <w:tc>
          <w:tcPr>
            <w:tcW w:w="27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06" w14:textId="77777777" w:rsidR="00463A4F" w:rsidRPr="00E91A42" w:rsidRDefault="00000000">
            <w:pPr>
              <w:spacing w:after="0" w:line="240" w:lineRule="auto"/>
              <w:jc w:val="center"/>
              <w:rPr>
                <w:b/>
                <w:sz w:val="28"/>
                <w:szCs w:val="28"/>
              </w:rPr>
            </w:pPr>
            <w:r w:rsidRPr="00E91A42">
              <w:rPr>
                <w:b/>
                <w:sz w:val="28"/>
                <w:szCs w:val="28"/>
              </w:rPr>
              <w:t>NỘI DUNG</w:t>
            </w:r>
          </w:p>
        </w:tc>
        <w:tc>
          <w:tcPr>
            <w:tcW w:w="23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07" w14:textId="77777777" w:rsidR="00463A4F" w:rsidRPr="00E91A42" w:rsidRDefault="00000000">
            <w:pPr>
              <w:spacing w:after="0" w:line="240" w:lineRule="auto"/>
              <w:jc w:val="center"/>
              <w:rPr>
                <w:b/>
                <w:sz w:val="28"/>
                <w:szCs w:val="28"/>
              </w:rPr>
            </w:pPr>
            <w:r w:rsidRPr="00E91A42">
              <w:rPr>
                <w:b/>
                <w:sz w:val="28"/>
                <w:szCs w:val="28"/>
              </w:rPr>
              <w:t>QUỐC GIA 1</w:t>
            </w:r>
          </w:p>
        </w:tc>
        <w:tc>
          <w:tcPr>
            <w:tcW w:w="17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08" w14:textId="77777777" w:rsidR="00463A4F" w:rsidRPr="00E91A42" w:rsidRDefault="00000000">
            <w:pPr>
              <w:spacing w:after="0" w:line="240" w:lineRule="auto"/>
              <w:jc w:val="center"/>
              <w:rPr>
                <w:b/>
                <w:sz w:val="28"/>
                <w:szCs w:val="28"/>
              </w:rPr>
            </w:pPr>
            <w:r w:rsidRPr="00E91A42">
              <w:rPr>
                <w:b/>
                <w:sz w:val="28"/>
                <w:szCs w:val="28"/>
              </w:rPr>
              <w:t>QUỐC GIA 2</w:t>
            </w:r>
          </w:p>
        </w:tc>
        <w:tc>
          <w:tcPr>
            <w:tcW w:w="186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09" w14:textId="77777777" w:rsidR="00463A4F" w:rsidRPr="00E91A42" w:rsidRDefault="00000000">
            <w:pPr>
              <w:spacing w:after="0" w:line="240" w:lineRule="auto"/>
              <w:jc w:val="center"/>
              <w:rPr>
                <w:b/>
                <w:sz w:val="28"/>
                <w:szCs w:val="28"/>
              </w:rPr>
            </w:pPr>
            <w:r w:rsidRPr="00E91A42">
              <w:rPr>
                <w:b/>
                <w:sz w:val="28"/>
                <w:szCs w:val="28"/>
              </w:rPr>
              <w:t>QUỐC GIA 3</w:t>
            </w:r>
          </w:p>
        </w:tc>
      </w:tr>
      <w:tr w:rsidR="00463A4F" w:rsidRPr="00E91A42" w14:paraId="4629A50F"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0B" w14:textId="77777777" w:rsidR="00463A4F" w:rsidRPr="00E91A42" w:rsidRDefault="00000000">
            <w:pPr>
              <w:spacing w:after="0" w:line="240" w:lineRule="auto"/>
              <w:jc w:val="both"/>
              <w:rPr>
                <w:b/>
                <w:i/>
                <w:sz w:val="28"/>
                <w:szCs w:val="28"/>
              </w:rPr>
            </w:pPr>
            <w:r w:rsidRPr="00E91A42">
              <w:rPr>
                <w:b/>
                <w:i/>
                <w:sz w:val="28"/>
                <w:szCs w:val="28"/>
              </w:rPr>
              <w:t>Tổ chức chủ trì</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0C"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0D"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0E" w14:textId="77777777" w:rsidR="00463A4F" w:rsidRPr="00E91A42" w:rsidRDefault="00000000">
            <w:pPr>
              <w:spacing w:after="0" w:line="240" w:lineRule="auto"/>
              <w:jc w:val="center"/>
              <w:rPr>
                <w:b/>
                <w:i/>
                <w:sz w:val="28"/>
                <w:szCs w:val="28"/>
              </w:rPr>
            </w:pPr>
            <w:r w:rsidRPr="00E91A42">
              <w:rPr>
                <w:b/>
                <w:i/>
                <w:sz w:val="28"/>
                <w:szCs w:val="28"/>
              </w:rPr>
              <w:t xml:space="preserve"> </w:t>
            </w:r>
          </w:p>
        </w:tc>
      </w:tr>
      <w:tr w:rsidR="00463A4F" w:rsidRPr="00E91A42" w14:paraId="4629A514"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10" w14:textId="77777777" w:rsidR="00463A4F" w:rsidRPr="00E91A42" w:rsidRDefault="00000000">
            <w:pPr>
              <w:spacing w:after="0" w:line="240" w:lineRule="auto"/>
              <w:jc w:val="both"/>
              <w:rPr>
                <w:sz w:val="28"/>
                <w:szCs w:val="28"/>
              </w:rPr>
            </w:pPr>
            <w:r w:rsidRPr="00E91A42">
              <w:rPr>
                <w:sz w:val="28"/>
                <w:szCs w:val="28"/>
              </w:rPr>
              <w:t>Họ và tên Người đại diện</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11"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12"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13"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19"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15" w14:textId="77777777" w:rsidR="00463A4F" w:rsidRPr="00E91A42" w:rsidRDefault="00000000">
            <w:pPr>
              <w:spacing w:after="0" w:line="240" w:lineRule="auto"/>
              <w:jc w:val="both"/>
              <w:rPr>
                <w:sz w:val="28"/>
                <w:szCs w:val="28"/>
              </w:rPr>
            </w:pPr>
            <w:r w:rsidRPr="00E91A42">
              <w:rPr>
                <w:sz w:val="28"/>
                <w:szCs w:val="28"/>
              </w:rPr>
              <w:t>Địa chỉ</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16"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17"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18"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1E"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1A" w14:textId="77777777" w:rsidR="00463A4F" w:rsidRPr="00E91A42" w:rsidRDefault="00000000">
            <w:pPr>
              <w:spacing w:after="0" w:line="240" w:lineRule="auto"/>
              <w:jc w:val="both"/>
              <w:rPr>
                <w:sz w:val="28"/>
                <w:szCs w:val="28"/>
              </w:rPr>
            </w:pPr>
            <w:r w:rsidRPr="00E91A42">
              <w:rPr>
                <w:sz w:val="28"/>
                <w:szCs w:val="28"/>
              </w:rPr>
              <w:t>Email</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1B"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1C"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1D"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23"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1F" w14:textId="77777777" w:rsidR="00463A4F" w:rsidRPr="00E91A42" w:rsidRDefault="00000000">
            <w:pPr>
              <w:spacing w:after="0" w:line="240" w:lineRule="auto"/>
              <w:jc w:val="both"/>
              <w:rPr>
                <w:sz w:val="28"/>
                <w:szCs w:val="28"/>
              </w:rPr>
            </w:pPr>
            <w:r w:rsidRPr="00E91A42">
              <w:rPr>
                <w:sz w:val="28"/>
                <w:szCs w:val="28"/>
              </w:rPr>
              <w:t>Tên chủ nhiệm đề tài</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20"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21"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22"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28"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24" w14:textId="77777777" w:rsidR="00463A4F" w:rsidRPr="00E91A42" w:rsidRDefault="00000000">
            <w:pPr>
              <w:spacing w:after="0" w:line="240" w:lineRule="auto"/>
              <w:jc w:val="both"/>
              <w:rPr>
                <w:sz w:val="28"/>
                <w:szCs w:val="28"/>
              </w:rPr>
            </w:pPr>
            <w:r w:rsidRPr="00E91A42">
              <w:rPr>
                <w:sz w:val="28"/>
                <w:szCs w:val="28"/>
              </w:rPr>
              <w:t>Học hàm, học vị</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25"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26"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27"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2D"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29" w14:textId="77777777" w:rsidR="00463A4F" w:rsidRPr="00E91A42" w:rsidRDefault="00000000">
            <w:pPr>
              <w:spacing w:after="0" w:line="240" w:lineRule="auto"/>
              <w:jc w:val="both"/>
              <w:rPr>
                <w:sz w:val="28"/>
                <w:szCs w:val="28"/>
              </w:rPr>
            </w:pPr>
            <w:r w:rsidRPr="00E91A42">
              <w:rPr>
                <w:sz w:val="28"/>
                <w:szCs w:val="28"/>
              </w:rPr>
              <w:t>Đơn vị công tác</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2A"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2B"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2C"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32"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2E" w14:textId="77777777" w:rsidR="00463A4F" w:rsidRPr="00E91A42" w:rsidRDefault="00000000">
            <w:pPr>
              <w:spacing w:after="0" w:line="240" w:lineRule="auto"/>
              <w:jc w:val="both"/>
              <w:rPr>
                <w:sz w:val="28"/>
                <w:szCs w:val="28"/>
              </w:rPr>
            </w:pPr>
            <w:r w:rsidRPr="00E91A42">
              <w:rPr>
                <w:sz w:val="28"/>
                <w:szCs w:val="28"/>
              </w:rPr>
              <w:t>Email liên hệ</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2F"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30"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31"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37" w14:textId="77777777">
        <w:trPr>
          <w:trHeight w:val="85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33" w14:textId="77777777" w:rsidR="00463A4F" w:rsidRPr="00E91A42" w:rsidRDefault="00000000">
            <w:pPr>
              <w:spacing w:after="0" w:line="240" w:lineRule="auto"/>
              <w:jc w:val="both"/>
              <w:rPr>
                <w:b/>
                <w:i/>
                <w:sz w:val="28"/>
                <w:szCs w:val="28"/>
              </w:rPr>
            </w:pPr>
            <w:r w:rsidRPr="00E91A42">
              <w:rPr>
                <w:b/>
                <w:i/>
                <w:sz w:val="28"/>
                <w:szCs w:val="28"/>
              </w:rPr>
              <w:t>Tên Tổ chức đối tác tài trợ cấp kinh phí (FWO- Bỉ/ DFG – Đức…)</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34"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35"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36" w14:textId="77777777" w:rsidR="00463A4F" w:rsidRPr="00E91A42" w:rsidRDefault="00000000">
            <w:pPr>
              <w:spacing w:after="0" w:line="240" w:lineRule="auto"/>
              <w:jc w:val="center"/>
              <w:rPr>
                <w:b/>
                <w:i/>
                <w:sz w:val="28"/>
                <w:szCs w:val="28"/>
              </w:rPr>
            </w:pPr>
            <w:r w:rsidRPr="00E91A42">
              <w:rPr>
                <w:b/>
                <w:i/>
                <w:sz w:val="28"/>
                <w:szCs w:val="28"/>
              </w:rPr>
              <w:t xml:space="preserve"> </w:t>
            </w:r>
          </w:p>
        </w:tc>
      </w:tr>
      <w:tr w:rsidR="00463A4F" w:rsidRPr="00E91A42" w14:paraId="4629A53C" w14:textId="77777777">
        <w:trPr>
          <w:trHeight w:val="55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38" w14:textId="77777777" w:rsidR="00463A4F" w:rsidRPr="00E91A42" w:rsidRDefault="00000000">
            <w:pPr>
              <w:spacing w:after="0" w:line="240" w:lineRule="auto"/>
              <w:jc w:val="both"/>
              <w:rPr>
                <w:sz w:val="28"/>
                <w:szCs w:val="28"/>
              </w:rPr>
            </w:pPr>
            <w:r w:rsidRPr="00E91A42">
              <w:rPr>
                <w:sz w:val="28"/>
                <w:szCs w:val="28"/>
              </w:rPr>
              <w:t>Kinh phí đề xuất Tổ chức đối tác tài trợ cấp</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39"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3A"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3B" w14:textId="77777777" w:rsidR="00463A4F" w:rsidRPr="00E91A42" w:rsidRDefault="00000000">
            <w:pPr>
              <w:spacing w:after="0" w:line="240" w:lineRule="auto"/>
              <w:jc w:val="center"/>
              <w:rPr>
                <w:sz w:val="28"/>
                <w:szCs w:val="28"/>
              </w:rPr>
            </w:pPr>
            <w:r w:rsidRPr="00E91A42">
              <w:rPr>
                <w:sz w:val="28"/>
                <w:szCs w:val="28"/>
              </w:rPr>
              <w:t xml:space="preserve"> </w:t>
            </w:r>
          </w:p>
        </w:tc>
      </w:tr>
    </w:tbl>
    <w:p w14:paraId="4629A53D" w14:textId="77777777" w:rsidR="00463A4F" w:rsidRPr="00E91A42" w:rsidRDefault="00000000">
      <w:pPr>
        <w:spacing w:after="0" w:line="240" w:lineRule="auto"/>
        <w:jc w:val="both"/>
        <w:rPr>
          <w:b/>
          <w:sz w:val="28"/>
          <w:szCs w:val="28"/>
        </w:rPr>
      </w:pPr>
      <w:r w:rsidRPr="00E91A42">
        <w:rPr>
          <w:b/>
          <w:sz w:val="28"/>
          <w:szCs w:val="28"/>
        </w:rPr>
        <w:t>VI. CAM KẾT CỦA TỔ CHỨC CHỦ TRÌ</w:t>
      </w:r>
    </w:p>
    <w:p w14:paraId="4629A53E" w14:textId="77777777" w:rsidR="00463A4F" w:rsidRPr="00E91A42" w:rsidRDefault="00000000">
      <w:pPr>
        <w:spacing w:after="0" w:line="240" w:lineRule="auto"/>
        <w:jc w:val="both"/>
        <w:rPr>
          <w:sz w:val="28"/>
          <w:szCs w:val="28"/>
        </w:rPr>
      </w:pPr>
      <w:r w:rsidRPr="00E91A42">
        <w:rPr>
          <w:sz w:val="28"/>
          <w:szCs w:val="28"/>
        </w:rPr>
        <w:t>- Cam kết bố trí đủ nhân lực, cơ sở vật chất, kinh phí đối ứng (nếu có) để thực hiện nhiệm vụ.</w:t>
      </w:r>
      <w:r w:rsidRPr="00E91A42">
        <w:rPr>
          <w:sz w:val="28"/>
          <w:szCs w:val="28"/>
        </w:rPr>
        <w:br/>
        <w:t xml:space="preserve"> - Cam kết tuân thủ các quy định về quản lý, sử dụng kinh phí, tài sản, sản phẩm KH&amp;CN.</w:t>
      </w:r>
      <w:r w:rsidRPr="00E91A42">
        <w:rPr>
          <w:sz w:val="28"/>
          <w:szCs w:val="28"/>
        </w:rPr>
        <w:br/>
        <w:t xml:space="preserve"> - Cam kết phối hợp chặt chẽ với cơ quan quản lý và chịu trách nhiệm về tiến độ, chất lượng, hiệu quả của nhiệm vụ.</w:t>
      </w:r>
    </w:p>
    <w:tbl>
      <w:tblPr>
        <w:tblStyle w:val="a6"/>
        <w:tblW w:w="8640" w:type="dxa"/>
        <w:tblBorders>
          <w:top w:val="nil"/>
          <w:left w:val="nil"/>
          <w:bottom w:val="nil"/>
          <w:right w:val="nil"/>
          <w:insideH w:val="nil"/>
          <w:insideV w:val="nil"/>
        </w:tblBorders>
        <w:tblLayout w:type="fixed"/>
        <w:tblLook w:val="0600" w:firstRow="0" w:lastRow="0" w:firstColumn="0" w:lastColumn="0" w:noHBand="1" w:noVBand="1"/>
      </w:tblPr>
      <w:tblGrid>
        <w:gridCol w:w="4269"/>
        <w:gridCol w:w="4371"/>
      </w:tblGrid>
      <w:tr w:rsidR="00463A4F" w:rsidRPr="00E91A42" w14:paraId="4629A542" w14:textId="77777777">
        <w:trPr>
          <w:trHeight w:val="1260"/>
        </w:trPr>
        <w:tc>
          <w:tcPr>
            <w:tcW w:w="4269" w:type="dxa"/>
            <w:tcBorders>
              <w:top w:val="nil"/>
              <w:left w:val="nil"/>
              <w:bottom w:val="nil"/>
              <w:right w:val="nil"/>
            </w:tcBorders>
            <w:tcMar>
              <w:top w:w="0" w:type="dxa"/>
              <w:left w:w="100" w:type="dxa"/>
              <w:bottom w:w="0" w:type="dxa"/>
              <w:right w:w="100" w:type="dxa"/>
            </w:tcMar>
          </w:tcPr>
          <w:p w14:paraId="4629A53F" w14:textId="77777777" w:rsidR="00463A4F" w:rsidRPr="00E91A42" w:rsidRDefault="00000000">
            <w:pPr>
              <w:spacing w:before="240" w:after="0" w:line="240" w:lineRule="auto"/>
              <w:jc w:val="both"/>
              <w:rPr>
                <w:sz w:val="28"/>
                <w:szCs w:val="28"/>
              </w:rPr>
            </w:pPr>
            <w:r w:rsidRPr="00E91A42">
              <w:rPr>
                <w:sz w:val="28"/>
                <w:szCs w:val="28"/>
              </w:rPr>
              <w:lastRenderedPageBreak/>
              <w:t xml:space="preserve"> </w:t>
            </w:r>
          </w:p>
        </w:tc>
        <w:tc>
          <w:tcPr>
            <w:tcW w:w="4370" w:type="dxa"/>
            <w:tcBorders>
              <w:top w:val="nil"/>
              <w:left w:val="nil"/>
              <w:bottom w:val="nil"/>
              <w:right w:val="nil"/>
            </w:tcBorders>
            <w:tcMar>
              <w:top w:w="0" w:type="dxa"/>
              <w:left w:w="100" w:type="dxa"/>
              <w:bottom w:w="0" w:type="dxa"/>
              <w:right w:w="100" w:type="dxa"/>
            </w:tcMar>
          </w:tcPr>
          <w:p w14:paraId="4629A540" w14:textId="77777777" w:rsidR="00463A4F" w:rsidRPr="00E91A42" w:rsidRDefault="00000000">
            <w:pPr>
              <w:spacing w:before="240" w:after="0" w:line="240" w:lineRule="auto"/>
              <w:jc w:val="center"/>
              <w:rPr>
                <w:sz w:val="28"/>
                <w:szCs w:val="28"/>
              </w:rPr>
            </w:pPr>
            <w:r w:rsidRPr="00E91A42">
              <w:rPr>
                <w:sz w:val="28"/>
                <w:szCs w:val="28"/>
              </w:rPr>
              <w:t xml:space="preserve">Ngày </w:t>
            </w:r>
            <w:proofErr w:type="gramStart"/>
            <w:r w:rsidRPr="00E91A42">
              <w:rPr>
                <w:sz w:val="28"/>
                <w:szCs w:val="28"/>
              </w:rPr>
              <w:t>.....</w:t>
            </w:r>
            <w:proofErr w:type="gramEnd"/>
            <w:r w:rsidRPr="00E91A42">
              <w:rPr>
                <w:sz w:val="28"/>
                <w:szCs w:val="28"/>
              </w:rPr>
              <w:t xml:space="preserve"> tháng </w:t>
            </w:r>
            <w:proofErr w:type="gramStart"/>
            <w:r w:rsidRPr="00E91A42">
              <w:rPr>
                <w:sz w:val="28"/>
                <w:szCs w:val="28"/>
              </w:rPr>
              <w:t>.....</w:t>
            </w:r>
            <w:proofErr w:type="gramEnd"/>
            <w:r w:rsidRPr="00E91A42">
              <w:rPr>
                <w:sz w:val="28"/>
                <w:szCs w:val="28"/>
              </w:rPr>
              <w:t xml:space="preserve"> năm 20</w:t>
            </w:r>
            <w:proofErr w:type="gramStart"/>
            <w:r w:rsidRPr="00E91A42">
              <w:rPr>
                <w:sz w:val="28"/>
                <w:szCs w:val="28"/>
              </w:rPr>
              <w:t>.....</w:t>
            </w:r>
            <w:proofErr w:type="gramEnd"/>
          </w:p>
          <w:p w14:paraId="4629A541" w14:textId="77777777" w:rsidR="00463A4F" w:rsidRPr="00E91A42" w:rsidRDefault="00000000">
            <w:pPr>
              <w:spacing w:before="240" w:after="0" w:line="240" w:lineRule="auto"/>
              <w:jc w:val="center"/>
              <w:rPr>
                <w:sz w:val="28"/>
                <w:szCs w:val="28"/>
              </w:rPr>
            </w:pPr>
            <w:r w:rsidRPr="00E91A42">
              <w:rPr>
                <w:b/>
                <w:sz w:val="28"/>
                <w:szCs w:val="28"/>
              </w:rPr>
              <w:t>ĐẠI DIỆN TỔ CHỨC CHỦ TRÌ</w:t>
            </w:r>
            <w:r w:rsidRPr="00E91A42">
              <w:rPr>
                <w:b/>
                <w:sz w:val="28"/>
                <w:szCs w:val="28"/>
              </w:rPr>
              <w:br/>
            </w:r>
            <w:r w:rsidRPr="00E91A42">
              <w:rPr>
                <w:sz w:val="28"/>
                <w:szCs w:val="28"/>
              </w:rPr>
              <w:t xml:space="preserve"> (Ký, ghi rõ họ tên, chức vụ, đóng dấu)</w:t>
            </w:r>
          </w:p>
        </w:tc>
      </w:tr>
    </w:tbl>
    <w:p w14:paraId="4629A543"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4"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5"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6"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7"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8"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9"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A"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B"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C"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D"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E"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4F" w14:textId="77777777" w:rsidR="00463A4F" w:rsidRPr="00E91A42" w:rsidRDefault="00000000">
      <w:pPr>
        <w:spacing w:before="240" w:after="0" w:line="240" w:lineRule="auto"/>
        <w:jc w:val="center"/>
        <w:rPr>
          <w:i/>
          <w:sz w:val="28"/>
          <w:szCs w:val="28"/>
        </w:rPr>
      </w:pPr>
      <w:r w:rsidRPr="00E91A42">
        <w:rPr>
          <w:i/>
          <w:sz w:val="28"/>
          <w:szCs w:val="28"/>
        </w:rPr>
        <w:t xml:space="preserve"> </w:t>
      </w:r>
    </w:p>
    <w:p w14:paraId="4629A550" w14:textId="77777777" w:rsidR="00463A4F" w:rsidRPr="00E91A42" w:rsidRDefault="00463A4F">
      <w:pPr>
        <w:spacing w:before="120" w:after="0" w:line="240" w:lineRule="auto"/>
        <w:jc w:val="both"/>
        <w:rPr>
          <w:b/>
          <w:sz w:val="28"/>
          <w:szCs w:val="28"/>
        </w:rPr>
      </w:pPr>
    </w:p>
    <w:p w14:paraId="4629A551" w14:textId="77777777" w:rsidR="00463A4F" w:rsidRPr="00E91A42" w:rsidRDefault="00000000">
      <w:pPr>
        <w:spacing w:before="240" w:after="240" w:line="240" w:lineRule="auto"/>
        <w:jc w:val="both"/>
        <w:rPr>
          <w:b/>
          <w:sz w:val="28"/>
          <w:szCs w:val="28"/>
        </w:rPr>
      </w:pPr>
      <w:r w:rsidRPr="00E91A42">
        <w:rPr>
          <w:b/>
          <w:sz w:val="28"/>
          <w:szCs w:val="28"/>
        </w:rPr>
        <w:t xml:space="preserve"> </w:t>
      </w:r>
    </w:p>
    <w:p w14:paraId="4629A552" w14:textId="77777777" w:rsidR="00463A4F" w:rsidRPr="00E91A42" w:rsidRDefault="00000000">
      <w:pPr>
        <w:pStyle w:val="Heading1"/>
        <w:keepNext w:val="0"/>
        <w:keepLines w:val="0"/>
        <w:spacing w:after="120" w:line="240" w:lineRule="auto"/>
        <w:jc w:val="both"/>
        <w:rPr>
          <w:rFonts w:ascii="Times New Roman" w:eastAsia="Times New Roman" w:hAnsi="Times New Roman" w:cs="Times New Roman"/>
          <w:color w:val="000000"/>
        </w:rPr>
      </w:pPr>
      <w:bookmarkStart w:id="10" w:name="_heading=h.il2ciiwmbtjv" w:colFirst="0" w:colLast="0"/>
      <w:bookmarkEnd w:id="10"/>
      <w:r w:rsidRPr="00E91A42">
        <w:rPr>
          <w:rFonts w:ascii="Times New Roman" w:hAnsi="Times New Roman" w:cs="Times New Roman"/>
        </w:rPr>
        <w:br w:type="page"/>
      </w:r>
    </w:p>
    <w:p w14:paraId="4629A553" w14:textId="77777777" w:rsidR="00463A4F" w:rsidRPr="00E91A42" w:rsidRDefault="00000000">
      <w:pPr>
        <w:pStyle w:val="Heading1"/>
        <w:keepNext w:val="0"/>
        <w:keepLines w:val="0"/>
        <w:spacing w:after="120" w:line="240" w:lineRule="auto"/>
        <w:jc w:val="right"/>
        <w:rPr>
          <w:rFonts w:ascii="Times New Roman" w:eastAsia="Times New Roman" w:hAnsi="Times New Roman" w:cs="Times New Roman"/>
          <w:color w:val="000000"/>
        </w:rPr>
      </w:pPr>
      <w:bookmarkStart w:id="11" w:name="_heading=h.t9vpo0x1b90j" w:colFirst="0" w:colLast="0"/>
      <w:bookmarkEnd w:id="11"/>
      <w:r w:rsidRPr="00E91A42">
        <w:rPr>
          <w:rFonts w:ascii="Times New Roman" w:eastAsia="Times New Roman" w:hAnsi="Times New Roman" w:cs="Times New Roman"/>
          <w:color w:val="000000"/>
        </w:rPr>
        <w:lastRenderedPageBreak/>
        <w:t>SPDP-BM02</w:t>
      </w:r>
    </w:p>
    <w:tbl>
      <w:tblPr>
        <w:tblStyle w:val="a7"/>
        <w:tblW w:w="8640" w:type="dxa"/>
        <w:tblBorders>
          <w:top w:val="nil"/>
          <w:left w:val="nil"/>
          <w:bottom w:val="nil"/>
          <w:right w:val="nil"/>
          <w:insideH w:val="nil"/>
          <w:insideV w:val="nil"/>
        </w:tblBorders>
        <w:tblLayout w:type="fixed"/>
        <w:tblLook w:val="0600" w:firstRow="0" w:lastRow="0" w:firstColumn="0" w:lastColumn="0" w:noHBand="1" w:noVBand="1"/>
      </w:tblPr>
      <w:tblGrid>
        <w:gridCol w:w="1485"/>
        <w:gridCol w:w="4290"/>
        <w:gridCol w:w="2865"/>
      </w:tblGrid>
      <w:tr w:rsidR="00463A4F" w:rsidRPr="00E91A42" w14:paraId="4629A557" w14:textId="77777777">
        <w:trPr>
          <w:trHeight w:val="285"/>
        </w:trPr>
        <w:tc>
          <w:tcPr>
            <w:tcW w:w="1485" w:type="dxa"/>
            <w:tcBorders>
              <w:top w:val="nil"/>
              <w:left w:val="nil"/>
              <w:bottom w:val="nil"/>
              <w:right w:val="single" w:sz="6" w:space="0" w:color="000000"/>
            </w:tcBorders>
            <w:tcMar>
              <w:top w:w="0" w:type="dxa"/>
              <w:left w:w="100" w:type="dxa"/>
              <w:bottom w:w="0" w:type="dxa"/>
              <w:right w:w="100" w:type="dxa"/>
            </w:tcMar>
          </w:tcPr>
          <w:p w14:paraId="4629A554" w14:textId="77777777" w:rsidR="00463A4F" w:rsidRPr="00E91A42" w:rsidRDefault="00000000">
            <w:pPr>
              <w:spacing w:after="0" w:line="240" w:lineRule="auto"/>
              <w:jc w:val="right"/>
              <w:rPr>
                <w:sz w:val="28"/>
                <w:szCs w:val="28"/>
              </w:rPr>
            </w:pPr>
            <w:r w:rsidRPr="00E91A42">
              <w:rPr>
                <w:sz w:val="28"/>
                <w:szCs w:val="28"/>
              </w:rPr>
              <w:t xml:space="preserve"> </w:t>
            </w:r>
          </w:p>
        </w:tc>
        <w:tc>
          <w:tcPr>
            <w:tcW w:w="42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55" w14:textId="77777777" w:rsidR="00463A4F" w:rsidRPr="00E91A42" w:rsidRDefault="00000000">
            <w:pPr>
              <w:spacing w:after="0" w:line="240" w:lineRule="auto"/>
              <w:jc w:val="right"/>
              <w:rPr>
                <w:i/>
                <w:sz w:val="28"/>
                <w:szCs w:val="28"/>
              </w:rPr>
            </w:pPr>
            <w:r w:rsidRPr="00E91A42">
              <w:rPr>
                <w:i/>
                <w:sz w:val="28"/>
                <w:szCs w:val="28"/>
              </w:rPr>
              <w:t>Mã số do Cơ quan quản lý nhiệm vụ cấp:</w:t>
            </w:r>
          </w:p>
        </w:tc>
        <w:tc>
          <w:tcPr>
            <w:tcW w:w="28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56" w14:textId="77777777" w:rsidR="00463A4F" w:rsidRPr="00E91A42" w:rsidRDefault="00000000">
            <w:pPr>
              <w:spacing w:after="0" w:line="240" w:lineRule="auto"/>
              <w:jc w:val="right"/>
              <w:rPr>
                <w:sz w:val="28"/>
                <w:szCs w:val="28"/>
              </w:rPr>
            </w:pPr>
            <w:r w:rsidRPr="00E91A42">
              <w:rPr>
                <w:sz w:val="28"/>
                <w:szCs w:val="28"/>
              </w:rPr>
              <w:t xml:space="preserve"> </w:t>
            </w:r>
          </w:p>
        </w:tc>
      </w:tr>
    </w:tbl>
    <w:p w14:paraId="4629A558" w14:textId="77777777" w:rsidR="00463A4F" w:rsidRPr="00E91A42" w:rsidRDefault="00000000">
      <w:pPr>
        <w:spacing w:before="240" w:after="120" w:line="240" w:lineRule="auto"/>
        <w:jc w:val="center"/>
        <w:rPr>
          <w:b/>
          <w:sz w:val="28"/>
          <w:szCs w:val="28"/>
        </w:rPr>
      </w:pPr>
      <w:r w:rsidRPr="00E91A42">
        <w:rPr>
          <w:b/>
          <w:sz w:val="28"/>
          <w:szCs w:val="28"/>
        </w:rPr>
        <w:t>MẪU THUYẾT MINH NHIỆM VỤ KHOA HỌC, CÔNG NGHỆ VÀ ĐỔI MỚI SÁNG TẠO TRONG KHUÔN KHỔ HỢP TÁC QUỐC TẾ</w:t>
      </w:r>
    </w:p>
    <w:p w14:paraId="4629A559" w14:textId="77777777" w:rsidR="00463A4F" w:rsidRPr="00E91A42" w:rsidRDefault="00000000">
      <w:pPr>
        <w:spacing w:after="0" w:line="240" w:lineRule="auto"/>
        <w:jc w:val="center"/>
        <w:rPr>
          <w:i/>
          <w:sz w:val="28"/>
          <w:szCs w:val="28"/>
        </w:rPr>
      </w:pPr>
      <w:r w:rsidRPr="00E91A42">
        <w:rPr>
          <w:i/>
          <w:sz w:val="28"/>
          <w:szCs w:val="28"/>
        </w:rPr>
        <w:t>(Áp dụng với Nhóm nghiên cứu phía Việt Nam)</w:t>
      </w:r>
      <w:r w:rsidRPr="00E91A42">
        <w:rPr>
          <w:i/>
          <w:sz w:val="28"/>
          <w:szCs w:val="28"/>
        </w:rPr>
        <w:br/>
      </w:r>
      <w:r w:rsidRPr="00E91A42">
        <w:rPr>
          <w:i/>
          <w:sz w:val="28"/>
          <w:szCs w:val="28"/>
        </w:rPr>
        <w:br/>
      </w:r>
    </w:p>
    <w:p w14:paraId="4629A55A" w14:textId="77777777" w:rsidR="00463A4F" w:rsidRPr="00E91A42" w:rsidRDefault="00000000">
      <w:pPr>
        <w:spacing w:after="0" w:line="240" w:lineRule="auto"/>
        <w:jc w:val="both"/>
        <w:rPr>
          <w:b/>
          <w:sz w:val="28"/>
          <w:szCs w:val="28"/>
        </w:rPr>
      </w:pPr>
      <w:r w:rsidRPr="00E91A42">
        <w:rPr>
          <w:b/>
          <w:sz w:val="28"/>
          <w:szCs w:val="28"/>
        </w:rPr>
        <w:t>I. THÔNG TIN CHUNG</w:t>
      </w:r>
    </w:p>
    <w:p w14:paraId="4629A55B" w14:textId="77777777" w:rsidR="00463A4F" w:rsidRPr="00E91A42" w:rsidRDefault="00000000">
      <w:pPr>
        <w:spacing w:after="0" w:line="240" w:lineRule="auto"/>
        <w:jc w:val="both"/>
        <w:rPr>
          <w:sz w:val="28"/>
          <w:szCs w:val="28"/>
        </w:rPr>
      </w:pPr>
      <w:r w:rsidRPr="00E91A42">
        <w:rPr>
          <w:sz w:val="28"/>
          <w:szCs w:val="28"/>
        </w:rPr>
        <w:t>1. Tên nhiệm vụ:</w:t>
      </w:r>
    </w:p>
    <w:p w14:paraId="4629A55C" w14:textId="77777777" w:rsidR="00463A4F" w:rsidRPr="00E91A42" w:rsidRDefault="00000000">
      <w:pPr>
        <w:spacing w:after="0" w:line="240" w:lineRule="auto"/>
        <w:jc w:val="both"/>
        <w:rPr>
          <w:sz w:val="28"/>
          <w:szCs w:val="28"/>
        </w:rPr>
      </w:pPr>
      <w:r w:rsidRPr="00E91A42">
        <w:rPr>
          <w:sz w:val="28"/>
          <w:szCs w:val="28"/>
        </w:rPr>
        <w:t>Tiếng Việt ................................................................................................................</w:t>
      </w:r>
    </w:p>
    <w:p w14:paraId="4629A55D" w14:textId="77777777" w:rsidR="00463A4F" w:rsidRPr="00E91A42" w:rsidRDefault="00000000">
      <w:pPr>
        <w:spacing w:after="0" w:line="240" w:lineRule="auto"/>
        <w:jc w:val="both"/>
        <w:rPr>
          <w:sz w:val="28"/>
          <w:szCs w:val="28"/>
        </w:rPr>
      </w:pPr>
      <w:r w:rsidRPr="00E91A42">
        <w:rPr>
          <w:sz w:val="28"/>
          <w:szCs w:val="28"/>
        </w:rPr>
        <w:t>Tiếng Anh ................................................................................................................</w:t>
      </w:r>
    </w:p>
    <w:p w14:paraId="4629A55E" w14:textId="77777777" w:rsidR="00463A4F" w:rsidRPr="00E91A42" w:rsidRDefault="00000000">
      <w:pPr>
        <w:spacing w:after="0" w:line="240" w:lineRule="auto"/>
        <w:jc w:val="both"/>
        <w:rPr>
          <w:sz w:val="28"/>
          <w:szCs w:val="28"/>
        </w:rPr>
      </w:pPr>
      <w:r w:rsidRPr="00E91A42">
        <w:rPr>
          <w:sz w:val="28"/>
          <w:szCs w:val="28"/>
        </w:rPr>
        <w:t>2. Thuộc chương trình hợp tác quốc tế: Ghi mã số chương trình ….</w:t>
      </w:r>
    </w:p>
    <w:p w14:paraId="4629A55F" w14:textId="77777777" w:rsidR="00463A4F" w:rsidRPr="00E91A42" w:rsidRDefault="00000000">
      <w:pPr>
        <w:spacing w:after="0" w:line="240" w:lineRule="auto"/>
        <w:jc w:val="both"/>
        <w:rPr>
          <w:sz w:val="28"/>
          <w:szCs w:val="28"/>
        </w:rPr>
      </w:pPr>
      <w:r w:rsidRPr="00E91A42">
        <w:rPr>
          <w:sz w:val="28"/>
          <w:szCs w:val="28"/>
        </w:rPr>
        <w:t>3. Lĩnh vực KH&amp;CN: ...................................................................................................</w:t>
      </w:r>
    </w:p>
    <w:p w14:paraId="4629A560" w14:textId="77777777" w:rsidR="00463A4F" w:rsidRPr="00E91A42" w:rsidRDefault="00000000">
      <w:pPr>
        <w:spacing w:after="0" w:line="240" w:lineRule="auto"/>
        <w:jc w:val="both"/>
        <w:rPr>
          <w:sz w:val="28"/>
          <w:szCs w:val="28"/>
        </w:rPr>
      </w:pPr>
      <w:r w:rsidRPr="00E91A42">
        <w:rPr>
          <w:sz w:val="28"/>
          <w:szCs w:val="28"/>
        </w:rPr>
        <w:t>4. Thời gian thực hiện: .......... tháng (từ …/… đến …/…)</w:t>
      </w:r>
    </w:p>
    <w:p w14:paraId="4629A561" w14:textId="77777777" w:rsidR="00463A4F" w:rsidRPr="00E91A42" w:rsidRDefault="00000000">
      <w:pPr>
        <w:spacing w:after="0" w:line="240" w:lineRule="auto"/>
        <w:jc w:val="both"/>
        <w:rPr>
          <w:sz w:val="28"/>
          <w:szCs w:val="28"/>
        </w:rPr>
      </w:pPr>
      <w:r w:rsidRPr="00E91A42">
        <w:rPr>
          <w:sz w:val="28"/>
          <w:szCs w:val="28"/>
        </w:rPr>
        <w:t>5. Tổ chức chủ trì và Chủ nhiệm nhiệm vụ:</w:t>
      </w:r>
    </w:p>
    <w:p w14:paraId="4629A562" w14:textId="77777777" w:rsidR="00463A4F" w:rsidRPr="00E91A42" w:rsidRDefault="00463A4F">
      <w:pPr>
        <w:spacing w:after="0" w:line="240" w:lineRule="auto"/>
        <w:jc w:val="both"/>
        <w:rPr>
          <w:sz w:val="28"/>
          <w:szCs w:val="28"/>
        </w:rPr>
      </w:pPr>
    </w:p>
    <w:tbl>
      <w:tblPr>
        <w:tblStyle w:val="a8"/>
        <w:tblW w:w="8640" w:type="dxa"/>
        <w:tblBorders>
          <w:top w:val="nil"/>
          <w:left w:val="nil"/>
          <w:bottom w:val="nil"/>
          <w:right w:val="nil"/>
          <w:insideH w:val="nil"/>
          <w:insideV w:val="nil"/>
        </w:tblBorders>
        <w:tblLayout w:type="fixed"/>
        <w:tblLook w:val="0600" w:firstRow="0" w:lastRow="0" w:firstColumn="0" w:lastColumn="0" w:noHBand="1" w:noVBand="1"/>
      </w:tblPr>
      <w:tblGrid>
        <w:gridCol w:w="2708"/>
        <w:gridCol w:w="2308"/>
        <w:gridCol w:w="1760"/>
        <w:gridCol w:w="1864"/>
      </w:tblGrid>
      <w:tr w:rsidR="00463A4F" w:rsidRPr="00E91A42" w14:paraId="4629A567" w14:textId="77777777">
        <w:trPr>
          <w:trHeight w:val="315"/>
        </w:trPr>
        <w:tc>
          <w:tcPr>
            <w:tcW w:w="27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63" w14:textId="77777777" w:rsidR="00463A4F" w:rsidRPr="00E91A42" w:rsidRDefault="00000000">
            <w:pPr>
              <w:spacing w:after="0" w:line="240" w:lineRule="auto"/>
              <w:jc w:val="center"/>
              <w:rPr>
                <w:b/>
                <w:sz w:val="28"/>
                <w:szCs w:val="28"/>
              </w:rPr>
            </w:pPr>
            <w:r w:rsidRPr="00E91A42">
              <w:rPr>
                <w:b/>
                <w:sz w:val="28"/>
                <w:szCs w:val="28"/>
              </w:rPr>
              <w:t xml:space="preserve"> </w:t>
            </w:r>
          </w:p>
        </w:tc>
        <w:tc>
          <w:tcPr>
            <w:tcW w:w="23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64" w14:textId="77777777" w:rsidR="00463A4F" w:rsidRPr="00E91A42" w:rsidRDefault="00000000">
            <w:pPr>
              <w:spacing w:after="0" w:line="240" w:lineRule="auto"/>
              <w:jc w:val="center"/>
              <w:rPr>
                <w:b/>
                <w:sz w:val="28"/>
                <w:szCs w:val="28"/>
              </w:rPr>
            </w:pPr>
            <w:r w:rsidRPr="00E91A42">
              <w:rPr>
                <w:b/>
                <w:sz w:val="28"/>
                <w:szCs w:val="28"/>
              </w:rPr>
              <w:t>VIỆT NAM</w:t>
            </w:r>
          </w:p>
        </w:tc>
        <w:tc>
          <w:tcPr>
            <w:tcW w:w="17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65" w14:textId="77777777" w:rsidR="00463A4F" w:rsidRPr="00E91A42" w:rsidRDefault="00000000">
            <w:pPr>
              <w:spacing w:after="0" w:line="240" w:lineRule="auto"/>
              <w:jc w:val="center"/>
              <w:rPr>
                <w:b/>
                <w:sz w:val="28"/>
                <w:szCs w:val="28"/>
              </w:rPr>
            </w:pPr>
            <w:r w:rsidRPr="00E91A42">
              <w:rPr>
                <w:b/>
                <w:sz w:val="28"/>
                <w:szCs w:val="28"/>
              </w:rPr>
              <w:t>QUỐC GIA 1</w:t>
            </w:r>
          </w:p>
        </w:tc>
        <w:tc>
          <w:tcPr>
            <w:tcW w:w="186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66" w14:textId="77777777" w:rsidR="00463A4F" w:rsidRPr="00E91A42" w:rsidRDefault="00000000">
            <w:pPr>
              <w:spacing w:after="0" w:line="240" w:lineRule="auto"/>
              <w:jc w:val="center"/>
              <w:rPr>
                <w:b/>
                <w:sz w:val="28"/>
                <w:szCs w:val="28"/>
              </w:rPr>
            </w:pPr>
            <w:r w:rsidRPr="00E91A42">
              <w:rPr>
                <w:b/>
                <w:sz w:val="28"/>
                <w:szCs w:val="28"/>
              </w:rPr>
              <w:t>QUỐC GIA 2</w:t>
            </w:r>
          </w:p>
        </w:tc>
      </w:tr>
      <w:tr w:rsidR="00463A4F" w:rsidRPr="00E91A42" w14:paraId="4629A56C"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68" w14:textId="77777777" w:rsidR="00463A4F" w:rsidRPr="00E91A42" w:rsidRDefault="00000000">
            <w:pPr>
              <w:spacing w:after="0" w:line="240" w:lineRule="auto"/>
              <w:jc w:val="both"/>
              <w:rPr>
                <w:sz w:val="28"/>
                <w:szCs w:val="28"/>
              </w:rPr>
            </w:pPr>
            <w:r w:rsidRPr="00E91A42">
              <w:rPr>
                <w:sz w:val="28"/>
                <w:szCs w:val="28"/>
              </w:rPr>
              <w:t>Tên Tổ chức chủ trì</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69"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6A" w14:textId="77777777" w:rsidR="00463A4F" w:rsidRPr="00E91A42" w:rsidRDefault="00000000">
            <w:pPr>
              <w:spacing w:after="0" w:line="240" w:lineRule="auto"/>
              <w:jc w:val="center"/>
              <w:rPr>
                <w:b/>
                <w:i/>
                <w:sz w:val="28"/>
                <w:szCs w:val="28"/>
              </w:rPr>
            </w:pPr>
            <w:r w:rsidRPr="00E91A42">
              <w:rPr>
                <w:b/>
                <w:i/>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6B" w14:textId="77777777" w:rsidR="00463A4F" w:rsidRPr="00E91A42" w:rsidRDefault="00000000">
            <w:pPr>
              <w:spacing w:after="0" w:line="240" w:lineRule="auto"/>
              <w:jc w:val="center"/>
              <w:rPr>
                <w:b/>
                <w:i/>
                <w:sz w:val="28"/>
                <w:szCs w:val="28"/>
              </w:rPr>
            </w:pPr>
            <w:r w:rsidRPr="00E91A42">
              <w:rPr>
                <w:b/>
                <w:i/>
                <w:sz w:val="28"/>
                <w:szCs w:val="28"/>
              </w:rPr>
              <w:t xml:space="preserve"> </w:t>
            </w:r>
          </w:p>
        </w:tc>
      </w:tr>
      <w:tr w:rsidR="00463A4F" w:rsidRPr="00E91A42" w14:paraId="4629A571" w14:textId="77777777">
        <w:trPr>
          <w:trHeight w:val="28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6D" w14:textId="77777777" w:rsidR="00463A4F" w:rsidRPr="00E91A42" w:rsidRDefault="00000000">
            <w:pPr>
              <w:spacing w:after="0" w:line="240" w:lineRule="auto"/>
              <w:jc w:val="both"/>
              <w:rPr>
                <w:sz w:val="28"/>
                <w:szCs w:val="28"/>
              </w:rPr>
            </w:pPr>
            <w:r w:rsidRPr="00E91A42">
              <w:rPr>
                <w:sz w:val="28"/>
                <w:szCs w:val="28"/>
              </w:rPr>
              <w:t>Tên Chủ nhiệm đề tài</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6E" w14:textId="77777777" w:rsidR="00463A4F" w:rsidRPr="00E91A42" w:rsidRDefault="00000000">
            <w:pPr>
              <w:spacing w:after="0" w:line="240" w:lineRule="auto"/>
              <w:jc w:val="center"/>
              <w:rPr>
                <w:sz w:val="28"/>
                <w:szCs w:val="28"/>
              </w:rPr>
            </w:pPr>
            <w:r w:rsidRPr="00E91A42">
              <w:rPr>
                <w:sz w:val="28"/>
                <w:szCs w:val="28"/>
              </w:rPr>
              <w:t xml:space="preserve"> </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6F"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70" w14:textId="77777777" w:rsidR="00463A4F" w:rsidRPr="00E91A42" w:rsidRDefault="00000000">
            <w:pPr>
              <w:spacing w:after="0" w:line="240" w:lineRule="auto"/>
              <w:jc w:val="center"/>
              <w:rPr>
                <w:sz w:val="28"/>
                <w:szCs w:val="28"/>
              </w:rPr>
            </w:pPr>
            <w:r w:rsidRPr="00E91A42">
              <w:rPr>
                <w:sz w:val="28"/>
                <w:szCs w:val="28"/>
              </w:rPr>
              <w:t xml:space="preserve"> </w:t>
            </w:r>
          </w:p>
        </w:tc>
      </w:tr>
      <w:tr w:rsidR="00463A4F" w:rsidRPr="00E91A42" w14:paraId="4629A576" w14:textId="77777777">
        <w:trPr>
          <w:trHeight w:val="555"/>
        </w:trPr>
        <w:tc>
          <w:tcPr>
            <w:tcW w:w="2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72" w14:textId="77777777" w:rsidR="00463A4F" w:rsidRPr="00E91A42" w:rsidRDefault="00000000">
            <w:pPr>
              <w:spacing w:after="0" w:line="240" w:lineRule="auto"/>
              <w:jc w:val="both"/>
              <w:rPr>
                <w:sz w:val="28"/>
                <w:szCs w:val="28"/>
              </w:rPr>
            </w:pPr>
            <w:r w:rsidRPr="00E91A42">
              <w:rPr>
                <w:sz w:val="28"/>
                <w:szCs w:val="28"/>
              </w:rPr>
              <w:t>Tên Tổ chức tài trợ cấp Kinh phi</w:t>
            </w:r>
          </w:p>
        </w:tc>
        <w:tc>
          <w:tcPr>
            <w:tcW w:w="2307" w:type="dxa"/>
            <w:tcBorders>
              <w:top w:val="nil"/>
              <w:left w:val="nil"/>
              <w:bottom w:val="single" w:sz="6" w:space="0" w:color="000000"/>
              <w:right w:val="single" w:sz="6" w:space="0" w:color="000000"/>
            </w:tcBorders>
            <w:tcMar>
              <w:top w:w="0" w:type="dxa"/>
              <w:left w:w="100" w:type="dxa"/>
              <w:bottom w:w="0" w:type="dxa"/>
              <w:right w:w="100" w:type="dxa"/>
            </w:tcMar>
          </w:tcPr>
          <w:p w14:paraId="4629A573" w14:textId="77777777" w:rsidR="00463A4F" w:rsidRPr="00E91A42" w:rsidRDefault="00000000">
            <w:pPr>
              <w:spacing w:after="0" w:line="240" w:lineRule="auto"/>
              <w:jc w:val="center"/>
              <w:rPr>
                <w:sz w:val="28"/>
                <w:szCs w:val="28"/>
              </w:rPr>
            </w:pPr>
            <w:r w:rsidRPr="00E91A42">
              <w:rPr>
                <w:sz w:val="28"/>
                <w:szCs w:val="28"/>
              </w:rPr>
              <w:t>NAFOSTED</w:t>
            </w:r>
          </w:p>
        </w:tc>
        <w:tc>
          <w:tcPr>
            <w:tcW w:w="1760" w:type="dxa"/>
            <w:tcBorders>
              <w:top w:val="nil"/>
              <w:left w:val="nil"/>
              <w:bottom w:val="single" w:sz="6" w:space="0" w:color="000000"/>
              <w:right w:val="single" w:sz="6" w:space="0" w:color="000000"/>
            </w:tcBorders>
            <w:tcMar>
              <w:top w:w="0" w:type="dxa"/>
              <w:left w:w="100" w:type="dxa"/>
              <w:bottom w:w="0" w:type="dxa"/>
              <w:right w:w="100" w:type="dxa"/>
            </w:tcMar>
          </w:tcPr>
          <w:p w14:paraId="4629A574" w14:textId="77777777" w:rsidR="00463A4F" w:rsidRPr="00E91A42" w:rsidRDefault="00000000">
            <w:pPr>
              <w:spacing w:after="0" w:line="240" w:lineRule="auto"/>
              <w:jc w:val="center"/>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75" w14:textId="77777777" w:rsidR="00463A4F" w:rsidRPr="00E91A42" w:rsidRDefault="00000000">
            <w:pPr>
              <w:spacing w:after="0" w:line="240" w:lineRule="auto"/>
              <w:jc w:val="center"/>
              <w:rPr>
                <w:sz w:val="28"/>
                <w:szCs w:val="28"/>
              </w:rPr>
            </w:pPr>
            <w:r w:rsidRPr="00E91A42">
              <w:rPr>
                <w:sz w:val="28"/>
                <w:szCs w:val="28"/>
              </w:rPr>
              <w:t xml:space="preserve"> </w:t>
            </w:r>
          </w:p>
        </w:tc>
      </w:tr>
    </w:tbl>
    <w:p w14:paraId="4629A577" w14:textId="77777777" w:rsidR="00463A4F" w:rsidRPr="00E91A42" w:rsidRDefault="00000000">
      <w:pPr>
        <w:spacing w:after="0" w:line="240" w:lineRule="auto"/>
        <w:jc w:val="both"/>
        <w:rPr>
          <w:sz w:val="28"/>
          <w:szCs w:val="28"/>
        </w:rPr>
      </w:pPr>
      <w:r w:rsidRPr="00E91A42">
        <w:rPr>
          <w:sz w:val="28"/>
          <w:szCs w:val="28"/>
        </w:rPr>
        <w:t xml:space="preserve"> </w:t>
      </w:r>
    </w:p>
    <w:p w14:paraId="4629A578" w14:textId="77777777" w:rsidR="00463A4F" w:rsidRPr="00E91A42" w:rsidRDefault="00000000">
      <w:pPr>
        <w:spacing w:after="0" w:line="240" w:lineRule="auto"/>
        <w:jc w:val="both"/>
        <w:rPr>
          <w:b/>
          <w:sz w:val="28"/>
          <w:szCs w:val="28"/>
        </w:rPr>
      </w:pPr>
      <w:r w:rsidRPr="00E91A42">
        <w:rPr>
          <w:b/>
          <w:sz w:val="28"/>
          <w:szCs w:val="28"/>
        </w:rPr>
        <w:t>II. LUẬN GIẢI TÍNH CẤP THIẾT CỦA NHIỆM VỤ</w:t>
      </w:r>
    </w:p>
    <w:p w14:paraId="4629A579" w14:textId="77777777" w:rsidR="00463A4F" w:rsidRPr="00E91A42" w:rsidRDefault="00000000">
      <w:pPr>
        <w:spacing w:after="0" w:line="240" w:lineRule="auto"/>
        <w:jc w:val="both"/>
        <w:rPr>
          <w:sz w:val="28"/>
          <w:szCs w:val="28"/>
        </w:rPr>
      </w:pPr>
      <w:r w:rsidRPr="00E91A42">
        <w:rPr>
          <w:sz w:val="28"/>
          <w:szCs w:val="28"/>
        </w:rPr>
        <w:t>1. Bối cảnh, nghiên cứu liên quan trong và ngoài nước.</w:t>
      </w:r>
      <w:r w:rsidRPr="00E91A42">
        <w:rPr>
          <w:sz w:val="28"/>
          <w:szCs w:val="28"/>
        </w:rPr>
        <w:br/>
        <w:t xml:space="preserve"> 2. Khoảng trống khoa học hoặc công nghệ cần giải quyết.</w:t>
      </w:r>
      <w:r w:rsidRPr="00E91A42">
        <w:rPr>
          <w:sz w:val="28"/>
          <w:szCs w:val="28"/>
        </w:rPr>
        <w:br/>
        <w:t xml:space="preserve"> 3. Ý nghĩa, cấp bách, tác động.</w:t>
      </w:r>
      <w:r w:rsidRPr="00E91A42">
        <w:rPr>
          <w:sz w:val="28"/>
          <w:szCs w:val="28"/>
        </w:rPr>
        <w:br/>
        <w:t xml:space="preserve"> 4. Phù hợp với định hướng quốc gia, ngành hoặc địa phương.</w:t>
      </w:r>
    </w:p>
    <w:p w14:paraId="4629A57A" w14:textId="77777777" w:rsidR="00463A4F" w:rsidRPr="00E91A42" w:rsidRDefault="00000000">
      <w:pPr>
        <w:spacing w:after="0" w:line="240" w:lineRule="auto"/>
        <w:jc w:val="both"/>
        <w:rPr>
          <w:i/>
          <w:sz w:val="28"/>
          <w:szCs w:val="28"/>
        </w:rPr>
      </w:pPr>
      <w:r w:rsidRPr="00E91A42">
        <w:rPr>
          <w:sz w:val="28"/>
          <w:szCs w:val="28"/>
        </w:rPr>
        <w:t>(</w:t>
      </w:r>
      <w:r w:rsidRPr="00E91A42">
        <w:rPr>
          <w:i/>
          <w:sz w:val="28"/>
          <w:szCs w:val="28"/>
        </w:rPr>
        <w:t>Ghi chú: Đối với mỗi loại hình nhiệm vụ cần được phân tích kỹ theo yêu cầu của nghị định 267…)</w:t>
      </w:r>
    </w:p>
    <w:p w14:paraId="4629A57B" w14:textId="77777777" w:rsidR="00463A4F" w:rsidRPr="00E91A42" w:rsidRDefault="00000000">
      <w:pPr>
        <w:spacing w:after="0" w:line="240" w:lineRule="auto"/>
        <w:jc w:val="both"/>
        <w:rPr>
          <w:b/>
          <w:sz w:val="28"/>
          <w:szCs w:val="28"/>
        </w:rPr>
      </w:pPr>
      <w:r w:rsidRPr="00E91A42">
        <w:rPr>
          <w:sz w:val="28"/>
          <w:szCs w:val="28"/>
        </w:rPr>
        <w:t>5. Cần thiết sự hợp tác quốc tế</w:t>
      </w:r>
      <w:r w:rsidRPr="00E91A42">
        <w:rPr>
          <w:sz w:val="28"/>
          <w:szCs w:val="28"/>
        </w:rPr>
        <w:br/>
        <w:t xml:space="preserve"> </w:t>
      </w:r>
      <w:r w:rsidRPr="00E91A42">
        <w:rPr>
          <w:b/>
          <w:sz w:val="28"/>
          <w:szCs w:val="28"/>
        </w:rPr>
        <w:t>III. MỤC TIÊU NHIỆM VỤ</w:t>
      </w:r>
    </w:p>
    <w:p w14:paraId="4629A57C" w14:textId="77777777" w:rsidR="00463A4F" w:rsidRPr="00E91A42" w:rsidRDefault="00000000">
      <w:pPr>
        <w:spacing w:after="0" w:line="240" w:lineRule="auto"/>
        <w:jc w:val="both"/>
        <w:rPr>
          <w:b/>
          <w:sz w:val="28"/>
          <w:szCs w:val="28"/>
        </w:rPr>
      </w:pPr>
      <w:r w:rsidRPr="00E91A42">
        <w:rPr>
          <w:sz w:val="28"/>
          <w:szCs w:val="28"/>
        </w:rPr>
        <w:lastRenderedPageBreak/>
        <w:t>1. Mục tiêu chung: ......................................................</w:t>
      </w:r>
      <w:r w:rsidRPr="00E91A42">
        <w:rPr>
          <w:sz w:val="28"/>
          <w:szCs w:val="28"/>
        </w:rPr>
        <w:br/>
        <w:t xml:space="preserve"> 2. Mục tiêu cụ thể: ......................................................</w:t>
      </w:r>
      <w:r w:rsidRPr="00E91A42">
        <w:rPr>
          <w:sz w:val="28"/>
          <w:szCs w:val="28"/>
        </w:rPr>
        <w:br/>
      </w:r>
      <w:r w:rsidRPr="00E91A42">
        <w:rPr>
          <w:b/>
          <w:sz w:val="28"/>
          <w:szCs w:val="28"/>
        </w:rPr>
        <w:t xml:space="preserve"> IV. NỘI DUNG VÀ PHƯƠNG PHÁP THỰC HIỆN</w:t>
      </w:r>
    </w:p>
    <w:p w14:paraId="4629A57D" w14:textId="77777777" w:rsidR="00463A4F" w:rsidRPr="00E91A42" w:rsidRDefault="00000000">
      <w:pPr>
        <w:spacing w:after="0" w:line="240" w:lineRule="auto"/>
        <w:jc w:val="both"/>
        <w:rPr>
          <w:b/>
          <w:sz w:val="28"/>
          <w:szCs w:val="28"/>
        </w:rPr>
      </w:pPr>
      <w:r w:rsidRPr="00E91A42">
        <w:rPr>
          <w:sz w:val="28"/>
          <w:szCs w:val="28"/>
        </w:rPr>
        <w:t>1. Các nội dung chính: ......................................................</w:t>
      </w:r>
      <w:r w:rsidRPr="00E91A42">
        <w:rPr>
          <w:sz w:val="28"/>
          <w:szCs w:val="28"/>
        </w:rPr>
        <w:br/>
        <w:t xml:space="preserve"> 2. Phương pháp thực hiện: ......................................................</w:t>
      </w:r>
      <w:r w:rsidRPr="00E91A42">
        <w:rPr>
          <w:sz w:val="28"/>
          <w:szCs w:val="28"/>
        </w:rPr>
        <w:br/>
      </w:r>
      <w:r w:rsidRPr="00E91A42">
        <w:rPr>
          <w:b/>
          <w:sz w:val="28"/>
          <w:szCs w:val="28"/>
        </w:rPr>
        <w:t xml:space="preserve"> V. KẾT QUẢ DỰ KIẾN</w:t>
      </w:r>
    </w:p>
    <w:p w14:paraId="4629A57E" w14:textId="77777777" w:rsidR="00463A4F" w:rsidRPr="00E91A42" w:rsidRDefault="00000000">
      <w:pPr>
        <w:spacing w:after="0" w:line="240" w:lineRule="auto"/>
        <w:jc w:val="both"/>
        <w:rPr>
          <w:sz w:val="28"/>
          <w:szCs w:val="28"/>
        </w:rPr>
      </w:pPr>
      <w:r w:rsidRPr="00E91A42">
        <w:rPr>
          <w:sz w:val="28"/>
          <w:szCs w:val="28"/>
        </w:rPr>
        <w:t>1. Bảng sản phẩm khoa học – công nghệ dự kiến:</w:t>
      </w:r>
    </w:p>
    <w:tbl>
      <w:tblPr>
        <w:tblStyle w:val="a9"/>
        <w:tblW w:w="8640" w:type="dxa"/>
        <w:tblBorders>
          <w:top w:val="nil"/>
          <w:left w:val="nil"/>
          <w:bottom w:val="nil"/>
          <w:right w:val="nil"/>
          <w:insideH w:val="nil"/>
          <w:insideV w:val="nil"/>
        </w:tblBorders>
        <w:tblLayout w:type="fixed"/>
        <w:tblLook w:val="0600" w:firstRow="0" w:lastRow="0" w:firstColumn="0" w:lastColumn="0" w:noHBand="1" w:noVBand="1"/>
      </w:tblPr>
      <w:tblGrid>
        <w:gridCol w:w="814"/>
        <w:gridCol w:w="2405"/>
        <w:gridCol w:w="1516"/>
        <w:gridCol w:w="1865"/>
        <w:gridCol w:w="2040"/>
      </w:tblGrid>
      <w:tr w:rsidR="00463A4F" w:rsidRPr="00E91A42" w14:paraId="4629A584" w14:textId="77777777">
        <w:trPr>
          <w:trHeight w:val="1035"/>
        </w:trPr>
        <w:tc>
          <w:tcPr>
            <w:tcW w:w="8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7F" w14:textId="77777777" w:rsidR="00463A4F" w:rsidRPr="00E91A42" w:rsidRDefault="00000000">
            <w:pPr>
              <w:spacing w:after="0" w:line="240" w:lineRule="auto"/>
              <w:jc w:val="both"/>
              <w:rPr>
                <w:b/>
                <w:sz w:val="28"/>
                <w:szCs w:val="28"/>
              </w:rPr>
            </w:pPr>
            <w:r w:rsidRPr="00E91A42">
              <w:rPr>
                <w:b/>
                <w:sz w:val="28"/>
                <w:szCs w:val="28"/>
              </w:rPr>
              <w:t>STT</w:t>
            </w:r>
          </w:p>
        </w:tc>
        <w:tc>
          <w:tcPr>
            <w:tcW w:w="240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80" w14:textId="77777777" w:rsidR="00463A4F" w:rsidRPr="00E91A42" w:rsidRDefault="00000000">
            <w:pPr>
              <w:spacing w:after="0" w:line="240" w:lineRule="auto"/>
              <w:jc w:val="both"/>
              <w:rPr>
                <w:b/>
                <w:sz w:val="28"/>
                <w:szCs w:val="28"/>
              </w:rPr>
            </w:pPr>
            <w:r w:rsidRPr="00E91A42">
              <w:rPr>
                <w:b/>
                <w:sz w:val="28"/>
                <w:szCs w:val="28"/>
              </w:rPr>
              <w:t>Tên sản phẩm khoa học – công nghệ</w:t>
            </w:r>
          </w:p>
        </w:tc>
        <w:tc>
          <w:tcPr>
            <w:tcW w:w="15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81" w14:textId="77777777" w:rsidR="00463A4F" w:rsidRPr="00E91A42" w:rsidRDefault="00000000">
            <w:pPr>
              <w:spacing w:after="0" w:line="240" w:lineRule="auto"/>
              <w:jc w:val="both"/>
              <w:rPr>
                <w:b/>
                <w:sz w:val="28"/>
                <w:szCs w:val="28"/>
              </w:rPr>
            </w:pPr>
            <w:r w:rsidRPr="00E91A42">
              <w:rPr>
                <w:b/>
                <w:sz w:val="28"/>
                <w:szCs w:val="28"/>
              </w:rPr>
              <w:t>Đơn vị tính</w:t>
            </w:r>
          </w:p>
        </w:tc>
        <w:tc>
          <w:tcPr>
            <w:tcW w:w="186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82" w14:textId="77777777" w:rsidR="00463A4F" w:rsidRPr="00E91A42" w:rsidRDefault="00000000">
            <w:pPr>
              <w:spacing w:after="0" w:line="240" w:lineRule="auto"/>
              <w:jc w:val="both"/>
              <w:rPr>
                <w:b/>
                <w:sz w:val="28"/>
                <w:szCs w:val="28"/>
              </w:rPr>
            </w:pPr>
            <w:r w:rsidRPr="00E91A42">
              <w:rPr>
                <w:b/>
                <w:sz w:val="28"/>
                <w:szCs w:val="28"/>
              </w:rPr>
              <w:t>Số lượng dự kiến</w:t>
            </w:r>
          </w:p>
        </w:tc>
        <w:tc>
          <w:tcPr>
            <w:tcW w:w="203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83" w14:textId="77777777" w:rsidR="00463A4F" w:rsidRPr="00E91A42" w:rsidRDefault="00000000">
            <w:pPr>
              <w:spacing w:after="0" w:line="240" w:lineRule="auto"/>
              <w:jc w:val="both"/>
              <w:rPr>
                <w:b/>
                <w:sz w:val="28"/>
                <w:szCs w:val="28"/>
              </w:rPr>
            </w:pPr>
            <w:r w:rsidRPr="00E91A42">
              <w:rPr>
                <w:b/>
                <w:sz w:val="28"/>
                <w:szCs w:val="28"/>
              </w:rPr>
              <w:t>Yêu cầu kỹ thuật, tiêu chí chất lượng cần đạt</w:t>
            </w:r>
          </w:p>
        </w:tc>
      </w:tr>
      <w:tr w:rsidR="00463A4F" w:rsidRPr="00E91A42" w14:paraId="4629A58A" w14:textId="77777777">
        <w:trPr>
          <w:trHeight w:val="360"/>
        </w:trPr>
        <w:tc>
          <w:tcPr>
            <w:tcW w:w="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85" w14:textId="77777777" w:rsidR="00463A4F" w:rsidRPr="00E91A42" w:rsidRDefault="00000000">
            <w:pPr>
              <w:spacing w:after="0" w:line="240" w:lineRule="auto"/>
              <w:jc w:val="both"/>
              <w:rPr>
                <w:sz w:val="28"/>
                <w:szCs w:val="28"/>
              </w:rPr>
            </w:pPr>
            <w:r w:rsidRPr="00E91A42">
              <w:rPr>
                <w:sz w:val="28"/>
                <w:szCs w:val="28"/>
              </w:rPr>
              <w:t>1</w:t>
            </w:r>
          </w:p>
        </w:tc>
        <w:tc>
          <w:tcPr>
            <w:tcW w:w="2404" w:type="dxa"/>
            <w:tcBorders>
              <w:top w:val="nil"/>
              <w:left w:val="nil"/>
              <w:bottom w:val="single" w:sz="6" w:space="0" w:color="000000"/>
              <w:right w:val="single" w:sz="6" w:space="0" w:color="000000"/>
            </w:tcBorders>
            <w:tcMar>
              <w:top w:w="0" w:type="dxa"/>
              <w:left w:w="100" w:type="dxa"/>
              <w:bottom w:w="0" w:type="dxa"/>
              <w:right w:w="100" w:type="dxa"/>
            </w:tcMar>
          </w:tcPr>
          <w:p w14:paraId="4629A586" w14:textId="77777777" w:rsidR="00463A4F" w:rsidRPr="00E91A42" w:rsidRDefault="00000000">
            <w:pPr>
              <w:spacing w:after="0" w:line="240" w:lineRule="auto"/>
              <w:jc w:val="both"/>
              <w:rPr>
                <w:sz w:val="28"/>
                <w:szCs w:val="28"/>
              </w:rPr>
            </w:pPr>
            <w:r w:rsidRPr="00E91A42">
              <w:rPr>
                <w:sz w:val="28"/>
                <w:szCs w:val="28"/>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4629A587" w14:textId="77777777" w:rsidR="00463A4F" w:rsidRPr="00E91A42" w:rsidRDefault="00000000">
            <w:pPr>
              <w:spacing w:after="0" w:line="240" w:lineRule="auto"/>
              <w:jc w:val="both"/>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88" w14:textId="77777777" w:rsidR="00463A4F" w:rsidRPr="00E91A42" w:rsidRDefault="00000000">
            <w:pPr>
              <w:spacing w:after="0" w:line="240" w:lineRule="auto"/>
              <w:jc w:val="both"/>
              <w:rPr>
                <w:sz w:val="28"/>
                <w:szCs w:val="28"/>
              </w:rPr>
            </w:pPr>
            <w:r w:rsidRPr="00E91A42">
              <w:rPr>
                <w:sz w:val="28"/>
                <w:szCs w:val="28"/>
              </w:rPr>
              <w:t xml:space="preserve"> </w:t>
            </w:r>
          </w:p>
        </w:tc>
        <w:tc>
          <w:tcPr>
            <w:tcW w:w="2039" w:type="dxa"/>
            <w:tcBorders>
              <w:top w:val="nil"/>
              <w:left w:val="nil"/>
              <w:bottom w:val="single" w:sz="6" w:space="0" w:color="000000"/>
              <w:right w:val="single" w:sz="6" w:space="0" w:color="000000"/>
            </w:tcBorders>
            <w:tcMar>
              <w:top w:w="0" w:type="dxa"/>
              <w:left w:w="100" w:type="dxa"/>
              <w:bottom w:w="0" w:type="dxa"/>
              <w:right w:w="100" w:type="dxa"/>
            </w:tcMar>
          </w:tcPr>
          <w:p w14:paraId="4629A589"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90" w14:textId="77777777">
        <w:trPr>
          <w:trHeight w:val="360"/>
        </w:trPr>
        <w:tc>
          <w:tcPr>
            <w:tcW w:w="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8B" w14:textId="77777777" w:rsidR="00463A4F" w:rsidRPr="00E91A42" w:rsidRDefault="00000000">
            <w:pPr>
              <w:spacing w:after="0" w:line="240" w:lineRule="auto"/>
              <w:jc w:val="both"/>
              <w:rPr>
                <w:sz w:val="28"/>
                <w:szCs w:val="28"/>
              </w:rPr>
            </w:pPr>
            <w:r w:rsidRPr="00E91A42">
              <w:rPr>
                <w:sz w:val="28"/>
                <w:szCs w:val="28"/>
              </w:rPr>
              <w:t>2</w:t>
            </w:r>
          </w:p>
        </w:tc>
        <w:tc>
          <w:tcPr>
            <w:tcW w:w="2404" w:type="dxa"/>
            <w:tcBorders>
              <w:top w:val="nil"/>
              <w:left w:val="nil"/>
              <w:bottom w:val="single" w:sz="6" w:space="0" w:color="000000"/>
              <w:right w:val="single" w:sz="6" w:space="0" w:color="000000"/>
            </w:tcBorders>
            <w:tcMar>
              <w:top w:w="0" w:type="dxa"/>
              <w:left w:w="100" w:type="dxa"/>
              <w:bottom w:w="0" w:type="dxa"/>
              <w:right w:w="100" w:type="dxa"/>
            </w:tcMar>
          </w:tcPr>
          <w:p w14:paraId="4629A58C" w14:textId="77777777" w:rsidR="00463A4F" w:rsidRPr="00E91A42" w:rsidRDefault="00000000">
            <w:pPr>
              <w:spacing w:after="0" w:line="240" w:lineRule="auto"/>
              <w:jc w:val="both"/>
              <w:rPr>
                <w:sz w:val="28"/>
                <w:szCs w:val="28"/>
              </w:rPr>
            </w:pPr>
            <w:r w:rsidRPr="00E91A42">
              <w:rPr>
                <w:sz w:val="28"/>
                <w:szCs w:val="28"/>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4629A58D" w14:textId="77777777" w:rsidR="00463A4F" w:rsidRPr="00E91A42" w:rsidRDefault="00000000">
            <w:pPr>
              <w:spacing w:after="0" w:line="240" w:lineRule="auto"/>
              <w:jc w:val="both"/>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8E" w14:textId="77777777" w:rsidR="00463A4F" w:rsidRPr="00E91A42" w:rsidRDefault="00000000">
            <w:pPr>
              <w:spacing w:after="0" w:line="240" w:lineRule="auto"/>
              <w:jc w:val="both"/>
              <w:rPr>
                <w:sz w:val="28"/>
                <w:szCs w:val="28"/>
              </w:rPr>
            </w:pPr>
            <w:r w:rsidRPr="00E91A42">
              <w:rPr>
                <w:sz w:val="28"/>
                <w:szCs w:val="28"/>
              </w:rPr>
              <w:t xml:space="preserve"> </w:t>
            </w:r>
          </w:p>
        </w:tc>
        <w:tc>
          <w:tcPr>
            <w:tcW w:w="2039" w:type="dxa"/>
            <w:tcBorders>
              <w:top w:val="nil"/>
              <w:left w:val="nil"/>
              <w:bottom w:val="single" w:sz="6" w:space="0" w:color="000000"/>
              <w:right w:val="single" w:sz="6" w:space="0" w:color="000000"/>
            </w:tcBorders>
            <w:tcMar>
              <w:top w:w="0" w:type="dxa"/>
              <w:left w:w="100" w:type="dxa"/>
              <w:bottom w:w="0" w:type="dxa"/>
              <w:right w:w="100" w:type="dxa"/>
            </w:tcMar>
          </w:tcPr>
          <w:p w14:paraId="4629A58F"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96" w14:textId="77777777">
        <w:trPr>
          <w:trHeight w:val="360"/>
        </w:trPr>
        <w:tc>
          <w:tcPr>
            <w:tcW w:w="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91" w14:textId="77777777" w:rsidR="00463A4F" w:rsidRPr="00E91A42" w:rsidRDefault="00000000">
            <w:pPr>
              <w:spacing w:after="0" w:line="240" w:lineRule="auto"/>
              <w:jc w:val="both"/>
              <w:rPr>
                <w:sz w:val="28"/>
                <w:szCs w:val="28"/>
              </w:rPr>
            </w:pPr>
            <w:r w:rsidRPr="00E91A42">
              <w:rPr>
                <w:sz w:val="28"/>
                <w:szCs w:val="28"/>
              </w:rPr>
              <w:t>…</w:t>
            </w:r>
          </w:p>
        </w:tc>
        <w:tc>
          <w:tcPr>
            <w:tcW w:w="2404" w:type="dxa"/>
            <w:tcBorders>
              <w:top w:val="nil"/>
              <w:left w:val="nil"/>
              <w:bottom w:val="single" w:sz="6" w:space="0" w:color="000000"/>
              <w:right w:val="single" w:sz="6" w:space="0" w:color="000000"/>
            </w:tcBorders>
            <w:tcMar>
              <w:top w:w="0" w:type="dxa"/>
              <w:left w:w="100" w:type="dxa"/>
              <w:bottom w:w="0" w:type="dxa"/>
              <w:right w:w="100" w:type="dxa"/>
            </w:tcMar>
          </w:tcPr>
          <w:p w14:paraId="4629A592" w14:textId="77777777" w:rsidR="00463A4F" w:rsidRPr="00E91A42" w:rsidRDefault="00000000">
            <w:pPr>
              <w:spacing w:after="0" w:line="240" w:lineRule="auto"/>
              <w:jc w:val="both"/>
              <w:rPr>
                <w:sz w:val="28"/>
                <w:szCs w:val="28"/>
              </w:rPr>
            </w:pPr>
            <w:r w:rsidRPr="00E91A42">
              <w:rPr>
                <w:sz w:val="28"/>
                <w:szCs w:val="28"/>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4629A593" w14:textId="77777777" w:rsidR="00463A4F" w:rsidRPr="00E91A42" w:rsidRDefault="00000000">
            <w:pPr>
              <w:spacing w:after="0" w:line="240" w:lineRule="auto"/>
              <w:jc w:val="both"/>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94" w14:textId="77777777" w:rsidR="00463A4F" w:rsidRPr="00E91A42" w:rsidRDefault="00000000">
            <w:pPr>
              <w:spacing w:after="0" w:line="240" w:lineRule="auto"/>
              <w:jc w:val="both"/>
              <w:rPr>
                <w:sz w:val="28"/>
                <w:szCs w:val="28"/>
              </w:rPr>
            </w:pPr>
            <w:r w:rsidRPr="00E91A42">
              <w:rPr>
                <w:sz w:val="28"/>
                <w:szCs w:val="28"/>
              </w:rPr>
              <w:t xml:space="preserve"> </w:t>
            </w:r>
          </w:p>
        </w:tc>
        <w:tc>
          <w:tcPr>
            <w:tcW w:w="2039" w:type="dxa"/>
            <w:tcBorders>
              <w:top w:val="nil"/>
              <w:left w:val="nil"/>
              <w:bottom w:val="single" w:sz="6" w:space="0" w:color="000000"/>
              <w:right w:val="single" w:sz="6" w:space="0" w:color="000000"/>
            </w:tcBorders>
            <w:tcMar>
              <w:top w:w="0" w:type="dxa"/>
              <w:left w:w="100" w:type="dxa"/>
              <w:bottom w:w="0" w:type="dxa"/>
              <w:right w:w="100" w:type="dxa"/>
            </w:tcMar>
          </w:tcPr>
          <w:p w14:paraId="4629A595"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9C" w14:textId="77777777">
        <w:trPr>
          <w:trHeight w:val="360"/>
        </w:trPr>
        <w:tc>
          <w:tcPr>
            <w:tcW w:w="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97" w14:textId="77777777" w:rsidR="00463A4F" w:rsidRPr="00E91A42" w:rsidRDefault="00000000">
            <w:pPr>
              <w:spacing w:after="0" w:line="240" w:lineRule="auto"/>
              <w:jc w:val="both"/>
              <w:rPr>
                <w:sz w:val="28"/>
                <w:szCs w:val="28"/>
              </w:rPr>
            </w:pPr>
            <w:r w:rsidRPr="00E91A42">
              <w:rPr>
                <w:sz w:val="28"/>
                <w:szCs w:val="28"/>
              </w:rPr>
              <w:t>n</w:t>
            </w:r>
          </w:p>
        </w:tc>
        <w:tc>
          <w:tcPr>
            <w:tcW w:w="2404" w:type="dxa"/>
            <w:tcBorders>
              <w:top w:val="nil"/>
              <w:left w:val="nil"/>
              <w:bottom w:val="single" w:sz="6" w:space="0" w:color="000000"/>
              <w:right w:val="single" w:sz="6" w:space="0" w:color="000000"/>
            </w:tcBorders>
            <w:tcMar>
              <w:top w:w="0" w:type="dxa"/>
              <w:left w:w="100" w:type="dxa"/>
              <w:bottom w:w="0" w:type="dxa"/>
              <w:right w:w="100" w:type="dxa"/>
            </w:tcMar>
          </w:tcPr>
          <w:p w14:paraId="4629A598" w14:textId="77777777" w:rsidR="00463A4F" w:rsidRPr="00E91A42" w:rsidRDefault="00000000">
            <w:pPr>
              <w:spacing w:after="0" w:line="240" w:lineRule="auto"/>
              <w:jc w:val="both"/>
              <w:rPr>
                <w:sz w:val="28"/>
                <w:szCs w:val="28"/>
              </w:rPr>
            </w:pPr>
            <w:r w:rsidRPr="00E91A42">
              <w:rPr>
                <w:sz w:val="28"/>
                <w:szCs w:val="28"/>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4629A599" w14:textId="77777777" w:rsidR="00463A4F" w:rsidRPr="00E91A42" w:rsidRDefault="00000000">
            <w:pPr>
              <w:spacing w:after="0" w:line="240" w:lineRule="auto"/>
              <w:jc w:val="both"/>
              <w:rPr>
                <w:sz w:val="28"/>
                <w:szCs w:val="28"/>
              </w:rPr>
            </w:pPr>
            <w:r w:rsidRPr="00E91A42">
              <w:rPr>
                <w:sz w:val="28"/>
                <w:szCs w:val="28"/>
              </w:rPr>
              <w:t xml:space="preserve"> </w:t>
            </w:r>
          </w:p>
        </w:tc>
        <w:tc>
          <w:tcPr>
            <w:tcW w:w="1864" w:type="dxa"/>
            <w:tcBorders>
              <w:top w:val="nil"/>
              <w:left w:val="nil"/>
              <w:bottom w:val="single" w:sz="6" w:space="0" w:color="000000"/>
              <w:right w:val="single" w:sz="6" w:space="0" w:color="000000"/>
            </w:tcBorders>
            <w:tcMar>
              <w:top w:w="0" w:type="dxa"/>
              <w:left w:w="100" w:type="dxa"/>
              <w:bottom w:w="0" w:type="dxa"/>
              <w:right w:w="100" w:type="dxa"/>
            </w:tcMar>
          </w:tcPr>
          <w:p w14:paraId="4629A59A" w14:textId="77777777" w:rsidR="00463A4F" w:rsidRPr="00E91A42" w:rsidRDefault="00000000">
            <w:pPr>
              <w:spacing w:after="0" w:line="240" w:lineRule="auto"/>
              <w:jc w:val="both"/>
              <w:rPr>
                <w:sz w:val="28"/>
                <w:szCs w:val="28"/>
              </w:rPr>
            </w:pPr>
            <w:r w:rsidRPr="00E91A42">
              <w:rPr>
                <w:sz w:val="28"/>
                <w:szCs w:val="28"/>
              </w:rPr>
              <w:t xml:space="preserve"> </w:t>
            </w:r>
          </w:p>
        </w:tc>
        <w:tc>
          <w:tcPr>
            <w:tcW w:w="2039" w:type="dxa"/>
            <w:tcBorders>
              <w:top w:val="nil"/>
              <w:left w:val="nil"/>
              <w:bottom w:val="single" w:sz="6" w:space="0" w:color="000000"/>
              <w:right w:val="single" w:sz="6" w:space="0" w:color="000000"/>
            </w:tcBorders>
            <w:tcMar>
              <w:top w:w="0" w:type="dxa"/>
              <w:left w:w="100" w:type="dxa"/>
              <w:bottom w:w="0" w:type="dxa"/>
              <w:right w:w="100" w:type="dxa"/>
            </w:tcMar>
          </w:tcPr>
          <w:p w14:paraId="4629A59B"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59D" w14:textId="77777777" w:rsidR="00463A4F" w:rsidRPr="00E91A42" w:rsidRDefault="00000000">
      <w:pPr>
        <w:spacing w:after="0" w:line="240" w:lineRule="auto"/>
        <w:jc w:val="both"/>
        <w:rPr>
          <w:sz w:val="28"/>
          <w:szCs w:val="28"/>
        </w:rPr>
      </w:pPr>
      <w:r w:rsidRPr="00E91A42">
        <w:rPr>
          <w:sz w:val="28"/>
          <w:szCs w:val="28"/>
        </w:rPr>
        <w:t>2. Sản phẩm đào tạo, bồi dưỡng: ......................................................</w:t>
      </w:r>
      <w:r w:rsidRPr="00E91A42">
        <w:rPr>
          <w:sz w:val="28"/>
          <w:szCs w:val="28"/>
        </w:rPr>
        <w:br/>
        <w:t xml:space="preserve"> 3. Sản phẩm ứng dụng, chuyển giao: ......................................................</w:t>
      </w:r>
    </w:p>
    <w:p w14:paraId="4629A59E" w14:textId="77777777" w:rsidR="00463A4F" w:rsidRPr="00E91A42" w:rsidRDefault="00000000">
      <w:pPr>
        <w:spacing w:after="0" w:line="240" w:lineRule="auto"/>
        <w:jc w:val="both"/>
        <w:rPr>
          <w:b/>
          <w:sz w:val="28"/>
          <w:szCs w:val="28"/>
        </w:rPr>
      </w:pPr>
      <w:r w:rsidRPr="00E91A42">
        <w:rPr>
          <w:b/>
          <w:sz w:val="28"/>
          <w:szCs w:val="28"/>
        </w:rPr>
        <w:t>VI. THỜI GIAN, TIẾN ĐỘ THỰC HIỆN</w:t>
      </w:r>
    </w:p>
    <w:p w14:paraId="4629A59F" w14:textId="77777777" w:rsidR="00463A4F" w:rsidRPr="00E91A42" w:rsidRDefault="00000000">
      <w:pPr>
        <w:spacing w:after="0" w:line="240" w:lineRule="auto"/>
        <w:jc w:val="both"/>
        <w:rPr>
          <w:sz w:val="28"/>
          <w:szCs w:val="28"/>
        </w:rPr>
      </w:pPr>
      <w:r w:rsidRPr="00E91A42">
        <w:rPr>
          <w:sz w:val="28"/>
          <w:szCs w:val="28"/>
        </w:rPr>
        <w:t>1. Thời gian thực hiện: ........ tháng (từ tháng ... năm ... đến tháng ... năm ...).</w:t>
      </w:r>
    </w:p>
    <w:p w14:paraId="4629A5A0" w14:textId="77777777" w:rsidR="00463A4F" w:rsidRPr="00E91A42" w:rsidRDefault="00000000">
      <w:pPr>
        <w:spacing w:after="0" w:line="240" w:lineRule="auto"/>
        <w:jc w:val="both"/>
        <w:rPr>
          <w:sz w:val="28"/>
          <w:szCs w:val="28"/>
        </w:rPr>
      </w:pPr>
      <w:r w:rsidRPr="00E91A42">
        <w:rPr>
          <w:sz w:val="28"/>
          <w:szCs w:val="28"/>
        </w:rPr>
        <w:t>2. Phân công công việc giữa nhóm Việt Nam và đối tác:</w:t>
      </w:r>
    </w:p>
    <w:p w14:paraId="4629A5A1" w14:textId="77777777" w:rsidR="00463A4F" w:rsidRPr="00E91A42" w:rsidRDefault="00000000">
      <w:pPr>
        <w:spacing w:after="0" w:line="240" w:lineRule="auto"/>
        <w:jc w:val="both"/>
        <w:rPr>
          <w:sz w:val="28"/>
          <w:szCs w:val="28"/>
        </w:rPr>
      </w:pPr>
      <w:r w:rsidRPr="00E91A42">
        <w:rPr>
          <w:sz w:val="28"/>
          <w:szCs w:val="28"/>
        </w:rPr>
        <w:t>(Ưu tiên báo cáo dưới dạng bảng phân công công việc, sơ đồ, biểu đồ…)</w:t>
      </w:r>
    </w:p>
    <w:p w14:paraId="4629A5A2" w14:textId="77777777" w:rsidR="00463A4F" w:rsidRPr="00E91A42" w:rsidRDefault="00000000">
      <w:pPr>
        <w:spacing w:after="0" w:line="240" w:lineRule="auto"/>
        <w:jc w:val="both"/>
        <w:rPr>
          <w:sz w:val="28"/>
          <w:szCs w:val="28"/>
        </w:rPr>
      </w:pPr>
      <w:r w:rsidRPr="00E91A42">
        <w:rPr>
          <w:sz w:val="28"/>
          <w:szCs w:val="28"/>
        </w:rPr>
        <w:t>2. Tiến độ chi tiết thực hiện của nhóm Việt Nam:</w:t>
      </w:r>
    </w:p>
    <w:tbl>
      <w:tblPr>
        <w:tblStyle w:val="aa"/>
        <w:tblW w:w="8640" w:type="dxa"/>
        <w:tblBorders>
          <w:top w:val="nil"/>
          <w:left w:val="nil"/>
          <w:bottom w:val="nil"/>
          <w:right w:val="nil"/>
          <w:insideH w:val="nil"/>
          <w:insideV w:val="nil"/>
        </w:tblBorders>
        <w:tblLayout w:type="fixed"/>
        <w:tblLook w:val="0600" w:firstRow="0" w:lastRow="0" w:firstColumn="0" w:lastColumn="0" w:noHBand="1" w:noVBand="1"/>
      </w:tblPr>
      <w:tblGrid>
        <w:gridCol w:w="1726"/>
        <w:gridCol w:w="1726"/>
        <w:gridCol w:w="1739"/>
        <w:gridCol w:w="1754"/>
        <w:gridCol w:w="1695"/>
      </w:tblGrid>
      <w:tr w:rsidR="00463A4F" w:rsidRPr="00E91A42" w14:paraId="4629A5A8" w14:textId="77777777">
        <w:trPr>
          <w:trHeight w:val="69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A3" w14:textId="77777777" w:rsidR="00463A4F" w:rsidRPr="00E91A42" w:rsidRDefault="00000000">
            <w:pPr>
              <w:spacing w:after="0" w:line="240" w:lineRule="auto"/>
              <w:jc w:val="both"/>
              <w:rPr>
                <w:b/>
                <w:sz w:val="28"/>
                <w:szCs w:val="28"/>
              </w:rPr>
            </w:pPr>
            <w:r w:rsidRPr="00E91A42">
              <w:rPr>
                <w:b/>
                <w:sz w:val="28"/>
                <w:szCs w:val="28"/>
              </w:rPr>
              <w:t>Giai đoạn</w:t>
            </w:r>
          </w:p>
        </w:tc>
        <w:tc>
          <w:tcPr>
            <w:tcW w:w="17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A4" w14:textId="77777777" w:rsidR="00463A4F" w:rsidRPr="00E91A42" w:rsidRDefault="00000000">
            <w:pPr>
              <w:spacing w:after="0" w:line="240" w:lineRule="auto"/>
              <w:jc w:val="both"/>
              <w:rPr>
                <w:b/>
                <w:sz w:val="28"/>
                <w:szCs w:val="28"/>
              </w:rPr>
            </w:pPr>
            <w:r w:rsidRPr="00E91A42">
              <w:rPr>
                <w:b/>
                <w:sz w:val="28"/>
                <w:szCs w:val="28"/>
              </w:rPr>
              <w:t>Thời gian (từ – đến)</w:t>
            </w:r>
          </w:p>
        </w:tc>
        <w:tc>
          <w:tcPr>
            <w:tcW w:w="173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A5" w14:textId="77777777" w:rsidR="00463A4F" w:rsidRPr="00E91A42" w:rsidRDefault="00000000">
            <w:pPr>
              <w:spacing w:after="0" w:line="240" w:lineRule="auto"/>
              <w:jc w:val="both"/>
              <w:rPr>
                <w:b/>
                <w:sz w:val="28"/>
                <w:szCs w:val="28"/>
              </w:rPr>
            </w:pPr>
            <w:r w:rsidRPr="00E91A42">
              <w:rPr>
                <w:b/>
                <w:sz w:val="28"/>
                <w:szCs w:val="28"/>
              </w:rPr>
              <w:t>Nội dung công việc chính</w:t>
            </w:r>
          </w:p>
        </w:tc>
        <w:tc>
          <w:tcPr>
            <w:tcW w:w="175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A6" w14:textId="77777777" w:rsidR="00463A4F" w:rsidRPr="00E91A42" w:rsidRDefault="00000000">
            <w:pPr>
              <w:spacing w:after="0" w:line="240" w:lineRule="auto"/>
              <w:jc w:val="both"/>
              <w:rPr>
                <w:b/>
                <w:sz w:val="28"/>
                <w:szCs w:val="28"/>
              </w:rPr>
            </w:pPr>
            <w:r w:rsidRPr="00E91A42">
              <w:rPr>
                <w:b/>
                <w:sz w:val="28"/>
                <w:szCs w:val="28"/>
              </w:rPr>
              <w:t>Sản phẩm, kết quả dự kiến</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A7" w14:textId="77777777" w:rsidR="00463A4F" w:rsidRPr="00E91A42" w:rsidRDefault="00000000">
            <w:pPr>
              <w:spacing w:after="0" w:line="240" w:lineRule="auto"/>
              <w:jc w:val="both"/>
              <w:rPr>
                <w:b/>
                <w:sz w:val="28"/>
                <w:szCs w:val="28"/>
              </w:rPr>
            </w:pPr>
            <w:r w:rsidRPr="00E91A42">
              <w:rPr>
                <w:b/>
                <w:sz w:val="28"/>
                <w:szCs w:val="28"/>
              </w:rPr>
              <w:t>Ghi chú</w:t>
            </w:r>
          </w:p>
        </w:tc>
      </w:tr>
      <w:tr w:rsidR="00463A4F" w:rsidRPr="00E91A42" w14:paraId="4629A5AE" w14:textId="77777777">
        <w:trPr>
          <w:trHeight w:val="360"/>
        </w:trPr>
        <w:tc>
          <w:tcPr>
            <w:tcW w:w="1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A9" w14:textId="77777777" w:rsidR="00463A4F" w:rsidRPr="00E91A42" w:rsidRDefault="00000000">
            <w:pPr>
              <w:spacing w:after="0" w:line="240" w:lineRule="auto"/>
              <w:jc w:val="both"/>
              <w:rPr>
                <w:sz w:val="28"/>
                <w:szCs w:val="28"/>
              </w:rPr>
            </w:pPr>
            <w:r w:rsidRPr="00E91A42">
              <w:rPr>
                <w:sz w:val="28"/>
                <w:szCs w:val="28"/>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4629A5AA" w14:textId="77777777" w:rsidR="00463A4F" w:rsidRPr="00E91A42" w:rsidRDefault="00000000">
            <w:pPr>
              <w:spacing w:after="0" w:line="240" w:lineRule="auto"/>
              <w:jc w:val="both"/>
              <w:rPr>
                <w:sz w:val="28"/>
                <w:szCs w:val="28"/>
              </w:rPr>
            </w:pPr>
            <w:r w:rsidRPr="00E91A42">
              <w:rPr>
                <w:sz w:val="28"/>
                <w:szCs w:val="28"/>
              </w:rPr>
              <w:t xml:space="preserve"> </w:t>
            </w: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4629A5AB" w14:textId="77777777" w:rsidR="00463A4F" w:rsidRPr="00E91A42" w:rsidRDefault="00000000">
            <w:pPr>
              <w:spacing w:after="0" w:line="240" w:lineRule="auto"/>
              <w:jc w:val="both"/>
              <w:rPr>
                <w:sz w:val="28"/>
                <w:szCs w:val="28"/>
              </w:rPr>
            </w:pPr>
            <w:r w:rsidRPr="00E91A42">
              <w:rPr>
                <w:sz w:val="28"/>
                <w:szCs w:val="28"/>
              </w:rPr>
              <w:t xml:space="preserve"> </w:t>
            </w:r>
          </w:p>
        </w:tc>
        <w:tc>
          <w:tcPr>
            <w:tcW w:w="1754" w:type="dxa"/>
            <w:tcBorders>
              <w:top w:val="nil"/>
              <w:left w:val="nil"/>
              <w:bottom w:val="single" w:sz="6" w:space="0" w:color="000000"/>
              <w:right w:val="single" w:sz="6" w:space="0" w:color="000000"/>
            </w:tcBorders>
            <w:tcMar>
              <w:top w:w="0" w:type="dxa"/>
              <w:left w:w="100" w:type="dxa"/>
              <w:bottom w:w="0" w:type="dxa"/>
              <w:right w:w="100" w:type="dxa"/>
            </w:tcMar>
          </w:tcPr>
          <w:p w14:paraId="4629A5AC" w14:textId="77777777" w:rsidR="00463A4F" w:rsidRPr="00E91A42" w:rsidRDefault="00000000">
            <w:pPr>
              <w:spacing w:after="0" w:line="240" w:lineRule="auto"/>
              <w:jc w:val="both"/>
              <w:rPr>
                <w:sz w:val="28"/>
                <w:szCs w:val="28"/>
              </w:rPr>
            </w:pPr>
            <w:r w:rsidRPr="00E91A42">
              <w:rPr>
                <w:sz w:val="28"/>
                <w:szCs w:val="28"/>
              </w:rPr>
              <w:t xml:space="preserve"> </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4629A5AD"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B4" w14:textId="77777777">
        <w:trPr>
          <w:trHeight w:val="360"/>
        </w:trPr>
        <w:tc>
          <w:tcPr>
            <w:tcW w:w="1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AF" w14:textId="77777777" w:rsidR="00463A4F" w:rsidRPr="00E91A42" w:rsidRDefault="00000000">
            <w:pPr>
              <w:spacing w:after="0" w:line="240" w:lineRule="auto"/>
              <w:jc w:val="both"/>
              <w:rPr>
                <w:sz w:val="28"/>
                <w:szCs w:val="28"/>
              </w:rPr>
            </w:pPr>
            <w:r w:rsidRPr="00E91A42">
              <w:rPr>
                <w:sz w:val="28"/>
                <w:szCs w:val="28"/>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4629A5B0" w14:textId="77777777" w:rsidR="00463A4F" w:rsidRPr="00E91A42" w:rsidRDefault="00000000">
            <w:pPr>
              <w:spacing w:after="0" w:line="240" w:lineRule="auto"/>
              <w:jc w:val="both"/>
              <w:rPr>
                <w:sz w:val="28"/>
                <w:szCs w:val="28"/>
              </w:rPr>
            </w:pPr>
            <w:r w:rsidRPr="00E91A42">
              <w:rPr>
                <w:sz w:val="28"/>
                <w:szCs w:val="28"/>
              </w:rPr>
              <w:t xml:space="preserve"> </w:t>
            </w: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4629A5B1" w14:textId="77777777" w:rsidR="00463A4F" w:rsidRPr="00E91A42" w:rsidRDefault="00000000">
            <w:pPr>
              <w:spacing w:after="0" w:line="240" w:lineRule="auto"/>
              <w:jc w:val="both"/>
              <w:rPr>
                <w:sz w:val="28"/>
                <w:szCs w:val="28"/>
              </w:rPr>
            </w:pPr>
            <w:r w:rsidRPr="00E91A42">
              <w:rPr>
                <w:sz w:val="28"/>
                <w:szCs w:val="28"/>
              </w:rPr>
              <w:t xml:space="preserve"> </w:t>
            </w:r>
          </w:p>
        </w:tc>
        <w:tc>
          <w:tcPr>
            <w:tcW w:w="1754" w:type="dxa"/>
            <w:tcBorders>
              <w:top w:val="nil"/>
              <w:left w:val="nil"/>
              <w:bottom w:val="single" w:sz="6" w:space="0" w:color="000000"/>
              <w:right w:val="single" w:sz="6" w:space="0" w:color="000000"/>
            </w:tcBorders>
            <w:tcMar>
              <w:top w:w="0" w:type="dxa"/>
              <w:left w:w="100" w:type="dxa"/>
              <w:bottom w:w="0" w:type="dxa"/>
              <w:right w:w="100" w:type="dxa"/>
            </w:tcMar>
          </w:tcPr>
          <w:p w14:paraId="4629A5B2" w14:textId="77777777" w:rsidR="00463A4F" w:rsidRPr="00E91A42" w:rsidRDefault="00000000">
            <w:pPr>
              <w:spacing w:after="0" w:line="240" w:lineRule="auto"/>
              <w:jc w:val="both"/>
              <w:rPr>
                <w:sz w:val="28"/>
                <w:szCs w:val="28"/>
              </w:rPr>
            </w:pPr>
            <w:r w:rsidRPr="00E91A42">
              <w:rPr>
                <w:sz w:val="28"/>
                <w:szCs w:val="28"/>
              </w:rPr>
              <w:t xml:space="preserve"> </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4629A5B3"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BA" w14:textId="77777777">
        <w:trPr>
          <w:trHeight w:val="360"/>
        </w:trPr>
        <w:tc>
          <w:tcPr>
            <w:tcW w:w="17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B5" w14:textId="77777777" w:rsidR="00463A4F" w:rsidRPr="00E91A42" w:rsidRDefault="00000000">
            <w:pPr>
              <w:spacing w:after="0" w:line="240" w:lineRule="auto"/>
              <w:jc w:val="both"/>
              <w:rPr>
                <w:sz w:val="28"/>
                <w:szCs w:val="28"/>
              </w:rPr>
            </w:pPr>
            <w:r w:rsidRPr="00E91A42">
              <w:rPr>
                <w:sz w:val="28"/>
                <w:szCs w:val="28"/>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4629A5B6" w14:textId="77777777" w:rsidR="00463A4F" w:rsidRPr="00E91A42" w:rsidRDefault="00000000">
            <w:pPr>
              <w:spacing w:after="0" w:line="240" w:lineRule="auto"/>
              <w:jc w:val="both"/>
              <w:rPr>
                <w:sz w:val="28"/>
                <w:szCs w:val="28"/>
              </w:rPr>
            </w:pPr>
            <w:r w:rsidRPr="00E91A42">
              <w:rPr>
                <w:sz w:val="28"/>
                <w:szCs w:val="28"/>
              </w:rPr>
              <w:t xml:space="preserve"> </w:t>
            </w:r>
          </w:p>
        </w:tc>
        <w:tc>
          <w:tcPr>
            <w:tcW w:w="1739" w:type="dxa"/>
            <w:tcBorders>
              <w:top w:val="nil"/>
              <w:left w:val="nil"/>
              <w:bottom w:val="single" w:sz="6" w:space="0" w:color="000000"/>
              <w:right w:val="single" w:sz="6" w:space="0" w:color="000000"/>
            </w:tcBorders>
            <w:tcMar>
              <w:top w:w="0" w:type="dxa"/>
              <w:left w:w="100" w:type="dxa"/>
              <w:bottom w:w="0" w:type="dxa"/>
              <w:right w:w="100" w:type="dxa"/>
            </w:tcMar>
          </w:tcPr>
          <w:p w14:paraId="4629A5B7" w14:textId="77777777" w:rsidR="00463A4F" w:rsidRPr="00E91A42" w:rsidRDefault="00000000">
            <w:pPr>
              <w:spacing w:after="0" w:line="240" w:lineRule="auto"/>
              <w:jc w:val="both"/>
              <w:rPr>
                <w:sz w:val="28"/>
                <w:szCs w:val="28"/>
              </w:rPr>
            </w:pPr>
            <w:r w:rsidRPr="00E91A42">
              <w:rPr>
                <w:sz w:val="28"/>
                <w:szCs w:val="28"/>
              </w:rPr>
              <w:t xml:space="preserve"> </w:t>
            </w:r>
          </w:p>
        </w:tc>
        <w:tc>
          <w:tcPr>
            <w:tcW w:w="1754" w:type="dxa"/>
            <w:tcBorders>
              <w:top w:val="nil"/>
              <w:left w:val="nil"/>
              <w:bottom w:val="single" w:sz="6" w:space="0" w:color="000000"/>
              <w:right w:val="single" w:sz="6" w:space="0" w:color="000000"/>
            </w:tcBorders>
            <w:tcMar>
              <w:top w:w="0" w:type="dxa"/>
              <w:left w:w="100" w:type="dxa"/>
              <w:bottom w:w="0" w:type="dxa"/>
              <w:right w:w="100" w:type="dxa"/>
            </w:tcMar>
          </w:tcPr>
          <w:p w14:paraId="4629A5B8" w14:textId="77777777" w:rsidR="00463A4F" w:rsidRPr="00E91A42" w:rsidRDefault="00000000">
            <w:pPr>
              <w:spacing w:after="0" w:line="240" w:lineRule="auto"/>
              <w:jc w:val="both"/>
              <w:rPr>
                <w:sz w:val="28"/>
                <w:szCs w:val="28"/>
              </w:rPr>
            </w:pPr>
            <w:r w:rsidRPr="00E91A42">
              <w:rPr>
                <w:sz w:val="28"/>
                <w:szCs w:val="28"/>
              </w:rPr>
              <w:t xml:space="preserve"> </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4629A5B9"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5BB" w14:textId="77777777" w:rsidR="00463A4F" w:rsidRPr="00E91A42" w:rsidRDefault="00000000">
      <w:pPr>
        <w:spacing w:after="0" w:line="240" w:lineRule="auto"/>
        <w:jc w:val="both"/>
        <w:rPr>
          <w:b/>
          <w:sz w:val="28"/>
          <w:szCs w:val="28"/>
        </w:rPr>
      </w:pPr>
      <w:r w:rsidRPr="00E91A42">
        <w:rPr>
          <w:b/>
          <w:sz w:val="28"/>
          <w:szCs w:val="28"/>
        </w:rPr>
        <w:t>VII. NĂNG LỰC, KINH NGHIỆM CỦA TỔ CHỨC CHỦ TRÌ</w:t>
      </w:r>
    </w:p>
    <w:p w14:paraId="4629A5BC" w14:textId="77777777" w:rsidR="00463A4F" w:rsidRPr="00E91A42" w:rsidRDefault="00000000">
      <w:pPr>
        <w:spacing w:after="0" w:line="240" w:lineRule="auto"/>
        <w:jc w:val="both"/>
        <w:rPr>
          <w:sz w:val="28"/>
          <w:szCs w:val="28"/>
        </w:rPr>
      </w:pPr>
      <w:r w:rsidRPr="00E91A42">
        <w:rPr>
          <w:sz w:val="28"/>
          <w:szCs w:val="28"/>
        </w:rPr>
        <w:t>1. Nguồn nhân lực: ...................................................... (Lập danh sách thành viên thực hiện thực hiện nhiệm vụ khoa học có xác nhận của Tổ chức chủ trì)</w:t>
      </w:r>
      <w:r w:rsidRPr="00E91A42">
        <w:rPr>
          <w:sz w:val="28"/>
          <w:szCs w:val="28"/>
        </w:rPr>
        <w:br/>
        <w:t xml:space="preserve"> 2. Cơ sở vật chất, trang thiết bị: ......................................................</w:t>
      </w:r>
      <w:r w:rsidRPr="00E91A42">
        <w:rPr>
          <w:sz w:val="28"/>
          <w:szCs w:val="28"/>
        </w:rPr>
        <w:br/>
        <w:t xml:space="preserve"> 3. Kinh nghiệm triển khai: ......................................................</w:t>
      </w:r>
    </w:p>
    <w:p w14:paraId="4629A5BD" w14:textId="77777777" w:rsidR="00463A4F" w:rsidRPr="00E91A42" w:rsidRDefault="00000000">
      <w:pPr>
        <w:spacing w:after="0" w:line="240" w:lineRule="auto"/>
        <w:jc w:val="both"/>
        <w:rPr>
          <w:b/>
          <w:sz w:val="28"/>
          <w:szCs w:val="28"/>
        </w:rPr>
      </w:pPr>
      <w:r w:rsidRPr="00E91A42">
        <w:rPr>
          <w:b/>
          <w:sz w:val="28"/>
          <w:szCs w:val="28"/>
        </w:rPr>
        <w:t>VIII. DỰ TOÁN KINH PHÍ ĐỀ XUẤT CỦA PHÍA VIỆT NAM</w:t>
      </w:r>
    </w:p>
    <w:p w14:paraId="4629A5BE" w14:textId="77777777" w:rsidR="00463A4F" w:rsidRPr="00E91A42" w:rsidRDefault="00000000">
      <w:pPr>
        <w:spacing w:after="0" w:line="240" w:lineRule="auto"/>
        <w:jc w:val="both"/>
        <w:rPr>
          <w:sz w:val="28"/>
          <w:szCs w:val="28"/>
        </w:rPr>
      </w:pPr>
      <w:r w:rsidRPr="00E91A42">
        <w:rPr>
          <w:sz w:val="28"/>
          <w:szCs w:val="28"/>
        </w:rPr>
        <w:t>(Khoán đến sản phẩm cuối cùng hoặc khoán từng phần)</w:t>
      </w:r>
    </w:p>
    <w:p w14:paraId="4629A5BF" w14:textId="77777777" w:rsidR="00463A4F" w:rsidRPr="00E91A42" w:rsidRDefault="00000000">
      <w:pPr>
        <w:spacing w:after="0" w:line="240" w:lineRule="auto"/>
        <w:jc w:val="both"/>
        <w:rPr>
          <w:sz w:val="28"/>
          <w:szCs w:val="28"/>
        </w:rPr>
      </w:pPr>
      <w:r w:rsidRPr="00E91A42">
        <w:rPr>
          <w:sz w:val="28"/>
          <w:szCs w:val="28"/>
        </w:rPr>
        <w:t>Theo quy định của văn bản quản lý hiện hành.</w:t>
      </w:r>
      <w:r w:rsidRPr="00E91A42">
        <w:rPr>
          <w:sz w:val="28"/>
          <w:szCs w:val="28"/>
        </w:rPr>
        <w:br/>
        <w:t xml:space="preserve"> 1. Tổng hợp theo nhóm mục chi:</w:t>
      </w:r>
    </w:p>
    <w:tbl>
      <w:tblPr>
        <w:tblStyle w:val="ab"/>
        <w:tblW w:w="8640" w:type="dxa"/>
        <w:tblBorders>
          <w:top w:val="nil"/>
          <w:left w:val="nil"/>
          <w:bottom w:val="nil"/>
          <w:right w:val="nil"/>
          <w:insideH w:val="nil"/>
          <w:insideV w:val="nil"/>
        </w:tblBorders>
        <w:tblLayout w:type="fixed"/>
        <w:tblLook w:val="0600" w:firstRow="0" w:lastRow="0" w:firstColumn="0" w:lastColumn="0" w:noHBand="1" w:noVBand="1"/>
      </w:tblPr>
      <w:tblGrid>
        <w:gridCol w:w="891"/>
        <w:gridCol w:w="1869"/>
        <w:gridCol w:w="1488"/>
        <w:gridCol w:w="1503"/>
        <w:gridCol w:w="1503"/>
        <w:gridCol w:w="1386"/>
      </w:tblGrid>
      <w:tr w:rsidR="00463A4F" w:rsidRPr="00E91A42" w14:paraId="4629A5C6" w14:textId="77777777">
        <w:trPr>
          <w:trHeight w:val="825"/>
        </w:trPr>
        <w:tc>
          <w:tcPr>
            <w:tcW w:w="8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C0" w14:textId="77777777" w:rsidR="00463A4F" w:rsidRPr="00E91A42" w:rsidRDefault="00000000">
            <w:pPr>
              <w:spacing w:after="0" w:line="240" w:lineRule="auto"/>
              <w:jc w:val="center"/>
              <w:rPr>
                <w:b/>
                <w:sz w:val="28"/>
                <w:szCs w:val="28"/>
              </w:rPr>
            </w:pPr>
            <w:r w:rsidRPr="00E91A42">
              <w:rPr>
                <w:b/>
                <w:sz w:val="28"/>
                <w:szCs w:val="28"/>
              </w:rPr>
              <w:lastRenderedPageBreak/>
              <w:t>TT</w:t>
            </w:r>
          </w:p>
        </w:tc>
        <w:tc>
          <w:tcPr>
            <w:tcW w:w="186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C1" w14:textId="77777777" w:rsidR="00463A4F" w:rsidRPr="00E91A42" w:rsidRDefault="00000000">
            <w:pPr>
              <w:spacing w:after="0" w:line="240" w:lineRule="auto"/>
              <w:jc w:val="center"/>
              <w:rPr>
                <w:b/>
                <w:sz w:val="28"/>
                <w:szCs w:val="28"/>
              </w:rPr>
            </w:pPr>
            <w:r w:rsidRPr="00E91A42">
              <w:rPr>
                <w:b/>
                <w:sz w:val="28"/>
                <w:szCs w:val="28"/>
              </w:rPr>
              <w:t>NỘI DUNG CHI</w:t>
            </w:r>
          </w:p>
        </w:tc>
        <w:tc>
          <w:tcPr>
            <w:tcW w:w="148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C2" w14:textId="77777777" w:rsidR="00463A4F" w:rsidRPr="00E91A42" w:rsidRDefault="00000000">
            <w:pPr>
              <w:spacing w:after="0" w:line="240" w:lineRule="auto"/>
              <w:jc w:val="center"/>
              <w:rPr>
                <w:b/>
                <w:sz w:val="28"/>
                <w:szCs w:val="28"/>
              </w:rPr>
            </w:pPr>
            <w:r w:rsidRPr="00E91A42">
              <w:rPr>
                <w:b/>
                <w:sz w:val="28"/>
                <w:szCs w:val="28"/>
              </w:rPr>
              <w:t>KINH PHÍ (TRIỆU ĐỒNG)</w:t>
            </w:r>
          </w:p>
        </w:tc>
        <w:tc>
          <w:tcPr>
            <w:tcW w:w="150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C3" w14:textId="77777777" w:rsidR="00463A4F" w:rsidRPr="00E91A42" w:rsidRDefault="00000000">
            <w:pPr>
              <w:spacing w:after="0" w:line="240" w:lineRule="auto"/>
              <w:jc w:val="center"/>
              <w:rPr>
                <w:b/>
                <w:sz w:val="28"/>
                <w:szCs w:val="28"/>
              </w:rPr>
            </w:pPr>
            <w:r w:rsidRPr="00E91A42">
              <w:rPr>
                <w:b/>
                <w:sz w:val="28"/>
                <w:szCs w:val="28"/>
              </w:rPr>
              <w:t>NGUỒN NSNN</w:t>
            </w:r>
          </w:p>
        </w:tc>
        <w:tc>
          <w:tcPr>
            <w:tcW w:w="150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C4" w14:textId="77777777" w:rsidR="00463A4F" w:rsidRPr="00E91A42" w:rsidRDefault="00000000">
            <w:pPr>
              <w:spacing w:after="0" w:line="240" w:lineRule="auto"/>
              <w:jc w:val="center"/>
              <w:rPr>
                <w:b/>
                <w:sz w:val="28"/>
                <w:szCs w:val="28"/>
              </w:rPr>
            </w:pPr>
            <w:r w:rsidRPr="00E91A42">
              <w:rPr>
                <w:b/>
                <w:sz w:val="28"/>
                <w:szCs w:val="28"/>
              </w:rPr>
              <w:t>NGUỒN KHÁC</w:t>
            </w:r>
          </w:p>
        </w:tc>
        <w:tc>
          <w:tcPr>
            <w:tcW w:w="138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C5" w14:textId="77777777" w:rsidR="00463A4F" w:rsidRPr="00E91A42" w:rsidRDefault="00000000">
            <w:pPr>
              <w:spacing w:after="0" w:line="240" w:lineRule="auto"/>
              <w:jc w:val="center"/>
              <w:rPr>
                <w:b/>
                <w:sz w:val="28"/>
                <w:szCs w:val="28"/>
              </w:rPr>
            </w:pPr>
            <w:r w:rsidRPr="00E91A42">
              <w:rPr>
                <w:b/>
                <w:sz w:val="28"/>
                <w:szCs w:val="28"/>
              </w:rPr>
              <w:t>GHI CHÚ</w:t>
            </w:r>
          </w:p>
        </w:tc>
      </w:tr>
      <w:tr w:rsidR="00463A4F" w:rsidRPr="00E91A42" w14:paraId="4629A5CD" w14:textId="77777777">
        <w:trPr>
          <w:trHeight w:val="28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C7" w14:textId="77777777" w:rsidR="00463A4F" w:rsidRPr="00E91A42" w:rsidRDefault="00000000">
            <w:pPr>
              <w:spacing w:after="0" w:line="240" w:lineRule="auto"/>
              <w:jc w:val="both"/>
              <w:rPr>
                <w:sz w:val="28"/>
                <w:szCs w:val="28"/>
              </w:rPr>
            </w:pPr>
            <w:r w:rsidRPr="00E91A42">
              <w:rPr>
                <w:sz w:val="28"/>
                <w:szCs w:val="28"/>
              </w:rPr>
              <w:t>1</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C8" w14:textId="77777777" w:rsidR="00463A4F" w:rsidRPr="00E91A42" w:rsidRDefault="00000000">
            <w:pPr>
              <w:spacing w:after="0" w:line="240" w:lineRule="auto"/>
              <w:jc w:val="both"/>
              <w:rPr>
                <w:sz w:val="28"/>
                <w:szCs w:val="28"/>
              </w:rPr>
            </w:pPr>
            <w:r w:rsidRPr="00E91A42">
              <w:rPr>
                <w:sz w:val="28"/>
                <w:szCs w:val="28"/>
              </w:rPr>
              <w:t>Chi nhân công</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C9"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CA"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CB"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CC"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D4" w14:textId="77777777">
        <w:trPr>
          <w:trHeight w:val="82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CE" w14:textId="77777777" w:rsidR="00463A4F" w:rsidRPr="00E91A42" w:rsidRDefault="00000000">
            <w:pPr>
              <w:spacing w:after="0" w:line="240" w:lineRule="auto"/>
              <w:jc w:val="both"/>
              <w:rPr>
                <w:sz w:val="28"/>
                <w:szCs w:val="28"/>
              </w:rPr>
            </w:pPr>
            <w:r w:rsidRPr="00E91A42">
              <w:rPr>
                <w:sz w:val="28"/>
                <w:szCs w:val="28"/>
              </w:rPr>
              <w:t>2</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CF" w14:textId="77777777" w:rsidR="00463A4F" w:rsidRPr="00E91A42" w:rsidRDefault="00000000">
            <w:pPr>
              <w:spacing w:after="0" w:line="240" w:lineRule="auto"/>
              <w:jc w:val="both"/>
              <w:rPr>
                <w:sz w:val="28"/>
                <w:szCs w:val="28"/>
              </w:rPr>
            </w:pPr>
            <w:r w:rsidRPr="00E91A42">
              <w:rPr>
                <w:sz w:val="28"/>
                <w:szCs w:val="28"/>
              </w:rPr>
              <w:t>Chi vật tư, nguyên liệu, năng lượng</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D0"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D1"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D2"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D3"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DB" w14:textId="77777777">
        <w:trPr>
          <w:trHeight w:val="55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D5" w14:textId="77777777" w:rsidR="00463A4F" w:rsidRPr="00E91A42" w:rsidRDefault="00000000">
            <w:pPr>
              <w:spacing w:after="0" w:line="240" w:lineRule="auto"/>
              <w:jc w:val="both"/>
              <w:rPr>
                <w:sz w:val="28"/>
                <w:szCs w:val="28"/>
              </w:rPr>
            </w:pPr>
            <w:r w:rsidRPr="00E91A42">
              <w:rPr>
                <w:sz w:val="28"/>
                <w:szCs w:val="28"/>
              </w:rPr>
              <w:t>3</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D6" w14:textId="77777777" w:rsidR="00463A4F" w:rsidRPr="00E91A42" w:rsidRDefault="00000000">
            <w:pPr>
              <w:spacing w:after="0" w:line="240" w:lineRule="auto"/>
              <w:jc w:val="both"/>
              <w:rPr>
                <w:sz w:val="28"/>
                <w:szCs w:val="28"/>
              </w:rPr>
            </w:pPr>
            <w:r w:rsidRPr="00E91A42">
              <w:rPr>
                <w:sz w:val="28"/>
                <w:szCs w:val="28"/>
              </w:rPr>
              <w:t>Chi thiết bị, công cụ dụng cụ</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D7"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D8"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D9"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DA"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E2" w14:textId="77777777">
        <w:trPr>
          <w:trHeight w:val="82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DC" w14:textId="77777777" w:rsidR="00463A4F" w:rsidRPr="00E91A42" w:rsidRDefault="00000000">
            <w:pPr>
              <w:spacing w:after="0" w:line="240" w:lineRule="auto"/>
              <w:jc w:val="both"/>
              <w:rPr>
                <w:sz w:val="28"/>
                <w:szCs w:val="28"/>
              </w:rPr>
            </w:pPr>
            <w:r w:rsidRPr="00E91A42">
              <w:rPr>
                <w:sz w:val="28"/>
                <w:szCs w:val="28"/>
              </w:rPr>
              <w:t>4</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DD" w14:textId="77777777" w:rsidR="00463A4F" w:rsidRPr="00E91A42" w:rsidRDefault="00000000">
            <w:pPr>
              <w:spacing w:after="0" w:line="240" w:lineRule="auto"/>
              <w:jc w:val="both"/>
              <w:rPr>
                <w:sz w:val="28"/>
                <w:szCs w:val="28"/>
              </w:rPr>
            </w:pPr>
            <w:r w:rsidRPr="00E91A42">
              <w:rPr>
                <w:sz w:val="28"/>
                <w:szCs w:val="28"/>
              </w:rPr>
              <w:t>Chi dịch vụ thuê ngoài, chuyên gia, kiểm nghiệm</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DE"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DF"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E0"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E1"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E9" w14:textId="77777777">
        <w:trPr>
          <w:trHeight w:val="82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E3" w14:textId="77777777" w:rsidR="00463A4F" w:rsidRPr="00E91A42" w:rsidRDefault="00000000">
            <w:pPr>
              <w:spacing w:after="0" w:line="240" w:lineRule="auto"/>
              <w:jc w:val="both"/>
              <w:rPr>
                <w:sz w:val="28"/>
                <w:szCs w:val="28"/>
              </w:rPr>
            </w:pPr>
            <w:r w:rsidRPr="00E91A42">
              <w:rPr>
                <w:sz w:val="28"/>
                <w:szCs w:val="28"/>
              </w:rPr>
              <w:t>5</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E4" w14:textId="77777777" w:rsidR="00463A4F" w:rsidRPr="00E91A42" w:rsidRDefault="00000000">
            <w:pPr>
              <w:spacing w:after="0" w:line="240" w:lineRule="auto"/>
              <w:jc w:val="both"/>
              <w:rPr>
                <w:sz w:val="28"/>
                <w:szCs w:val="28"/>
              </w:rPr>
            </w:pPr>
            <w:r w:rsidRPr="00E91A42">
              <w:rPr>
                <w:sz w:val="28"/>
                <w:szCs w:val="28"/>
              </w:rPr>
              <w:t>Chi công tác, hội nghị, thông tin, xuất bản</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E5"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E6"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E7"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E8"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F0" w14:textId="77777777">
        <w:trPr>
          <w:trHeight w:val="825"/>
        </w:trPr>
        <w:tc>
          <w:tcPr>
            <w:tcW w:w="8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EA" w14:textId="77777777" w:rsidR="00463A4F" w:rsidRPr="00E91A42" w:rsidRDefault="00000000">
            <w:pPr>
              <w:spacing w:after="0" w:line="240" w:lineRule="auto"/>
              <w:jc w:val="both"/>
              <w:rPr>
                <w:sz w:val="28"/>
                <w:szCs w:val="28"/>
              </w:rPr>
            </w:pPr>
            <w:r w:rsidRPr="00E91A42">
              <w:rPr>
                <w:sz w:val="28"/>
                <w:szCs w:val="28"/>
              </w:rPr>
              <w:t>6</w:t>
            </w:r>
          </w:p>
        </w:tc>
        <w:tc>
          <w:tcPr>
            <w:tcW w:w="1868" w:type="dxa"/>
            <w:tcBorders>
              <w:top w:val="nil"/>
              <w:left w:val="nil"/>
              <w:bottom w:val="single" w:sz="6" w:space="0" w:color="000000"/>
              <w:right w:val="single" w:sz="6" w:space="0" w:color="000000"/>
            </w:tcBorders>
            <w:tcMar>
              <w:top w:w="0" w:type="dxa"/>
              <w:left w:w="100" w:type="dxa"/>
              <w:bottom w:w="0" w:type="dxa"/>
              <w:right w:w="100" w:type="dxa"/>
            </w:tcMar>
          </w:tcPr>
          <w:p w14:paraId="4629A5EB" w14:textId="77777777" w:rsidR="00463A4F" w:rsidRPr="00E91A42" w:rsidRDefault="00000000">
            <w:pPr>
              <w:spacing w:after="0" w:line="240" w:lineRule="auto"/>
              <w:jc w:val="both"/>
              <w:rPr>
                <w:sz w:val="28"/>
                <w:szCs w:val="28"/>
              </w:rPr>
            </w:pPr>
            <w:r w:rsidRPr="00E91A42">
              <w:rPr>
                <w:sz w:val="28"/>
                <w:szCs w:val="28"/>
              </w:rPr>
              <w:t>Chi khác, quản lý, dự phòng rủi ro</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EC"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ED"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EE"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EF"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5F6" w14:textId="77777777">
        <w:trPr>
          <w:trHeight w:val="285"/>
        </w:trPr>
        <w:tc>
          <w:tcPr>
            <w:tcW w:w="2758"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5F1" w14:textId="77777777" w:rsidR="00463A4F" w:rsidRPr="00E91A42" w:rsidRDefault="00000000">
            <w:pPr>
              <w:spacing w:after="0" w:line="240" w:lineRule="auto"/>
              <w:jc w:val="both"/>
              <w:rPr>
                <w:sz w:val="28"/>
                <w:szCs w:val="28"/>
              </w:rPr>
            </w:pPr>
            <w:r w:rsidRPr="00E91A42">
              <w:rPr>
                <w:sz w:val="28"/>
                <w:szCs w:val="28"/>
              </w:rPr>
              <w:t>TỔNG CỘNG</w:t>
            </w:r>
          </w:p>
        </w:tc>
        <w:tc>
          <w:tcPr>
            <w:tcW w:w="1488" w:type="dxa"/>
            <w:tcBorders>
              <w:top w:val="nil"/>
              <w:left w:val="nil"/>
              <w:bottom w:val="single" w:sz="6" w:space="0" w:color="000000"/>
              <w:right w:val="single" w:sz="6" w:space="0" w:color="000000"/>
            </w:tcBorders>
            <w:tcMar>
              <w:top w:w="0" w:type="dxa"/>
              <w:left w:w="100" w:type="dxa"/>
              <w:bottom w:w="0" w:type="dxa"/>
              <w:right w:w="100" w:type="dxa"/>
            </w:tcMar>
          </w:tcPr>
          <w:p w14:paraId="4629A5F2"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F3" w14:textId="77777777" w:rsidR="00463A4F" w:rsidRPr="00E91A42" w:rsidRDefault="00000000">
            <w:pPr>
              <w:spacing w:after="0" w:line="240" w:lineRule="auto"/>
              <w:jc w:val="both"/>
              <w:rPr>
                <w:sz w:val="28"/>
                <w:szCs w:val="28"/>
              </w:rPr>
            </w:pPr>
            <w:r w:rsidRPr="00E91A42">
              <w:rPr>
                <w:sz w:val="28"/>
                <w:szCs w:val="28"/>
              </w:rPr>
              <w:t xml:space="preserve"> </w:t>
            </w:r>
          </w:p>
        </w:tc>
        <w:tc>
          <w:tcPr>
            <w:tcW w:w="1503" w:type="dxa"/>
            <w:tcBorders>
              <w:top w:val="nil"/>
              <w:left w:val="nil"/>
              <w:bottom w:val="single" w:sz="6" w:space="0" w:color="000000"/>
              <w:right w:val="single" w:sz="6" w:space="0" w:color="000000"/>
            </w:tcBorders>
            <w:tcMar>
              <w:top w:w="0" w:type="dxa"/>
              <w:left w:w="100" w:type="dxa"/>
              <w:bottom w:w="0" w:type="dxa"/>
              <w:right w:w="100" w:type="dxa"/>
            </w:tcMar>
          </w:tcPr>
          <w:p w14:paraId="4629A5F4" w14:textId="77777777" w:rsidR="00463A4F" w:rsidRPr="00E91A42" w:rsidRDefault="00000000">
            <w:pPr>
              <w:spacing w:after="0" w:line="240" w:lineRule="auto"/>
              <w:jc w:val="both"/>
              <w:rPr>
                <w:sz w:val="28"/>
                <w:szCs w:val="28"/>
              </w:rPr>
            </w:pPr>
            <w:r w:rsidRPr="00E91A42">
              <w:rPr>
                <w:sz w:val="28"/>
                <w:szCs w:val="28"/>
              </w:rPr>
              <w:t xml:space="preserve"> </w:t>
            </w:r>
          </w:p>
        </w:tc>
        <w:tc>
          <w:tcPr>
            <w:tcW w:w="1386" w:type="dxa"/>
            <w:tcBorders>
              <w:top w:val="nil"/>
              <w:left w:val="nil"/>
              <w:bottom w:val="single" w:sz="6" w:space="0" w:color="000000"/>
              <w:right w:val="single" w:sz="6" w:space="0" w:color="000000"/>
            </w:tcBorders>
            <w:tcMar>
              <w:top w:w="0" w:type="dxa"/>
              <w:left w:w="100" w:type="dxa"/>
              <w:bottom w:w="0" w:type="dxa"/>
              <w:right w:w="100" w:type="dxa"/>
            </w:tcMar>
          </w:tcPr>
          <w:p w14:paraId="4629A5F5"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5F7" w14:textId="77777777" w:rsidR="00463A4F" w:rsidRPr="00E91A42" w:rsidRDefault="00000000">
      <w:pPr>
        <w:spacing w:after="0" w:line="240" w:lineRule="auto"/>
        <w:jc w:val="both"/>
        <w:rPr>
          <w:sz w:val="28"/>
          <w:szCs w:val="28"/>
        </w:rPr>
      </w:pPr>
      <w:r w:rsidRPr="00E91A42">
        <w:rPr>
          <w:sz w:val="28"/>
          <w:szCs w:val="28"/>
        </w:rPr>
        <w:br/>
        <w:t xml:space="preserve"> 2. Biểu chi tiết dự toán theo nội dung công việc:</w:t>
      </w:r>
    </w:p>
    <w:tbl>
      <w:tblPr>
        <w:tblStyle w:val="ac"/>
        <w:tblW w:w="8640" w:type="dxa"/>
        <w:tblBorders>
          <w:top w:val="nil"/>
          <w:left w:val="nil"/>
          <w:bottom w:val="nil"/>
          <w:right w:val="nil"/>
          <w:insideH w:val="nil"/>
          <w:insideV w:val="nil"/>
        </w:tblBorders>
        <w:tblLayout w:type="fixed"/>
        <w:tblLook w:val="0600" w:firstRow="0" w:lastRow="0" w:firstColumn="0" w:lastColumn="0" w:noHBand="1" w:noVBand="1"/>
      </w:tblPr>
      <w:tblGrid>
        <w:gridCol w:w="802"/>
        <w:gridCol w:w="1589"/>
        <w:gridCol w:w="1209"/>
        <w:gridCol w:w="1180"/>
        <w:gridCol w:w="1355"/>
        <w:gridCol w:w="1442"/>
        <w:gridCol w:w="1063"/>
      </w:tblGrid>
      <w:tr w:rsidR="00463A4F" w:rsidRPr="00E91A42" w14:paraId="4629A5FF" w14:textId="77777777">
        <w:trPr>
          <w:trHeight w:val="1095"/>
        </w:trPr>
        <w:tc>
          <w:tcPr>
            <w:tcW w:w="8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5F8" w14:textId="77777777" w:rsidR="00463A4F" w:rsidRPr="00E91A42" w:rsidRDefault="00000000">
            <w:pPr>
              <w:spacing w:after="0" w:line="240" w:lineRule="auto"/>
              <w:jc w:val="center"/>
              <w:rPr>
                <w:b/>
                <w:sz w:val="28"/>
                <w:szCs w:val="28"/>
              </w:rPr>
            </w:pPr>
            <w:r w:rsidRPr="00E91A42">
              <w:rPr>
                <w:b/>
                <w:sz w:val="28"/>
                <w:szCs w:val="28"/>
              </w:rPr>
              <w:t>STT</w:t>
            </w:r>
          </w:p>
        </w:tc>
        <w:tc>
          <w:tcPr>
            <w:tcW w:w="158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9" w14:textId="77777777" w:rsidR="00463A4F" w:rsidRPr="00E91A42" w:rsidRDefault="00000000">
            <w:pPr>
              <w:spacing w:after="0" w:line="240" w:lineRule="auto"/>
              <w:jc w:val="center"/>
              <w:rPr>
                <w:b/>
                <w:sz w:val="28"/>
                <w:szCs w:val="28"/>
              </w:rPr>
            </w:pPr>
            <w:r w:rsidRPr="00E91A42">
              <w:rPr>
                <w:b/>
                <w:sz w:val="28"/>
                <w:szCs w:val="28"/>
              </w:rPr>
              <w:t>NỘI DUNG CÔNG VIỆC / HẠNG MỤC</w:t>
            </w:r>
          </w:p>
        </w:tc>
        <w:tc>
          <w:tcPr>
            <w:tcW w:w="12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A" w14:textId="77777777" w:rsidR="00463A4F" w:rsidRPr="00E91A42" w:rsidRDefault="00000000">
            <w:pPr>
              <w:spacing w:after="0" w:line="240" w:lineRule="auto"/>
              <w:jc w:val="center"/>
              <w:rPr>
                <w:b/>
                <w:sz w:val="28"/>
                <w:szCs w:val="28"/>
              </w:rPr>
            </w:pPr>
            <w:r w:rsidRPr="00E91A42">
              <w:rPr>
                <w:b/>
                <w:sz w:val="28"/>
                <w:szCs w:val="28"/>
              </w:rPr>
              <w:t>ĐƠN VỊ TÍNH</w:t>
            </w:r>
          </w:p>
        </w:tc>
        <w:tc>
          <w:tcPr>
            <w:tcW w:w="11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B" w14:textId="77777777" w:rsidR="00463A4F" w:rsidRPr="00E91A42" w:rsidRDefault="00000000">
            <w:pPr>
              <w:spacing w:after="0" w:line="240" w:lineRule="auto"/>
              <w:jc w:val="center"/>
              <w:rPr>
                <w:b/>
                <w:sz w:val="28"/>
                <w:szCs w:val="28"/>
              </w:rPr>
            </w:pPr>
            <w:r w:rsidRPr="00E91A42">
              <w:rPr>
                <w:b/>
                <w:sz w:val="28"/>
                <w:szCs w:val="28"/>
              </w:rPr>
              <w:t>SỐ LƯỢNG</w:t>
            </w:r>
          </w:p>
        </w:tc>
        <w:tc>
          <w:tcPr>
            <w:tcW w:w="13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C" w14:textId="77777777" w:rsidR="00463A4F" w:rsidRPr="00E91A42" w:rsidRDefault="00000000">
            <w:pPr>
              <w:spacing w:after="0" w:line="240" w:lineRule="auto"/>
              <w:jc w:val="center"/>
              <w:rPr>
                <w:b/>
                <w:sz w:val="28"/>
                <w:szCs w:val="28"/>
              </w:rPr>
            </w:pPr>
            <w:r w:rsidRPr="00E91A42">
              <w:rPr>
                <w:b/>
                <w:sz w:val="28"/>
                <w:szCs w:val="28"/>
              </w:rPr>
              <w:t>ĐƠN GIÁ (triệu đồng)</w:t>
            </w:r>
          </w:p>
        </w:tc>
        <w:tc>
          <w:tcPr>
            <w:tcW w:w="144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D" w14:textId="77777777" w:rsidR="00463A4F" w:rsidRPr="00E91A42" w:rsidRDefault="00000000">
            <w:pPr>
              <w:spacing w:after="0" w:line="240" w:lineRule="auto"/>
              <w:jc w:val="center"/>
              <w:rPr>
                <w:b/>
                <w:sz w:val="28"/>
                <w:szCs w:val="28"/>
              </w:rPr>
            </w:pPr>
            <w:r w:rsidRPr="00E91A42">
              <w:rPr>
                <w:b/>
                <w:sz w:val="28"/>
                <w:szCs w:val="28"/>
              </w:rPr>
              <w:t>THÀNH TIỀN (triệu đồng)</w:t>
            </w:r>
          </w:p>
        </w:tc>
        <w:tc>
          <w:tcPr>
            <w:tcW w:w="106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5FE" w14:textId="77777777" w:rsidR="00463A4F" w:rsidRPr="00E91A42" w:rsidRDefault="00000000">
            <w:pPr>
              <w:spacing w:after="0" w:line="240" w:lineRule="auto"/>
              <w:jc w:val="center"/>
              <w:rPr>
                <w:b/>
                <w:sz w:val="28"/>
                <w:szCs w:val="28"/>
              </w:rPr>
            </w:pPr>
            <w:r w:rsidRPr="00E91A42">
              <w:rPr>
                <w:b/>
                <w:sz w:val="28"/>
                <w:szCs w:val="28"/>
              </w:rPr>
              <w:t>GHI CHÚ</w:t>
            </w:r>
          </w:p>
        </w:tc>
      </w:tr>
      <w:tr w:rsidR="00463A4F" w:rsidRPr="00E91A42" w14:paraId="4629A607" w14:textId="77777777">
        <w:trPr>
          <w:trHeight w:val="285"/>
        </w:trPr>
        <w:tc>
          <w:tcPr>
            <w:tcW w:w="8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00" w14:textId="77777777" w:rsidR="00463A4F" w:rsidRPr="00E91A42" w:rsidRDefault="00000000">
            <w:pPr>
              <w:spacing w:after="0" w:line="240" w:lineRule="auto"/>
              <w:jc w:val="both"/>
              <w:rPr>
                <w:sz w:val="28"/>
                <w:szCs w:val="28"/>
              </w:rPr>
            </w:pPr>
            <w:r w:rsidRPr="00E91A42">
              <w:rPr>
                <w:sz w:val="28"/>
                <w:szCs w:val="28"/>
              </w:rPr>
              <w:t xml:space="preserve"> </w:t>
            </w:r>
          </w:p>
        </w:tc>
        <w:tc>
          <w:tcPr>
            <w:tcW w:w="1588" w:type="dxa"/>
            <w:tcBorders>
              <w:top w:val="nil"/>
              <w:left w:val="nil"/>
              <w:bottom w:val="single" w:sz="6" w:space="0" w:color="000000"/>
              <w:right w:val="single" w:sz="6" w:space="0" w:color="000000"/>
            </w:tcBorders>
            <w:tcMar>
              <w:top w:w="0" w:type="dxa"/>
              <w:left w:w="100" w:type="dxa"/>
              <w:bottom w:w="0" w:type="dxa"/>
              <w:right w:w="100" w:type="dxa"/>
            </w:tcMar>
          </w:tcPr>
          <w:p w14:paraId="4629A601" w14:textId="77777777" w:rsidR="00463A4F" w:rsidRPr="00E91A42" w:rsidRDefault="00000000">
            <w:pPr>
              <w:spacing w:after="0" w:line="240" w:lineRule="auto"/>
              <w:jc w:val="both"/>
              <w:rPr>
                <w:sz w:val="28"/>
                <w:szCs w:val="28"/>
              </w:rPr>
            </w:pPr>
            <w:r w:rsidRPr="00E91A42">
              <w:rPr>
                <w:sz w:val="28"/>
                <w:szCs w:val="28"/>
              </w:rPr>
              <w:t xml:space="preserve"> </w:t>
            </w:r>
          </w:p>
        </w:tc>
        <w:tc>
          <w:tcPr>
            <w:tcW w:w="1209" w:type="dxa"/>
            <w:tcBorders>
              <w:top w:val="nil"/>
              <w:left w:val="nil"/>
              <w:bottom w:val="single" w:sz="6" w:space="0" w:color="000000"/>
              <w:right w:val="single" w:sz="6" w:space="0" w:color="000000"/>
            </w:tcBorders>
            <w:tcMar>
              <w:top w:w="0" w:type="dxa"/>
              <w:left w:w="100" w:type="dxa"/>
              <w:bottom w:w="0" w:type="dxa"/>
              <w:right w:w="100" w:type="dxa"/>
            </w:tcMar>
          </w:tcPr>
          <w:p w14:paraId="4629A602" w14:textId="77777777" w:rsidR="00463A4F" w:rsidRPr="00E91A42" w:rsidRDefault="00000000">
            <w:pPr>
              <w:spacing w:after="0" w:line="240" w:lineRule="auto"/>
              <w:jc w:val="both"/>
              <w:rPr>
                <w:sz w:val="28"/>
                <w:szCs w:val="28"/>
              </w:rPr>
            </w:pPr>
            <w:r w:rsidRPr="00E91A42">
              <w:rPr>
                <w:sz w:val="28"/>
                <w:szCs w:val="28"/>
              </w:rPr>
              <w:t xml:space="preserve"> </w:t>
            </w:r>
          </w:p>
        </w:tc>
        <w:tc>
          <w:tcPr>
            <w:tcW w:w="1180" w:type="dxa"/>
            <w:tcBorders>
              <w:top w:val="nil"/>
              <w:left w:val="nil"/>
              <w:bottom w:val="single" w:sz="6" w:space="0" w:color="000000"/>
              <w:right w:val="single" w:sz="6" w:space="0" w:color="000000"/>
            </w:tcBorders>
            <w:tcMar>
              <w:top w:w="0" w:type="dxa"/>
              <w:left w:w="100" w:type="dxa"/>
              <w:bottom w:w="0" w:type="dxa"/>
              <w:right w:w="100" w:type="dxa"/>
            </w:tcMar>
          </w:tcPr>
          <w:p w14:paraId="4629A603" w14:textId="77777777" w:rsidR="00463A4F" w:rsidRPr="00E91A42" w:rsidRDefault="00000000">
            <w:pPr>
              <w:spacing w:after="0" w:line="240" w:lineRule="auto"/>
              <w:jc w:val="both"/>
              <w:rPr>
                <w:sz w:val="28"/>
                <w:szCs w:val="28"/>
              </w:rPr>
            </w:pPr>
            <w:r w:rsidRPr="00E91A42">
              <w:rPr>
                <w:sz w:val="28"/>
                <w:szCs w:val="28"/>
              </w:rPr>
              <w:t xml:space="preserve"> </w:t>
            </w:r>
          </w:p>
        </w:tc>
        <w:tc>
          <w:tcPr>
            <w:tcW w:w="1355" w:type="dxa"/>
            <w:tcBorders>
              <w:top w:val="nil"/>
              <w:left w:val="nil"/>
              <w:bottom w:val="single" w:sz="6" w:space="0" w:color="000000"/>
              <w:right w:val="single" w:sz="6" w:space="0" w:color="000000"/>
            </w:tcBorders>
            <w:tcMar>
              <w:top w:w="0" w:type="dxa"/>
              <w:left w:w="100" w:type="dxa"/>
              <w:bottom w:w="0" w:type="dxa"/>
              <w:right w:w="100" w:type="dxa"/>
            </w:tcMar>
          </w:tcPr>
          <w:p w14:paraId="4629A604" w14:textId="77777777" w:rsidR="00463A4F" w:rsidRPr="00E91A42" w:rsidRDefault="00000000">
            <w:pPr>
              <w:spacing w:after="0" w:line="240" w:lineRule="auto"/>
              <w:jc w:val="both"/>
              <w:rPr>
                <w:sz w:val="28"/>
                <w:szCs w:val="28"/>
              </w:rPr>
            </w:pPr>
            <w:r w:rsidRPr="00E91A42">
              <w:rPr>
                <w:sz w:val="28"/>
                <w:szCs w:val="28"/>
              </w:rPr>
              <w:t xml:space="preserve"> </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4629A605" w14:textId="77777777" w:rsidR="00463A4F" w:rsidRPr="00E91A42" w:rsidRDefault="00000000">
            <w:pPr>
              <w:spacing w:after="0" w:line="240" w:lineRule="auto"/>
              <w:jc w:val="both"/>
              <w:rPr>
                <w:sz w:val="28"/>
                <w:szCs w:val="28"/>
              </w:rPr>
            </w:pPr>
            <w:r w:rsidRPr="00E91A42">
              <w:rPr>
                <w:sz w:val="28"/>
                <w:szCs w:val="28"/>
              </w:rPr>
              <w:t xml:space="preserve"> </w:t>
            </w:r>
          </w:p>
        </w:tc>
        <w:tc>
          <w:tcPr>
            <w:tcW w:w="1063" w:type="dxa"/>
            <w:tcBorders>
              <w:top w:val="nil"/>
              <w:left w:val="nil"/>
              <w:bottom w:val="single" w:sz="6" w:space="0" w:color="000000"/>
              <w:right w:val="single" w:sz="6" w:space="0" w:color="000000"/>
            </w:tcBorders>
            <w:tcMar>
              <w:top w:w="0" w:type="dxa"/>
              <w:left w:w="100" w:type="dxa"/>
              <w:bottom w:w="0" w:type="dxa"/>
              <w:right w:w="100" w:type="dxa"/>
            </w:tcMar>
          </w:tcPr>
          <w:p w14:paraId="4629A606"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0F" w14:textId="77777777">
        <w:trPr>
          <w:trHeight w:val="285"/>
        </w:trPr>
        <w:tc>
          <w:tcPr>
            <w:tcW w:w="8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08" w14:textId="77777777" w:rsidR="00463A4F" w:rsidRPr="00E91A42" w:rsidRDefault="00000000">
            <w:pPr>
              <w:spacing w:after="0" w:line="240" w:lineRule="auto"/>
              <w:jc w:val="both"/>
              <w:rPr>
                <w:sz w:val="28"/>
                <w:szCs w:val="28"/>
              </w:rPr>
            </w:pPr>
            <w:r w:rsidRPr="00E91A42">
              <w:rPr>
                <w:sz w:val="28"/>
                <w:szCs w:val="28"/>
              </w:rPr>
              <w:t xml:space="preserve"> </w:t>
            </w:r>
          </w:p>
        </w:tc>
        <w:tc>
          <w:tcPr>
            <w:tcW w:w="1588" w:type="dxa"/>
            <w:tcBorders>
              <w:top w:val="nil"/>
              <w:left w:val="nil"/>
              <w:bottom w:val="single" w:sz="6" w:space="0" w:color="000000"/>
              <w:right w:val="single" w:sz="6" w:space="0" w:color="000000"/>
            </w:tcBorders>
            <w:tcMar>
              <w:top w:w="0" w:type="dxa"/>
              <w:left w:w="100" w:type="dxa"/>
              <w:bottom w:w="0" w:type="dxa"/>
              <w:right w:w="100" w:type="dxa"/>
            </w:tcMar>
          </w:tcPr>
          <w:p w14:paraId="4629A609" w14:textId="77777777" w:rsidR="00463A4F" w:rsidRPr="00E91A42" w:rsidRDefault="00000000">
            <w:pPr>
              <w:spacing w:after="0" w:line="240" w:lineRule="auto"/>
              <w:jc w:val="both"/>
              <w:rPr>
                <w:sz w:val="28"/>
                <w:szCs w:val="28"/>
              </w:rPr>
            </w:pPr>
            <w:r w:rsidRPr="00E91A42">
              <w:rPr>
                <w:sz w:val="28"/>
                <w:szCs w:val="28"/>
              </w:rPr>
              <w:t xml:space="preserve"> </w:t>
            </w:r>
          </w:p>
        </w:tc>
        <w:tc>
          <w:tcPr>
            <w:tcW w:w="1209" w:type="dxa"/>
            <w:tcBorders>
              <w:top w:val="nil"/>
              <w:left w:val="nil"/>
              <w:bottom w:val="single" w:sz="6" w:space="0" w:color="000000"/>
              <w:right w:val="single" w:sz="6" w:space="0" w:color="000000"/>
            </w:tcBorders>
            <w:tcMar>
              <w:top w:w="0" w:type="dxa"/>
              <w:left w:w="100" w:type="dxa"/>
              <w:bottom w:w="0" w:type="dxa"/>
              <w:right w:w="100" w:type="dxa"/>
            </w:tcMar>
          </w:tcPr>
          <w:p w14:paraId="4629A60A" w14:textId="77777777" w:rsidR="00463A4F" w:rsidRPr="00E91A42" w:rsidRDefault="00000000">
            <w:pPr>
              <w:spacing w:after="0" w:line="240" w:lineRule="auto"/>
              <w:jc w:val="both"/>
              <w:rPr>
                <w:sz w:val="28"/>
                <w:szCs w:val="28"/>
              </w:rPr>
            </w:pPr>
            <w:r w:rsidRPr="00E91A42">
              <w:rPr>
                <w:sz w:val="28"/>
                <w:szCs w:val="28"/>
              </w:rPr>
              <w:t xml:space="preserve"> </w:t>
            </w:r>
          </w:p>
        </w:tc>
        <w:tc>
          <w:tcPr>
            <w:tcW w:w="1180" w:type="dxa"/>
            <w:tcBorders>
              <w:top w:val="nil"/>
              <w:left w:val="nil"/>
              <w:bottom w:val="single" w:sz="6" w:space="0" w:color="000000"/>
              <w:right w:val="single" w:sz="6" w:space="0" w:color="000000"/>
            </w:tcBorders>
            <w:tcMar>
              <w:top w:w="0" w:type="dxa"/>
              <w:left w:w="100" w:type="dxa"/>
              <w:bottom w:w="0" w:type="dxa"/>
              <w:right w:w="100" w:type="dxa"/>
            </w:tcMar>
          </w:tcPr>
          <w:p w14:paraId="4629A60B" w14:textId="77777777" w:rsidR="00463A4F" w:rsidRPr="00E91A42" w:rsidRDefault="00000000">
            <w:pPr>
              <w:spacing w:after="0" w:line="240" w:lineRule="auto"/>
              <w:jc w:val="both"/>
              <w:rPr>
                <w:sz w:val="28"/>
                <w:szCs w:val="28"/>
              </w:rPr>
            </w:pPr>
            <w:r w:rsidRPr="00E91A42">
              <w:rPr>
                <w:sz w:val="28"/>
                <w:szCs w:val="28"/>
              </w:rPr>
              <w:t xml:space="preserve"> </w:t>
            </w:r>
          </w:p>
        </w:tc>
        <w:tc>
          <w:tcPr>
            <w:tcW w:w="1355" w:type="dxa"/>
            <w:tcBorders>
              <w:top w:val="nil"/>
              <w:left w:val="nil"/>
              <w:bottom w:val="single" w:sz="6" w:space="0" w:color="000000"/>
              <w:right w:val="single" w:sz="6" w:space="0" w:color="000000"/>
            </w:tcBorders>
            <w:tcMar>
              <w:top w:w="0" w:type="dxa"/>
              <w:left w:w="100" w:type="dxa"/>
              <w:bottom w:w="0" w:type="dxa"/>
              <w:right w:w="100" w:type="dxa"/>
            </w:tcMar>
          </w:tcPr>
          <w:p w14:paraId="4629A60C" w14:textId="77777777" w:rsidR="00463A4F" w:rsidRPr="00E91A42" w:rsidRDefault="00000000">
            <w:pPr>
              <w:spacing w:after="0" w:line="240" w:lineRule="auto"/>
              <w:jc w:val="both"/>
              <w:rPr>
                <w:sz w:val="28"/>
                <w:szCs w:val="28"/>
              </w:rPr>
            </w:pPr>
            <w:r w:rsidRPr="00E91A42">
              <w:rPr>
                <w:sz w:val="28"/>
                <w:szCs w:val="28"/>
              </w:rPr>
              <w:t xml:space="preserve"> </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4629A60D" w14:textId="77777777" w:rsidR="00463A4F" w:rsidRPr="00E91A42" w:rsidRDefault="00000000">
            <w:pPr>
              <w:spacing w:after="0" w:line="240" w:lineRule="auto"/>
              <w:jc w:val="both"/>
              <w:rPr>
                <w:sz w:val="28"/>
                <w:szCs w:val="28"/>
              </w:rPr>
            </w:pPr>
            <w:r w:rsidRPr="00E91A42">
              <w:rPr>
                <w:sz w:val="28"/>
                <w:szCs w:val="28"/>
              </w:rPr>
              <w:t xml:space="preserve"> </w:t>
            </w:r>
          </w:p>
        </w:tc>
        <w:tc>
          <w:tcPr>
            <w:tcW w:w="1063" w:type="dxa"/>
            <w:tcBorders>
              <w:top w:val="nil"/>
              <w:left w:val="nil"/>
              <w:bottom w:val="single" w:sz="6" w:space="0" w:color="000000"/>
              <w:right w:val="single" w:sz="6" w:space="0" w:color="000000"/>
            </w:tcBorders>
            <w:tcMar>
              <w:top w:w="0" w:type="dxa"/>
              <w:left w:w="100" w:type="dxa"/>
              <w:bottom w:w="0" w:type="dxa"/>
              <w:right w:w="100" w:type="dxa"/>
            </w:tcMar>
          </w:tcPr>
          <w:p w14:paraId="4629A60E"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17" w14:textId="77777777">
        <w:trPr>
          <w:trHeight w:val="285"/>
        </w:trPr>
        <w:tc>
          <w:tcPr>
            <w:tcW w:w="8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10" w14:textId="77777777" w:rsidR="00463A4F" w:rsidRPr="00E91A42" w:rsidRDefault="00000000">
            <w:pPr>
              <w:spacing w:after="0" w:line="240" w:lineRule="auto"/>
              <w:jc w:val="both"/>
              <w:rPr>
                <w:sz w:val="28"/>
                <w:szCs w:val="28"/>
              </w:rPr>
            </w:pPr>
            <w:r w:rsidRPr="00E91A42">
              <w:rPr>
                <w:sz w:val="28"/>
                <w:szCs w:val="28"/>
              </w:rPr>
              <w:t xml:space="preserve"> </w:t>
            </w:r>
          </w:p>
        </w:tc>
        <w:tc>
          <w:tcPr>
            <w:tcW w:w="1588" w:type="dxa"/>
            <w:tcBorders>
              <w:top w:val="nil"/>
              <w:left w:val="nil"/>
              <w:bottom w:val="single" w:sz="6" w:space="0" w:color="000000"/>
              <w:right w:val="single" w:sz="6" w:space="0" w:color="000000"/>
            </w:tcBorders>
            <w:tcMar>
              <w:top w:w="0" w:type="dxa"/>
              <w:left w:w="100" w:type="dxa"/>
              <w:bottom w:w="0" w:type="dxa"/>
              <w:right w:w="100" w:type="dxa"/>
            </w:tcMar>
          </w:tcPr>
          <w:p w14:paraId="4629A611" w14:textId="77777777" w:rsidR="00463A4F" w:rsidRPr="00E91A42" w:rsidRDefault="00000000">
            <w:pPr>
              <w:spacing w:after="0" w:line="240" w:lineRule="auto"/>
              <w:jc w:val="both"/>
              <w:rPr>
                <w:sz w:val="28"/>
                <w:szCs w:val="28"/>
              </w:rPr>
            </w:pPr>
            <w:r w:rsidRPr="00E91A42">
              <w:rPr>
                <w:sz w:val="28"/>
                <w:szCs w:val="28"/>
              </w:rPr>
              <w:t xml:space="preserve"> </w:t>
            </w:r>
          </w:p>
        </w:tc>
        <w:tc>
          <w:tcPr>
            <w:tcW w:w="1209" w:type="dxa"/>
            <w:tcBorders>
              <w:top w:val="nil"/>
              <w:left w:val="nil"/>
              <w:bottom w:val="single" w:sz="6" w:space="0" w:color="000000"/>
              <w:right w:val="single" w:sz="6" w:space="0" w:color="000000"/>
            </w:tcBorders>
            <w:tcMar>
              <w:top w:w="0" w:type="dxa"/>
              <w:left w:w="100" w:type="dxa"/>
              <w:bottom w:w="0" w:type="dxa"/>
              <w:right w:w="100" w:type="dxa"/>
            </w:tcMar>
          </w:tcPr>
          <w:p w14:paraId="4629A612" w14:textId="77777777" w:rsidR="00463A4F" w:rsidRPr="00E91A42" w:rsidRDefault="00000000">
            <w:pPr>
              <w:spacing w:after="0" w:line="240" w:lineRule="auto"/>
              <w:jc w:val="both"/>
              <w:rPr>
                <w:sz w:val="28"/>
                <w:szCs w:val="28"/>
              </w:rPr>
            </w:pPr>
            <w:r w:rsidRPr="00E91A42">
              <w:rPr>
                <w:sz w:val="28"/>
                <w:szCs w:val="28"/>
              </w:rPr>
              <w:t xml:space="preserve"> </w:t>
            </w:r>
          </w:p>
        </w:tc>
        <w:tc>
          <w:tcPr>
            <w:tcW w:w="1180" w:type="dxa"/>
            <w:tcBorders>
              <w:top w:val="nil"/>
              <w:left w:val="nil"/>
              <w:bottom w:val="single" w:sz="6" w:space="0" w:color="000000"/>
              <w:right w:val="single" w:sz="6" w:space="0" w:color="000000"/>
            </w:tcBorders>
            <w:tcMar>
              <w:top w:w="0" w:type="dxa"/>
              <w:left w:w="100" w:type="dxa"/>
              <w:bottom w:w="0" w:type="dxa"/>
              <w:right w:w="100" w:type="dxa"/>
            </w:tcMar>
          </w:tcPr>
          <w:p w14:paraId="4629A613" w14:textId="77777777" w:rsidR="00463A4F" w:rsidRPr="00E91A42" w:rsidRDefault="00000000">
            <w:pPr>
              <w:spacing w:after="0" w:line="240" w:lineRule="auto"/>
              <w:jc w:val="both"/>
              <w:rPr>
                <w:sz w:val="28"/>
                <w:szCs w:val="28"/>
              </w:rPr>
            </w:pPr>
            <w:r w:rsidRPr="00E91A42">
              <w:rPr>
                <w:sz w:val="28"/>
                <w:szCs w:val="28"/>
              </w:rPr>
              <w:t xml:space="preserve"> </w:t>
            </w:r>
          </w:p>
        </w:tc>
        <w:tc>
          <w:tcPr>
            <w:tcW w:w="1355" w:type="dxa"/>
            <w:tcBorders>
              <w:top w:val="nil"/>
              <w:left w:val="nil"/>
              <w:bottom w:val="single" w:sz="6" w:space="0" w:color="000000"/>
              <w:right w:val="single" w:sz="6" w:space="0" w:color="000000"/>
            </w:tcBorders>
            <w:tcMar>
              <w:top w:w="0" w:type="dxa"/>
              <w:left w:w="100" w:type="dxa"/>
              <w:bottom w:w="0" w:type="dxa"/>
              <w:right w:w="100" w:type="dxa"/>
            </w:tcMar>
          </w:tcPr>
          <w:p w14:paraId="4629A614" w14:textId="77777777" w:rsidR="00463A4F" w:rsidRPr="00E91A42" w:rsidRDefault="00000000">
            <w:pPr>
              <w:spacing w:after="0" w:line="240" w:lineRule="auto"/>
              <w:jc w:val="both"/>
              <w:rPr>
                <w:sz w:val="28"/>
                <w:szCs w:val="28"/>
              </w:rPr>
            </w:pPr>
            <w:r w:rsidRPr="00E91A42">
              <w:rPr>
                <w:sz w:val="28"/>
                <w:szCs w:val="28"/>
              </w:rPr>
              <w:t xml:space="preserve"> </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4629A615" w14:textId="77777777" w:rsidR="00463A4F" w:rsidRPr="00E91A42" w:rsidRDefault="00000000">
            <w:pPr>
              <w:spacing w:after="0" w:line="240" w:lineRule="auto"/>
              <w:jc w:val="both"/>
              <w:rPr>
                <w:sz w:val="28"/>
                <w:szCs w:val="28"/>
              </w:rPr>
            </w:pPr>
            <w:r w:rsidRPr="00E91A42">
              <w:rPr>
                <w:sz w:val="28"/>
                <w:szCs w:val="28"/>
              </w:rPr>
              <w:t xml:space="preserve"> </w:t>
            </w:r>
          </w:p>
        </w:tc>
        <w:tc>
          <w:tcPr>
            <w:tcW w:w="1063" w:type="dxa"/>
            <w:tcBorders>
              <w:top w:val="nil"/>
              <w:left w:val="nil"/>
              <w:bottom w:val="single" w:sz="6" w:space="0" w:color="000000"/>
              <w:right w:val="single" w:sz="6" w:space="0" w:color="000000"/>
            </w:tcBorders>
            <w:tcMar>
              <w:top w:w="0" w:type="dxa"/>
              <w:left w:w="100" w:type="dxa"/>
              <w:bottom w:w="0" w:type="dxa"/>
              <w:right w:w="100" w:type="dxa"/>
            </w:tcMar>
          </w:tcPr>
          <w:p w14:paraId="4629A616"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1F" w14:textId="77777777">
        <w:trPr>
          <w:trHeight w:val="285"/>
        </w:trPr>
        <w:tc>
          <w:tcPr>
            <w:tcW w:w="80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18" w14:textId="77777777" w:rsidR="00463A4F" w:rsidRPr="00E91A42" w:rsidRDefault="00000000">
            <w:pPr>
              <w:spacing w:after="0" w:line="240" w:lineRule="auto"/>
              <w:jc w:val="both"/>
              <w:rPr>
                <w:sz w:val="28"/>
                <w:szCs w:val="28"/>
              </w:rPr>
            </w:pPr>
            <w:r w:rsidRPr="00E91A42">
              <w:rPr>
                <w:sz w:val="28"/>
                <w:szCs w:val="28"/>
              </w:rPr>
              <w:t xml:space="preserve"> </w:t>
            </w:r>
          </w:p>
        </w:tc>
        <w:tc>
          <w:tcPr>
            <w:tcW w:w="1588" w:type="dxa"/>
            <w:tcBorders>
              <w:top w:val="nil"/>
              <w:left w:val="nil"/>
              <w:bottom w:val="single" w:sz="6" w:space="0" w:color="000000"/>
              <w:right w:val="single" w:sz="6" w:space="0" w:color="000000"/>
            </w:tcBorders>
            <w:tcMar>
              <w:top w:w="0" w:type="dxa"/>
              <w:left w:w="100" w:type="dxa"/>
              <w:bottom w:w="0" w:type="dxa"/>
              <w:right w:w="100" w:type="dxa"/>
            </w:tcMar>
          </w:tcPr>
          <w:p w14:paraId="4629A619" w14:textId="77777777" w:rsidR="00463A4F" w:rsidRPr="00E91A42" w:rsidRDefault="00000000">
            <w:pPr>
              <w:spacing w:after="0" w:line="240" w:lineRule="auto"/>
              <w:jc w:val="both"/>
              <w:rPr>
                <w:sz w:val="28"/>
                <w:szCs w:val="28"/>
              </w:rPr>
            </w:pPr>
            <w:r w:rsidRPr="00E91A42">
              <w:rPr>
                <w:sz w:val="28"/>
                <w:szCs w:val="28"/>
              </w:rPr>
              <w:t xml:space="preserve"> </w:t>
            </w:r>
          </w:p>
        </w:tc>
        <w:tc>
          <w:tcPr>
            <w:tcW w:w="1209" w:type="dxa"/>
            <w:tcBorders>
              <w:top w:val="nil"/>
              <w:left w:val="nil"/>
              <w:bottom w:val="single" w:sz="6" w:space="0" w:color="000000"/>
              <w:right w:val="single" w:sz="6" w:space="0" w:color="000000"/>
            </w:tcBorders>
            <w:tcMar>
              <w:top w:w="0" w:type="dxa"/>
              <w:left w:w="100" w:type="dxa"/>
              <w:bottom w:w="0" w:type="dxa"/>
              <w:right w:w="100" w:type="dxa"/>
            </w:tcMar>
          </w:tcPr>
          <w:p w14:paraId="4629A61A" w14:textId="77777777" w:rsidR="00463A4F" w:rsidRPr="00E91A42" w:rsidRDefault="00000000">
            <w:pPr>
              <w:spacing w:after="0" w:line="240" w:lineRule="auto"/>
              <w:jc w:val="both"/>
              <w:rPr>
                <w:sz w:val="28"/>
                <w:szCs w:val="28"/>
              </w:rPr>
            </w:pPr>
            <w:r w:rsidRPr="00E91A42">
              <w:rPr>
                <w:sz w:val="28"/>
                <w:szCs w:val="28"/>
              </w:rPr>
              <w:t xml:space="preserve"> </w:t>
            </w:r>
          </w:p>
        </w:tc>
        <w:tc>
          <w:tcPr>
            <w:tcW w:w="1180" w:type="dxa"/>
            <w:tcBorders>
              <w:top w:val="nil"/>
              <w:left w:val="nil"/>
              <w:bottom w:val="single" w:sz="6" w:space="0" w:color="000000"/>
              <w:right w:val="single" w:sz="6" w:space="0" w:color="000000"/>
            </w:tcBorders>
            <w:tcMar>
              <w:top w:w="0" w:type="dxa"/>
              <w:left w:w="100" w:type="dxa"/>
              <w:bottom w:w="0" w:type="dxa"/>
              <w:right w:w="100" w:type="dxa"/>
            </w:tcMar>
          </w:tcPr>
          <w:p w14:paraId="4629A61B" w14:textId="77777777" w:rsidR="00463A4F" w:rsidRPr="00E91A42" w:rsidRDefault="00000000">
            <w:pPr>
              <w:spacing w:after="0" w:line="240" w:lineRule="auto"/>
              <w:jc w:val="both"/>
              <w:rPr>
                <w:sz w:val="28"/>
                <w:szCs w:val="28"/>
              </w:rPr>
            </w:pPr>
            <w:r w:rsidRPr="00E91A42">
              <w:rPr>
                <w:sz w:val="28"/>
                <w:szCs w:val="28"/>
              </w:rPr>
              <w:t xml:space="preserve"> </w:t>
            </w:r>
          </w:p>
        </w:tc>
        <w:tc>
          <w:tcPr>
            <w:tcW w:w="1355" w:type="dxa"/>
            <w:tcBorders>
              <w:top w:val="nil"/>
              <w:left w:val="nil"/>
              <w:bottom w:val="single" w:sz="6" w:space="0" w:color="000000"/>
              <w:right w:val="single" w:sz="6" w:space="0" w:color="000000"/>
            </w:tcBorders>
            <w:tcMar>
              <w:top w:w="0" w:type="dxa"/>
              <w:left w:w="100" w:type="dxa"/>
              <w:bottom w:w="0" w:type="dxa"/>
              <w:right w:w="100" w:type="dxa"/>
            </w:tcMar>
          </w:tcPr>
          <w:p w14:paraId="4629A61C" w14:textId="77777777" w:rsidR="00463A4F" w:rsidRPr="00E91A42" w:rsidRDefault="00000000">
            <w:pPr>
              <w:spacing w:after="0" w:line="240" w:lineRule="auto"/>
              <w:jc w:val="both"/>
              <w:rPr>
                <w:sz w:val="28"/>
                <w:szCs w:val="28"/>
              </w:rPr>
            </w:pPr>
            <w:r w:rsidRPr="00E91A42">
              <w:rPr>
                <w:sz w:val="28"/>
                <w:szCs w:val="28"/>
              </w:rPr>
              <w:t xml:space="preserve"> </w:t>
            </w:r>
          </w:p>
        </w:tc>
        <w:tc>
          <w:tcPr>
            <w:tcW w:w="1442" w:type="dxa"/>
            <w:tcBorders>
              <w:top w:val="nil"/>
              <w:left w:val="nil"/>
              <w:bottom w:val="single" w:sz="6" w:space="0" w:color="000000"/>
              <w:right w:val="single" w:sz="6" w:space="0" w:color="000000"/>
            </w:tcBorders>
            <w:tcMar>
              <w:top w:w="0" w:type="dxa"/>
              <w:left w:w="100" w:type="dxa"/>
              <w:bottom w:w="0" w:type="dxa"/>
              <w:right w:w="100" w:type="dxa"/>
            </w:tcMar>
          </w:tcPr>
          <w:p w14:paraId="4629A61D" w14:textId="77777777" w:rsidR="00463A4F" w:rsidRPr="00E91A42" w:rsidRDefault="00000000">
            <w:pPr>
              <w:spacing w:after="0" w:line="240" w:lineRule="auto"/>
              <w:jc w:val="both"/>
              <w:rPr>
                <w:sz w:val="28"/>
                <w:szCs w:val="28"/>
              </w:rPr>
            </w:pPr>
            <w:r w:rsidRPr="00E91A42">
              <w:rPr>
                <w:sz w:val="28"/>
                <w:szCs w:val="28"/>
              </w:rPr>
              <w:t xml:space="preserve"> </w:t>
            </w:r>
          </w:p>
        </w:tc>
        <w:tc>
          <w:tcPr>
            <w:tcW w:w="1063" w:type="dxa"/>
            <w:tcBorders>
              <w:top w:val="nil"/>
              <w:left w:val="nil"/>
              <w:bottom w:val="single" w:sz="6" w:space="0" w:color="000000"/>
              <w:right w:val="single" w:sz="6" w:space="0" w:color="000000"/>
            </w:tcBorders>
            <w:tcMar>
              <w:top w:w="0" w:type="dxa"/>
              <w:left w:w="100" w:type="dxa"/>
              <w:bottom w:w="0" w:type="dxa"/>
              <w:right w:w="100" w:type="dxa"/>
            </w:tcMar>
          </w:tcPr>
          <w:p w14:paraId="4629A61E"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20" w14:textId="77777777" w:rsidR="00463A4F" w:rsidRPr="00E91A42" w:rsidRDefault="00000000">
      <w:pPr>
        <w:spacing w:after="0" w:line="240" w:lineRule="auto"/>
        <w:jc w:val="both"/>
        <w:rPr>
          <w:sz w:val="28"/>
          <w:szCs w:val="28"/>
        </w:rPr>
      </w:pPr>
      <w:r w:rsidRPr="00E91A42">
        <w:rPr>
          <w:sz w:val="28"/>
          <w:szCs w:val="28"/>
        </w:rPr>
        <w:br/>
        <w:t xml:space="preserve"> 3. Cơ cấu nguồn kinh phí:</w:t>
      </w:r>
    </w:p>
    <w:tbl>
      <w:tblPr>
        <w:tblStyle w:val="ad"/>
        <w:tblW w:w="8639" w:type="dxa"/>
        <w:tblBorders>
          <w:top w:val="nil"/>
          <w:left w:val="nil"/>
          <w:bottom w:val="nil"/>
          <w:right w:val="nil"/>
          <w:insideH w:val="nil"/>
          <w:insideV w:val="nil"/>
        </w:tblBorders>
        <w:tblLayout w:type="fixed"/>
        <w:tblLook w:val="0600" w:firstRow="0" w:lastRow="0" w:firstColumn="0" w:lastColumn="0" w:noHBand="1" w:noVBand="1"/>
      </w:tblPr>
      <w:tblGrid>
        <w:gridCol w:w="2928"/>
        <w:gridCol w:w="2870"/>
        <w:gridCol w:w="2841"/>
      </w:tblGrid>
      <w:tr w:rsidR="00463A4F" w:rsidRPr="00E91A42" w14:paraId="4629A624" w14:textId="77777777">
        <w:trPr>
          <w:trHeight w:val="360"/>
        </w:trPr>
        <w:tc>
          <w:tcPr>
            <w:tcW w:w="29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621" w14:textId="77777777" w:rsidR="00463A4F" w:rsidRPr="00E91A42" w:rsidRDefault="00000000">
            <w:pPr>
              <w:spacing w:after="0" w:line="240" w:lineRule="auto"/>
              <w:jc w:val="both"/>
              <w:rPr>
                <w:sz w:val="28"/>
                <w:szCs w:val="28"/>
              </w:rPr>
            </w:pPr>
            <w:r w:rsidRPr="00E91A42">
              <w:rPr>
                <w:sz w:val="28"/>
                <w:szCs w:val="28"/>
              </w:rPr>
              <w:t>Nguồn kinh phí</w:t>
            </w:r>
          </w:p>
        </w:tc>
        <w:tc>
          <w:tcPr>
            <w:tcW w:w="28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22" w14:textId="77777777" w:rsidR="00463A4F" w:rsidRPr="00E91A42" w:rsidRDefault="00000000">
            <w:pPr>
              <w:spacing w:after="0" w:line="240" w:lineRule="auto"/>
              <w:jc w:val="both"/>
              <w:rPr>
                <w:sz w:val="28"/>
                <w:szCs w:val="28"/>
              </w:rPr>
            </w:pPr>
            <w:r w:rsidRPr="00E91A42">
              <w:rPr>
                <w:sz w:val="28"/>
                <w:szCs w:val="28"/>
              </w:rPr>
              <w:t>Số tiền (triệu đồng)</w:t>
            </w:r>
          </w:p>
        </w:tc>
        <w:tc>
          <w:tcPr>
            <w:tcW w:w="284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23" w14:textId="77777777" w:rsidR="00463A4F" w:rsidRPr="00E91A42" w:rsidRDefault="00000000">
            <w:pPr>
              <w:spacing w:after="0" w:line="240" w:lineRule="auto"/>
              <w:jc w:val="both"/>
              <w:rPr>
                <w:sz w:val="28"/>
                <w:szCs w:val="28"/>
              </w:rPr>
            </w:pPr>
            <w:r w:rsidRPr="00E91A42">
              <w:rPr>
                <w:sz w:val="28"/>
                <w:szCs w:val="28"/>
              </w:rPr>
              <w:t>Tỷ lệ (%)</w:t>
            </w:r>
          </w:p>
        </w:tc>
      </w:tr>
      <w:tr w:rsidR="00463A4F" w:rsidRPr="00E91A42" w14:paraId="4629A628" w14:textId="77777777">
        <w:trPr>
          <w:trHeight w:val="690"/>
        </w:trPr>
        <w:tc>
          <w:tcPr>
            <w:tcW w:w="29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25" w14:textId="77777777" w:rsidR="00463A4F" w:rsidRPr="00E91A42" w:rsidRDefault="00000000">
            <w:pPr>
              <w:spacing w:after="0" w:line="240" w:lineRule="auto"/>
              <w:jc w:val="both"/>
              <w:rPr>
                <w:sz w:val="28"/>
                <w:szCs w:val="28"/>
              </w:rPr>
            </w:pPr>
            <w:r w:rsidRPr="00E91A42">
              <w:rPr>
                <w:sz w:val="28"/>
                <w:szCs w:val="28"/>
              </w:rPr>
              <w:t>Ngân sách sự nghiệp KH&amp;CN</w:t>
            </w:r>
          </w:p>
        </w:tc>
        <w:tc>
          <w:tcPr>
            <w:tcW w:w="2870" w:type="dxa"/>
            <w:tcBorders>
              <w:top w:val="nil"/>
              <w:left w:val="nil"/>
              <w:bottom w:val="single" w:sz="6" w:space="0" w:color="000000"/>
              <w:right w:val="single" w:sz="6" w:space="0" w:color="000000"/>
            </w:tcBorders>
            <w:tcMar>
              <w:top w:w="0" w:type="dxa"/>
              <w:left w:w="100" w:type="dxa"/>
              <w:bottom w:w="0" w:type="dxa"/>
              <w:right w:w="100" w:type="dxa"/>
            </w:tcMar>
          </w:tcPr>
          <w:p w14:paraId="4629A626" w14:textId="77777777" w:rsidR="00463A4F" w:rsidRPr="00E91A42" w:rsidRDefault="00000000">
            <w:pPr>
              <w:spacing w:after="0" w:line="240" w:lineRule="auto"/>
              <w:jc w:val="both"/>
              <w:rPr>
                <w:sz w:val="28"/>
                <w:szCs w:val="28"/>
              </w:rPr>
            </w:pPr>
            <w:r w:rsidRPr="00E91A42">
              <w:rPr>
                <w:sz w:val="28"/>
                <w:szCs w:val="28"/>
              </w:rPr>
              <w:t xml:space="preserve"> </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4629A627"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2C" w14:textId="77777777">
        <w:trPr>
          <w:trHeight w:val="690"/>
        </w:trPr>
        <w:tc>
          <w:tcPr>
            <w:tcW w:w="29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29" w14:textId="77777777" w:rsidR="00463A4F" w:rsidRPr="00E91A42" w:rsidRDefault="00000000">
            <w:pPr>
              <w:spacing w:after="0" w:line="240" w:lineRule="auto"/>
              <w:jc w:val="both"/>
              <w:rPr>
                <w:sz w:val="28"/>
                <w:szCs w:val="28"/>
              </w:rPr>
            </w:pPr>
            <w:r w:rsidRPr="00E91A42">
              <w:rPr>
                <w:sz w:val="28"/>
                <w:szCs w:val="28"/>
              </w:rPr>
              <w:lastRenderedPageBreak/>
              <w:t>Đóng góp của tổ chức chủ trì</w:t>
            </w:r>
          </w:p>
        </w:tc>
        <w:tc>
          <w:tcPr>
            <w:tcW w:w="2870" w:type="dxa"/>
            <w:tcBorders>
              <w:top w:val="nil"/>
              <w:left w:val="nil"/>
              <w:bottom w:val="single" w:sz="6" w:space="0" w:color="000000"/>
              <w:right w:val="single" w:sz="6" w:space="0" w:color="000000"/>
            </w:tcBorders>
            <w:tcMar>
              <w:top w:w="0" w:type="dxa"/>
              <w:left w:w="100" w:type="dxa"/>
              <w:bottom w:w="0" w:type="dxa"/>
              <w:right w:w="100" w:type="dxa"/>
            </w:tcMar>
          </w:tcPr>
          <w:p w14:paraId="4629A62A" w14:textId="77777777" w:rsidR="00463A4F" w:rsidRPr="00E91A42" w:rsidRDefault="00000000">
            <w:pPr>
              <w:spacing w:after="0" w:line="240" w:lineRule="auto"/>
              <w:jc w:val="both"/>
              <w:rPr>
                <w:sz w:val="28"/>
                <w:szCs w:val="28"/>
              </w:rPr>
            </w:pPr>
            <w:r w:rsidRPr="00E91A42">
              <w:rPr>
                <w:sz w:val="28"/>
                <w:szCs w:val="28"/>
              </w:rPr>
              <w:t xml:space="preserve"> </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4629A62B"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30" w14:textId="77777777">
        <w:trPr>
          <w:trHeight w:val="690"/>
        </w:trPr>
        <w:tc>
          <w:tcPr>
            <w:tcW w:w="29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2D" w14:textId="77777777" w:rsidR="00463A4F" w:rsidRPr="00E91A42" w:rsidRDefault="00000000">
            <w:pPr>
              <w:spacing w:after="0" w:line="240" w:lineRule="auto"/>
              <w:jc w:val="both"/>
              <w:rPr>
                <w:sz w:val="28"/>
                <w:szCs w:val="28"/>
              </w:rPr>
            </w:pPr>
            <w:r w:rsidRPr="00E91A42">
              <w:rPr>
                <w:sz w:val="28"/>
                <w:szCs w:val="28"/>
              </w:rPr>
              <w:t>Doanh nghiệp phối hợp / tài trợ</w:t>
            </w:r>
          </w:p>
        </w:tc>
        <w:tc>
          <w:tcPr>
            <w:tcW w:w="2870" w:type="dxa"/>
            <w:tcBorders>
              <w:top w:val="nil"/>
              <w:left w:val="nil"/>
              <w:bottom w:val="single" w:sz="6" w:space="0" w:color="000000"/>
              <w:right w:val="single" w:sz="6" w:space="0" w:color="000000"/>
            </w:tcBorders>
            <w:tcMar>
              <w:top w:w="0" w:type="dxa"/>
              <w:left w:w="100" w:type="dxa"/>
              <w:bottom w:w="0" w:type="dxa"/>
              <w:right w:w="100" w:type="dxa"/>
            </w:tcMar>
          </w:tcPr>
          <w:p w14:paraId="4629A62E" w14:textId="77777777" w:rsidR="00463A4F" w:rsidRPr="00E91A42" w:rsidRDefault="00000000">
            <w:pPr>
              <w:spacing w:after="0" w:line="240" w:lineRule="auto"/>
              <w:jc w:val="both"/>
              <w:rPr>
                <w:sz w:val="28"/>
                <w:szCs w:val="28"/>
              </w:rPr>
            </w:pPr>
            <w:r w:rsidRPr="00E91A42">
              <w:rPr>
                <w:sz w:val="28"/>
                <w:szCs w:val="28"/>
              </w:rPr>
              <w:t xml:space="preserve"> </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4629A62F"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34" w14:textId="77777777">
        <w:trPr>
          <w:trHeight w:val="690"/>
        </w:trPr>
        <w:tc>
          <w:tcPr>
            <w:tcW w:w="29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31" w14:textId="77777777" w:rsidR="00463A4F" w:rsidRPr="00E91A42" w:rsidRDefault="00000000">
            <w:pPr>
              <w:spacing w:after="0" w:line="240" w:lineRule="auto"/>
              <w:jc w:val="both"/>
              <w:rPr>
                <w:sz w:val="28"/>
                <w:szCs w:val="28"/>
              </w:rPr>
            </w:pPr>
            <w:r w:rsidRPr="00E91A42">
              <w:rPr>
                <w:sz w:val="28"/>
                <w:szCs w:val="28"/>
              </w:rPr>
              <w:t>Nguồn hợp tác quốc tế (nếu có)</w:t>
            </w:r>
          </w:p>
        </w:tc>
        <w:tc>
          <w:tcPr>
            <w:tcW w:w="2870" w:type="dxa"/>
            <w:tcBorders>
              <w:top w:val="nil"/>
              <w:left w:val="nil"/>
              <w:bottom w:val="single" w:sz="6" w:space="0" w:color="000000"/>
              <w:right w:val="single" w:sz="6" w:space="0" w:color="000000"/>
            </w:tcBorders>
            <w:tcMar>
              <w:top w:w="0" w:type="dxa"/>
              <w:left w:w="100" w:type="dxa"/>
              <w:bottom w:w="0" w:type="dxa"/>
              <w:right w:w="100" w:type="dxa"/>
            </w:tcMar>
          </w:tcPr>
          <w:p w14:paraId="4629A632" w14:textId="77777777" w:rsidR="00463A4F" w:rsidRPr="00E91A42" w:rsidRDefault="00000000">
            <w:pPr>
              <w:spacing w:after="0" w:line="240" w:lineRule="auto"/>
              <w:jc w:val="both"/>
              <w:rPr>
                <w:sz w:val="28"/>
                <w:szCs w:val="28"/>
              </w:rPr>
            </w:pPr>
            <w:r w:rsidRPr="00E91A42">
              <w:rPr>
                <w:sz w:val="28"/>
                <w:szCs w:val="28"/>
              </w:rPr>
              <w:t xml:space="preserve"> </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4629A633"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38" w14:textId="77777777">
        <w:trPr>
          <w:trHeight w:val="360"/>
        </w:trPr>
        <w:tc>
          <w:tcPr>
            <w:tcW w:w="292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35" w14:textId="77777777" w:rsidR="00463A4F" w:rsidRPr="00E91A42" w:rsidRDefault="00000000">
            <w:pPr>
              <w:spacing w:after="0" w:line="240" w:lineRule="auto"/>
              <w:jc w:val="both"/>
              <w:rPr>
                <w:sz w:val="28"/>
                <w:szCs w:val="28"/>
              </w:rPr>
            </w:pPr>
            <w:r w:rsidRPr="00E91A42">
              <w:rPr>
                <w:sz w:val="28"/>
                <w:szCs w:val="28"/>
              </w:rPr>
              <w:t>Tổng cộng</w:t>
            </w:r>
          </w:p>
        </w:tc>
        <w:tc>
          <w:tcPr>
            <w:tcW w:w="2870" w:type="dxa"/>
            <w:tcBorders>
              <w:top w:val="nil"/>
              <w:left w:val="nil"/>
              <w:bottom w:val="single" w:sz="6" w:space="0" w:color="000000"/>
              <w:right w:val="single" w:sz="6" w:space="0" w:color="000000"/>
            </w:tcBorders>
            <w:tcMar>
              <w:top w:w="0" w:type="dxa"/>
              <w:left w:w="100" w:type="dxa"/>
              <w:bottom w:w="0" w:type="dxa"/>
              <w:right w:w="100" w:type="dxa"/>
            </w:tcMar>
          </w:tcPr>
          <w:p w14:paraId="4629A636" w14:textId="77777777" w:rsidR="00463A4F" w:rsidRPr="00E91A42" w:rsidRDefault="00000000">
            <w:pPr>
              <w:spacing w:after="0" w:line="240" w:lineRule="auto"/>
              <w:jc w:val="both"/>
              <w:rPr>
                <w:sz w:val="28"/>
                <w:szCs w:val="28"/>
              </w:rPr>
            </w:pPr>
            <w:r w:rsidRPr="00E91A42">
              <w:rPr>
                <w:sz w:val="28"/>
                <w:szCs w:val="28"/>
              </w:rPr>
              <w:t xml:space="preserve"> </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4629A637"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39" w14:textId="77777777" w:rsidR="00463A4F" w:rsidRPr="00E91A42" w:rsidRDefault="00000000">
      <w:pPr>
        <w:spacing w:after="0" w:line="240" w:lineRule="auto"/>
        <w:jc w:val="both"/>
        <w:rPr>
          <w:b/>
          <w:sz w:val="28"/>
          <w:szCs w:val="28"/>
        </w:rPr>
      </w:pPr>
      <w:r w:rsidRPr="00E91A42">
        <w:rPr>
          <w:b/>
          <w:sz w:val="28"/>
          <w:szCs w:val="28"/>
        </w:rPr>
        <w:t>IX. XÁC ĐỊNH RỦI RO VÀ BIỆN PHÁP QUẢN LÝ, KIỂM SOÁT</w:t>
      </w:r>
    </w:p>
    <w:p w14:paraId="4629A63A" w14:textId="77777777" w:rsidR="00463A4F" w:rsidRPr="00E91A42" w:rsidRDefault="00000000">
      <w:pPr>
        <w:spacing w:after="0" w:line="240" w:lineRule="auto"/>
        <w:jc w:val="both"/>
        <w:rPr>
          <w:b/>
          <w:sz w:val="28"/>
          <w:szCs w:val="28"/>
        </w:rPr>
      </w:pPr>
      <w:r w:rsidRPr="00E91A42">
        <w:rPr>
          <w:sz w:val="28"/>
          <w:szCs w:val="28"/>
        </w:rPr>
        <w:t>1. Các rủi ro có thể phát sinh.</w:t>
      </w:r>
      <w:r w:rsidRPr="00E91A42">
        <w:rPr>
          <w:sz w:val="28"/>
          <w:szCs w:val="28"/>
        </w:rPr>
        <w:br/>
        <w:t xml:space="preserve"> 2. Biện pháp phòng ngừa và kiểm soát.</w:t>
      </w:r>
      <w:r w:rsidRPr="00E91A42">
        <w:rPr>
          <w:sz w:val="28"/>
          <w:szCs w:val="28"/>
        </w:rPr>
        <w:br/>
        <w:t xml:space="preserve"> 3. Phương án điều chỉnh.</w:t>
      </w:r>
      <w:r w:rsidRPr="00E91A42">
        <w:rPr>
          <w:sz w:val="28"/>
          <w:szCs w:val="28"/>
        </w:rPr>
        <w:br/>
      </w:r>
      <w:r w:rsidRPr="00E91A42">
        <w:rPr>
          <w:b/>
          <w:sz w:val="28"/>
          <w:szCs w:val="28"/>
        </w:rPr>
        <w:t xml:space="preserve"> X. PHƯƠNG ÁN PHỐI HỢP, HỢP TÁC QUỐC TẾ, THUÊ CHUYÊN GIA (NẾU CÓ)</w:t>
      </w:r>
    </w:p>
    <w:p w14:paraId="4629A63B" w14:textId="77777777" w:rsidR="00463A4F" w:rsidRPr="00E91A42" w:rsidRDefault="00000000">
      <w:pPr>
        <w:spacing w:after="0" w:line="240" w:lineRule="auto"/>
        <w:jc w:val="both"/>
        <w:rPr>
          <w:b/>
          <w:sz w:val="28"/>
          <w:szCs w:val="28"/>
        </w:rPr>
      </w:pPr>
      <w:r w:rsidRPr="00E91A42">
        <w:rPr>
          <w:sz w:val="28"/>
          <w:szCs w:val="28"/>
        </w:rPr>
        <w:t>1. Đối tác, tổ chức hợp tác.</w:t>
      </w:r>
      <w:r w:rsidRPr="00E91A42">
        <w:rPr>
          <w:sz w:val="28"/>
          <w:szCs w:val="28"/>
        </w:rPr>
        <w:br/>
        <w:t xml:space="preserve"> 2. Hình thức, nội dung hợp tác.</w:t>
      </w:r>
      <w:r w:rsidRPr="00E91A42">
        <w:rPr>
          <w:sz w:val="28"/>
          <w:szCs w:val="28"/>
        </w:rPr>
        <w:br/>
        <w:t xml:space="preserve"> 3. Chi phí và cơ chế phối hợp.</w:t>
      </w:r>
      <w:r w:rsidRPr="00E91A42">
        <w:rPr>
          <w:sz w:val="28"/>
          <w:szCs w:val="28"/>
        </w:rPr>
        <w:br/>
      </w:r>
      <w:r w:rsidRPr="00E91A42">
        <w:rPr>
          <w:b/>
          <w:sz w:val="28"/>
          <w:szCs w:val="28"/>
        </w:rPr>
        <w:t xml:space="preserve"> XI. DỰ KIẾN HIỆU QUẢ ĐẦU RA, TÁC ĐỘNG CỦA KẾT QUẢ THỰC HIỆN NHIỆM VỤ</w:t>
      </w:r>
    </w:p>
    <w:p w14:paraId="4629A63C" w14:textId="77777777" w:rsidR="00463A4F" w:rsidRPr="00E91A42" w:rsidRDefault="00000000">
      <w:pPr>
        <w:spacing w:after="0" w:line="240" w:lineRule="auto"/>
        <w:jc w:val="both"/>
        <w:rPr>
          <w:sz w:val="28"/>
          <w:szCs w:val="28"/>
        </w:rPr>
      </w:pPr>
      <w:r w:rsidRPr="00E91A42">
        <w:rPr>
          <w:sz w:val="28"/>
          <w:szCs w:val="28"/>
        </w:rPr>
        <w:t>1. Hiệu quả khoa học – công nghệ.</w:t>
      </w:r>
      <w:r w:rsidRPr="00E91A42">
        <w:rPr>
          <w:sz w:val="28"/>
          <w:szCs w:val="28"/>
        </w:rPr>
        <w:br/>
        <w:t xml:space="preserve"> 2. Hiệu quả kinh tế – xã hội.</w:t>
      </w:r>
      <w:r w:rsidRPr="00E91A42">
        <w:rPr>
          <w:sz w:val="28"/>
          <w:szCs w:val="28"/>
        </w:rPr>
        <w:br/>
        <w:t xml:space="preserve"> 3. Hiệu quả quản lý – chính sách.</w:t>
      </w:r>
    </w:p>
    <w:p w14:paraId="4629A63D" w14:textId="77777777" w:rsidR="00463A4F" w:rsidRPr="00E91A42" w:rsidRDefault="00000000">
      <w:pPr>
        <w:spacing w:after="0" w:line="240" w:lineRule="auto"/>
        <w:jc w:val="both"/>
        <w:rPr>
          <w:b/>
          <w:sz w:val="28"/>
          <w:szCs w:val="28"/>
        </w:rPr>
      </w:pPr>
      <w:r w:rsidRPr="00E91A42">
        <w:rPr>
          <w:b/>
          <w:sz w:val="28"/>
          <w:szCs w:val="28"/>
        </w:rPr>
        <w:t>XII. CAM KẾT CỦA TỔ CHỨC CHỦ TRÌ VÀ CHỦ NHIỆM NHIỆM VỤ</w:t>
      </w:r>
    </w:p>
    <w:p w14:paraId="4629A63E" w14:textId="77777777" w:rsidR="00463A4F" w:rsidRPr="00E91A42" w:rsidRDefault="00000000">
      <w:pPr>
        <w:spacing w:after="0" w:line="240" w:lineRule="auto"/>
        <w:jc w:val="both"/>
        <w:rPr>
          <w:sz w:val="28"/>
          <w:szCs w:val="28"/>
        </w:rPr>
      </w:pPr>
      <w:r w:rsidRPr="00E91A42">
        <w:rPr>
          <w:sz w:val="28"/>
          <w:szCs w:val="28"/>
        </w:rPr>
        <w:t>Cam kết thực hiện đúng tiến độ, sử dụng kinh phí đúng mục đích, đảm bảo kết quả và bàn giao sản phẩm theo quy định.</w:t>
      </w:r>
    </w:p>
    <w:tbl>
      <w:tblPr>
        <w:tblStyle w:val="ae"/>
        <w:tblW w:w="8640" w:type="dxa"/>
        <w:tblBorders>
          <w:top w:val="nil"/>
          <w:left w:val="nil"/>
          <w:bottom w:val="nil"/>
          <w:right w:val="nil"/>
          <w:insideH w:val="nil"/>
          <w:insideV w:val="nil"/>
        </w:tblBorders>
        <w:tblLayout w:type="fixed"/>
        <w:tblLook w:val="0600" w:firstRow="0" w:lastRow="0" w:firstColumn="0" w:lastColumn="0" w:noHBand="1" w:noVBand="1"/>
      </w:tblPr>
      <w:tblGrid>
        <w:gridCol w:w="4312"/>
        <w:gridCol w:w="4328"/>
      </w:tblGrid>
      <w:tr w:rsidR="00463A4F" w:rsidRPr="00E91A42" w14:paraId="4629A644" w14:textId="77777777">
        <w:trPr>
          <w:trHeight w:val="1500"/>
        </w:trPr>
        <w:tc>
          <w:tcPr>
            <w:tcW w:w="4312" w:type="dxa"/>
            <w:tcBorders>
              <w:top w:val="nil"/>
              <w:left w:val="nil"/>
              <w:bottom w:val="nil"/>
              <w:right w:val="nil"/>
            </w:tcBorders>
            <w:tcMar>
              <w:top w:w="0" w:type="dxa"/>
              <w:left w:w="100" w:type="dxa"/>
              <w:bottom w:w="0" w:type="dxa"/>
              <w:right w:w="100" w:type="dxa"/>
            </w:tcMar>
          </w:tcPr>
          <w:p w14:paraId="4629A63F" w14:textId="77777777" w:rsidR="00463A4F" w:rsidRPr="00E91A42" w:rsidRDefault="00000000">
            <w:pPr>
              <w:spacing w:after="0" w:line="240" w:lineRule="auto"/>
              <w:jc w:val="center"/>
              <w:rPr>
                <w:b/>
                <w:sz w:val="28"/>
                <w:szCs w:val="28"/>
              </w:rPr>
            </w:pPr>
            <w:r w:rsidRPr="00E91A42">
              <w:rPr>
                <w:b/>
                <w:sz w:val="28"/>
                <w:szCs w:val="28"/>
              </w:rPr>
              <w:t>ĐẠI DIỆN TỔ CHỨC CHỦ TRÌ</w:t>
            </w:r>
          </w:p>
          <w:p w14:paraId="4629A640" w14:textId="77777777" w:rsidR="00463A4F" w:rsidRPr="00E91A42" w:rsidRDefault="00000000">
            <w:pPr>
              <w:spacing w:after="0" w:line="240" w:lineRule="auto"/>
              <w:jc w:val="center"/>
              <w:rPr>
                <w:b/>
                <w:sz w:val="28"/>
                <w:szCs w:val="28"/>
              </w:rPr>
            </w:pPr>
            <w:r w:rsidRPr="00E91A42">
              <w:rPr>
                <w:b/>
                <w:sz w:val="28"/>
                <w:szCs w:val="28"/>
              </w:rPr>
              <w:t>(Ký tên, đóng dấu)</w:t>
            </w:r>
          </w:p>
          <w:p w14:paraId="4629A641" w14:textId="77777777" w:rsidR="00463A4F" w:rsidRPr="00E91A42" w:rsidRDefault="00000000">
            <w:pPr>
              <w:spacing w:after="0" w:line="240" w:lineRule="auto"/>
              <w:jc w:val="center"/>
              <w:rPr>
                <w:b/>
                <w:sz w:val="28"/>
                <w:szCs w:val="28"/>
              </w:rPr>
            </w:pPr>
            <w:r w:rsidRPr="00E91A42">
              <w:rPr>
                <w:b/>
                <w:sz w:val="28"/>
                <w:szCs w:val="28"/>
              </w:rPr>
              <w:t xml:space="preserve"> </w:t>
            </w:r>
          </w:p>
        </w:tc>
        <w:tc>
          <w:tcPr>
            <w:tcW w:w="4327" w:type="dxa"/>
            <w:tcBorders>
              <w:top w:val="nil"/>
              <w:left w:val="nil"/>
              <w:bottom w:val="nil"/>
              <w:right w:val="nil"/>
            </w:tcBorders>
            <w:tcMar>
              <w:top w:w="0" w:type="dxa"/>
              <w:left w:w="100" w:type="dxa"/>
              <w:bottom w:w="0" w:type="dxa"/>
              <w:right w:w="100" w:type="dxa"/>
            </w:tcMar>
          </w:tcPr>
          <w:p w14:paraId="4629A642" w14:textId="77777777" w:rsidR="00463A4F" w:rsidRPr="00E91A42" w:rsidRDefault="00000000">
            <w:pPr>
              <w:spacing w:after="0" w:line="240" w:lineRule="auto"/>
              <w:jc w:val="center"/>
              <w:rPr>
                <w:b/>
                <w:sz w:val="28"/>
                <w:szCs w:val="28"/>
              </w:rPr>
            </w:pPr>
            <w:r w:rsidRPr="00E91A42">
              <w:rPr>
                <w:b/>
                <w:sz w:val="28"/>
                <w:szCs w:val="28"/>
              </w:rPr>
              <w:t>CHỦ NHIỆM NHIỆM VỤ</w:t>
            </w:r>
          </w:p>
          <w:p w14:paraId="4629A643" w14:textId="77777777" w:rsidR="00463A4F" w:rsidRPr="00E91A42" w:rsidRDefault="00000000">
            <w:pPr>
              <w:spacing w:after="0" w:line="240" w:lineRule="auto"/>
              <w:jc w:val="center"/>
              <w:rPr>
                <w:b/>
                <w:sz w:val="28"/>
                <w:szCs w:val="28"/>
              </w:rPr>
            </w:pPr>
            <w:r w:rsidRPr="00E91A42">
              <w:rPr>
                <w:b/>
                <w:sz w:val="28"/>
                <w:szCs w:val="28"/>
              </w:rPr>
              <w:t>(Ký, ghi rõ họ tên)</w:t>
            </w:r>
          </w:p>
        </w:tc>
      </w:tr>
    </w:tbl>
    <w:p w14:paraId="4629A645" w14:textId="77777777" w:rsidR="00463A4F" w:rsidRPr="00E91A42" w:rsidRDefault="00000000">
      <w:pPr>
        <w:spacing w:before="240" w:after="0" w:line="240" w:lineRule="auto"/>
        <w:jc w:val="both"/>
        <w:rPr>
          <w:sz w:val="28"/>
          <w:szCs w:val="28"/>
        </w:rPr>
      </w:pPr>
      <w:r w:rsidRPr="00E91A42">
        <w:rPr>
          <w:sz w:val="28"/>
          <w:szCs w:val="28"/>
        </w:rPr>
        <w:t xml:space="preserve"> </w:t>
      </w:r>
    </w:p>
    <w:p w14:paraId="4629A646" w14:textId="77777777" w:rsidR="00463A4F" w:rsidRPr="00E91A42" w:rsidRDefault="00463A4F">
      <w:pPr>
        <w:spacing w:before="120" w:after="0" w:line="240" w:lineRule="auto"/>
        <w:jc w:val="both"/>
        <w:rPr>
          <w:sz w:val="28"/>
          <w:szCs w:val="28"/>
        </w:rPr>
      </w:pPr>
    </w:p>
    <w:p w14:paraId="4629A647" w14:textId="77777777" w:rsidR="00463A4F" w:rsidRPr="00E91A42" w:rsidRDefault="00000000">
      <w:pPr>
        <w:spacing w:before="240" w:after="240" w:line="240" w:lineRule="auto"/>
        <w:jc w:val="both"/>
        <w:rPr>
          <w:sz w:val="28"/>
          <w:szCs w:val="28"/>
        </w:rPr>
      </w:pPr>
      <w:r w:rsidRPr="00E91A42">
        <w:rPr>
          <w:sz w:val="28"/>
          <w:szCs w:val="28"/>
        </w:rPr>
        <w:t xml:space="preserve"> </w:t>
      </w:r>
    </w:p>
    <w:p w14:paraId="4629A648" w14:textId="77777777" w:rsidR="00463A4F" w:rsidRPr="00E91A42" w:rsidRDefault="00000000">
      <w:pPr>
        <w:pStyle w:val="Heading1"/>
        <w:keepNext w:val="0"/>
        <w:keepLines w:val="0"/>
        <w:spacing w:after="120" w:line="240" w:lineRule="auto"/>
        <w:jc w:val="both"/>
        <w:rPr>
          <w:rFonts w:ascii="Times New Roman" w:eastAsia="Times New Roman" w:hAnsi="Times New Roman" w:cs="Times New Roman"/>
          <w:color w:val="000000"/>
        </w:rPr>
      </w:pPr>
      <w:bookmarkStart w:id="12" w:name="_heading=h.iyb4r4o5bdf" w:colFirst="0" w:colLast="0"/>
      <w:bookmarkEnd w:id="12"/>
      <w:r w:rsidRPr="00E91A42">
        <w:rPr>
          <w:rFonts w:ascii="Times New Roman" w:hAnsi="Times New Roman" w:cs="Times New Roman"/>
        </w:rPr>
        <w:br w:type="page"/>
      </w:r>
    </w:p>
    <w:p w14:paraId="4629A649" w14:textId="77777777" w:rsidR="00463A4F" w:rsidRPr="00E91A42" w:rsidRDefault="00000000">
      <w:pPr>
        <w:pStyle w:val="Heading1"/>
        <w:keepNext w:val="0"/>
        <w:keepLines w:val="0"/>
        <w:spacing w:after="120" w:line="240" w:lineRule="auto"/>
        <w:jc w:val="right"/>
        <w:rPr>
          <w:rFonts w:ascii="Times New Roman" w:eastAsia="Times New Roman" w:hAnsi="Times New Roman" w:cs="Times New Roman"/>
          <w:color w:val="000000"/>
        </w:rPr>
      </w:pPr>
      <w:bookmarkStart w:id="13" w:name="_heading=h.e4v4sxpnoupa" w:colFirst="0" w:colLast="0"/>
      <w:bookmarkEnd w:id="13"/>
      <w:r w:rsidRPr="00E91A42">
        <w:rPr>
          <w:rFonts w:ascii="Times New Roman" w:eastAsia="Times New Roman" w:hAnsi="Times New Roman" w:cs="Times New Roman"/>
          <w:color w:val="000000"/>
        </w:rPr>
        <w:lastRenderedPageBreak/>
        <w:t>SPDP-BM03</w:t>
      </w:r>
    </w:p>
    <w:p w14:paraId="4629A64A" w14:textId="77777777" w:rsidR="00463A4F" w:rsidRPr="00E91A42" w:rsidRDefault="00000000">
      <w:pPr>
        <w:spacing w:before="240" w:after="0" w:line="240" w:lineRule="auto"/>
        <w:jc w:val="center"/>
        <w:rPr>
          <w:b/>
          <w:sz w:val="28"/>
          <w:szCs w:val="28"/>
        </w:rPr>
      </w:pPr>
      <w:r w:rsidRPr="00E91A42">
        <w:rPr>
          <w:b/>
          <w:sz w:val="28"/>
          <w:szCs w:val="28"/>
        </w:rPr>
        <w:t xml:space="preserve"> </w:t>
      </w:r>
    </w:p>
    <w:p w14:paraId="4629A64B" w14:textId="77777777" w:rsidR="00463A4F" w:rsidRPr="00E91A42" w:rsidRDefault="00000000">
      <w:pPr>
        <w:spacing w:after="0" w:line="240" w:lineRule="auto"/>
        <w:jc w:val="center"/>
        <w:rPr>
          <w:b/>
          <w:sz w:val="28"/>
          <w:szCs w:val="28"/>
        </w:rPr>
      </w:pPr>
      <w:r w:rsidRPr="00E91A42">
        <w:rPr>
          <w:b/>
          <w:sz w:val="28"/>
          <w:szCs w:val="28"/>
        </w:rPr>
        <w:t>MẪU LÝ LỊCH KHOA HỌC</w:t>
      </w:r>
    </w:p>
    <w:p w14:paraId="4629A64C" w14:textId="77777777" w:rsidR="00463A4F" w:rsidRPr="00E91A42" w:rsidRDefault="00000000">
      <w:pPr>
        <w:spacing w:after="0" w:line="240" w:lineRule="auto"/>
        <w:jc w:val="center"/>
        <w:rPr>
          <w:i/>
          <w:sz w:val="28"/>
          <w:szCs w:val="28"/>
        </w:rPr>
      </w:pPr>
      <w:r w:rsidRPr="00E91A42">
        <w:rPr>
          <w:i/>
          <w:sz w:val="28"/>
          <w:szCs w:val="28"/>
        </w:rPr>
        <w:t>(Áp dụng với nhóm nghiên cứu phía Việt Nam)</w:t>
      </w:r>
    </w:p>
    <w:p w14:paraId="4629A64D" w14:textId="77777777" w:rsidR="00463A4F" w:rsidRPr="00E91A42" w:rsidRDefault="00000000">
      <w:pPr>
        <w:spacing w:after="0" w:line="240" w:lineRule="auto"/>
        <w:jc w:val="both"/>
        <w:rPr>
          <w:b/>
          <w:sz w:val="28"/>
          <w:szCs w:val="28"/>
        </w:rPr>
      </w:pPr>
      <w:r w:rsidRPr="00E91A42">
        <w:rPr>
          <w:b/>
          <w:sz w:val="28"/>
          <w:szCs w:val="28"/>
        </w:rPr>
        <w:t>I. THÔNG TIN CHUNG</w:t>
      </w:r>
    </w:p>
    <w:p w14:paraId="4629A64E" w14:textId="77777777" w:rsidR="00463A4F" w:rsidRPr="00E91A42" w:rsidRDefault="00000000">
      <w:pPr>
        <w:spacing w:after="0" w:line="240" w:lineRule="auto"/>
        <w:jc w:val="both"/>
        <w:rPr>
          <w:sz w:val="28"/>
          <w:szCs w:val="28"/>
        </w:rPr>
      </w:pPr>
      <w:r w:rsidRPr="00E91A42">
        <w:rPr>
          <w:sz w:val="28"/>
          <w:szCs w:val="28"/>
        </w:rPr>
        <w:t>1. Họ và tên: .................................................... Giới tính: ............</w:t>
      </w:r>
    </w:p>
    <w:p w14:paraId="4629A64F" w14:textId="77777777" w:rsidR="00463A4F" w:rsidRPr="00E91A42" w:rsidRDefault="00000000">
      <w:pPr>
        <w:spacing w:after="0" w:line="240" w:lineRule="auto"/>
        <w:jc w:val="both"/>
        <w:rPr>
          <w:sz w:val="28"/>
          <w:szCs w:val="28"/>
        </w:rPr>
      </w:pPr>
      <w:r w:rsidRPr="00E91A42">
        <w:rPr>
          <w:sz w:val="28"/>
          <w:szCs w:val="28"/>
        </w:rPr>
        <w:t>2. Ngày, tháng, năm sinh: .......................  Nơi sinh: ......................................</w:t>
      </w:r>
    </w:p>
    <w:p w14:paraId="4629A650" w14:textId="77777777" w:rsidR="00463A4F" w:rsidRPr="00E91A42" w:rsidRDefault="00000000">
      <w:pPr>
        <w:spacing w:after="0" w:line="240" w:lineRule="auto"/>
        <w:jc w:val="both"/>
        <w:rPr>
          <w:sz w:val="28"/>
          <w:szCs w:val="28"/>
        </w:rPr>
      </w:pPr>
      <w:r w:rsidRPr="00E91A42">
        <w:rPr>
          <w:sz w:val="28"/>
          <w:szCs w:val="28"/>
        </w:rPr>
        <w:t>3. Chức vụ, đơn vị công tác: .......................................................................</w:t>
      </w:r>
    </w:p>
    <w:p w14:paraId="4629A651" w14:textId="77777777" w:rsidR="00463A4F" w:rsidRPr="00E91A42" w:rsidRDefault="00000000">
      <w:pPr>
        <w:spacing w:after="0" w:line="240" w:lineRule="auto"/>
        <w:jc w:val="both"/>
        <w:rPr>
          <w:sz w:val="28"/>
          <w:szCs w:val="28"/>
        </w:rPr>
      </w:pPr>
      <w:r w:rsidRPr="00E91A42">
        <w:rPr>
          <w:sz w:val="28"/>
          <w:szCs w:val="28"/>
        </w:rPr>
        <w:t>4. Địa chỉ liên hệ: .............................................................................</w:t>
      </w:r>
    </w:p>
    <w:p w14:paraId="4629A652" w14:textId="77777777" w:rsidR="00463A4F" w:rsidRPr="00E91A42" w:rsidRDefault="00000000">
      <w:pPr>
        <w:spacing w:after="0" w:line="240" w:lineRule="auto"/>
        <w:jc w:val="both"/>
        <w:rPr>
          <w:sz w:val="28"/>
          <w:szCs w:val="28"/>
        </w:rPr>
      </w:pPr>
      <w:r w:rsidRPr="00E91A42">
        <w:rPr>
          <w:sz w:val="28"/>
          <w:szCs w:val="28"/>
        </w:rPr>
        <w:t>5. Điện thoại: ................................ Email: .........................</w:t>
      </w:r>
    </w:p>
    <w:p w14:paraId="4629A653" w14:textId="77777777" w:rsidR="00463A4F" w:rsidRPr="00E91A42" w:rsidRDefault="00000000">
      <w:pPr>
        <w:spacing w:after="0" w:line="240" w:lineRule="auto"/>
        <w:jc w:val="both"/>
        <w:rPr>
          <w:sz w:val="28"/>
          <w:szCs w:val="28"/>
        </w:rPr>
      </w:pPr>
      <w:r w:rsidRPr="00E91A42">
        <w:rPr>
          <w:sz w:val="28"/>
          <w:szCs w:val="28"/>
        </w:rPr>
        <w:t>6. Học hàm, học vị cao nhất: ........................................................</w:t>
      </w:r>
    </w:p>
    <w:p w14:paraId="4629A654" w14:textId="77777777" w:rsidR="00463A4F" w:rsidRPr="00E91A42" w:rsidRDefault="00000000">
      <w:pPr>
        <w:spacing w:after="0" w:line="240" w:lineRule="auto"/>
        <w:ind w:firstLine="720"/>
        <w:jc w:val="both"/>
        <w:rPr>
          <w:sz w:val="28"/>
          <w:szCs w:val="28"/>
        </w:rPr>
      </w:pPr>
      <w:r w:rsidRPr="00E91A42">
        <w:rPr>
          <w:sz w:val="28"/>
          <w:szCs w:val="28"/>
        </w:rPr>
        <w:t>Năm được phong/cấp: ...........</w:t>
      </w:r>
    </w:p>
    <w:p w14:paraId="4629A655" w14:textId="77777777" w:rsidR="00463A4F" w:rsidRPr="00E91A42" w:rsidRDefault="00000000">
      <w:pPr>
        <w:spacing w:after="0" w:line="240" w:lineRule="auto"/>
        <w:jc w:val="both"/>
        <w:rPr>
          <w:sz w:val="28"/>
          <w:szCs w:val="28"/>
        </w:rPr>
      </w:pPr>
      <w:r w:rsidRPr="00E91A42">
        <w:rPr>
          <w:sz w:val="28"/>
          <w:szCs w:val="28"/>
        </w:rPr>
        <w:t>7. Lĩnh vực chuyên môn chính: ........................................................</w:t>
      </w:r>
    </w:p>
    <w:p w14:paraId="4629A656" w14:textId="77777777" w:rsidR="00463A4F" w:rsidRPr="00E91A42" w:rsidRDefault="00000000">
      <w:pPr>
        <w:spacing w:after="0" w:line="240" w:lineRule="auto"/>
        <w:jc w:val="both"/>
        <w:rPr>
          <w:sz w:val="28"/>
          <w:szCs w:val="28"/>
        </w:rPr>
      </w:pPr>
      <w:r w:rsidRPr="00E91A42">
        <w:rPr>
          <w:sz w:val="28"/>
          <w:szCs w:val="28"/>
        </w:rPr>
        <w:t>8. Ngoại ngữ sử dụng: ......................................................................</w:t>
      </w:r>
    </w:p>
    <w:p w14:paraId="4629A657" w14:textId="77777777" w:rsidR="00463A4F" w:rsidRPr="00E91A42" w:rsidRDefault="00000000">
      <w:pPr>
        <w:spacing w:after="0" w:line="240" w:lineRule="auto"/>
        <w:jc w:val="both"/>
        <w:rPr>
          <w:b/>
          <w:sz w:val="28"/>
          <w:szCs w:val="28"/>
        </w:rPr>
      </w:pPr>
      <w:r w:rsidRPr="00E91A42">
        <w:rPr>
          <w:b/>
          <w:sz w:val="28"/>
          <w:szCs w:val="28"/>
        </w:rPr>
        <w:t>II. QUÁ TRÌNH ĐÀO TẠO</w:t>
      </w:r>
    </w:p>
    <w:tbl>
      <w:tblPr>
        <w:tblStyle w:val="af"/>
        <w:tblW w:w="8640" w:type="dxa"/>
        <w:tblBorders>
          <w:top w:val="nil"/>
          <w:left w:val="nil"/>
          <w:bottom w:val="nil"/>
          <w:right w:val="nil"/>
          <w:insideH w:val="nil"/>
          <w:insideV w:val="nil"/>
        </w:tblBorders>
        <w:tblLayout w:type="fixed"/>
        <w:tblLook w:val="0600" w:firstRow="0" w:lastRow="0" w:firstColumn="0" w:lastColumn="0" w:noHBand="1" w:noVBand="1"/>
      </w:tblPr>
      <w:tblGrid>
        <w:gridCol w:w="1708"/>
        <w:gridCol w:w="1752"/>
        <w:gridCol w:w="1707"/>
        <w:gridCol w:w="1751"/>
        <w:gridCol w:w="1722"/>
      </w:tblGrid>
      <w:tr w:rsidR="00463A4F" w:rsidRPr="00E91A42" w14:paraId="4629A65D" w14:textId="77777777">
        <w:trPr>
          <w:trHeight w:val="615"/>
        </w:trPr>
        <w:tc>
          <w:tcPr>
            <w:tcW w:w="17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658" w14:textId="77777777" w:rsidR="00463A4F" w:rsidRPr="00E91A42" w:rsidRDefault="00000000">
            <w:pPr>
              <w:spacing w:after="0" w:line="240" w:lineRule="auto"/>
              <w:jc w:val="both"/>
              <w:rPr>
                <w:sz w:val="28"/>
                <w:szCs w:val="28"/>
              </w:rPr>
            </w:pPr>
            <w:r w:rsidRPr="00E91A42">
              <w:rPr>
                <w:sz w:val="28"/>
                <w:szCs w:val="28"/>
              </w:rPr>
              <w:t>Bậc học</w:t>
            </w:r>
          </w:p>
        </w:tc>
        <w:tc>
          <w:tcPr>
            <w:tcW w:w="175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59" w14:textId="77777777" w:rsidR="00463A4F" w:rsidRPr="00E91A42" w:rsidRDefault="00000000">
            <w:pPr>
              <w:spacing w:after="0" w:line="240" w:lineRule="auto"/>
              <w:jc w:val="both"/>
              <w:rPr>
                <w:sz w:val="28"/>
                <w:szCs w:val="28"/>
              </w:rPr>
            </w:pPr>
            <w:r w:rsidRPr="00E91A42">
              <w:rPr>
                <w:sz w:val="28"/>
                <w:szCs w:val="28"/>
              </w:rPr>
              <w:t>Ngành đào tạo</w:t>
            </w:r>
          </w:p>
        </w:tc>
        <w:tc>
          <w:tcPr>
            <w:tcW w:w="17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5A" w14:textId="77777777" w:rsidR="00463A4F" w:rsidRPr="00E91A42" w:rsidRDefault="00000000">
            <w:pPr>
              <w:spacing w:after="0" w:line="240" w:lineRule="auto"/>
              <w:jc w:val="both"/>
              <w:rPr>
                <w:sz w:val="28"/>
                <w:szCs w:val="28"/>
              </w:rPr>
            </w:pPr>
            <w:r w:rsidRPr="00E91A42">
              <w:rPr>
                <w:sz w:val="28"/>
                <w:szCs w:val="28"/>
              </w:rPr>
              <w:t>Cơ sở đào tạo</w:t>
            </w:r>
          </w:p>
        </w:tc>
        <w:tc>
          <w:tcPr>
            <w:tcW w:w="175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5B" w14:textId="77777777" w:rsidR="00463A4F" w:rsidRPr="00E91A42" w:rsidRDefault="00000000">
            <w:pPr>
              <w:spacing w:after="0" w:line="240" w:lineRule="auto"/>
              <w:jc w:val="both"/>
              <w:rPr>
                <w:sz w:val="28"/>
                <w:szCs w:val="28"/>
              </w:rPr>
            </w:pPr>
            <w:r w:rsidRPr="00E91A42">
              <w:rPr>
                <w:sz w:val="28"/>
                <w:szCs w:val="28"/>
              </w:rPr>
              <w:t>Năm tốt nghiệp</w:t>
            </w:r>
          </w:p>
        </w:tc>
        <w:tc>
          <w:tcPr>
            <w:tcW w:w="172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5C" w14:textId="77777777" w:rsidR="00463A4F" w:rsidRPr="00E91A42" w:rsidRDefault="00000000">
            <w:pPr>
              <w:spacing w:after="0" w:line="240" w:lineRule="auto"/>
              <w:jc w:val="both"/>
              <w:rPr>
                <w:sz w:val="28"/>
                <w:szCs w:val="28"/>
              </w:rPr>
            </w:pPr>
            <w:r w:rsidRPr="00E91A42">
              <w:rPr>
                <w:sz w:val="28"/>
                <w:szCs w:val="28"/>
              </w:rPr>
              <w:t>Hình thức đào tạo</w:t>
            </w:r>
          </w:p>
        </w:tc>
      </w:tr>
      <w:tr w:rsidR="00463A4F" w:rsidRPr="00E91A42" w14:paraId="4629A663" w14:textId="77777777">
        <w:trPr>
          <w:trHeight w:val="315"/>
        </w:trPr>
        <w:tc>
          <w:tcPr>
            <w:tcW w:w="1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5E"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5F" w14:textId="77777777" w:rsidR="00463A4F" w:rsidRPr="00E91A42" w:rsidRDefault="00000000">
            <w:pPr>
              <w:spacing w:after="0" w:line="240" w:lineRule="auto"/>
              <w:jc w:val="both"/>
              <w:rPr>
                <w:sz w:val="28"/>
                <w:szCs w:val="28"/>
              </w:rPr>
            </w:pPr>
            <w:r w:rsidRPr="00E91A42">
              <w:rPr>
                <w:sz w:val="28"/>
                <w:szCs w:val="28"/>
              </w:rPr>
              <w:t xml:space="preserve"> </w:t>
            </w:r>
          </w:p>
        </w:tc>
        <w:tc>
          <w:tcPr>
            <w:tcW w:w="1707" w:type="dxa"/>
            <w:tcBorders>
              <w:top w:val="nil"/>
              <w:left w:val="nil"/>
              <w:bottom w:val="single" w:sz="6" w:space="0" w:color="000000"/>
              <w:right w:val="single" w:sz="6" w:space="0" w:color="000000"/>
            </w:tcBorders>
            <w:tcMar>
              <w:top w:w="0" w:type="dxa"/>
              <w:left w:w="100" w:type="dxa"/>
              <w:bottom w:w="0" w:type="dxa"/>
              <w:right w:w="100" w:type="dxa"/>
            </w:tcMar>
          </w:tcPr>
          <w:p w14:paraId="4629A660"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61"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62"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69" w14:textId="77777777">
        <w:trPr>
          <w:trHeight w:val="315"/>
        </w:trPr>
        <w:tc>
          <w:tcPr>
            <w:tcW w:w="1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64"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65" w14:textId="77777777" w:rsidR="00463A4F" w:rsidRPr="00E91A42" w:rsidRDefault="00000000">
            <w:pPr>
              <w:spacing w:after="0" w:line="240" w:lineRule="auto"/>
              <w:jc w:val="both"/>
              <w:rPr>
                <w:sz w:val="28"/>
                <w:szCs w:val="28"/>
              </w:rPr>
            </w:pPr>
            <w:r w:rsidRPr="00E91A42">
              <w:rPr>
                <w:sz w:val="28"/>
                <w:szCs w:val="28"/>
              </w:rPr>
              <w:t xml:space="preserve"> </w:t>
            </w:r>
          </w:p>
        </w:tc>
        <w:tc>
          <w:tcPr>
            <w:tcW w:w="1707" w:type="dxa"/>
            <w:tcBorders>
              <w:top w:val="nil"/>
              <w:left w:val="nil"/>
              <w:bottom w:val="single" w:sz="6" w:space="0" w:color="000000"/>
              <w:right w:val="single" w:sz="6" w:space="0" w:color="000000"/>
            </w:tcBorders>
            <w:tcMar>
              <w:top w:w="0" w:type="dxa"/>
              <w:left w:w="100" w:type="dxa"/>
              <w:bottom w:w="0" w:type="dxa"/>
              <w:right w:w="100" w:type="dxa"/>
            </w:tcMar>
          </w:tcPr>
          <w:p w14:paraId="4629A666"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67"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68"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6F" w14:textId="77777777">
        <w:trPr>
          <w:trHeight w:val="315"/>
        </w:trPr>
        <w:tc>
          <w:tcPr>
            <w:tcW w:w="17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6A"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6B" w14:textId="77777777" w:rsidR="00463A4F" w:rsidRPr="00E91A42" w:rsidRDefault="00000000">
            <w:pPr>
              <w:spacing w:after="0" w:line="240" w:lineRule="auto"/>
              <w:jc w:val="both"/>
              <w:rPr>
                <w:sz w:val="28"/>
                <w:szCs w:val="28"/>
              </w:rPr>
            </w:pPr>
            <w:r w:rsidRPr="00E91A42">
              <w:rPr>
                <w:sz w:val="28"/>
                <w:szCs w:val="28"/>
              </w:rPr>
              <w:t xml:space="preserve"> </w:t>
            </w:r>
          </w:p>
        </w:tc>
        <w:tc>
          <w:tcPr>
            <w:tcW w:w="1707" w:type="dxa"/>
            <w:tcBorders>
              <w:top w:val="nil"/>
              <w:left w:val="nil"/>
              <w:bottom w:val="single" w:sz="6" w:space="0" w:color="000000"/>
              <w:right w:val="single" w:sz="6" w:space="0" w:color="000000"/>
            </w:tcBorders>
            <w:tcMar>
              <w:top w:w="0" w:type="dxa"/>
              <w:left w:w="100" w:type="dxa"/>
              <w:bottom w:w="0" w:type="dxa"/>
              <w:right w:w="100" w:type="dxa"/>
            </w:tcMar>
          </w:tcPr>
          <w:p w14:paraId="4629A66C" w14:textId="77777777" w:rsidR="00463A4F" w:rsidRPr="00E91A42" w:rsidRDefault="00000000">
            <w:pPr>
              <w:spacing w:after="0" w:line="240" w:lineRule="auto"/>
              <w:jc w:val="both"/>
              <w:rPr>
                <w:sz w:val="28"/>
                <w:szCs w:val="28"/>
              </w:rPr>
            </w:pPr>
            <w:r w:rsidRPr="00E91A42">
              <w:rPr>
                <w:sz w:val="28"/>
                <w:szCs w:val="28"/>
              </w:rPr>
              <w:t xml:space="preserve"> </w:t>
            </w:r>
          </w:p>
        </w:tc>
        <w:tc>
          <w:tcPr>
            <w:tcW w:w="1751" w:type="dxa"/>
            <w:tcBorders>
              <w:top w:val="nil"/>
              <w:left w:val="nil"/>
              <w:bottom w:val="single" w:sz="6" w:space="0" w:color="000000"/>
              <w:right w:val="single" w:sz="6" w:space="0" w:color="000000"/>
            </w:tcBorders>
            <w:tcMar>
              <w:top w:w="0" w:type="dxa"/>
              <w:left w:w="100" w:type="dxa"/>
              <w:bottom w:w="0" w:type="dxa"/>
              <w:right w:w="100" w:type="dxa"/>
            </w:tcMar>
          </w:tcPr>
          <w:p w14:paraId="4629A66D"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6E"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70" w14:textId="77777777" w:rsidR="00463A4F" w:rsidRPr="00E91A42" w:rsidRDefault="00000000">
      <w:pPr>
        <w:spacing w:after="0" w:line="240" w:lineRule="auto"/>
        <w:jc w:val="both"/>
        <w:rPr>
          <w:b/>
          <w:sz w:val="28"/>
          <w:szCs w:val="28"/>
        </w:rPr>
      </w:pPr>
      <w:r w:rsidRPr="00E91A42">
        <w:rPr>
          <w:b/>
          <w:sz w:val="28"/>
          <w:szCs w:val="28"/>
        </w:rPr>
        <w:t>III. QUÁ TRÌNH CÔNG TÁC VÀ KINH NGHIỆM CHUYÊN MÔN</w:t>
      </w:r>
    </w:p>
    <w:p w14:paraId="4629A671" w14:textId="77777777" w:rsidR="00463A4F" w:rsidRPr="00E91A42" w:rsidRDefault="00000000">
      <w:pPr>
        <w:spacing w:after="0" w:line="240" w:lineRule="auto"/>
        <w:jc w:val="both"/>
        <w:rPr>
          <w:sz w:val="28"/>
          <w:szCs w:val="28"/>
        </w:rPr>
      </w:pPr>
      <w:r w:rsidRPr="00E91A42">
        <w:rPr>
          <w:sz w:val="28"/>
          <w:szCs w:val="28"/>
        </w:rPr>
        <w:t>(Tóm tắt tối đa 10 dòng về công việc chính, lĩnh vực chuyên môn, kinh nghiệm R&amp;D, chuyển giao công nghệ, quản lý nhiệm vụ KH&amp;CN hoặc đổi mới sáng tạo.)</w:t>
      </w:r>
    </w:p>
    <w:tbl>
      <w:tblPr>
        <w:tblStyle w:val="af0"/>
        <w:tblW w:w="8640" w:type="dxa"/>
        <w:tblBorders>
          <w:top w:val="nil"/>
          <w:left w:val="nil"/>
          <w:bottom w:val="nil"/>
          <w:right w:val="nil"/>
          <w:insideH w:val="nil"/>
          <w:insideV w:val="nil"/>
        </w:tblBorders>
        <w:tblLayout w:type="fixed"/>
        <w:tblLook w:val="0600" w:firstRow="0" w:lastRow="0" w:firstColumn="0" w:lastColumn="0" w:noHBand="1" w:noVBand="1"/>
      </w:tblPr>
      <w:tblGrid>
        <w:gridCol w:w="2146"/>
        <w:gridCol w:w="2145"/>
        <w:gridCol w:w="2204"/>
        <w:gridCol w:w="2145"/>
      </w:tblGrid>
      <w:tr w:rsidR="00463A4F" w:rsidRPr="00E91A42" w14:paraId="4629A676" w14:textId="77777777">
        <w:trPr>
          <w:trHeight w:val="615"/>
        </w:trPr>
        <w:tc>
          <w:tcPr>
            <w:tcW w:w="21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672" w14:textId="77777777" w:rsidR="00463A4F" w:rsidRPr="00E91A42" w:rsidRDefault="00000000">
            <w:pPr>
              <w:spacing w:after="0" w:line="240" w:lineRule="auto"/>
              <w:jc w:val="both"/>
              <w:rPr>
                <w:sz w:val="28"/>
                <w:szCs w:val="28"/>
              </w:rPr>
            </w:pPr>
            <w:r w:rsidRPr="00E91A42">
              <w:rPr>
                <w:sz w:val="28"/>
                <w:szCs w:val="28"/>
              </w:rPr>
              <w:t>Thời gian</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73" w14:textId="77777777" w:rsidR="00463A4F" w:rsidRPr="00E91A42" w:rsidRDefault="00000000">
            <w:pPr>
              <w:spacing w:after="0" w:line="240" w:lineRule="auto"/>
              <w:jc w:val="both"/>
              <w:rPr>
                <w:sz w:val="28"/>
                <w:szCs w:val="28"/>
              </w:rPr>
            </w:pPr>
            <w:r w:rsidRPr="00E91A42">
              <w:rPr>
                <w:sz w:val="28"/>
                <w:szCs w:val="28"/>
              </w:rPr>
              <w:t>Đơn vị công tác</w:t>
            </w:r>
          </w:p>
        </w:tc>
        <w:tc>
          <w:tcPr>
            <w:tcW w:w="220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74" w14:textId="77777777" w:rsidR="00463A4F" w:rsidRPr="00E91A42" w:rsidRDefault="00000000">
            <w:pPr>
              <w:spacing w:after="0" w:line="240" w:lineRule="auto"/>
              <w:jc w:val="both"/>
              <w:rPr>
                <w:sz w:val="28"/>
                <w:szCs w:val="28"/>
              </w:rPr>
            </w:pPr>
            <w:r w:rsidRPr="00E91A42">
              <w:rPr>
                <w:sz w:val="28"/>
                <w:szCs w:val="28"/>
              </w:rPr>
              <w:t>Chức danh/chức vụ</w:t>
            </w:r>
          </w:p>
        </w:tc>
        <w:tc>
          <w:tcPr>
            <w:tcW w:w="21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75" w14:textId="77777777" w:rsidR="00463A4F" w:rsidRPr="00E91A42" w:rsidRDefault="00000000">
            <w:pPr>
              <w:spacing w:after="0" w:line="240" w:lineRule="auto"/>
              <w:jc w:val="both"/>
              <w:rPr>
                <w:sz w:val="28"/>
                <w:szCs w:val="28"/>
              </w:rPr>
            </w:pPr>
            <w:r w:rsidRPr="00E91A42">
              <w:rPr>
                <w:sz w:val="28"/>
                <w:szCs w:val="28"/>
              </w:rPr>
              <w:t>Lĩnh vực công việc</w:t>
            </w:r>
          </w:p>
        </w:tc>
      </w:tr>
      <w:tr w:rsidR="00463A4F" w:rsidRPr="00E91A42" w14:paraId="4629A67B" w14:textId="77777777">
        <w:trPr>
          <w:trHeight w:val="315"/>
        </w:trPr>
        <w:tc>
          <w:tcPr>
            <w:tcW w:w="21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77"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78" w14:textId="77777777" w:rsidR="00463A4F" w:rsidRPr="00E91A42" w:rsidRDefault="00000000">
            <w:pPr>
              <w:spacing w:after="0" w:line="240" w:lineRule="auto"/>
              <w:jc w:val="both"/>
              <w:rPr>
                <w:sz w:val="28"/>
                <w:szCs w:val="28"/>
              </w:rPr>
            </w:pPr>
            <w:r w:rsidRPr="00E91A42">
              <w:rPr>
                <w:sz w:val="28"/>
                <w:szCs w:val="28"/>
              </w:rPr>
              <w:t xml:space="preserve"> </w:t>
            </w:r>
          </w:p>
        </w:tc>
        <w:tc>
          <w:tcPr>
            <w:tcW w:w="2203" w:type="dxa"/>
            <w:tcBorders>
              <w:top w:val="nil"/>
              <w:left w:val="nil"/>
              <w:bottom w:val="single" w:sz="6" w:space="0" w:color="000000"/>
              <w:right w:val="single" w:sz="6" w:space="0" w:color="000000"/>
            </w:tcBorders>
            <w:tcMar>
              <w:top w:w="0" w:type="dxa"/>
              <w:left w:w="100" w:type="dxa"/>
              <w:bottom w:w="0" w:type="dxa"/>
              <w:right w:w="100" w:type="dxa"/>
            </w:tcMar>
          </w:tcPr>
          <w:p w14:paraId="4629A679"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7A"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80" w14:textId="77777777">
        <w:trPr>
          <w:trHeight w:val="315"/>
        </w:trPr>
        <w:tc>
          <w:tcPr>
            <w:tcW w:w="21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7C"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7D" w14:textId="77777777" w:rsidR="00463A4F" w:rsidRPr="00E91A42" w:rsidRDefault="00000000">
            <w:pPr>
              <w:spacing w:after="0" w:line="240" w:lineRule="auto"/>
              <w:jc w:val="both"/>
              <w:rPr>
                <w:sz w:val="28"/>
                <w:szCs w:val="28"/>
              </w:rPr>
            </w:pPr>
            <w:r w:rsidRPr="00E91A42">
              <w:rPr>
                <w:sz w:val="28"/>
                <w:szCs w:val="28"/>
              </w:rPr>
              <w:t xml:space="preserve"> </w:t>
            </w:r>
          </w:p>
        </w:tc>
        <w:tc>
          <w:tcPr>
            <w:tcW w:w="2203" w:type="dxa"/>
            <w:tcBorders>
              <w:top w:val="nil"/>
              <w:left w:val="nil"/>
              <w:bottom w:val="single" w:sz="6" w:space="0" w:color="000000"/>
              <w:right w:val="single" w:sz="6" w:space="0" w:color="000000"/>
            </w:tcBorders>
            <w:tcMar>
              <w:top w:w="0" w:type="dxa"/>
              <w:left w:w="100" w:type="dxa"/>
              <w:bottom w:w="0" w:type="dxa"/>
              <w:right w:w="100" w:type="dxa"/>
            </w:tcMar>
          </w:tcPr>
          <w:p w14:paraId="4629A67E"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7F"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85" w14:textId="77777777">
        <w:trPr>
          <w:trHeight w:val="315"/>
        </w:trPr>
        <w:tc>
          <w:tcPr>
            <w:tcW w:w="21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81"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82" w14:textId="77777777" w:rsidR="00463A4F" w:rsidRPr="00E91A42" w:rsidRDefault="00000000">
            <w:pPr>
              <w:spacing w:after="0" w:line="240" w:lineRule="auto"/>
              <w:jc w:val="both"/>
              <w:rPr>
                <w:sz w:val="28"/>
                <w:szCs w:val="28"/>
              </w:rPr>
            </w:pPr>
            <w:r w:rsidRPr="00E91A42">
              <w:rPr>
                <w:sz w:val="28"/>
                <w:szCs w:val="28"/>
              </w:rPr>
              <w:t xml:space="preserve"> </w:t>
            </w:r>
          </w:p>
        </w:tc>
        <w:tc>
          <w:tcPr>
            <w:tcW w:w="2203" w:type="dxa"/>
            <w:tcBorders>
              <w:top w:val="nil"/>
              <w:left w:val="nil"/>
              <w:bottom w:val="single" w:sz="6" w:space="0" w:color="000000"/>
              <w:right w:val="single" w:sz="6" w:space="0" w:color="000000"/>
            </w:tcBorders>
            <w:tcMar>
              <w:top w:w="0" w:type="dxa"/>
              <w:left w:w="100" w:type="dxa"/>
              <w:bottom w:w="0" w:type="dxa"/>
              <w:right w:w="100" w:type="dxa"/>
            </w:tcMar>
          </w:tcPr>
          <w:p w14:paraId="4629A683" w14:textId="77777777" w:rsidR="00463A4F" w:rsidRPr="00E91A42" w:rsidRDefault="00000000">
            <w:pPr>
              <w:spacing w:after="0" w:line="240" w:lineRule="auto"/>
              <w:jc w:val="both"/>
              <w:rPr>
                <w:sz w:val="28"/>
                <w:szCs w:val="28"/>
              </w:rPr>
            </w:pPr>
            <w:r w:rsidRPr="00E91A42">
              <w:rPr>
                <w:sz w:val="28"/>
                <w:szCs w:val="28"/>
              </w:rPr>
              <w:t xml:space="preserve"> </w:t>
            </w:r>
          </w:p>
        </w:tc>
        <w:tc>
          <w:tcPr>
            <w:tcW w:w="2145" w:type="dxa"/>
            <w:tcBorders>
              <w:top w:val="nil"/>
              <w:left w:val="nil"/>
              <w:bottom w:val="single" w:sz="6" w:space="0" w:color="000000"/>
              <w:right w:val="single" w:sz="6" w:space="0" w:color="000000"/>
            </w:tcBorders>
            <w:tcMar>
              <w:top w:w="0" w:type="dxa"/>
              <w:left w:w="100" w:type="dxa"/>
              <w:bottom w:w="0" w:type="dxa"/>
              <w:right w:w="100" w:type="dxa"/>
            </w:tcMar>
          </w:tcPr>
          <w:p w14:paraId="4629A684"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86" w14:textId="77777777" w:rsidR="00463A4F" w:rsidRPr="00E91A42" w:rsidRDefault="00000000">
      <w:pPr>
        <w:spacing w:after="0" w:line="240" w:lineRule="auto"/>
        <w:jc w:val="both"/>
        <w:rPr>
          <w:b/>
          <w:sz w:val="28"/>
          <w:szCs w:val="28"/>
        </w:rPr>
      </w:pPr>
      <w:r w:rsidRPr="00E91A42">
        <w:rPr>
          <w:b/>
          <w:sz w:val="28"/>
          <w:szCs w:val="28"/>
        </w:rPr>
        <w:t>IV. THÀNH TÍCH KHOA HỌC VÀ CÔNG NGHỆ TRONG 05 NĂM GẦN NHẤT</w:t>
      </w:r>
    </w:p>
    <w:p w14:paraId="4629A687" w14:textId="77777777" w:rsidR="00463A4F" w:rsidRPr="00E91A42" w:rsidRDefault="00000000">
      <w:pPr>
        <w:spacing w:after="0" w:line="240" w:lineRule="auto"/>
        <w:jc w:val="both"/>
        <w:rPr>
          <w:sz w:val="28"/>
          <w:szCs w:val="28"/>
        </w:rPr>
      </w:pPr>
      <w:r w:rsidRPr="00E91A42">
        <w:rPr>
          <w:sz w:val="28"/>
          <w:szCs w:val="28"/>
        </w:rPr>
        <w:t>1. Công trình khoa học đã công bố: ...............................................................</w:t>
      </w:r>
    </w:p>
    <w:tbl>
      <w:tblPr>
        <w:tblStyle w:val="af1"/>
        <w:tblW w:w="8640" w:type="dxa"/>
        <w:tblBorders>
          <w:top w:val="nil"/>
          <w:left w:val="nil"/>
          <w:bottom w:val="nil"/>
          <w:right w:val="nil"/>
          <w:insideH w:val="nil"/>
          <w:insideV w:val="nil"/>
        </w:tblBorders>
        <w:tblLayout w:type="fixed"/>
        <w:tblLook w:val="0600" w:firstRow="0" w:lastRow="0" w:firstColumn="0" w:lastColumn="0" w:noHBand="1" w:noVBand="1"/>
      </w:tblPr>
      <w:tblGrid>
        <w:gridCol w:w="540"/>
        <w:gridCol w:w="1737"/>
        <w:gridCol w:w="934"/>
        <w:gridCol w:w="802"/>
        <w:gridCol w:w="788"/>
        <w:gridCol w:w="831"/>
        <w:gridCol w:w="1460"/>
        <w:gridCol w:w="1548"/>
      </w:tblGrid>
      <w:tr w:rsidR="00463A4F" w:rsidRPr="00E91A42" w14:paraId="4629A690" w14:textId="77777777">
        <w:trPr>
          <w:trHeight w:val="1125"/>
        </w:trPr>
        <w:tc>
          <w:tcPr>
            <w:tcW w:w="5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688" w14:textId="77777777" w:rsidR="00463A4F" w:rsidRPr="00E91A42" w:rsidRDefault="00000000">
            <w:pPr>
              <w:spacing w:after="0" w:line="240" w:lineRule="auto"/>
              <w:jc w:val="both"/>
              <w:rPr>
                <w:b/>
                <w:sz w:val="28"/>
                <w:szCs w:val="28"/>
              </w:rPr>
            </w:pPr>
            <w:r w:rsidRPr="00E91A42">
              <w:rPr>
                <w:b/>
                <w:sz w:val="28"/>
                <w:szCs w:val="28"/>
              </w:rPr>
              <w:t>TT</w:t>
            </w:r>
          </w:p>
        </w:tc>
        <w:tc>
          <w:tcPr>
            <w:tcW w:w="173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9" w14:textId="77777777" w:rsidR="00463A4F" w:rsidRPr="00E91A42" w:rsidRDefault="00000000">
            <w:pPr>
              <w:spacing w:after="0" w:line="240" w:lineRule="auto"/>
              <w:jc w:val="both"/>
              <w:rPr>
                <w:b/>
                <w:sz w:val="28"/>
                <w:szCs w:val="28"/>
              </w:rPr>
            </w:pPr>
            <w:r w:rsidRPr="00E91A42">
              <w:rPr>
                <w:b/>
                <w:sz w:val="28"/>
                <w:szCs w:val="28"/>
              </w:rPr>
              <w:t>Nhóm tác giả (liệt kê đầy đủ, đúng thứ tự)</w:t>
            </w:r>
          </w:p>
        </w:tc>
        <w:tc>
          <w:tcPr>
            <w:tcW w:w="9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A" w14:textId="77777777" w:rsidR="00463A4F" w:rsidRPr="00E91A42" w:rsidRDefault="00000000">
            <w:pPr>
              <w:spacing w:after="0" w:line="240" w:lineRule="auto"/>
              <w:jc w:val="both"/>
              <w:rPr>
                <w:b/>
                <w:sz w:val="28"/>
                <w:szCs w:val="28"/>
              </w:rPr>
            </w:pPr>
            <w:r w:rsidRPr="00E91A42">
              <w:rPr>
                <w:b/>
                <w:sz w:val="28"/>
                <w:szCs w:val="28"/>
              </w:rPr>
              <w:t>Tên công bổ</w:t>
            </w:r>
          </w:p>
        </w:tc>
        <w:tc>
          <w:tcPr>
            <w:tcW w:w="80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B" w14:textId="77777777" w:rsidR="00463A4F" w:rsidRPr="00E91A42" w:rsidRDefault="00000000">
            <w:pPr>
              <w:spacing w:after="0" w:line="240" w:lineRule="auto"/>
              <w:jc w:val="both"/>
              <w:rPr>
                <w:b/>
                <w:sz w:val="28"/>
                <w:szCs w:val="28"/>
              </w:rPr>
            </w:pPr>
            <w:r w:rsidRPr="00E91A42">
              <w:rPr>
                <w:b/>
                <w:sz w:val="28"/>
                <w:szCs w:val="28"/>
              </w:rPr>
              <w:t>Năm công bố</w:t>
            </w:r>
          </w:p>
        </w:tc>
        <w:tc>
          <w:tcPr>
            <w:tcW w:w="78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C" w14:textId="77777777" w:rsidR="00463A4F" w:rsidRPr="00E91A42" w:rsidRDefault="00000000">
            <w:pPr>
              <w:spacing w:after="0" w:line="240" w:lineRule="auto"/>
              <w:jc w:val="both"/>
              <w:rPr>
                <w:b/>
                <w:sz w:val="28"/>
                <w:szCs w:val="28"/>
              </w:rPr>
            </w:pPr>
            <w:r w:rsidRPr="00E91A42">
              <w:rPr>
                <w:b/>
                <w:sz w:val="28"/>
                <w:szCs w:val="28"/>
              </w:rPr>
              <w:t>Tên tạp chi</w:t>
            </w:r>
          </w:p>
        </w:tc>
        <w:tc>
          <w:tcPr>
            <w:tcW w:w="83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D" w14:textId="77777777" w:rsidR="00463A4F" w:rsidRPr="00E91A42" w:rsidRDefault="00000000">
            <w:pPr>
              <w:spacing w:after="0" w:line="240" w:lineRule="auto"/>
              <w:jc w:val="both"/>
              <w:rPr>
                <w:b/>
                <w:sz w:val="28"/>
                <w:szCs w:val="28"/>
              </w:rPr>
            </w:pPr>
            <w:r w:rsidRPr="00E91A42">
              <w:rPr>
                <w:b/>
                <w:sz w:val="28"/>
                <w:szCs w:val="28"/>
              </w:rPr>
              <w:t>ISBN/ ISSN</w:t>
            </w:r>
          </w:p>
        </w:tc>
        <w:tc>
          <w:tcPr>
            <w:tcW w:w="145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E" w14:textId="77777777" w:rsidR="00463A4F" w:rsidRPr="00E91A42" w:rsidRDefault="00000000">
            <w:pPr>
              <w:spacing w:after="0" w:line="240" w:lineRule="auto"/>
              <w:jc w:val="both"/>
              <w:rPr>
                <w:b/>
                <w:sz w:val="28"/>
                <w:szCs w:val="28"/>
              </w:rPr>
            </w:pPr>
            <w:r w:rsidRPr="00E91A42">
              <w:rPr>
                <w:b/>
                <w:sz w:val="28"/>
                <w:szCs w:val="28"/>
              </w:rPr>
              <w:t>Xếp hạng tạp chí (thuộc nhóm Q1-4)</w:t>
            </w:r>
          </w:p>
        </w:tc>
        <w:tc>
          <w:tcPr>
            <w:tcW w:w="154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8F" w14:textId="77777777" w:rsidR="00463A4F" w:rsidRPr="00E91A42" w:rsidRDefault="00000000">
            <w:pPr>
              <w:spacing w:after="0" w:line="240" w:lineRule="auto"/>
              <w:jc w:val="both"/>
              <w:rPr>
                <w:b/>
                <w:sz w:val="28"/>
                <w:szCs w:val="28"/>
              </w:rPr>
            </w:pPr>
            <w:r w:rsidRPr="00E91A42">
              <w:rPr>
                <w:b/>
                <w:sz w:val="28"/>
                <w:szCs w:val="28"/>
              </w:rPr>
              <w:t>Mính chứng đính kèm/ Tình trạng</w:t>
            </w:r>
          </w:p>
        </w:tc>
      </w:tr>
      <w:tr w:rsidR="00463A4F" w:rsidRPr="00E91A42" w14:paraId="4629A699"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91" w14:textId="77777777" w:rsidR="00463A4F" w:rsidRPr="00E91A42" w:rsidRDefault="00000000">
            <w:pPr>
              <w:spacing w:after="0" w:line="240" w:lineRule="auto"/>
              <w:jc w:val="both"/>
              <w:rPr>
                <w:sz w:val="28"/>
                <w:szCs w:val="28"/>
              </w:rPr>
            </w:pPr>
            <w:r w:rsidRPr="00E91A42">
              <w:rPr>
                <w:sz w:val="28"/>
                <w:szCs w:val="28"/>
              </w:rPr>
              <w:lastRenderedPageBreak/>
              <w:t>A</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92" w14:textId="77777777" w:rsidR="00463A4F" w:rsidRPr="00E91A42" w:rsidRDefault="00000000">
            <w:pPr>
              <w:spacing w:after="0" w:line="240" w:lineRule="auto"/>
              <w:jc w:val="both"/>
              <w:rPr>
                <w:sz w:val="28"/>
                <w:szCs w:val="28"/>
              </w:rPr>
            </w:pPr>
            <w:r w:rsidRPr="00E91A42">
              <w:rPr>
                <w:sz w:val="28"/>
                <w:szCs w:val="28"/>
              </w:rPr>
              <w:t>Tạp chí ISI UT</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93"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94"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95"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96"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97"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98"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A2"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9A" w14:textId="77777777" w:rsidR="00463A4F" w:rsidRPr="00E91A42" w:rsidRDefault="00000000">
            <w:pPr>
              <w:spacing w:after="0" w:line="240" w:lineRule="auto"/>
              <w:jc w:val="both"/>
              <w:rPr>
                <w:sz w:val="28"/>
                <w:szCs w:val="28"/>
              </w:rPr>
            </w:pPr>
            <w:r w:rsidRPr="00E91A42">
              <w:rPr>
                <w:sz w:val="28"/>
                <w:szCs w:val="28"/>
              </w:rPr>
              <w:t>1</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9B" w14:textId="77777777" w:rsidR="00463A4F" w:rsidRPr="00E91A42" w:rsidRDefault="00000000">
            <w:pPr>
              <w:spacing w:after="0" w:line="240" w:lineRule="auto"/>
              <w:jc w:val="both"/>
              <w:rPr>
                <w:sz w:val="28"/>
                <w:szCs w:val="28"/>
              </w:rPr>
            </w:pPr>
            <w:r w:rsidRPr="00E91A42">
              <w:rPr>
                <w:sz w:val="28"/>
                <w:szCs w:val="28"/>
              </w:rPr>
              <w:t>…</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9C"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9D"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9E"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9F"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A0"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A1"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AB"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A3" w14:textId="77777777" w:rsidR="00463A4F" w:rsidRPr="00E91A42" w:rsidRDefault="00000000">
            <w:pPr>
              <w:spacing w:after="0" w:line="240" w:lineRule="auto"/>
              <w:jc w:val="both"/>
              <w:rPr>
                <w:sz w:val="28"/>
                <w:szCs w:val="28"/>
              </w:rPr>
            </w:pPr>
            <w:r w:rsidRPr="00E91A42">
              <w:rPr>
                <w:sz w:val="28"/>
                <w:szCs w:val="28"/>
              </w:rPr>
              <w:t>B</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A4" w14:textId="77777777" w:rsidR="00463A4F" w:rsidRPr="00E91A42" w:rsidRDefault="00000000">
            <w:pPr>
              <w:spacing w:after="0" w:line="240" w:lineRule="auto"/>
              <w:jc w:val="both"/>
              <w:rPr>
                <w:sz w:val="28"/>
                <w:szCs w:val="28"/>
              </w:rPr>
            </w:pPr>
            <w:r w:rsidRPr="00E91A42">
              <w:rPr>
                <w:sz w:val="28"/>
                <w:szCs w:val="28"/>
              </w:rPr>
              <w:t>Tạp chí ISI</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A5"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A6"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A7"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A8"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A9"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AA"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B4"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AC" w14:textId="77777777" w:rsidR="00463A4F" w:rsidRPr="00E91A42" w:rsidRDefault="00000000">
            <w:pPr>
              <w:spacing w:after="0" w:line="240" w:lineRule="auto"/>
              <w:jc w:val="both"/>
              <w:rPr>
                <w:sz w:val="28"/>
                <w:szCs w:val="28"/>
              </w:rPr>
            </w:pPr>
            <w:r w:rsidRPr="00E91A42">
              <w:rPr>
                <w:sz w:val="28"/>
                <w:szCs w:val="28"/>
              </w:rPr>
              <w:t>1</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AD" w14:textId="77777777" w:rsidR="00463A4F" w:rsidRPr="00E91A42" w:rsidRDefault="00000000">
            <w:pPr>
              <w:spacing w:after="0" w:line="240" w:lineRule="auto"/>
              <w:jc w:val="both"/>
              <w:rPr>
                <w:sz w:val="28"/>
                <w:szCs w:val="28"/>
              </w:rPr>
            </w:pPr>
            <w:r w:rsidRPr="00E91A42">
              <w:rPr>
                <w:sz w:val="28"/>
                <w:szCs w:val="28"/>
              </w:rPr>
              <w:t>…</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AE"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AF"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B0"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B1"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B2"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B3"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BD" w14:textId="77777777">
        <w:trPr>
          <w:trHeight w:val="57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B5" w14:textId="77777777" w:rsidR="00463A4F" w:rsidRPr="00E91A42" w:rsidRDefault="00000000">
            <w:pPr>
              <w:spacing w:after="0" w:line="240" w:lineRule="auto"/>
              <w:jc w:val="both"/>
              <w:rPr>
                <w:sz w:val="28"/>
                <w:szCs w:val="28"/>
              </w:rPr>
            </w:pPr>
            <w:r w:rsidRPr="00E91A42">
              <w:rPr>
                <w:sz w:val="28"/>
                <w:szCs w:val="28"/>
              </w:rPr>
              <w:t>C</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B6" w14:textId="77777777" w:rsidR="00463A4F" w:rsidRPr="00E91A42" w:rsidRDefault="00000000">
            <w:pPr>
              <w:spacing w:after="0" w:line="240" w:lineRule="auto"/>
              <w:jc w:val="both"/>
              <w:rPr>
                <w:sz w:val="28"/>
                <w:szCs w:val="28"/>
              </w:rPr>
            </w:pPr>
            <w:r w:rsidRPr="00E91A42">
              <w:rPr>
                <w:sz w:val="28"/>
                <w:szCs w:val="28"/>
              </w:rPr>
              <w:t>Tạp chí Quốc tế khác</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B7"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B8"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B9"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BA"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BB"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BC"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C6"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BE" w14:textId="77777777" w:rsidR="00463A4F" w:rsidRPr="00E91A42" w:rsidRDefault="00000000">
            <w:pPr>
              <w:spacing w:after="0" w:line="240" w:lineRule="auto"/>
              <w:jc w:val="both"/>
              <w:rPr>
                <w:sz w:val="28"/>
                <w:szCs w:val="28"/>
              </w:rPr>
            </w:pPr>
            <w:r w:rsidRPr="00E91A42">
              <w:rPr>
                <w:sz w:val="28"/>
                <w:szCs w:val="28"/>
              </w:rPr>
              <w:t>1</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BF" w14:textId="77777777" w:rsidR="00463A4F" w:rsidRPr="00E91A42" w:rsidRDefault="00000000">
            <w:pPr>
              <w:spacing w:after="0" w:line="240" w:lineRule="auto"/>
              <w:jc w:val="both"/>
              <w:rPr>
                <w:sz w:val="28"/>
                <w:szCs w:val="28"/>
              </w:rPr>
            </w:pPr>
            <w:r w:rsidRPr="00E91A42">
              <w:rPr>
                <w:sz w:val="28"/>
                <w:szCs w:val="28"/>
              </w:rPr>
              <w:t>…</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C0"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C1"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C2"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C3"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C4"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C5"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CF" w14:textId="77777777">
        <w:trPr>
          <w:trHeight w:val="570"/>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C7" w14:textId="77777777" w:rsidR="00463A4F" w:rsidRPr="00E91A42" w:rsidRDefault="00000000">
            <w:pPr>
              <w:spacing w:after="0" w:line="240" w:lineRule="auto"/>
              <w:jc w:val="both"/>
              <w:rPr>
                <w:sz w:val="28"/>
                <w:szCs w:val="28"/>
              </w:rPr>
            </w:pPr>
            <w:r w:rsidRPr="00E91A42">
              <w:rPr>
                <w:sz w:val="28"/>
                <w:szCs w:val="28"/>
              </w:rPr>
              <w:t>D</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C8" w14:textId="77777777" w:rsidR="00463A4F" w:rsidRPr="00E91A42" w:rsidRDefault="00000000">
            <w:pPr>
              <w:spacing w:after="0" w:line="240" w:lineRule="auto"/>
              <w:jc w:val="both"/>
              <w:rPr>
                <w:sz w:val="28"/>
                <w:szCs w:val="28"/>
              </w:rPr>
            </w:pPr>
            <w:r w:rsidRPr="00E91A42">
              <w:rPr>
                <w:sz w:val="28"/>
                <w:szCs w:val="28"/>
              </w:rPr>
              <w:t>Tạp chí Quốc gia</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C9"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CA"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CB"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CC"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CD"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CE"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D8" w14:textId="77777777">
        <w:trPr>
          <w:trHeight w:val="285"/>
        </w:trPr>
        <w:tc>
          <w:tcPr>
            <w:tcW w:w="5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D0" w14:textId="77777777" w:rsidR="00463A4F" w:rsidRPr="00E91A42" w:rsidRDefault="00000000">
            <w:pPr>
              <w:spacing w:after="0" w:line="240" w:lineRule="auto"/>
              <w:jc w:val="both"/>
              <w:rPr>
                <w:sz w:val="28"/>
                <w:szCs w:val="28"/>
              </w:rPr>
            </w:pPr>
            <w:r w:rsidRPr="00E91A42">
              <w:rPr>
                <w:sz w:val="28"/>
                <w:szCs w:val="28"/>
              </w:rPr>
              <w:t>1</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D1" w14:textId="77777777" w:rsidR="00463A4F" w:rsidRPr="00E91A42" w:rsidRDefault="00000000">
            <w:pPr>
              <w:spacing w:after="0" w:line="240" w:lineRule="auto"/>
              <w:jc w:val="both"/>
              <w:rPr>
                <w:sz w:val="28"/>
                <w:szCs w:val="28"/>
              </w:rPr>
            </w:pPr>
            <w:r w:rsidRPr="00E91A42">
              <w:rPr>
                <w:sz w:val="28"/>
                <w:szCs w:val="28"/>
              </w:rPr>
              <w:t>…</w:t>
            </w:r>
          </w:p>
        </w:tc>
        <w:tc>
          <w:tcPr>
            <w:tcW w:w="934" w:type="dxa"/>
            <w:tcBorders>
              <w:top w:val="nil"/>
              <w:left w:val="nil"/>
              <w:bottom w:val="single" w:sz="6" w:space="0" w:color="000000"/>
              <w:right w:val="single" w:sz="6" w:space="0" w:color="000000"/>
            </w:tcBorders>
            <w:tcMar>
              <w:top w:w="0" w:type="dxa"/>
              <w:left w:w="100" w:type="dxa"/>
              <w:bottom w:w="0" w:type="dxa"/>
              <w:right w:w="100" w:type="dxa"/>
            </w:tcMar>
          </w:tcPr>
          <w:p w14:paraId="4629A6D2" w14:textId="77777777" w:rsidR="00463A4F" w:rsidRPr="00E91A42" w:rsidRDefault="00000000">
            <w:pPr>
              <w:spacing w:after="0" w:line="240" w:lineRule="auto"/>
              <w:jc w:val="both"/>
              <w:rPr>
                <w:sz w:val="28"/>
                <w:szCs w:val="28"/>
              </w:rPr>
            </w:pPr>
            <w:r w:rsidRPr="00E91A42">
              <w:rPr>
                <w:sz w:val="28"/>
                <w:szCs w:val="28"/>
              </w:rPr>
              <w:t xml:space="preserve"> </w:t>
            </w:r>
          </w:p>
        </w:tc>
        <w:tc>
          <w:tcPr>
            <w:tcW w:w="802" w:type="dxa"/>
            <w:tcBorders>
              <w:top w:val="nil"/>
              <w:left w:val="nil"/>
              <w:bottom w:val="single" w:sz="6" w:space="0" w:color="000000"/>
              <w:right w:val="single" w:sz="6" w:space="0" w:color="000000"/>
            </w:tcBorders>
            <w:tcMar>
              <w:top w:w="0" w:type="dxa"/>
              <w:left w:w="100" w:type="dxa"/>
              <w:bottom w:w="0" w:type="dxa"/>
              <w:right w:w="100" w:type="dxa"/>
            </w:tcMar>
          </w:tcPr>
          <w:p w14:paraId="4629A6D3" w14:textId="77777777" w:rsidR="00463A4F" w:rsidRPr="00E91A42" w:rsidRDefault="00000000">
            <w:pPr>
              <w:spacing w:after="0" w:line="240" w:lineRule="auto"/>
              <w:jc w:val="both"/>
              <w:rPr>
                <w:sz w:val="28"/>
                <w:szCs w:val="28"/>
              </w:rPr>
            </w:pPr>
            <w:r w:rsidRPr="00E91A42">
              <w:rPr>
                <w:sz w:val="28"/>
                <w:szCs w:val="28"/>
              </w:rPr>
              <w:t xml:space="preserve"> </w:t>
            </w:r>
          </w:p>
        </w:tc>
        <w:tc>
          <w:tcPr>
            <w:tcW w:w="788" w:type="dxa"/>
            <w:tcBorders>
              <w:top w:val="nil"/>
              <w:left w:val="nil"/>
              <w:bottom w:val="single" w:sz="6" w:space="0" w:color="000000"/>
              <w:right w:val="single" w:sz="6" w:space="0" w:color="000000"/>
            </w:tcBorders>
            <w:tcMar>
              <w:top w:w="0" w:type="dxa"/>
              <w:left w:w="100" w:type="dxa"/>
              <w:bottom w:w="0" w:type="dxa"/>
              <w:right w:w="100" w:type="dxa"/>
            </w:tcMar>
          </w:tcPr>
          <w:p w14:paraId="4629A6D4" w14:textId="77777777" w:rsidR="00463A4F" w:rsidRPr="00E91A42" w:rsidRDefault="00000000">
            <w:pPr>
              <w:spacing w:after="0" w:line="240" w:lineRule="auto"/>
              <w:jc w:val="both"/>
              <w:rPr>
                <w:sz w:val="28"/>
                <w:szCs w:val="28"/>
              </w:rPr>
            </w:pPr>
            <w:r w:rsidRPr="00E91A42">
              <w:rPr>
                <w:sz w:val="28"/>
                <w:szCs w:val="28"/>
              </w:rPr>
              <w:t xml:space="preserve"> </w:t>
            </w:r>
          </w:p>
        </w:tc>
        <w:tc>
          <w:tcPr>
            <w:tcW w:w="831" w:type="dxa"/>
            <w:tcBorders>
              <w:top w:val="nil"/>
              <w:left w:val="nil"/>
              <w:bottom w:val="single" w:sz="6" w:space="0" w:color="000000"/>
              <w:right w:val="single" w:sz="6" w:space="0" w:color="000000"/>
            </w:tcBorders>
            <w:tcMar>
              <w:top w:w="0" w:type="dxa"/>
              <w:left w:w="100" w:type="dxa"/>
              <w:bottom w:w="0" w:type="dxa"/>
              <w:right w:w="100" w:type="dxa"/>
            </w:tcMar>
          </w:tcPr>
          <w:p w14:paraId="4629A6D5" w14:textId="77777777" w:rsidR="00463A4F" w:rsidRPr="00E91A42" w:rsidRDefault="00000000">
            <w:pPr>
              <w:spacing w:after="0" w:line="240" w:lineRule="auto"/>
              <w:jc w:val="both"/>
              <w:rPr>
                <w:sz w:val="28"/>
                <w:szCs w:val="28"/>
              </w:rPr>
            </w:pPr>
            <w:r w:rsidRPr="00E91A42">
              <w:rPr>
                <w:sz w:val="28"/>
                <w:szCs w:val="28"/>
              </w:rPr>
              <w:t xml:space="preserve"> </w:t>
            </w:r>
          </w:p>
        </w:tc>
        <w:tc>
          <w:tcPr>
            <w:tcW w:w="1459" w:type="dxa"/>
            <w:tcBorders>
              <w:top w:val="nil"/>
              <w:left w:val="nil"/>
              <w:bottom w:val="single" w:sz="6" w:space="0" w:color="000000"/>
              <w:right w:val="single" w:sz="6" w:space="0" w:color="000000"/>
            </w:tcBorders>
            <w:tcMar>
              <w:top w:w="0" w:type="dxa"/>
              <w:left w:w="100" w:type="dxa"/>
              <w:bottom w:w="0" w:type="dxa"/>
              <w:right w:w="100" w:type="dxa"/>
            </w:tcMar>
          </w:tcPr>
          <w:p w14:paraId="4629A6D6" w14:textId="77777777" w:rsidR="00463A4F" w:rsidRPr="00E91A42" w:rsidRDefault="00000000">
            <w:pPr>
              <w:spacing w:after="0" w:line="240" w:lineRule="auto"/>
              <w:jc w:val="both"/>
              <w:rPr>
                <w:sz w:val="28"/>
                <w:szCs w:val="28"/>
              </w:rPr>
            </w:pPr>
            <w:r w:rsidRPr="00E91A42">
              <w:rPr>
                <w:sz w:val="28"/>
                <w:szCs w:val="28"/>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629A6D7"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D9" w14:textId="77777777" w:rsidR="00463A4F" w:rsidRPr="00E91A42" w:rsidRDefault="00000000">
      <w:pPr>
        <w:spacing w:after="0" w:line="240" w:lineRule="auto"/>
        <w:jc w:val="both"/>
        <w:rPr>
          <w:sz w:val="28"/>
          <w:szCs w:val="28"/>
        </w:rPr>
      </w:pPr>
      <w:r w:rsidRPr="00E91A42">
        <w:rPr>
          <w:sz w:val="28"/>
          <w:szCs w:val="28"/>
        </w:rPr>
        <w:t>2. Bằng độc quyền sáng chế, giải pháp hữu ích: ............................................</w:t>
      </w:r>
    </w:p>
    <w:p w14:paraId="4629A6DA" w14:textId="77777777" w:rsidR="00463A4F" w:rsidRPr="00E91A42" w:rsidRDefault="00000000">
      <w:pPr>
        <w:spacing w:after="0" w:line="240" w:lineRule="auto"/>
        <w:jc w:val="both"/>
        <w:rPr>
          <w:sz w:val="28"/>
          <w:szCs w:val="28"/>
        </w:rPr>
      </w:pPr>
      <w:r w:rsidRPr="00E91A42">
        <w:rPr>
          <w:sz w:val="28"/>
          <w:szCs w:val="28"/>
        </w:rPr>
        <w:t>3. Giải thưởng KH&amp;CN, danh hiệu chuyên môn: ............................................</w:t>
      </w:r>
    </w:p>
    <w:p w14:paraId="4629A6DB" w14:textId="77777777" w:rsidR="00463A4F" w:rsidRPr="00E91A42" w:rsidRDefault="00000000">
      <w:pPr>
        <w:spacing w:after="0" w:line="240" w:lineRule="auto"/>
        <w:jc w:val="both"/>
        <w:rPr>
          <w:sz w:val="28"/>
          <w:szCs w:val="28"/>
        </w:rPr>
      </w:pPr>
      <w:r w:rsidRPr="00E91A42">
        <w:rPr>
          <w:sz w:val="28"/>
          <w:szCs w:val="28"/>
        </w:rPr>
        <w:t>4. Kinh nghiệm chủ nhiệm/tham gia đề tài, dự án:</w:t>
      </w:r>
    </w:p>
    <w:tbl>
      <w:tblPr>
        <w:tblStyle w:val="af2"/>
        <w:tblW w:w="8640" w:type="dxa"/>
        <w:tblBorders>
          <w:top w:val="nil"/>
          <w:left w:val="nil"/>
          <w:bottom w:val="nil"/>
          <w:right w:val="nil"/>
          <w:insideH w:val="nil"/>
          <w:insideV w:val="nil"/>
        </w:tblBorders>
        <w:tblLayout w:type="fixed"/>
        <w:tblLook w:val="0600" w:firstRow="0" w:lastRow="0" w:firstColumn="0" w:lastColumn="0" w:noHBand="1" w:noVBand="1"/>
      </w:tblPr>
      <w:tblGrid>
        <w:gridCol w:w="1752"/>
        <w:gridCol w:w="1723"/>
        <w:gridCol w:w="1707"/>
        <w:gridCol w:w="1722"/>
        <w:gridCol w:w="1736"/>
      </w:tblGrid>
      <w:tr w:rsidR="00463A4F" w:rsidRPr="00E91A42" w14:paraId="4629A6E1" w14:textId="77777777">
        <w:trPr>
          <w:trHeight w:val="615"/>
        </w:trPr>
        <w:tc>
          <w:tcPr>
            <w:tcW w:w="17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9A6DC" w14:textId="77777777" w:rsidR="00463A4F" w:rsidRPr="00E91A42" w:rsidRDefault="00000000">
            <w:pPr>
              <w:spacing w:after="0" w:line="240" w:lineRule="auto"/>
              <w:jc w:val="both"/>
              <w:rPr>
                <w:sz w:val="28"/>
                <w:szCs w:val="28"/>
              </w:rPr>
            </w:pPr>
            <w:r w:rsidRPr="00E91A42">
              <w:rPr>
                <w:sz w:val="28"/>
                <w:szCs w:val="28"/>
              </w:rPr>
              <w:t>Tên nhiệm vụ/dự án</w:t>
            </w:r>
          </w:p>
        </w:tc>
        <w:tc>
          <w:tcPr>
            <w:tcW w:w="172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DD" w14:textId="77777777" w:rsidR="00463A4F" w:rsidRPr="00E91A42" w:rsidRDefault="00000000">
            <w:pPr>
              <w:spacing w:after="0" w:line="240" w:lineRule="auto"/>
              <w:jc w:val="both"/>
              <w:rPr>
                <w:sz w:val="28"/>
                <w:szCs w:val="28"/>
              </w:rPr>
            </w:pPr>
            <w:r w:rsidRPr="00E91A42">
              <w:rPr>
                <w:sz w:val="28"/>
                <w:szCs w:val="28"/>
              </w:rPr>
              <w:t>Cấp quản lý</w:t>
            </w:r>
          </w:p>
        </w:tc>
        <w:tc>
          <w:tcPr>
            <w:tcW w:w="170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DE" w14:textId="77777777" w:rsidR="00463A4F" w:rsidRPr="00E91A42" w:rsidRDefault="00000000">
            <w:pPr>
              <w:spacing w:after="0" w:line="240" w:lineRule="auto"/>
              <w:jc w:val="both"/>
              <w:rPr>
                <w:sz w:val="28"/>
                <w:szCs w:val="28"/>
              </w:rPr>
            </w:pPr>
            <w:r w:rsidRPr="00E91A42">
              <w:rPr>
                <w:sz w:val="28"/>
                <w:szCs w:val="28"/>
              </w:rPr>
              <w:t>Vai trò</w:t>
            </w:r>
          </w:p>
        </w:tc>
        <w:tc>
          <w:tcPr>
            <w:tcW w:w="172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DF" w14:textId="77777777" w:rsidR="00463A4F" w:rsidRPr="00E91A42" w:rsidRDefault="00000000">
            <w:pPr>
              <w:spacing w:after="0" w:line="240" w:lineRule="auto"/>
              <w:jc w:val="both"/>
              <w:rPr>
                <w:sz w:val="28"/>
                <w:szCs w:val="28"/>
              </w:rPr>
            </w:pPr>
            <w:r w:rsidRPr="00E91A42">
              <w:rPr>
                <w:sz w:val="28"/>
                <w:szCs w:val="28"/>
              </w:rPr>
              <w:t>Thời gian</w:t>
            </w:r>
          </w:p>
        </w:tc>
        <w:tc>
          <w:tcPr>
            <w:tcW w:w="173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629A6E0" w14:textId="77777777" w:rsidR="00463A4F" w:rsidRPr="00E91A42" w:rsidRDefault="00000000">
            <w:pPr>
              <w:spacing w:after="0" w:line="240" w:lineRule="auto"/>
              <w:jc w:val="both"/>
              <w:rPr>
                <w:sz w:val="28"/>
                <w:szCs w:val="28"/>
              </w:rPr>
            </w:pPr>
            <w:r w:rsidRPr="00E91A42">
              <w:rPr>
                <w:sz w:val="28"/>
                <w:szCs w:val="28"/>
              </w:rPr>
              <w:t>Tình trạng</w:t>
            </w:r>
          </w:p>
        </w:tc>
      </w:tr>
      <w:tr w:rsidR="00463A4F" w:rsidRPr="00E91A42" w14:paraId="4629A6E7" w14:textId="77777777">
        <w:trPr>
          <w:trHeight w:val="315"/>
        </w:trPr>
        <w:tc>
          <w:tcPr>
            <w:tcW w:w="17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E2"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E3" w14:textId="77777777" w:rsidR="00463A4F" w:rsidRPr="00E91A42" w:rsidRDefault="00000000">
            <w:pPr>
              <w:spacing w:after="0" w:line="240" w:lineRule="auto"/>
              <w:jc w:val="both"/>
              <w:rPr>
                <w:sz w:val="28"/>
                <w:szCs w:val="28"/>
              </w:rPr>
            </w:pPr>
            <w:r w:rsidRPr="00E91A42">
              <w:rPr>
                <w:sz w:val="28"/>
                <w:szCs w:val="28"/>
              </w:rPr>
              <w:t xml:space="preserve"> </w:t>
            </w:r>
          </w:p>
        </w:tc>
        <w:tc>
          <w:tcPr>
            <w:tcW w:w="1707" w:type="dxa"/>
            <w:tcBorders>
              <w:top w:val="nil"/>
              <w:left w:val="nil"/>
              <w:bottom w:val="single" w:sz="6" w:space="0" w:color="000000"/>
              <w:right w:val="single" w:sz="6" w:space="0" w:color="000000"/>
            </w:tcBorders>
            <w:tcMar>
              <w:top w:w="0" w:type="dxa"/>
              <w:left w:w="100" w:type="dxa"/>
              <w:bottom w:w="0" w:type="dxa"/>
              <w:right w:w="100" w:type="dxa"/>
            </w:tcMar>
          </w:tcPr>
          <w:p w14:paraId="4629A6E4"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E5" w14:textId="77777777" w:rsidR="00463A4F" w:rsidRPr="00E91A42" w:rsidRDefault="00000000">
            <w:pPr>
              <w:spacing w:after="0" w:line="240" w:lineRule="auto"/>
              <w:jc w:val="both"/>
              <w:rPr>
                <w:sz w:val="28"/>
                <w:szCs w:val="28"/>
              </w:rPr>
            </w:pPr>
            <w:r w:rsidRPr="00E91A42">
              <w:rPr>
                <w:sz w:val="28"/>
                <w:szCs w:val="28"/>
              </w:rPr>
              <w:t xml:space="preserve"> </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E6" w14:textId="77777777" w:rsidR="00463A4F" w:rsidRPr="00E91A42" w:rsidRDefault="00000000">
            <w:pPr>
              <w:spacing w:after="0" w:line="240" w:lineRule="auto"/>
              <w:jc w:val="both"/>
              <w:rPr>
                <w:sz w:val="28"/>
                <w:szCs w:val="28"/>
              </w:rPr>
            </w:pPr>
            <w:r w:rsidRPr="00E91A42">
              <w:rPr>
                <w:sz w:val="28"/>
                <w:szCs w:val="28"/>
              </w:rPr>
              <w:t xml:space="preserve"> </w:t>
            </w:r>
          </w:p>
        </w:tc>
      </w:tr>
      <w:tr w:rsidR="00463A4F" w:rsidRPr="00E91A42" w14:paraId="4629A6ED" w14:textId="77777777">
        <w:trPr>
          <w:trHeight w:val="315"/>
        </w:trPr>
        <w:tc>
          <w:tcPr>
            <w:tcW w:w="175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29A6E8"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E9" w14:textId="77777777" w:rsidR="00463A4F" w:rsidRPr="00E91A42" w:rsidRDefault="00000000">
            <w:pPr>
              <w:spacing w:after="0" w:line="240" w:lineRule="auto"/>
              <w:jc w:val="both"/>
              <w:rPr>
                <w:sz w:val="28"/>
                <w:szCs w:val="28"/>
              </w:rPr>
            </w:pPr>
            <w:r w:rsidRPr="00E91A42">
              <w:rPr>
                <w:sz w:val="28"/>
                <w:szCs w:val="28"/>
              </w:rPr>
              <w:t xml:space="preserve"> </w:t>
            </w:r>
          </w:p>
        </w:tc>
        <w:tc>
          <w:tcPr>
            <w:tcW w:w="1707" w:type="dxa"/>
            <w:tcBorders>
              <w:top w:val="nil"/>
              <w:left w:val="nil"/>
              <w:bottom w:val="single" w:sz="6" w:space="0" w:color="000000"/>
              <w:right w:val="single" w:sz="6" w:space="0" w:color="000000"/>
            </w:tcBorders>
            <w:tcMar>
              <w:top w:w="0" w:type="dxa"/>
              <w:left w:w="100" w:type="dxa"/>
              <w:bottom w:w="0" w:type="dxa"/>
              <w:right w:w="100" w:type="dxa"/>
            </w:tcMar>
          </w:tcPr>
          <w:p w14:paraId="4629A6EA" w14:textId="77777777" w:rsidR="00463A4F" w:rsidRPr="00E91A42" w:rsidRDefault="00000000">
            <w:pPr>
              <w:spacing w:after="0" w:line="240" w:lineRule="auto"/>
              <w:jc w:val="both"/>
              <w:rPr>
                <w:sz w:val="28"/>
                <w:szCs w:val="28"/>
              </w:rPr>
            </w:pPr>
            <w:r w:rsidRPr="00E91A42">
              <w:rPr>
                <w:sz w:val="28"/>
                <w:szCs w:val="28"/>
              </w:rPr>
              <w:t xml:space="preserve"> </w:t>
            </w:r>
          </w:p>
        </w:tc>
        <w:tc>
          <w:tcPr>
            <w:tcW w:w="1722" w:type="dxa"/>
            <w:tcBorders>
              <w:top w:val="nil"/>
              <w:left w:val="nil"/>
              <w:bottom w:val="single" w:sz="6" w:space="0" w:color="000000"/>
              <w:right w:val="single" w:sz="6" w:space="0" w:color="000000"/>
            </w:tcBorders>
            <w:tcMar>
              <w:top w:w="0" w:type="dxa"/>
              <w:left w:w="100" w:type="dxa"/>
              <w:bottom w:w="0" w:type="dxa"/>
              <w:right w:w="100" w:type="dxa"/>
            </w:tcMar>
          </w:tcPr>
          <w:p w14:paraId="4629A6EB" w14:textId="77777777" w:rsidR="00463A4F" w:rsidRPr="00E91A42" w:rsidRDefault="00000000">
            <w:pPr>
              <w:spacing w:after="0" w:line="240" w:lineRule="auto"/>
              <w:jc w:val="both"/>
              <w:rPr>
                <w:sz w:val="28"/>
                <w:szCs w:val="28"/>
              </w:rPr>
            </w:pPr>
            <w:r w:rsidRPr="00E91A42">
              <w:rPr>
                <w:sz w:val="28"/>
                <w:szCs w:val="28"/>
              </w:rPr>
              <w:t xml:space="preserve"> </w:t>
            </w:r>
          </w:p>
        </w:tc>
        <w:tc>
          <w:tcPr>
            <w:tcW w:w="1736" w:type="dxa"/>
            <w:tcBorders>
              <w:top w:val="nil"/>
              <w:left w:val="nil"/>
              <w:bottom w:val="single" w:sz="6" w:space="0" w:color="000000"/>
              <w:right w:val="single" w:sz="6" w:space="0" w:color="000000"/>
            </w:tcBorders>
            <w:tcMar>
              <w:top w:w="0" w:type="dxa"/>
              <w:left w:w="100" w:type="dxa"/>
              <w:bottom w:w="0" w:type="dxa"/>
              <w:right w:w="100" w:type="dxa"/>
            </w:tcMar>
          </w:tcPr>
          <w:p w14:paraId="4629A6EC"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EE" w14:textId="77777777" w:rsidR="00463A4F" w:rsidRPr="00E91A42" w:rsidRDefault="00000000">
      <w:pPr>
        <w:spacing w:after="0" w:line="240" w:lineRule="auto"/>
        <w:jc w:val="both"/>
        <w:rPr>
          <w:b/>
          <w:sz w:val="28"/>
          <w:szCs w:val="28"/>
        </w:rPr>
      </w:pPr>
      <w:r w:rsidRPr="00E91A42">
        <w:rPr>
          <w:b/>
          <w:sz w:val="28"/>
          <w:szCs w:val="28"/>
        </w:rPr>
        <w:t>V. NĂNG LỰC TỔ CHỨC THỰC HIỆN NHIỆM VỤ HIỆN TẠI</w:t>
      </w:r>
    </w:p>
    <w:p w14:paraId="4629A6EF" w14:textId="77777777" w:rsidR="00463A4F" w:rsidRPr="00E91A42" w:rsidRDefault="00000000">
      <w:pPr>
        <w:spacing w:after="0" w:line="240" w:lineRule="auto"/>
        <w:jc w:val="both"/>
        <w:rPr>
          <w:sz w:val="28"/>
          <w:szCs w:val="28"/>
        </w:rPr>
      </w:pPr>
      <w:r w:rsidRPr="00E91A42">
        <w:rPr>
          <w:sz w:val="28"/>
          <w:szCs w:val="28"/>
        </w:rPr>
        <w:t>Cơ sở vật chất, thiết bị nghiên cứu hiện có: ..............................................</w:t>
      </w:r>
    </w:p>
    <w:p w14:paraId="4629A6F0" w14:textId="77777777" w:rsidR="00463A4F" w:rsidRPr="00E91A42" w:rsidRDefault="00000000">
      <w:pPr>
        <w:spacing w:after="0" w:line="240" w:lineRule="auto"/>
        <w:jc w:val="both"/>
        <w:rPr>
          <w:sz w:val="28"/>
          <w:szCs w:val="28"/>
        </w:rPr>
      </w:pPr>
      <w:r w:rsidRPr="00E91A42">
        <w:rPr>
          <w:sz w:val="28"/>
          <w:szCs w:val="28"/>
        </w:rPr>
        <w:t>Nhân lực phối hợp: .....................................................</w:t>
      </w:r>
    </w:p>
    <w:p w14:paraId="4629A6F1" w14:textId="77777777" w:rsidR="00463A4F" w:rsidRPr="00E91A42" w:rsidRDefault="00000000">
      <w:pPr>
        <w:spacing w:after="0" w:line="240" w:lineRule="auto"/>
        <w:jc w:val="both"/>
        <w:rPr>
          <w:sz w:val="28"/>
          <w:szCs w:val="28"/>
        </w:rPr>
      </w:pPr>
      <w:r w:rsidRPr="00E91A42">
        <w:rPr>
          <w:sz w:val="28"/>
          <w:szCs w:val="28"/>
        </w:rPr>
        <w:t>Kinh nghiệm liên kết với doanh nghiệp, địa phương: .................................</w:t>
      </w:r>
    </w:p>
    <w:p w14:paraId="4629A6F2" w14:textId="77777777" w:rsidR="00463A4F" w:rsidRPr="00E91A42" w:rsidRDefault="00000000">
      <w:pPr>
        <w:spacing w:after="0" w:line="240" w:lineRule="auto"/>
        <w:jc w:val="both"/>
        <w:rPr>
          <w:b/>
          <w:sz w:val="28"/>
          <w:szCs w:val="28"/>
        </w:rPr>
      </w:pPr>
      <w:r w:rsidRPr="00E91A42">
        <w:rPr>
          <w:b/>
          <w:sz w:val="28"/>
          <w:szCs w:val="28"/>
        </w:rPr>
        <w:t>VI. CAM KẾT CỦA NGƯỜI KHAI</w:t>
      </w:r>
    </w:p>
    <w:p w14:paraId="4629A6F3" w14:textId="77777777" w:rsidR="00463A4F" w:rsidRPr="00E91A42" w:rsidRDefault="00000000">
      <w:pPr>
        <w:spacing w:after="0" w:line="240" w:lineRule="auto"/>
        <w:jc w:val="both"/>
        <w:rPr>
          <w:sz w:val="28"/>
          <w:szCs w:val="28"/>
        </w:rPr>
      </w:pPr>
      <w:r w:rsidRPr="00E91A42">
        <w:rPr>
          <w:sz w:val="28"/>
          <w:szCs w:val="28"/>
        </w:rPr>
        <w:t>Tôi cam kết:</w:t>
      </w:r>
    </w:p>
    <w:p w14:paraId="4629A6F4" w14:textId="77777777" w:rsidR="00463A4F" w:rsidRPr="00E91A42" w:rsidRDefault="00000000">
      <w:pPr>
        <w:spacing w:after="0" w:line="240" w:lineRule="auto"/>
        <w:jc w:val="both"/>
        <w:rPr>
          <w:sz w:val="28"/>
          <w:szCs w:val="28"/>
        </w:rPr>
      </w:pPr>
      <w:r w:rsidRPr="00E91A42">
        <w:rPr>
          <w:sz w:val="28"/>
          <w:szCs w:val="28"/>
        </w:rPr>
        <w:t>- Các thông tin trên là trung thực, chính xác;</w:t>
      </w:r>
    </w:p>
    <w:p w14:paraId="4629A6F5" w14:textId="77777777" w:rsidR="00463A4F" w:rsidRPr="00E91A42" w:rsidRDefault="00000000">
      <w:pPr>
        <w:spacing w:after="0" w:line="240" w:lineRule="auto"/>
        <w:jc w:val="both"/>
        <w:rPr>
          <w:sz w:val="28"/>
          <w:szCs w:val="28"/>
        </w:rPr>
      </w:pPr>
      <w:r w:rsidRPr="00E91A42">
        <w:rPr>
          <w:sz w:val="28"/>
          <w:szCs w:val="28"/>
        </w:rPr>
        <w:t>- Có đủ thời gian, năng lực và điều kiện để chủ trì, điều hành nhiệm vụ;</w:t>
      </w:r>
    </w:p>
    <w:p w14:paraId="4629A6F6" w14:textId="77777777" w:rsidR="00463A4F" w:rsidRPr="00E91A42" w:rsidRDefault="00000000">
      <w:pPr>
        <w:spacing w:after="0" w:line="240" w:lineRule="auto"/>
        <w:jc w:val="both"/>
        <w:rPr>
          <w:sz w:val="28"/>
          <w:szCs w:val="28"/>
        </w:rPr>
      </w:pPr>
      <w:r w:rsidRPr="00E91A42">
        <w:rPr>
          <w:sz w:val="28"/>
          <w:szCs w:val="28"/>
        </w:rPr>
        <w:t>- Thực hiện nhiệm vụ đúng quy định của pháp luật, chịu trách nhiệm về kết quả và sử dụng kinh phí theo hợp đồng được ký với cơ quan quản lý nhiệm vụ.</w:t>
      </w:r>
    </w:p>
    <w:tbl>
      <w:tblPr>
        <w:tblStyle w:val="af3"/>
        <w:tblW w:w="8640" w:type="dxa"/>
        <w:tblBorders>
          <w:top w:val="nil"/>
          <w:left w:val="nil"/>
          <w:bottom w:val="nil"/>
          <w:right w:val="nil"/>
          <w:insideH w:val="nil"/>
          <w:insideV w:val="nil"/>
        </w:tblBorders>
        <w:tblLayout w:type="fixed"/>
        <w:tblLook w:val="0600" w:firstRow="0" w:lastRow="0" w:firstColumn="0" w:lastColumn="0" w:noHBand="1" w:noVBand="1"/>
      </w:tblPr>
      <w:tblGrid>
        <w:gridCol w:w="4298"/>
        <w:gridCol w:w="4342"/>
      </w:tblGrid>
      <w:tr w:rsidR="00463A4F" w:rsidRPr="00E91A42" w14:paraId="4629A6FC" w14:textId="77777777">
        <w:trPr>
          <w:trHeight w:val="1920"/>
        </w:trPr>
        <w:tc>
          <w:tcPr>
            <w:tcW w:w="4298" w:type="dxa"/>
            <w:tcBorders>
              <w:top w:val="nil"/>
              <w:left w:val="nil"/>
              <w:bottom w:val="nil"/>
              <w:right w:val="nil"/>
            </w:tcBorders>
            <w:tcMar>
              <w:top w:w="0" w:type="dxa"/>
              <w:left w:w="100" w:type="dxa"/>
              <w:bottom w:w="0" w:type="dxa"/>
              <w:right w:w="100" w:type="dxa"/>
            </w:tcMar>
          </w:tcPr>
          <w:p w14:paraId="4629A6F7" w14:textId="77777777" w:rsidR="00463A4F" w:rsidRPr="00E91A42" w:rsidRDefault="00000000">
            <w:pPr>
              <w:spacing w:after="0" w:line="240" w:lineRule="auto"/>
              <w:jc w:val="both"/>
              <w:rPr>
                <w:sz w:val="28"/>
                <w:szCs w:val="28"/>
              </w:rPr>
            </w:pPr>
            <w:r w:rsidRPr="00E91A42">
              <w:rPr>
                <w:sz w:val="28"/>
                <w:szCs w:val="28"/>
              </w:rPr>
              <w:t xml:space="preserve"> </w:t>
            </w:r>
          </w:p>
        </w:tc>
        <w:tc>
          <w:tcPr>
            <w:tcW w:w="4341" w:type="dxa"/>
            <w:tcBorders>
              <w:top w:val="nil"/>
              <w:left w:val="nil"/>
              <w:bottom w:val="nil"/>
              <w:right w:val="nil"/>
            </w:tcBorders>
            <w:tcMar>
              <w:top w:w="0" w:type="dxa"/>
              <w:left w:w="100" w:type="dxa"/>
              <w:bottom w:w="0" w:type="dxa"/>
              <w:right w:w="100" w:type="dxa"/>
            </w:tcMar>
          </w:tcPr>
          <w:p w14:paraId="4629A6F8" w14:textId="77777777" w:rsidR="00463A4F" w:rsidRPr="00E91A42" w:rsidRDefault="00000000">
            <w:pPr>
              <w:spacing w:after="0" w:line="240" w:lineRule="auto"/>
              <w:jc w:val="both"/>
              <w:rPr>
                <w:sz w:val="28"/>
                <w:szCs w:val="28"/>
              </w:rPr>
            </w:pPr>
            <w:r w:rsidRPr="00E91A42">
              <w:rPr>
                <w:sz w:val="28"/>
                <w:szCs w:val="28"/>
              </w:rPr>
              <w:t>Ngày .... tháng .... năm ....</w:t>
            </w:r>
          </w:p>
          <w:p w14:paraId="4629A6F9" w14:textId="77777777" w:rsidR="00463A4F" w:rsidRPr="00E91A42" w:rsidRDefault="00000000">
            <w:pPr>
              <w:spacing w:after="0" w:line="240" w:lineRule="auto"/>
              <w:jc w:val="both"/>
              <w:rPr>
                <w:b/>
                <w:sz w:val="28"/>
                <w:szCs w:val="28"/>
              </w:rPr>
            </w:pPr>
            <w:r w:rsidRPr="00E91A42">
              <w:rPr>
                <w:b/>
                <w:sz w:val="28"/>
                <w:szCs w:val="28"/>
              </w:rPr>
              <w:t>NGƯỜI KHAI</w:t>
            </w:r>
          </w:p>
          <w:p w14:paraId="4629A6FA" w14:textId="77777777" w:rsidR="00463A4F" w:rsidRPr="00E91A42" w:rsidRDefault="00000000">
            <w:pPr>
              <w:spacing w:after="0" w:line="240" w:lineRule="auto"/>
              <w:jc w:val="both"/>
              <w:rPr>
                <w:sz w:val="28"/>
                <w:szCs w:val="28"/>
              </w:rPr>
            </w:pPr>
            <w:r w:rsidRPr="00E91A42">
              <w:rPr>
                <w:sz w:val="28"/>
                <w:szCs w:val="28"/>
              </w:rPr>
              <w:t>(Ký, ghi rõ họ tên)</w:t>
            </w:r>
          </w:p>
          <w:p w14:paraId="4629A6FB" w14:textId="77777777" w:rsidR="00463A4F" w:rsidRPr="00E91A42" w:rsidRDefault="00000000">
            <w:pPr>
              <w:spacing w:after="0" w:line="240" w:lineRule="auto"/>
              <w:jc w:val="both"/>
              <w:rPr>
                <w:sz w:val="28"/>
                <w:szCs w:val="28"/>
              </w:rPr>
            </w:pPr>
            <w:r w:rsidRPr="00E91A42">
              <w:rPr>
                <w:sz w:val="28"/>
                <w:szCs w:val="28"/>
              </w:rPr>
              <w:t xml:space="preserve"> </w:t>
            </w:r>
          </w:p>
        </w:tc>
      </w:tr>
    </w:tbl>
    <w:p w14:paraId="4629A6FD" w14:textId="77777777" w:rsidR="00463A4F" w:rsidRPr="00E91A42" w:rsidRDefault="00000000">
      <w:pPr>
        <w:spacing w:before="120" w:after="0" w:line="240" w:lineRule="auto"/>
        <w:jc w:val="both"/>
        <w:rPr>
          <w:sz w:val="28"/>
          <w:szCs w:val="28"/>
        </w:rPr>
      </w:pPr>
      <w:r w:rsidRPr="00E91A42">
        <w:rPr>
          <w:sz w:val="28"/>
          <w:szCs w:val="28"/>
        </w:rPr>
        <w:br w:type="page"/>
      </w:r>
    </w:p>
    <w:sectPr w:rsidR="00463A4F" w:rsidRPr="00E91A4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5846F" w14:textId="77777777" w:rsidR="001323BA" w:rsidRDefault="001323BA" w:rsidP="00E91A42">
      <w:pPr>
        <w:spacing w:after="0" w:line="240" w:lineRule="auto"/>
      </w:pPr>
      <w:r>
        <w:separator/>
      </w:r>
    </w:p>
  </w:endnote>
  <w:endnote w:type="continuationSeparator" w:id="0">
    <w:p w14:paraId="1BD0451E" w14:textId="77777777" w:rsidR="001323BA" w:rsidRDefault="001323BA" w:rsidP="00E9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BD8E4D-7928-4C38-B21B-BCAF25A3C606}"/>
    <w:embedBold r:id="rId2" w:fontKey="{50A5E7FB-EC20-4747-B25D-DE4574E98BA5}"/>
    <w:embedItalic r:id="rId3" w:fontKey="{E4BE5E83-F043-4D4F-80E9-511790FC7095}"/>
    <w:embedBoldItalic r:id="rId4" w:fontKey="{6F34FB93-6CD6-4BE8-8F19-7AB9127B559B}"/>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C893B005-EF02-48D5-BFAD-F094C18BA78E}"/>
  </w:font>
  <w:font w:name="VNTime">
    <w:altName w:val="Calibri"/>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6" w:fontKey="{A68CFF10-D808-48CE-A962-5646226B6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021733"/>
      <w:docPartObj>
        <w:docPartGallery w:val="Page Numbers (Bottom of Page)"/>
        <w:docPartUnique/>
      </w:docPartObj>
    </w:sdtPr>
    <w:sdtContent>
      <w:p w14:paraId="74314456" w14:textId="77777777" w:rsidR="00E91A42" w:rsidRDefault="00E91A42">
        <w:pPr>
          <w:pStyle w:val="Footer"/>
          <w:jc w:val="center"/>
        </w:pPr>
        <w:r w:rsidRPr="00850209">
          <w:rPr>
            <w:sz w:val="28"/>
            <w:szCs w:val="28"/>
          </w:rPr>
          <w:fldChar w:fldCharType="begin"/>
        </w:r>
        <w:r w:rsidRPr="00850209">
          <w:rPr>
            <w:sz w:val="28"/>
            <w:szCs w:val="28"/>
          </w:rPr>
          <w:instrText xml:space="preserve"> PAGE   \* MERGEFORMAT </w:instrText>
        </w:r>
        <w:r w:rsidRPr="00850209">
          <w:rPr>
            <w:sz w:val="28"/>
            <w:szCs w:val="28"/>
          </w:rPr>
          <w:fldChar w:fldCharType="separate"/>
        </w:r>
        <w:r>
          <w:rPr>
            <w:noProof/>
            <w:sz w:val="28"/>
            <w:szCs w:val="28"/>
          </w:rPr>
          <w:t>7</w:t>
        </w:r>
        <w:r w:rsidRPr="00850209">
          <w:rPr>
            <w:sz w:val="28"/>
            <w:szCs w:val="28"/>
          </w:rPr>
          <w:fldChar w:fldCharType="end"/>
        </w:r>
      </w:p>
    </w:sdtContent>
  </w:sdt>
  <w:p w14:paraId="21178670" w14:textId="77777777" w:rsidR="00E91A42" w:rsidRDefault="00E91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021736"/>
      <w:docPartObj>
        <w:docPartGallery w:val="Page Numbers (Bottom of Page)"/>
        <w:docPartUnique/>
      </w:docPartObj>
    </w:sdtPr>
    <w:sdtContent>
      <w:p w14:paraId="2BC7BA34" w14:textId="77777777" w:rsidR="00E91A42" w:rsidRDefault="00E91A42">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sdtContent>
  </w:sdt>
  <w:p w14:paraId="283F22CD" w14:textId="77777777" w:rsidR="00E91A42" w:rsidRPr="000E4336" w:rsidRDefault="00E91A42" w:rsidP="006953DA">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5225"/>
      <w:docPartObj>
        <w:docPartGallery w:val="Page Numbers (Bottom of Page)"/>
        <w:docPartUnique/>
      </w:docPartObj>
    </w:sdtPr>
    <w:sdtContent>
      <w:p w14:paraId="02398DC9" w14:textId="77777777" w:rsidR="00E91A42" w:rsidRDefault="00E91A42">
        <w:pPr>
          <w:pStyle w:val="Footer"/>
          <w:jc w:val="center"/>
        </w:pPr>
        <w:r>
          <w:rPr>
            <w:noProof/>
          </w:rPr>
          <w:fldChar w:fldCharType="begin"/>
        </w:r>
        <w:r>
          <w:rPr>
            <w:noProof/>
          </w:rPr>
          <w:instrText xml:space="preserve"> PAGE   \* MERGEFORMAT </w:instrText>
        </w:r>
        <w:r>
          <w:rPr>
            <w:noProof/>
          </w:rPr>
          <w:fldChar w:fldCharType="separate"/>
        </w:r>
        <w:r>
          <w:rPr>
            <w:noProof/>
          </w:rPr>
          <w:t>20</w:t>
        </w:r>
        <w:r>
          <w:rPr>
            <w:noProof/>
          </w:rPr>
          <w:fldChar w:fldCharType="end"/>
        </w:r>
      </w:p>
    </w:sdtContent>
  </w:sdt>
  <w:p w14:paraId="75010F50" w14:textId="77777777" w:rsidR="00E91A42" w:rsidRPr="007C31D0" w:rsidRDefault="00E91A42" w:rsidP="006953DA">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651496"/>
      <w:docPartObj>
        <w:docPartGallery w:val="Page Numbers (Bottom of Page)"/>
        <w:docPartUnique/>
      </w:docPartObj>
    </w:sdtPr>
    <w:sdtContent>
      <w:p w14:paraId="7FEB8603" w14:textId="77777777" w:rsidR="00E91A42" w:rsidRDefault="00E91A42">
        <w:pPr>
          <w:pStyle w:val="Footer"/>
          <w:jc w:val="center"/>
        </w:pPr>
        <w:r>
          <w:rPr>
            <w:noProof/>
          </w:rPr>
          <w:fldChar w:fldCharType="begin"/>
        </w:r>
        <w:r>
          <w:rPr>
            <w:noProof/>
          </w:rPr>
          <w:instrText xml:space="preserve"> PAGE   \* MERGEFORMAT </w:instrText>
        </w:r>
        <w:r>
          <w:rPr>
            <w:noProof/>
          </w:rPr>
          <w:fldChar w:fldCharType="separate"/>
        </w:r>
        <w:r>
          <w:rPr>
            <w:noProof/>
          </w:rPr>
          <w:t>9</w:t>
        </w:r>
        <w:r>
          <w:rPr>
            <w:noProof/>
          </w:rPr>
          <w:fldChar w:fldCharType="end"/>
        </w:r>
      </w:p>
    </w:sdtContent>
  </w:sdt>
  <w:p w14:paraId="09811FB9" w14:textId="77777777" w:rsidR="00E91A42" w:rsidRPr="00813E4E" w:rsidRDefault="00E91A42" w:rsidP="006953DA">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EC1AB" w14:textId="77777777" w:rsidR="001323BA" w:rsidRDefault="001323BA" w:rsidP="00E91A42">
      <w:pPr>
        <w:spacing w:after="0" w:line="240" w:lineRule="auto"/>
      </w:pPr>
      <w:r>
        <w:separator/>
      </w:r>
    </w:p>
  </w:footnote>
  <w:footnote w:type="continuationSeparator" w:id="0">
    <w:p w14:paraId="196127D0" w14:textId="77777777" w:rsidR="001323BA" w:rsidRDefault="001323BA" w:rsidP="00E91A42">
      <w:pPr>
        <w:spacing w:after="0" w:line="240" w:lineRule="auto"/>
      </w:pPr>
      <w:r>
        <w:continuationSeparator/>
      </w:r>
    </w:p>
  </w:footnote>
  <w:footnote w:id="1">
    <w:p w14:paraId="02FE11A9" w14:textId="77777777" w:rsidR="00E91A42" w:rsidRDefault="00E91A42" w:rsidP="00E91A42">
      <w:pPr>
        <w:pStyle w:val="FootnoteText"/>
        <w:jc w:val="both"/>
        <w:rPr>
          <w:rFonts w:ascii="Times New Roman" w:hAnsi="Times New Roman"/>
        </w:rPr>
      </w:pPr>
      <w:r>
        <w:rPr>
          <w:rStyle w:val="FootnoteReference"/>
        </w:rPr>
        <w:footnoteRef/>
      </w:r>
      <w:r>
        <w:t xml:space="preserve"> </w:t>
      </w:r>
      <w:r>
        <w:rPr>
          <w:rFonts w:ascii="Times New Roman" w:hAnsi="Times New Roman"/>
        </w:rPr>
        <w:t xml:space="preserve">Đối với những nghiệm vụ Nghị định thư trong đó Việt Nam hỗ trợ đối tác nước ngoài có quan hệ truyền thống đặc biệt, Mục này sẽ nêu và đánh giá cụ thể những thành tựu, thế mạnh của đối tác trong nước đối </w:t>
      </w:r>
      <w:proofErr w:type="gramStart"/>
      <w:r>
        <w:rPr>
          <w:rFonts w:ascii="Times New Roman" w:hAnsi="Times New Roman"/>
        </w:rPr>
        <w:t>với  những</w:t>
      </w:r>
      <w:proofErr w:type="gramEnd"/>
      <w:r>
        <w:rPr>
          <w:rFonts w:ascii="Times New Roman" w:hAnsi="Times New Roman"/>
        </w:rPr>
        <w:t xml:space="preserve"> lĩnh vực nghiên cứu của nhiệm vụ; đánh giá cụ thể những khó khăn, thách thức mà đối tác nước ngoài đang gặp phải trong quá trình nghiên cứu và triển khai về lĩnh vực nghiên cứu của nhiệm vụ.</w:t>
      </w:r>
    </w:p>
  </w:footnote>
  <w:footnote w:id="2">
    <w:p w14:paraId="67F82E8C" w14:textId="77777777" w:rsidR="00E91A42" w:rsidRDefault="00E91A42" w:rsidP="00E91A42">
      <w:pPr>
        <w:pStyle w:val="FootnoteText"/>
        <w:jc w:val="both"/>
      </w:pPr>
      <w:r>
        <w:rPr>
          <w:rStyle w:val="FootnoteReference"/>
        </w:rPr>
        <w:footnoteRef/>
      </w:r>
      <w:r>
        <w:t xml:space="preserve"> </w:t>
      </w:r>
      <w:r>
        <w:rPr>
          <w:rFonts w:ascii="Times New Roman" w:hAnsi="Times New Roman"/>
        </w:rPr>
        <w:t>Đối với đối tác nước ngoài có quan hệ truyền thống đặc biệt: nêu tác động và lợi ích mang lại của kết quả nghiên cứu, khả năng ứng dụng, phương thức chuyển giao kết quả nghiên cứu cho đối tác nước ngoài</w:t>
      </w:r>
    </w:p>
  </w:footnote>
  <w:footnote w:id="3">
    <w:p w14:paraId="371EACDE" w14:textId="77777777" w:rsidR="00E91A42" w:rsidRPr="00010A94" w:rsidRDefault="00E91A42" w:rsidP="00E91A42">
      <w:pPr>
        <w:pStyle w:val="FootnoteText"/>
        <w:jc w:val="both"/>
        <w:rPr>
          <w:i/>
        </w:rPr>
      </w:pPr>
      <w:r w:rsidRPr="00010A94">
        <w:rPr>
          <w:rStyle w:val="FootnoteReference"/>
          <w:i/>
        </w:rPr>
        <w:t>*</w:t>
      </w:r>
      <w:r w:rsidRPr="00010A94">
        <w:rPr>
          <w:i/>
        </w:rPr>
        <w:t>K</w:t>
      </w:r>
      <w:r w:rsidRPr="00010A94">
        <w:rPr>
          <w:rFonts w:ascii="Times New Roman" w:hAnsi="Times New Roman"/>
          <w:i/>
        </w:rPr>
        <w:t>hoa học, phổ thông</w:t>
      </w:r>
    </w:p>
  </w:footnote>
  <w:footnote w:id="4">
    <w:p w14:paraId="2EDAA2BB" w14:textId="77777777" w:rsidR="00E91A42" w:rsidRDefault="00E91A42" w:rsidP="00E91A42">
      <w:pPr>
        <w:pStyle w:val="FootnoteText"/>
      </w:pPr>
      <w:r>
        <w:rPr>
          <w:rStyle w:val="FootnoteReference"/>
        </w:rPr>
        <w:footnoteRef/>
      </w:r>
      <w:r>
        <w:rPr>
          <w:rFonts w:ascii="Times New Roman" w:hAnsi="Times New Roman"/>
        </w:rPr>
        <w:t>N</w:t>
      </w:r>
      <w:r w:rsidRPr="00952773">
        <w:rPr>
          <w:rFonts w:ascii="Times New Roman" w:hAnsi="Times New Roman"/>
        </w:rPr>
        <w:t>êu rõ thông số kỹ thuật</w:t>
      </w:r>
    </w:p>
  </w:footnote>
  <w:footnote w:id="5">
    <w:p w14:paraId="14A1B0DC" w14:textId="77777777" w:rsidR="00E91A42" w:rsidRDefault="00E91A42" w:rsidP="00E91A42">
      <w:pPr>
        <w:pStyle w:val="FootnoteText"/>
      </w:pPr>
      <w:r>
        <w:rPr>
          <w:rStyle w:val="FootnoteReference"/>
        </w:rPr>
        <w:t>**</w:t>
      </w:r>
      <w:r w:rsidRPr="00952773">
        <w:rPr>
          <w:rFonts w:ascii="Times New Roman" w:hAnsi="Times New Roman"/>
        </w:rPr>
        <w:t>Trong một số trường hợp có nội dung tài chính đặc biệt, cần có sự thẩm định của hội đồng tư vấn do Bộ KH&amp;CN thành lập và các cấp có thẩm quyền liên quan</w:t>
      </w:r>
    </w:p>
  </w:footnote>
  <w:footnote w:id="6">
    <w:p w14:paraId="1A0AA1FE" w14:textId="77777777" w:rsidR="00E91A42" w:rsidRPr="00F27765" w:rsidRDefault="00E91A42" w:rsidP="00E91A42">
      <w:pPr>
        <w:pStyle w:val="FootnoteText"/>
        <w:jc w:val="both"/>
        <w:rPr>
          <w:rFonts w:ascii="Times New Roman" w:hAnsi="Times New Roman"/>
          <w:color w:val="FF0000"/>
        </w:rPr>
      </w:pPr>
      <w:r w:rsidRPr="00F27765">
        <w:rPr>
          <w:rStyle w:val="FootnoteReference"/>
          <w:rFonts w:ascii="Times New Roman" w:hAnsi="Times New Roman"/>
        </w:rPr>
        <w:footnoteRef/>
      </w:r>
      <w:r w:rsidRPr="00F27765">
        <w:rPr>
          <w:rFonts w:ascii="Times New Roman" w:hAnsi="Times New Roman"/>
        </w:rPr>
        <w:t>Tính đến thời điểm hết hạn nộp Hồ sơ</w:t>
      </w:r>
    </w:p>
  </w:footnote>
  <w:footnote w:id="7">
    <w:p w14:paraId="24F55E59" w14:textId="77777777" w:rsidR="00E91A42" w:rsidRPr="00F27765" w:rsidRDefault="00E91A42" w:rsidP="00E91A42">
      <w:pPr>
        <w:ind w:right="-302"/>
        <w:jc w:val="both"/>
        <w:rPr>
          <w:color w:val="FF0000"/>
          <w:sz w:val="20"/>
          <w:szCs w:val="20"/>
        </w:rPr>
      </w:pPr>
      <w:r w:rsidRPr="00F27765">
        <w:rPr>
          <w:rStyle w:val="FootnoteReference"/>
          <w:sz w:val="20"/>
          <w:szCs w:val="20"/>
        </w:rPr>
        <w:footnoteRef/>
      </w:r>
      <w:r w:rsidRPr="00F27765">
        <w:rPr>
          <w:sz w:val="20"/>
          <w:szCs w:val="20"/>
        </w:rPr>
        <w:t xml:space="preserve"> Hồ sơ gồm đầy đủ các loại tài liệu với số lượng đã được quy định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260"/>
        </w:tabs>
        <w:ind w:left="1260" w:hanging="360"/>
      </w:pPr>
      <w:rPr>
        <w:rFonts w:ascii="Wingdings" w:hAnsi="Wingdings" w:cs="Wingding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0144B0A"/>
    <w:multiLevelType w:val="hybridMultilevel"/>
    <w:tmpl w:val="A20AFA74"/>
    <w:lvl w:ilvl="0" w:tplc="5F20D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92F"/>
    <w:multiLevelType w:val="multilevel"/>
    <w:tmpl w:val="0A743E0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915D57"/>
    <w:multiLevelType w:val="hybridMultilevel"/>
    <w:tmpl w:val="6144DA40"/>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75A85"/>
    <w:multiLevelType w:val="hybridMultilevel"/>
    <w:tmpl w:val="32622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37D73"/>
    <w:multiLevelType w:val="hybridMultilevel"/>
    <w:tmpl w:val="6A54782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1BD49CC"/>
    <w:multiLevelType w:val="hybridMultilevel"/>
    <w:tmpl w:val="FBF8DC96"/>
    <w:lvl w:ilvl="0" w:tplc="007E409C">
      <w:start w:val="1"/>
      <w:numFmt w:val="decimal"/>
      <w:lvlText w:val="%1."/>
      <w:lvlJc w:val="left"/>
      <w:pPr>
        <w:ind w:left="360" w:hanging="360"/>
      </w:pPr>
      <w:rPr>
        <w:rFonts w:hint="default"/>
        <w:b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4652C"/>
    <w:multiLevelType w:val="hybridMultilevel"/>
    <w:tmpl w:val="BFB8819A"/>
    <w:lvl w:ilvl="0" w:tplc="6E6C7D70">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9327A02"/>
    <w:multiLevelType w:val="hybridMultilevel"/>
    <w:tmpl w:val="4334AECE"/>
    <w:lvl w:ilvl="0" w:tplc="C0144932">
      <w:start w:val="1"/>
      <w:numFmt w:val="decimal"/>
      <w:lvlText w:val="%1."/>
      <w:lvlJc w:val="left"/>
      <w:pPr>
        <w:tabs>
          <w:tab w:val="num" w:pos="720"/>
        </w:tabs>
        <w:ind w:left="720" w:hanging="360"/>
      </w:pPr>
      <w:rPr>
        <w:rFonts w:hint="default"/>
        <w:b/>
      </w:rPr>
    </w:lvl>
    <w:lvl w:ilvl="1" w:tplc="EC46F28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7948A3"/>
    <w:multiLevelType w:val="multilevel"/>
    <w:tmpl w:val="ADA4F56E"/>
    <w:lvl w:ilvl="0">
      <w:start w:val="1"/>
      <w:numFmt w:val="decimal"/>
      <w:pStyle w:val="ListBullet"/>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75D7B6F"/>
    <w:multiLevelType w:val="hybridMultilevel"/>
    <w:tmpl w:val="2EC45C68"/>
    <w:lvl w:ilvl="0" w:tplc="45A2AA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DA91966"/>
    <w:multiLevelType w:val="hybridMultilevel"/>
    <w:tmpl w:val="C7468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447CA4"/>
    <w:multiLevelType w:val="multilevel"/>
    <w:tmpl w:val="2EEC641C"/>
    <w:lvl w:ilvl="0">
      <w:start w:val="10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6CC635C6"/>
    <w:multiLevelType w:val="hybridMultilevel"/>
    <w:tmpl w:val="A2148260"/>
    <w:lvl w:ilvl="0" w:tplc="926CA6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DF7A1B"/>
    <w:multiLevelType w:val="hybridMultilevel"/>
    <w:tmpl w:val="FF90D4F0"/>
    <w:lvl w:ilvl="0" w:tplc="B1D0FFD2">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DF73D4F"/>
    <w:multiLevelType w:val="hybridMultilevel"/>
    <w:tmpl w:val="803CE3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446778345">
    <w:abstractNumId w:val="9"/>
  </w:num>
  <w:num w:numId="2" w16cid:durableId="317459677">
    <w:abstractNumId w:val="2"/>
  </w:num>
  <w:num w:numId="3" w16cid:durableId="588849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0281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03105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33835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641467">
    <w:abstractNumId w:val="12"/>
  </w:num>
  <w:num w:numId="8" w16cid:durableId="1260874358">
    <w:abstractNumId w:val="8"/>
  </w:num>
  <w:num w:numId="9" w16cid:durableId="1076829900">
    <w:abstractNumId w:val="11"/>
  </w:num>
  <w:num w:numId="10" w16cid:durableId="329647144">
    <w:abstractNumId w:val="7"/>
  </w:num>
  <w:num w:numId="11" w16cid:durableId="24329881">
    <w:abstractNumId w:val="14"/>
  </w:num>
  <w:num w:numId="12" w16cid:durableId="1213611893">
    <w:abstractNumId w:val="10"/>
  </w:num>
  <w:num w:numId="13" w16cid:durableId="749816297">
    <w:abstractNumId w:val="15"/>
  </w:num>
  <w:num w:numId="14" w16cid:durableId="951211267">
    <w:abstractNumId w:val="0"/>
  </w:num>
  <w:num w:numId="15" w16cid:durableId="796293314">
    <w:abstractNumId w:val="6"/>
  </w:num>
  <w:num w:numId="16" w16cid:durableId="322854227">
    <w:abstractNumId w:val="4"/>
  </w:num>
  <w:num w:numId="17" w16cid:durableId="61831382">
    <w:abstractNumId w:val="13"/>
  </w:num>
  <w:num w:numId="18" w16cid:durableId="729573821">
    <w:abstractNumId w:val="3"/>
  </w:num>
  <w:num w:numId="19" w16cid:durableId="813066292">
    <w:abstractNumId w:val="5"/>
  </w:num>
  <w:num w:numId="20" w16cid:durableId="1038623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A4F"/>
    <w:rsid w:val="0012167C"/>
    <w:rsid w:val="001323BA"/>
    <w:rsid w:val="0028776E"/>
    <w:rsid w:val="002B6497"/>
    <w:rsid w:val="00300680"/>
    <w:rsid w:val="00463A4F"/>
    <w:rsid w:val="005253E2"/>
    <w:rsid w:val="007A3CAC"/>
    <w:rsid w:val="00922E61"/>
    <w:rsid w:val="00E91A42"/>
    <w:rsid w:val="00F77B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9A3B2"/>
  <w15:docId w15:val="{817E2537-7178-48D2-8E8A-7D5F088E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unhideWhenUsed/>
    <w:qFormat/>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unhideWhenUsed/>
    <w:qFormat/>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nhideWhenUsed/>
    <w:qFormat/>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nhideWhenUsed/>
    <w:rsid w:val="00AA1D8D"/>
    <w:pPr>
      <w:spacing w:after="120"/>
    </w:pPr>
  </w:style>
  <w:style w:type="character" w:customStyle="1" w:styleId="BodyTextChar">
    <w:name w:val="Body Text Char"/>
    <w:basedOn w:val="DefaultParagraphFont"/>
    <w:link w:val="BodyText"/>
    <w:rsid w:val="00AA1D8D"/>
  </w:style>
  <w:style w:type="paragraph" w:styleId="BodyText2">
    <w:name w:val="Body Text 2"/>
    <w:basedOn w:val="Normal"/>
    <w:link w:val="BodyText2Char"/>
    <w:unhideWhenUsed/>
    <w:rsid w:val="00AA1D8D"/>
    <w:pPr>
      <w:spacing w:after="120" w:line="480" w:lineRule="auto"/>
    </w:pPr>
  </w:style>
  <w:style w:type="character" w:customStyle="1" w:styleId="BodyText2Char">
    <w:name w:val="Body Text 2 Char"/>
    <w:basedOn w:val="DefaultParagraphFont"/>
    <w:link w:val="BodyText2"/>
    <w:rsid w:val="00AA1D8D"/>
  </w:style>
  <w:style w:type="paragraph" w:styleId="BodyText3">
    <w:name w:val="Body Text 3"/>
    <w:basedOn w:val="Normal"/>
    <w:link w:val="BodyText3Char"/>
    <w:unhideWhenUsed/>
    <w:rsid w:val="00AA1D8D"/>
    <w:pPr>
      <w:spacing w:after="120"/>
    </w:pPr>
    <w:rPr>
      <w:sz w:val="16"/>
      <w:szCs w:val="16"/>
    </w:rPr>
  </w:style>
  <w:style w:type="character" w:customStyle="1" w:styleId="BodyText3Char">
    <w:name w:val="Body Text 3 Char"/>
    <w:basedOn w:val="DefaultParagraphFont"/>
    <w:link w:val="BodyText3"/>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BD206C"/>
    <w:pPr>
      <w:spacing w:after="0" w:line="240" w:lineRule="auto"/>
    </w:pPr>
  </w:style>
  <w:style w:type="character" w:styleId="CommentReference">
    <w:name w:val="annotation reference"/>
    <w:basedOn w:val="DefaultParagraphFont"/>
    <w:unhideWhenUsed/>
    <w:rsid w:val="00596846"/>
    <w:rPr>
      <w:sz w:val="16"/>
      <w:szCs w:val="16"/>
    </w:rPr>
  </w:style>
  <w:style w:type="paragraph" w:styleId="CommentText">
    <w:name w:val="annotation text"/>
    <w:basedOn w:val="Normal"/>
    <w:link w:val="CommentTextChar"/>
    <w:unhideWhenUsed/>
    <w:rsid w:val="00596846"/>
    <w:pPr>
      <w:spacing w:line="240" w:lineRule="auto"/>
    </w:pPr>
    <w:rPr>
      <w:sz w:val="20"/>
      <w:szCs w:val="20"/>
    </w:rPr>
  </w:style>
  <w:style w:type="character" w:customStyle="1" w:styleId="CommentTextChar">
    <w:name w:val="Comment Text Char"/>
    <w:basedOn w:val="DefaultParagraphFont"/>
    <w:link w:val="CommentText"/>
    <w:rsid w:val="00596846"/>
    <w:rPr>
      <w:rFonts w:ascii="Times New Roman" w:hAnsi="Times New Roman"/>
      <w:sz w:val="20"/>
      <w:szCs w:val="20"/>
    </w:rPr>
  </w:style>
  <w:style w:type="paragraph" w:styleId="CommentSubject">
    <w:name w:val="annotation subject"/>
    <w:basedOn w:val="CommentText"/>
    <w:next w:val="CommentText"/>
    <w:link w:val="CommentSubjectChar"/>
    <w:unhideWhenUsed/>
    <w:rsid w:val="00596846"/>
    <w:rPr>
      <w:b/>
      <w:bCs/>
    </w:rPr>
  </w:style>
  <w:style w:type="character" w:customStyle="1" w:styleId="CommentSubjectChar">
    <w:name w:val="Comment Subject Char"/>
    <w:basedOn w:val="CommentTextChar"/>
    <w:link w:val="CommentSubject"/>
    <w:rsid w:val="00596846"/>
    <w:rPr>
      <w:rFonts w:ascii="Times New Roman" w:hAnsi="Times New Roman"/>
      <w:b/>
      <w:bCs/>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2312D1"/>
  </w:style>
  <w:style w:type="paragraph" w:styleId="Subtitle">
    <w:name w:val="Subtitle"/>
    <w:basedOn w:val="Normal"/>
    <w:next w:val="Normal"/>
    <w:link w:val="SubtitleChar"/>
    <w:uiPriority w:val="11"/>
    <w:qFormat/>
    <w:rPr>
      <w:rFonts w:ascii="Calibri" w:eastAsia="Calibri" w:hAnsi="Calibri" w:cs="Calibri"/>
      <w:i/>
      <w:color w:val="4F81B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LiBang3">
    <w:name w:val="Lưới Bảng3"/>
    <w:basedOn w:val="TableNormal"/>
    <w:next w:val="TableGrid"/>
    <w:uiPriority w:val="59"/>
    <w:rsid w:val="00E91A42"/>
    <w:pPr>
      <w:spacing w:after="0" w:line="240" w:lineRule="auto"/>
    </w:pPr>
    <w:rPr>
      <w:rFonts w:asciiTheme="minorHAnsi" w:eastAsia="MS Mincho"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91A42"/>
  </w:style>
  <w:style w:type="paragraph" w:styleId="BalloonText">
    <w:name w:val="Balloon Text"/>
    <w:basedOn w:val="Normal"/>
    <w:link w:val="BalloonTextChar"/>
    <w:semiHidden/>
    <w:rsid w:val="00E91A42"/>
    <w:pPr>
      <w:autoSpaceDE w:val="0"/>
      <w:autoSpaceDN w:val="0"/>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semiHidden/>
    <w:rsid w:val="00E91A42"/>
    <w:rPr>
      <w:rFonts w:ascii="Tahoma" w:hAnsi="Tahoma" w:cs="Tahoma"/>
      <w:sz w:val="16"/>
      <w:szCs w:val="16"/>
      <w:lang w:val="en-US" w:eastAsia="en-US"/>
    </w:rPr>
  </w:style>
  <w:style w:type="paragraph" w:styleId="FootnoteText">
    <w:name w:val="footnote text"/>
    <w:basedOn w:val="Normal"/>
    <w:link w:val="FootnoteTextChar"/>
    <w:semiHidden/>
    <w:rsid w:val="00E91A42"/>
    <w:pPr>
      <w:autoSpaceDE w:val="0"/>
      <w:autoSpaceDN w:val="0"/>
      <w:spacing w:after="0" w:line="240" w:lineRule="auto"/>
    </w:pPr>
    <w:rPr>
      <w:rFonts w:ascii="VNTime" w:hAnsi="VNTime"/>
      <w:sz w:val="20"/>
      <w:szCs w:val="20"/>
      <w:lang w:val="en-US" w:eastAsia="en-US"/>
    </w:rPr>
  </w:style>
  <w:style w:type="character" w:customStyle="1" w:styleId="FootnoteTextChar">
    <w:name w:val="Footnote Text Char"/>
    <w:basedOn w:val="DefaultParagraphFont"/>
    <w:link w:val="FootnoteText"/>
    <w:semiHidden/>
    <w:rsid w:val="00E91A42"/>
    <w:rPr>
      <w:rFonts w:ascii="VNTime" w:hAnsi="VNTime"/>
      <w:sz w:val="20"/>
      <w:szCs w:val="20"/>
      <w:lang w:val="en-US" w:eastAsia="en-US"/>
    </w:rPr>
  </w:style>
  <w:style w:type="character" w:styleId="FootnoteReference">
    <w:name w:val="footnote reference"/>
    <w:basedOn w:val="DefaultParagraphFont"/>
    <w:semiHidden/>
    <w:rsid w:val="00E91A42"/>
    <w:rPr>
      <w:vertAlign w:val="superscript"/>
    </w:rPr>
  </w:style>
  <w:style w:type="paragraph" w:styleId="BodyTextIndent2">
    <w:name w:val="Body Text Indent 2"/>
    <w:basedOn w:val="Normal"/>
    <w:link w:val="BodyTextIndent2Char"/>
    <w:rsid w:val="00E91A42"/>
    <w:pPr>
      <w:autoSpaceDE w:val="0"/>
      <w:autoSpaceDN w:val="0"/>
      <w:spacing w:after="120" w:line="480" w:lineRule="auto"/>
      <w:ind w:left="360"/>
    </w:pPr>
    <w:rPr>
      <w:rFonts w:ascii="VNTime" w:hAnsi="VNTime"/>
      <w:lang w:val="en-US" w:eastAsia="en-US"/>
    </w:rPr>
  </w:style>
  <w:style w:type="character" w:customStyle="1" w:styleId="BodyTextIndent2Char">
    <w:name w:val="Body Text Indent 2 Char"/>
    <w:basedOn w:val="DefaultParagraphFont"/>
    <w:link w:val="BodyTextIndent2"/>
    <w:rsid w:val="00E91A42"/>
    <w:rPr>
      <w:rFonts w:ascii="VNTime" w:hAnsi="VNTime"/>
      <w:lang w:val="en-US" w:eastAsia="en-US"/>
    </w:rPr>
  </w:style>
  <w:style w:type="paragraph" w:styleId="BodyTextIndent3">
    <w:name w:val="Body Text Indent 3"/>
    <w:basedOn w:val="Normal"/>
    <w:link w:val="BodyTextIndent3Char"/>
    <w:rsid w:val="00E91A42"/>
    <w:pPr>
      <w:autoSpaceDE w:val="0"/>
      <w:autoSpaceDN w:val="0"/>
      <w:spacing w:after="120" w:line="240" w:lineRule="auto"/>
      <w:ind w:left="360"/>
    </w:pPr>
    <w:rPr>
      <w:rFonts w:ascii="VNTime" w:hAnsi="VNTime"/>
      <w:sz w:val="16"/>
      <w:szCs w:val="16"/>
      <w:lang w:val="en-US" w:eastAsia="en-US"/>
    </w:rPr>
  </w:style>
  <w:style w:type="character" w:customStyle="1" w:styleId="BodyTextIndent3Char">
    <w:name w:val="Body Text Indent 3 Char"/>
    <w:basedOn w:val="DefaultParagraphFont"/>
    <w:link w:val="BodyTextIndent3"/>
    <w:rsid w:val="00E91A42"/>
    <w:rPr>
      <w:rFonts w:ascii="VNTime" w:hAnsi="VNTime"/>
      <w:sz w:val="16"/>
      <w:szCs w:val="16"/>
      <w:lang w:val="en-US" w:eastAsia="en-US"/>
    </w:rPr>
  </w:style>
  <w:style w:type="paragraph" w:styleId="BodyTextIndent">
    <w:name w:val="Body Text Indent"/>
    <w:basedOn w:val="Normal"/>
    <w:link w:val="BodyTextIndentChar"/>
    <w:rsid w:val="00E91A42"/>
    <w:pPr>
      <w:autoSpaceDE w:val="0"/>
      <w:autoSpaceDN w:val="0"/>
      <w:spacing w:after="120" w:line="240" w:lineRule="auto"/>
      <w:ind w:left="360"/>
    </w:pPr>
    <w:rPr>
      <w:rFonts w:ascii="VNTime" w:hAnsi="VNTime"/>
      <w:lang w:val="en-US" w:eastAsia="en-US"/>
    </w:rPr>
  </w:style>
  <w:style w:type="character" w:customStyle="1" w:styleId="BodyTextIndentChar">
    <w:name w:val="Body Text Indent Char"/>
    <w:basedOn w:val="DefaultParagraphFont"/>
    <w:link w:val="BodyTextIndent"/>
    <w:rsid w:val="00E91A42"/>
    <w:rPr>
      <w:rFonts w:ascii="VNTime" w:hAnsi="VNTime"/>
      <w:lang w:val="en-US" w:eastAsia="en-US"/>
    </w:rPr>
  </w:style>
  <w:style w:type="paragraph" w:customStyle="1" w:styleId="CharChar1">
    <w:name w:val="Char Char1"/>
    <w:basedOn w:val="Normal"/>
    <w:rsid w:val="00E91A42"/>
    <w:pPr>
      <w:spacing w:after="0" w:line="240" w:lineRule="auto"/>
    </w:pPr>
    <w:rPr>
      <w:rFonts w:ascii="Arial" w:hAnsi="Arial"/>
      <w:sz w:val="22"/>
      <w:szCs w:val="20"/>
      <w:lang w:val="en-AU" w:eastAsia="en-US"/>
    </w:rPr>
  </w:style>
  <w:style w:type="paragraph" w:customStyle="1" w:styleId="Blockquote">
    <w:name w:val="Blockquote"/>
    <w:basedOn w:val="Normal"/>
    <w:rsid w:val="00E91A42"/>
    <w:pPr>
      <w:autoSpaceDE w:val="0"/>
      <w:autoSpaceDN w:val="0"/>
      <w:spacing w:before="100" w:after="100" w:line="240" w:lineRule="auto"/>
      <w:ind w:left="360" w:right="360"/>
    </w:pPr>
    <w:rPr>
      <w:lang w:val="en-US" w:eastAsia="en-US"/>
    </w:rPr>
  </w:style>
  <w:style w:type="paragraph" w:customStyle="1" w:styleId="Char">
    <w:name w:val="Char"/>
    <w:basedOn w:val="Normal"/>
    <w:rsid w:val="00E91A42"/>
    <w:pPr>
      <w:spacing w:after="160" w:line="240" w:lineRule="exact"/>
    </w:pPr>
    <w:rPr>
      <w:sz w:val="20"/>
      <w:szCs w:val="20"/>
      <w:lang w:val="en-AU" w:eastAsia="en-US"/>
    </w:rPr>
  </w:style>
  <w:style w:type="paragraph" w:styleId="EndnoteText">
    <w:name w:val="endnote text"/>
    <w:basedOn w:val="Normal"/>
    <w:link w:val="EndnoteTextChar"/>
    <w:rsid w:val="00E91A42"/>
    <w:pPr>
      <w:autoSpaceDE w:val="0"/>
      <w:autoSpaceDN w:val="0"/>
      <w:spacing w:after="0" w:line="240" w:lineRule="auto"/>
    </w:pPr>
    <w:rPr>
      <w:rFonts w:ascii="VNTime" w:hAnsi="VNTime"/>
      <w:sz w:val="20"/>
      <w:szCs w:val="20"/>
      <w:lang w:val="en-US" w:eastAsia="en-US"/>
    </w:rPr>
  </w:style>
  <w:style w:type="character" w:customStyle="1" w:styleId="EndnoteTextChar">
    <w:name w:val="Endnote Text Char"/>
    <w:basedOn w:val="DefaultParagraphFont"/>
    <w:link w:val="EndnoteText"/>
    <w:rsid w:val="00E91A42"/>
    <w:rPr>
      <w:rFonts w:ascii="VNTime" w:hAnsi="VNTime"/>
      <w:sz w:val="20"/>
      <w:szCs w:val="20"/>
      <w:lang w:val="en-US" w:eastAsia="en-US"/>
    </w:rPr>
  </w:style>
  <w:style w:type="character" w:styleId="EndnoteReference">
    <w:name w:val="endnote reference"/>
    <w:basedOn w:val="DefaultParagraphFont"/>
    <w:rsid w:val="00E91A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71sgM0svTifLKQUnYEowry0QA==">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85</Pages>
  <Words>14290</Words>
  <Characters>81455</Characters>
  <Application>Microsoft Office Word</Application>
  <DocSecurity>0</DocSecurity>
  <Lines>678</Lines>
  <Paragraphs>191</Paragraphs>
  <ScaleCrop>false</ScaleCrop>
  <Company/>
  <LinksUpToDate>false</LinksUpToDate>
  <CharactersWithSpaces>95554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Bich Le</cp:lastModifiedBy>
  <cp:revision>2</cp:revision>
  <dcterms:created xsi:type="dcterms:W3CDTF">2025-10-27T09:50:00Z</dcterms:created>
  <dcterms:modified xsi:type="dcterms:W3CDTF">2025-10-27T09:50:00Z</dcterms:modified>
</cp:coreProperties>
</file>